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Death in Islam 28 Aug, 2008 - Maulana Wahiduddin Khan</w:t>
      </w:r>
    </w:p>
    <w:p>
      <w:r>
        <w:t>https://www.youtube.com/watch?v=yv_tTj6lLBY</w:t>
      </w:r>
    </w:p>
    <w:p>
      <w:r>
        <w:rPr>
          <w:b/>
        </w:rPr>
        <w:t xml:space="preserve">[00:13] </w:t>
      </w:r>
      <w:r>
        <w:t>bismillah hir rahman nir rahim wa salallahu ala nabiyyil karim rabbishrah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[00:35] </w:t>
      </w:r>
      <w:r>
        <w:t>aaj ka topic maut ke bare mein hai da concept of death in islam yani islam mein maut ka tasawwur</w:t>
      </w:r>
    </w:p>
    <w:p>
      <w:pPr>
        <w:jc w:val="right"/>
      </w:pPr>
      <w:r>
        <w:t>آج کا ٹاپک موت کے بارے میں ہے دا کانسیپٹ اف ڈیتھ ان اسلام یعنی اسلام میں موت کا تصور</w:t>
      </w:r>
    </w:p>
    <w:p>
      <w:r>
        <w:rPr>
          <w:b/>
        </w:rPr>
        <w:t xml:space="preserve">[00:52] </w:t>
      </w:r>
      <w:r>
        <w:t>agar aap dictionary dekhen</w:t>
      </w:r>
    </w:p>
    <w:p>
      <w:pPr>
        <w:jc w:val="right"/>
      </w:pPr>
      <w:r>
        <w:t>اگر آپ ڈکشنری دیکھیں</w:t>
      </w:r>
    </w:p>
    <w:p>
      <w:r>
        <w:rPr>
          <w:b/>
        </w:rPr>
        <w:t xml:space="preserve">[00:56] </w:t>
      </w:r>
      <w:r>
        <w:t>to us mein death ka matlab likha hoga</w:t>
      </w:r>
    </w:p>
    <w:p>
      <w:pPr>
        <w:jc w:val="right"/>
      </w:pPr>
      <w:r>
        <w:t>تو اس میں ڈیتھ کا مطلب لکھا ہوگا</w:t>
      </w:r>
    </w:p>
    <w:p>
      <w:r>
        <w:rPr>
          <w:b/>
        </w:rPr>
        <w:t xml:space="preserve">[01:01] </w:t>
      </w:r>
      <w:r>
        <w:t>permanent succession of life</w:t>
      </w:r>
    </w:p>
    <w:p>
      <w:pPr>
        <w:jc w:val="right"/>
      </w:pPr>
      <w:r>
        <w:t>پرماننٹ سسیشن اف لائف</w:t>
      </w:r>
    </w:p>
    <w:p>
      <w:r>
        <w:rPr>
          <w:b/>
        </w:rPr>
        <w:t xml:space="preserve">[01:06] </w:t>
      </w:r>
      <w:r>
        <w:t>yani zindagi ka abdi khatma</w:t>
      </w:r>
    </w:p>
    <w:p>
      <w:pPr>
        <w:jc w:val="right"/>
      </w:pPr>
      <w:r>
        <w:t>یعنی زندگی کا ابدی خاتمہ</w:t>
      </w:r>
    </w:p>
    <w:p>
      <w:r>
        <w:rPr>
          <w:b/>
        </w:rPr>
        <w:t xml:space="preserve">[01:11] </w:t>
      </w:r>
      <w:r>
        <w:t>yeh jo dictionary ki meaning hai death ki</w:t>
      </w:r>
    </w:p>
    <w:p>
      <w:pPr>
        <w:jc w:val="right"/>
      </w:pPr>
      <w:r>
        <w:t>یہ جو ڈکشنری کی میننگ ہے ڈیتھ کی</w:t>
      </w:r>
    </w:p>
    <w:p>
      <w:r>
        <w:rPr>
          <w:b/>
        </w:rPr>
        <w:t xml:space="preserve">[01:16] </w:t>
      </w:r>
      <w:r>
        <w:t>it is somewhat misleading</w:t>
      </w:r>
    </w:p>
    <w:p>
      <w:pPr>
        <w:jc w:val="right"/>
      </w:pPr>
      <w:r>
        <w:t>اٹ از سم واٹ مس لیڈنگ</w:t>
      </w:r>
    </w:p>
    <w:p>
      <w:r>
        <w:rPr>
          <w:b/>
        </w:rPr>
        <w:t xml:space="preserve">[01:20] </w:t>
      </w:r>
      <w:r>
        <w:t>islam ke mutabiq maut ka ya death ka yeh matlab nahi hai</w:t>
      </w:r>
    </w:p>
    <w:p>
      <w:pPr>
        <w:jc w:val="right"/>
      </w:pPr>
      <w:r>
        <w:t>اسلام کے مطابق موت کا یا ڈیتھ کا یہ مطلب نہیں ہے</w:t>
      </w:r>
    </w:p>
    <w:p>
      <w:r>
        <w:rPr>
          <w:b/>
        </w:rPr>
        <w:t xml:space="preserve">[01:28] </w:t>
      </w:r>
      <w:r>
        <w:t>kyun ke islam ka jo concept hai us ke mutabiq</w:t>
      </w:r>
    </w:p>
    <w:p>
      <w:pPr>
        <w:jc w:val="right"/>
      </w:pPr>
      <w:r>
        <w:t>کیونکہ اسلام کا جو کانسیپٹ ہے اس کے مطابق</w:t>
      </w:r>
    </w:p>
    <w:p>
      <w:r>
        <w:rPr>
          <w:b/>
        </w:rPr>
        <w:t xml:space="preserve">[01:34] </w:t>
      </w:r>
      <w:r>
        <w:t>maut ke baad bhi zindagi hai</w:t>
      </w:r>
    </w:p>
    <w:p>
      <w:pPr>
        <w:jc w:val="right"/>
      </w:pPr>
      <w:r>
        <w:t>موت کے بعد بھی زندگی ہے</w:t>
      </w:r>
    </w:p>
    <w:p>
      <w:r>
        <w:rPr>
          <w:b/>
        </w:rPr>
        <w:t xml:space="preserve">[01:38] </w:t>
      </w:r>
      <w:r>
        <w:t>maut</w:t>
      </w:r>
    </w:p>
    <w:p>
      <w:pPr>
        <w:jc w:val="right"/>
      </w:pPr>
      <w:r>
        <w:t>موت</w:t>
      </w:r>
    </w:p>
    <w:p>
      <w:r>
        <w:rPr>
          <w:b/>
        </w:rPr>
        <w:t xml:space="preserve">[01:39] </w:t>
      </w:r>
      <w:r>
        <w:t>zindagi ka khatma nahi hai woh ek no</w:t>
      </w:r>
    </w:p>
    <w:p>
      <w:pPr>
        <w:jc w:val="right"/>
      </w:pPr>
      <w:r>
        <w:t>زندگی کا خاتمہ نہیں ہے وہ ایک نو</w:t>
      </w:r>
    </w:p>
    <w:p>
      <w:r>
        <w:rPr>
          <w:b/>
        </w:rPr>
        <w:t xml:space="preserve">[01:44] </w:t>
      </w:r>
      <w:r>
        <w:t>woh ek naye</w:t>
      </w:r>
    </w:p>
    <w:p>
      <w:pPr>
        <w:jc w:val="right"/>
      </w:pPr>
      <w:r>
        <w:t>وہ ایک نئے</w:t>
      </w:r>
    </w:p>
    <w:p>
      <w:r>
        <w:rPr>
          <w:b/>
        </w:rPr>
        <w:t xml:space="preserve">[01:46] </w:t>
      </w:r>
      <w:r>
        <w:t>daur hayat ka aagaz hai</w:t>
      </w:r>
    </w:p>
    <w:p>
      <w:pPr>
        <w:jc w:val="right"/>
      </w:pPr>
      <w:r>
        <w:t>دور حیات کا اغاز ہے</w:t>
      </w:r>
    </w:p>
    <w:p>
      <w:r>
        <w:rPr>
          <w:b/>
        </w:rPr>
        <w:t xml:space="preserve">[01:50] </w:t>
      </w:r>
      <w:r>
        <w:t>death is not the end</w:t>
      </w:r>
    </w:p>
    <w:p>
      <w:pPr>
        <w:jc w:val="right"/>
      </w:pPr>
      <w:r>
        <w:t>ڈیتھ از ناٹ دا اینڈ</w:t>
      </w:r>
    </w:p>
    <w:p>
      <w:r>
        <w:rPr>
          <w:b/>
        </w:rPr>
        <w:t xml:space="preserve">[01:55] </w:t>
      </w:r>
      <w:r>
        <w:t>it is beginning</w:t>
      </w:r>
    </w:p>
    <w:p>
      <w:pPr>
        <w:jc w:val="right"/>
      </w:pPr>
      <w:r>
        <w:t>اٹ از بگننگ</w:t>
      </w:r>
    </w:p>
    <w:p>
      <w:r>
        <w:rPr>
          <w:b/>
        </w:rPr>
        <w:t xml:space="preserve">[01:58] </w:t>
      </w:r>
      <w:r>
        <w:t>of the second phase of life</w:t>
      </w:r>
    </w:p>
    <w:p>
      <w:pPr>
        <w:jc w:val="right"/>
      </w:pPr>
      <w:r>
        <w:t>اف دا سیکنڈ فیز اف لائف</w:t>
      </w:r>
    </w:p>
    <w:p>
      <w:r>
        <w:rPr>
          <w:b/>
        </w:rPr>
        <w:t xml:space="preserve">[02:03] </w:t>
      </w:r>
      <w:r>
        <w:t>yeh farq hai dictionary ki meaning mein aur islam ki meaning mein</w:t>
      </w:r>
    </w:p>
    <w:p>
      <w:pPr>
        <w:jc w:val="right"/>
      </w:pPr>
      <w:r>
        <w:t>یہ فرق ہے ڈکشنری کی میننگ میں اور اسلام کی میننگ میں</w:t>
      </w:r>
    </w:p>
    <w:p>
      <w:r>
        <w:rPr>
          <w:b/>
        </w:rPr>
        <w:t xml:space="preserve">[02:11] </w:t>
      </w:r>
      <w:r>
        <w:t>death ka talluq</w:t>
      </w:r>
    </w:p>
    <w:p>
      <w:pPr>
        <w:jc w:val="right"/>
      </w:pPr>
      <w:r>
        <w:t>ڈیتھ کا تعلق</w:t>
      </w:r>
    </w:p>
    <w:p>
      <w:r>
        <w:rPr>
          <w:b/>
        </w:rPr>
        <w:t xml:space="preserve">[02:14] </w:t>
      </w:r>
      <w:r>
        <w:t>creation plan of god se hai yani jis khuda ne is universe ko banaya phir khuda ne insan ko banaya usi ne life aur death zindagi aur maut ka qanoon bhi muqarrar kiya</w:t>
      </w:r>
    </w:p>
    <w:p>
      <w:pPr>
        <w:jc w:val="right"/>
      </w:pPr>
      <w:r>
        <w:t>کریشن پلان اف گاڈ سے ہے یعنی جس خدا نے اس یونیورس کو بنایا پھر خدا نے انسان کو بنایا اسی نے لائف اور ڈیتھ زندگی اور موت کا قانون بھی مقرر کیا</w:t>
      </w:r>
    </w:p>
    <w:p>
      <w:r>
        <w:rPr>
          <w:b/>
        </w:rPr>
        <w:t xml:space="preserve">[02:37] </w:t>
      </w:r>
      <w:r>
        <w:t>to hamein janna padega ke creation plan jo hai khuda ka uske mutabiq zindagi kya hai aur maut kya hai</w:t>
      </w:r>
    </w:p>
    <w:p>
      <w:pPr>
        <w:jc w:val="right"/>
      </w:pPr>
      <w:r>
        <w:t>تو ہمیں جاننا پڑے گا کہ کریشن پلان جو ہے خدا کا اس کے مطابق زندگی کیا ہے اور موت کیا ہے</w:t>
      </w:r>
    </w:p>
    <w:p>
      <w:r>
        <w:rPr>
          <w:b/>
        </w:rPr>
        <w:t xml:space="preserve">[02:48] </w:t>
      </w:r>
      <w:r>
        <w:t>is ke liye dekhen jo</w:t>
      </w:r>
    </w:p>
    <w:p>
      <w:pPr>
        <w:jc w:val="right"/>
      </w:pPr>
      <w:r>
        <w:t>اس کے لیے دیکھیں جو</w:t>
      </w:r>
    </w:p>
    <w:p>
      <w:r>
        <w:rPr>
          <w:b/>
        </w:rPr>
        <w:t xml:space="preserve">[02:51] </w:t>
      </w:r>
      <w:r>
        <w:t>authentic reference hai woh quran hai</w:t>
      </w:r>
    </w:p>
    <w:p>
      <w:pPr>
        <w:jc w:val="right"/>
      </w:pPr>
      <w:r>
        <w:t>اتھینٹک ریفرنس ہے وہ قران ہے</w:t>
      </w:r>
    </w:p>
    <w:p>
      <w:r>
        <w:rPr>
          <w:b/>
        </w:rPr>
        <w:t xml:space="preserve">[02:55] </w:t>
      </w:r>
      <w:r>
        <w:t>jab hum quran ko padhte hain</w:t>
      </w:r>
    </w:p>
    <w:p>
      <w:pPr>
        <w:jc w:val="right"/>
      </w:pPr>
      <w:r>
        <w:t>جب ہم قران کو پڑھتے ہیں</w:t>
      </w:r>
    </w:p>
    <w:p>
      <w:r>
        <w:rPr>
          <w:b/>
        </w:rPr>
        <w:t xml:space="preserve">[02:58] </w:t>
      </w:r>
      <w:r>
        <w:t>to hum ko maloom hota hai ke</w:t>
      </w:r>
    </w:p>
    <w:p>
      <w:pPr>
        <w:jc w:val="right"/>
      </w:pPr>
      <w:r>
        <w:t>تو ہم کو معلوم ہوتا ہے کہ</w:t>
      </w:r>
    </w:p>
    <w:p>
      <w:r>
        <w:rPr>
          <w:b/>
        </w:rPr>
        <w:t xml:space="preserve">[03:02] </w:t>
      </w:r>
      <w:r>
        <w:t>insan ko khuda ne paida kiya eternal being ke taur par</w:t>
      </w:r>
    </w:p>
    <w:p>
      <w:pPr>
        <w:jc w:val="right"/>
      </w:pPr>
      <w:r>
        <w:t>انسان کو خدا نے پیدا کیا ایٹرنل بینگ کے طور پر</w:t>
      </w:r>
    </w:p>
    <w:p>
      <w:r>
        <w:rPr>
          <w:b/>
        </w:rPr>
        <w:t xml:space="preserve">[03:08] </w:t>
      </w:r>
      <w:r>
        <w:t>yani hamesha rehne wali zindagi ke taur par</w:t>
      </w:r>
    </w:p>
    <w:p>
      <w:pPr>
        <w:jc w:val="right"/>
      </w:pPr>
      <w:r>
        <w:t>یعنی ہمیشہ رہنے والی زندگی کے طور پر</w:t>
      </w:r>
    </w:p>
    <w:p>
      <w:r>
        <w:rPr>
          <w:b/>
        </w:rPr>
        <w:t xml:space="preserve">[03:12] </w:t>
      </w:r>
      <w:r>
        <w:t>lekin creator ne hamari zindagi ko</w:t>
      </w:r>
    </w:p>
    <w:p>
      <w:pPr>
        <w:jc w:val="right"/>
      </w:pPr>
      <w:r>
        <w:t>لیکن کریٹر نے ہماری زندگی کو</w:t>
      </w:r>
    </w:p>
    <w:p>
      <w:r>
        <w:rPr>
          <w:b/>
        </w:rPr>
        <w:t xml:space="preserve">[03:20] </w:t>
      </w:r>
      <w:r>
        <w:t>do hisse mein bant diya</w:t>
      </w:r>
    </w:p>
    <w:p>
      <w:pPr>
        <w:jc w:val="right"/>
      </w:pPr>
      <w:r>
        <w:t>دو حصے میں بانٹ دیا</w:t>
      </w:r>
    </w:p>
    <w:p>
      <w:r>
        <w:rPr>
          <w:b/>
        </w:rPr>
        <w:t xml:space="preserve">[03:25] </w:t>
      </w:r>
      <w:r>
        <w:t>pre death period aur</w:t>
      </w:r>
    </w:p>
    <w:p>
      <w:pPr>
        <w:jc w:val="right"/>
      </w:pPr>
      <w:r>
        <w:t>پری ڈیتھ پیریڈ اور</w:t>
      </w:r>
    </w:p>
    <w:p>
      <w:r>
        <w:rPr>
          <w:b/>
        </w:rPr>
        <w:t xml:space="preserve">[03:28] </w:t>
      </w:r>
      <w:r>
        <w:t>post death period</w:t>
      </w:r>
    </w:p>
    <w:p>
      <w:pPr>
        <w:jc w:val="right"/>
      </w:pPr>
      <w:r>
        <w:t>پوسٹ ڈیتھ پیریڈ</w:t>
      </w:r>
    </w:p>
    <w:p>
      <w:r>
        <w:rPr>
          <w:b/>
        </w:rPr>
        <w:t xml:space="preserve">[03:32] </w:t>
      </w:r>
      <w:r>
        <w:t>zindagi ki misaal aisi hai jaise ice berg</w:t>
      </w:r>
    </w:p>
    <w:p>
      <w:pPr>
        <w:jc w:val="right"/>
      </w:pPr>
      <w:r>
        <w:t>زندگی کی مثال ایسی ہے جیسے ائس برگ</w:t>
      </w:r>
    </w:p>
    <w:p>
      <w:r>
        <w:rPr>
          <w:b/>
        </w:rPr>
        <w:t xml:space="preserve">[03:37] </w:t>
      </w:r>
      <w:r>
        <w:t>ice berg aap jante hain ke samundaron mein hota hai</w:t>
      </w:r>
    </w:p>
    <w:p>
      <w:pPr>
        <w:jc w:val="right"/>
      </w:pPr>
      <w:r>
        <w:t>ائس برگ اپ جانتے ہیں کہ سمندروں میں ہوتا ہے</w:t>
      </w:r>
    </w:p>
    <w:p>
      <w:r>
        <w:rPr>
          <w:b/>
        </w:rPr>
        <w:t xml:space="preserve">[03:42] </w:t>
      </w:r>
      <w:r>
        <w:t>barf ke bahut bade bade pahad samajh lijiye</w:t>
      </w:r>
    </w:p>
    <w:p>
      <w:pPr>
        <w:jc w:val="right"/>
      </w:pPr>
      <w:r>
        <w:t>برف کے بہت بڑے بڑے پہاڑ سمجھ لیجئے</w:t>
      </w:r>
    </w:p>
    <w:p>
      <w:r>
        <w:rPr>
          <w:b/>
        </w:rPr>
        <w:t xml:space="preserve">[03:49] </w:t>
      </w:r>
      <w:r>
        <w:t>to lekin is ka upar ka lekin upar jo hai is ka sirf ek tip dikhai deta hai</w:t>
      </w:r>
    </w:p>
    <w:p>
      <w:pPr>
        <w:jc w:val="right"/>
      </w:pPr>
      <w:r>
        <w:t>تو لیکن اس کا اوپر کا لیکن اوپر جو ہے اس کا صرف ایک ٹپ دکھائی دیتا ہے</w:t>
      </w:r>
    </w:p>
    <w:p>
      <w:r>
        <w:rPr>
          <w:b/>
        </w:rPr>
        <w:t xml:space="preserve">[03:56] </w:t>
      </w:r>
      <w:r>
        <w:t>saara body jo hai woh pani mein rehta hai doba hua</w:t>
      </w:r>
    </w:p>
    <w:p>
      <w:pPr>
        <w:jc w:val="right"/>
      </w:pPr>
      <w:r>
        <w:t>سارا باڈی جو ہے وہ پانی میں رہتا ہے ڈوبا ہوا</w:t>
      </w:r>
    </w:p>
    <w:p>
      <w:r>
        <w:rPr>
          <w:b/>
        </w:rPr>
        <w:t xml:space="preserve">[04:02] </w:t>
      </w:r>
      <w:r>
        <w:t>to woh tip to bahut thoda hissa hota hai ice berg ka saara bada hissa hota hai pani</w:t>
      </w:r>
    </w:p>
    <w:p>
      <w:pPr>
        <w:jc w:val="right"/>
      </w:pPr>
      <w:r>
        <w:t>تو وہ ٹپ تو بہت تھوڑا حصہ ہوتا ہے ائس برگ کا سارا بڑا حصہ ہوتا ہے پانی</w:t>
      </w:r>
    </w:p>
    <w:p>
      <w:r>
        <w:rPr>
          <w:b/>
        </w:rPr>
        <w:t xml:space="preserve">[04:09] </w:t>
      </w:r>
      <w:r>
        <w:t>ke andar aisa hi kuch mamla zindagi ka hai</w:t>
      </w:r>
    </w:p>
    <w:p>
      <w:pPr>
        <w:jc w:val="right"/>
      </w:pPr>
      <w:r>
        <w:t>کے اندر ایسا ہی کچھ معاملہ زندگی کا ہے</w:t>
      </w:r>
    </w:p>
    <w:p>
      <w:r>
        <w:rPr>
          <w:b/>
        </w:rPr>
        <w:t xml:space="preserve">[04:14] </w:t>
      </w:r>
      <w:r>
        <w:t>yani pre death period mein zindagi ka jo hissa hai</w:t>
      </w:r>
    </w:p>
    <w:p>
      <w:pPr>
        <w:jc w:val="right"/>
      </w:pPr>
      <w:r>
        <w:t>یعنی پری ڈیتھ پیریڈ میں زندگی کا جو حصہ ہے</w:t>
      </w:r>
    </w:p>
    <w:p>
      <w:r>
        <w:rPr>
          <w:b/>
        </w:rPr>
        <w:t xml:space="preserve">[04:18] </w:t>
      </w:r>
      <w:r>
        <w:t>وہ جسٹ لائک ٹپ اف دا آئس برگ ہے</w:t>
      </w:r>
    </w:p>
    <w:p>
      <w:pPr>
        <w:jc w:val="right"/>
      </w:pPr>
      <w:r>
        <w:t>وہ جسٹ لائک ٹپ اف دا ائس برگ ہے</w:t>
      </w:r>
    </w:p>
    <w:p>
      <w:r>
        <w:rPr>
          <w:b/>
        </w:rPr>
        <w:t xml:space="preserve">[04:22] </w:t>
      </w:r>
      <w:r>
        <w:t>is ke baad jo eternal hissa hai lamba hissa hai</w:t>
      </w:r>
    </w:p>
    <w:p>
      <w:pPr>
        <w:jc w:val="right"/>
      </w:pPr>
      <w:r>
        <w:t>اس کے بعد جو ایٹرنل حصہ ہے لمبا حصہ ہے</w:t>
      </w:r>
    </w:p>
    <w:p>
      <w:r>
        <w:rPr>
          <w:b/>
        </w:rPr>
        <w:t xml:space="preserve">[04:27] </w:t>
      </w:r>
      <w:r>
        <w:t>jo million billion trill trillion saal tak chalega</w:t>
      </w:r>
    </w:p>
    <w:p>
      <w:pPr>
        <w:jc w:val="right"/>
      </w:pPr>
      <w:r>
        <w:t>جو ملین بلین ٹریل ٹریلین سال تک چلے گا</w:t>
      </w:r>
    </w:p>
    <w:p>
      <w:r>
        <w:rPr>
          <w:b/>
        </w:rPr>
        <w:t xml:space="preserve">[04:32] </w:t>
      </w:r>
      <w:r>
        <w:t>woh hai post death period mein yani maut ke baad wali zindagi mein</w:t>
      </w:r>
    </w:p>
    <w:p>
      <w:pPr>
        <w:jc w:val="right"/>
      </w:pPr>
      <w:r>
        <w:t>وہ ہے پوسٹ ڈیتھ پیریڈ میں یعنی موت کے بعد والی زندگی میں</w:t>
      </w:r>
    </w:p>
    <w:p>
      <w:r>
        <w:rPr>
          <w:b/>
        </w:rPr>
        <w:t xml:space="preserve">[04:40] </w:t>
      </w:r>
      <w:r>
        <w:t>toh Quran mein jo bataya gaya hai is ke mutabiq</w:t>
      </w:r>
    </w:p>
    <w:p>
      <w:pPr>
        <w:jc w:val="right"/>
      </w:pPr>
      <w:r>
        <w:t>تو قران میں جو بتایا گیا ہے اس کے مطابق</w:t>
      </w:r>
    </w:p>
    <w:p>
      <w:r>
        <w:rPr>
          <w:b/>
        </w:rPr>
        <w:t xml:space="preserve">[04:46] </w:t>
      </w:r>
      <w:r>
        <w:t>Khuda ki jo scheme hai woh yeh hai</w:t>
      </w:r>
    </w:p>
    <w:p>
      <w:pPr>
        <w:jc w:val="right"/>
      </w:pPr>
      <w:r>
        <w:t>خدا کی جو اسکیم ہے وہ یہ ہے</w:t>
      </w:r>
    </w:p>
    <w:p>
      <w:r>
        <w:rPr>
          <w:b/>
        </w:rPr>
        <w:t xml:space="preserve">[04:49] </w:t>
      </w:r>
      <w:r>
        <w:t>ke Khuda ne paida kiya</w:t>
      </w:r>
    </w:p>
    <w:p>
      <w:pPr>
        <w:jc w:val="right"/>
      </w:pPr>
      <w:r>
        <w:t>کہ خدا نے پیدا کیا</w:t>
      </w:r>
    </w:p>
    <w:p>
      <w:r>
        <w:rPr>
          <w:b/>
        </w:rPr>
        <w:t xml:space="preserve">[04:53] </w:t>
      </w:r>
      <w:r>
        <w:t>ek bohat hi beautiful duniya ideal duniya</w:t>
      </w:r>
    </w:p>
    <w:p>
      <w:pPr>
        <w:jc w:val="right"/>
      </w:pPr>
      <w:r>
        <w:t>ایک بہت ہی بیوٹی فل دنیا ائیڈیل دنیا</w:t>
      </w:r>
    </w:p>
    <w:p>
      <w:r>
        <w:rPr>
          <w:b/>
        </w:rPr>
        <w:t xml:space="preserve">[04:57] </w:t>
      </w:r>
      <w:r>
        <w:t>ek aur perfect duniya</w:t>
      </w:r>
    </w:p>
    <w:p>
      <w:pPr>
        <w:jc w:val="right"/>
      </w:pPr>
      <w:r>
        <w:t>ایک اور پرفیکٹ دنیا</w:t>
      </w:r>
    </w:p>
    <w:p>
      <w:r>
        <w:rPr>
          <w:b/>
        </w:rPr>
        <w:t xml:space="preserve">[05:01] </w:t>
      </w:r>
      <w:r>
        <w:t>jiska jisko hum jannat ka naam se jante</w:t>
      </w:r>
    </w:p>
    <w:p>
      <w:pPr>
        <w:jc w:val="right"/>
      </w:pPr>
      <w:r>
        <w:t>جس کا جس کو ہم جنت کا نام سے جانتے</w:t>
      </w:r>
    </w:p>
    <w:p>
      <w:r>
        <w:rPr>
          <w:b/>
        </w:rPr>
        <w:t xml:space="preserve">[05:03] </w:t>
      </w:r>
      <w:r>
        <w:t>hain jannat yani paradise</w:t>
      </w:r>
    </w:p>
    <w:p>
      <w:pPr>
        <w:jc w:val="right"/>
      </w:pPr>
      <w:r>
        <w:t>ہیں جنت یعنی پیراڈائز</w:t>
      </w:r>
    </w:p>
    <w:p>
      <w:r>
        <w:rPr>
          <w:b/>
        </w:rPr>
        <w:t xml:space="preserve">[05:07] </w:t>
      </w:r>
      <w:r>
        <w:t>toh is paradise mein kaun log rahen</w:t>
      </w:r>
    </w:p>
    <w:p>
      <w:pPr>
        <w:jc w:val="right"/>
      </w:pPr>
      <w:r>
        <w:t>تو اس پیراڈائز میں کون لوگ رہیں</w:t>
      </w:r>
    </w:p>
    <w:p>
      <w:r>
        <w:rPr>
          <w:b/>
        </w:rPr>
        <w:t xml:space="preserve">[05:11] </w:t>
      </w:r>
      <w:r>
        <w:t>kin ko wahan settle kiya jaye</w:t>
      </w:r>
    </w:p>
    <w:p>
      <w:pPr>
        <w:jc w:val="right"/>
      </w:pPr>
      <w:r>
        <w:t>کن کو وہاں سیٹل کیا جائے</w:t>
      </w:r>
    </w:p>
    <w:p>
      <w:r>
        <w:rPr>
          <w:b/>
        </w:rPr>
        <w:t xml:space="preserve">[05:13] </w:t>
      </w:r>
      <w:r>
        <w:t>isi ke liye selection ground ke taur par yeh</w:t>
      </w:r>
    </w:p>
    <w:p>
      <w:pPr>
        <w:jc w:val="right"/>
      </w:pPr>
      <w:r>
        <w:t>اسی کے لیے سلیکشن گراؤنڈ کے طور پر یہ</w:t>
      </w:r>
    </w:p>
    <w:p>
      <w:r>
        <w:rPr>
          <w:b/>
        </w:rPr>
        <w:t xml:space="preserve">[05:17] </w:t>
      </w:r>
      <w:r>
        <w:t>planet earth banai gayi hai</w:t>
      </w:r>
    </w:p>
    <w:p>
      <w:pPr>
        <w:jc w:val="right"/>
      </w:pPr>
      <w:r>
        <w:t>پلینٹ ارتھ بنائی گئی ہے</w:t>
      </w:r>
    </w:p>
    <w:p>
      <w:r>
        <w:rPr>
          <w:b/>
        </w:rPr>
        <w:t xml:space="preserve">[05:21] </w:t>
      </w:r>
      <w:r>
        <w:t>Khuda ne yahan par</w:t>
      </w:r>
    </w:p>
    <w:p>
      <w:pPr>
        <w:jc w:val="right"/>
      </w:pPr>
      <w:r>
        <w:t>خدا نے یہاں پر</w:t>
      </w:r>
    </w:p>
    <w:p>
      <w:r>
        <w:rPr>
          <w:b/>
        </w:rPr>
        <w:t xml:space="preserve">[05:23] </w:t>
      </w:r>
      <w:r>
        <w:t>saare saman zindagi ke rakhe life support system yahan par rakha</w:t>
      </w:r>
    </w:p>
    <w:p>
      <w:pPr>
        <w:jc w:val="right"/>
      </w:pPr>
      <w:r>
        <w:t>سارے سامان زندگی کے رکھے لائف سپورٹ سسٹم یہاں پر رکھا</w:t>
      </w:r>
    </w:p>
    <w:p>
      <w:r>
        <w:rPr>
          <w:b/>
        </w:rPr>
        <w:t xml:space="preserve">[05:30] </w:t>
      </w:r>
      <w:r>
        <w:t>saare saman kar ke insaan ko yahan paida kiya aur is ko total freedom diya</w:t>
      </w:r>
    </w:p>
    <w:p>
      <w:pPr>
        <w:jc w:val="right"/>
      </w:pPr>
      <w:r>
        <w:t>سارے سامان کر کے انسان کو یہاں پیدا کیا اور اس کو ٹوٹل فریڈم دیا</w:t>
      </w:r>
    </w:p>
    <w:p>
      <w:r>
        <w:rPr>
          <w:b/>
        </w:rPr>
        <w:t xml:space="preserve">[05:38] </w:t>
      </w:r>
      <w:r>
        <w:t>poori azadi ab jo test hai woh isi baat ka hai</w:t>
      </w:r>
    </w:p>
    <w:p>
      <w:pPr>
        <w:jc w:val="right"/>
      </w:pPr>
      <w:r>
        <w:t>پوری ازادی اب جو ٹیسٹ ہے وہ اسی بات کا ہے</w:t>
      </w:r>
    </w:p>
    <w:p>
      <w:r>
        <w:rPr>
          <w:b/>
        </w:rPr>
        <w:t xml:space="preserve">[05:45] </w:t>
      </w:r>
      <w:r>
        <w:t>ke sari universe galaxy</w:t>
      </w:r>
    </w:p>
    <w:p>
      <w:pPr>
        <w:jc w:val="right"/>
      </w:pPr>
      <w:r>
        <w:t>کہ ساری یونیورس گیلیکسی</w:t>
      </w:r>
    </w:p>
    <w:p>
      <w:r>
        <w:rPr>
          <w:b/>
        </w:rPr>
        <w:t xml:space="preserve">[05:48] </w:t>
      </w:r>
      <w:r>
        <w:t>solar</w:t>
      </w:r>
    </w:p>
    <w:p>
      <w:pPr>
        <w:jc w:val="right"/>
      </w:pPr>
      <w:r>
        <w:t>سولر</w:t>
      </w:r>
    </w:p>
    <w:p>
      <w:r>
        <w:rPr>
          <w:b/>
        </w:rPr>
        <w:t xml:space="preserve">[05:49] </w:t>
      </w:r>
      <w:r>
        <w:t>system mountain ocean</w:t>
      </w:r>
    </w:p>
    <w:p>
      <w:pPr>
        <w:jc w:val="right"/>
      </w:pPr>
      <w:r>
        <w:t>سسٹم ماؤنٹین اوشن</w:t>
      </w:r>
    </w:p>
    <w:p>
      <w:r>
        <w:rPr>
          <w:b/>
        </w:rPr>
        <w:t xml:space="preserve">[05:53] </w:t>
      </w:r>
      <w:r>
        <w:t>plant animal jitni bhi jo kuch bhi cheezein is duniya mein hain woh sab</w:t>
      </w:r>
    </w:p>
    <w:p>
      <w:pPr>
        <w:jc w:val="right"/>
      </w:pPr>
      <w:r>
        <w:t>پلانٹ اینیمل جتنی بھی جو کچھ بھی چیزیں اس دنیا میں ہیں وہ سب</w:t>
      </w:r>
    </w:p>
    <w:p>
      <w:r>
        <w:rPr>
          <w:b/>
        </w:rPr>
        <w:t xml:space="preserve">[05:59] </w:t>
      </w:r>
      <w:r>
        <w:t>law of nature ko follow karti hain lekin compulsively</w:t>
      </w:r>
    </w:p>
    <w:p>
      <w:pPr>
        <w:jc w:val="right"/>
      </w:pPr>
      <w:r>
        <w:t>لاء اف نیچر کو فالو کرتی ہیں لیکن کمپلسولی</w:t>
      </w:r>
    </w:p>
    <w:p>
      <w:r>
        <w:rPr>
          <w:b/>
        </w:rPr>
        <w:t xml:space="preserve">[06:05] </w:t>
      </w:r>
      <w:r>
        <w:t>un ke liye koi doosra option nahi hai</w:t>
      </w:r>
    </w:p>
    <w:p>
      <w:pPr>
        <w:jc w:val="right"/>
      </w:pPr>
      <w:r>
        <w:t>ان کے لیے کوئی دوسرا اپشن نہیں ہے</w:t>
      </w:r>
    </w:p>
    <w:p>
      <w:r>
        <w:rPr>
          <w:b/>
        </w:rPr>
        <w:t xml:space="preserve">[06:08] </w:t>
      </w:r>
      <w:r>
        <w:t>tu khuda ne insan ko paida kiya jis ko do option diye ke chahe to wo khuda ka</w:t>
      </w:r>
    </w:p>
    <w:p>
      <w:pPr>
        <w:jc w:val="right"/>
      </w:pPr>
      <w:r>
        <w:t>تو خدا نے انسان کو پیدا کیا جس کو دو اپشن دیے کہ چاہے تو وہ خدا کا</w:t>
      </w:r>
    </w:p>
    <w:p>
      <w:r>
        <w:rPr>
          <w:b/>
        </w:rPr>
        <w:t xml:space="preserve">[06:16] </w:t>
      </w:r>
      <w:r>
        <w:t>jo qanoon hai jo divine law hai us ko follow kare ya</w:t>
      </w:r>
    </w:p>
    <w:p>
      <w:pPr>
        <w:jc w:val="right"/>
      </w:pPr>
      <w:r>
        <w:t>جو قانون ہے جو ڈیوائن لاء ہے اس کو فالو کرے یا</w:t>
      </w:r>
    </w:p>
    <w:p>
      <w:r>
        <w:rPr>
          <w:b/>
        </w:rPr>
        <w:t xml:space="preserve">[06:24] </w:t>
      </w:r>
      <w:r>
        <w:t>us ko na follow kare</w:t>
      </w:r>
    </w:p>
    <w:p>
      <w:pPr>
        <w:jc w:val="right"/>
      </w:pPr>
      <w:r>
        <w:t>اس کو نہ فالو کرے</w:t>
      </w:r>
    </w:p>
    <w:p>
      <w:r>
        <w:rPr>
          <w:b/>
        </w:rPr>
        <w:t xml:space="preserve">[06:27] </w:t>
      </w:r>
      <w:r>
        <w:t>tu ye do option hain insan ke liye</w:t>
      </w:r>
    </w:p>
    <w:p>
      <w:pPr>
        <w:jc w:val="right"/>
      </w:pPr>
      <w:r>
        <w:t>تو یہ دو اپشن ہیں انسان کے لیے</w:t>
      </w:r>
    </w:p>
    <w:p>
      <w:r>
        <w:rPr>
          <w:b/>
        </w:rPr>
        <w:t xml:space="preserve">[06:31] </w:t>
      </w:r>
      <w:r>
        <w:t>lekin ek hi option sahi</w:t>
      </w:r>
    </w:p>
    <w:p>
      <w:pPr>
        <w:jc w:val="right"/>
      </w:pPr>
      <w:r>
        <w:t>لیکن ایک ہی اپشن صحیح</w:t>
      </w:r>
    </w:p>
    <w:p>
      <w:r>
        <w:rPr>
          <w:b/>
        </w:rPr>
        <w:t xml:space="preserve">[06:34] </w:t>
      </w:r>
      <w:r>
        <w:t>option hai dusra option jo hai wo deviation hai</w:t>
      </w:r>
    </w:p>
    <w:p>
      <w:pPr>
        <w:jc w:val="right"/>
      </w:pPr>
      <w:r>
        <w:t>اپشن ہے دوسرا اپشن جو ہے وہ ڈیوی ایشن ہے</w:t>
      </w:r>
    </w:p>
    <w:p>
      <w:r>
        <w:rPr>
          <w:b/>
        </w:rPr>
        <w:t xml:space="preserve">[06:40] </w:t>
      </w:r>
      <w:r>
        <w:t>tu agar. tu is is is test mein jo log pure utren ge jo log stand karen ge</w:t>
      </w:r>
    </w:p>
    <w:p>
      <w:pPr>
        <w:jc w:val="right"/>
      </w:pPr>
      <w:r>
        <w:t>تو اگر. تو اس اس اس ٹیسٹ میں جو لوگ پورے اتریں گے جو لوگ اسٹینڈ کریں گے</w:t>
      </w:r>
    </w:p>
    <w:p>
      <w:r>
        <w:rPr>
          <w:b/>
        </w:rPr>
        <w:t xml:space="preserve">[06:46] </w:t>
      </w:r>
      <w:r>
        <w:t>yani wo apni freedom ko</w:t>
      </w:r>
    </w:p>
    <w:p>
      <w:pPr>
        <w:jc w:val="right"/>
      </w:pPr>
      <w:r>
        <w:t>یعنی وہ اپنی فریڈم کو</w:t>
      </w:r>
    </w:p>
    <w:p>
      <w:r>
        <w:rPr>
          <w:b/>
        </w:rPr>
        <w:t xml:space="preserve">[06:51] </w:t>
      </w:r>
      <w:r>
        <w:t>theek theek istemal karen ge wo freedom ka misuse nahi karen ge unhi ke liye paradise</w:t>
      </w:r>
    </w:p>
    <w:p>
      <w:pPr>
        <w:jc w:val="right"/>
      </w:pPr>
      <w:r>
        <w:t>ٹھیک ٹھیک استعمال کریں گے وہ فریڈم کا مس یوز نہیں کریں گے انہی کے لیے پیراڈائز</w:t>
      </w:r>
    </w:p>
    <w:p>
      <w:r>
        <w:rPr>
          <w:b/>
        </w:rPr>
        <w:t xml:space="preserve">[06:59] </w:t>
      </w:r>
      <w:r>
        <w:t>tu yahan par aise logon ka selection kiya ja raha hai</w:t>
      </w:r>
    </w:p>
    <w:p>
      <w:pPr>
        <w:jc w:val="right"/>
      </w:pPr>
      <w:r>
        <w:t>تو یہاں پر ایسے لوگوں کا سلیکشن کیا جا رہا ہے</w:t>
      </w:r>
    </w:p>
    <w:p>
      <w:r>
        <w:rPr>
          <w:b/>
        </w:rPr>
        <w:t xml:space="preserve">[07:04] </w:t>
      </w:r>
      <w:r>
        <w:t>tu ye jo pre death period hai wo yahi</w:t>
      </w:r>
    </w:p>
    <w:p>
      <w:pPr>
        <w:jc w:val="right"/>
      </w:pPr>
      <w:r>
        <w:t>تو یہ جو پری ڈیتھ پیریڈ ہے وہ یہی</w:t>
      </w:r>
    </w:p>
    <w:p>
      <w:r>
        <w:rPr>
          <w:b/>
        </w:rPr>
        <w:t xml:space="preserve">[07:08] </w:t>
      </w:r>
      <w:r>
        <w:t>period hai selection wala</w:t>
      </w:r>
    </w:p>
    <w:p>
      <w:pPr>
        <w:jc w:val="right"/>
      </w:pPr>
      <w:r>
        <w:t>پیریڈ ہے سلیکشن والا</w:t>
      </w:r>
    </w:p>
    <w:p>
      <w:r>
        <w:rPr>
          <w:b/>
        </w:rPr>
        <w:t xml:space="preserve">[07:11] </w:t>
      </w:r>
      <w:r>
        <w:t>yahan par insan rehta hai 40 saal 50 saal 60 saal 70 saal 90 saal bahut bahut is</w:t>
      </w:r>
    </w:p>
    <w:p>
      <w:pPr>
        <w:jc w:val="right"/>
      </w:pPr>
      <w:r>
        <w:t>یہاں پر انسان رہتا ہے 40 سال 50 سال 60 سال 70 سال 90 سال بہت بہت اس</w:t>
      </w:r>
    </w:p>
    <w:p>
      <w:r>
        <w:rPr>
          <w:b/>
        </w:rPr>
        <w:t xml:space="preserve">[07:18] </w:t>
      </w:r>
      <w:r>
        <w:t>ke baad mar jata hai</w:t>
      </w:r>
    </w:p>
    <w:p>
      <w:pPr>
        <w:jc w:val="right"/>
      </w:pPr>
      <w:r>
        <w:t>کے بعد مر جاتا ہے</w:t>
      </w:r>
    </w:p>
    <w:p>
      <w:r>
        <w:rPr>
          <w:b/>
        </w:rPr>
        <w:t xml:space="preserve">[07:22] </w:t>
      </w:r>
      <w:r>
        <w:t>ye bahut hi ajeeb baat hai insan paida hota hai dekhiye</w:t>
      </w:r>
    </w:p>
    <w:p>
      <w:pPr>
        <w:jc w:val="right"/>
      </w:pPr>
      <w:r>
        <w:t>یہ بہت ہی عجیب بات ہے انسان پیدا ہوتا ہے دیکھیے</w:t>
      </w:r>
    </w:p>
    <w:p>
      <w:r>
        <w:rPr>
          <w:b/>
        </w:rPr>
        <w:t xml:space="preserve">[07:27] </w:t>
      </w:r>
      <w:r>
        <w:t>anokhi qualities hoti hain insan ke andar hamara body bhi anokha hai hamara mind bhi anokha hai</w:t>
      </w:r>
    </w:p>
    <w:p>
      <w:pPr>
        <w:jc w:val="right"/>
      </w:pPr>
      <w:r>
        <w:t>انوکھی کوالٹیز ہوتی ہیں انسان کے اندر ہمارا باڈی بھی انوکھا ہے ہمارا مائنڈ بھی انوکھا ہے</w:t>
      </w:r>
    </w:p>
    <w:p>
      <w:r>
        <w:rPr>
          <w:b/>
        </w:rPr>
        <w:t xml:space="preserve">[07:34] </w:t>
      </w:r>
      <w:r>
        <w:t>bataur hum ek eternal being hain</w:t>
      </w:r>
    </w:p>
    <w:p>
      <w:pPr>
        <w:jc w:val="right"/>
      </w:pPr>
      <w:r>
        <w:t>بظاہر ہم ایک ایٹرنل بینگ ہیں</w:t>
      </w:r>
    </w:p>
    <w:p>
      <w:r>
        <w:rPr>
          <w:b/>
        </w:rPr>
        <w:t xml:space="preserve">[07:37] </w:t>
      </w:r>
      <w:r>
        <w:t>bataur aisa nahi maloom hota ke hum koi temporary period ke yahan par hain lekin maut aa jati</w:t>
      </w:r>
    </w:p>
    <w:p>
      <w:pPr>
        <w:jc w:val="right"/>
      </w:pPr>
      <w:r>
        <w:t>بظاہر ایسا نہیں معلوم ہوتا کہ ہم کوئی ٹیمپریری پیریڈ کے یہاں پر ہیں لیکن موت ا جاتی</w:t>
      </w:r>
    </w:p>
    <w:p>
      <w:r>
        <w:rPr>
          <w:b/>
        </w:rPr>
        <w:t xml:space="preserve">[07:43] </w:t>
      </w:r>
      <w:r>
        <w:t>hai insan chahta hai rehna</w:t>
      </w:r>
    </w:p>
    <w:p>
      <w:pPr>
        <w:jc w:val="right"/>
      </w:pPr>
      <w:r>
        <w:t>ہے انسان چاہتا ہے رہنا</w:t>
      </w:r>
    </w:p>
    <w:p>
      <w:r>
        <w:rPr>
          <w:b/>
        </w:rPr>
        <w:t xml:space="preserve">[07:49] </w:t>
      </w:r>
      <w:r>
        <w:t>hamesha ke liye apni sari desire ko fulfill karna chahta hai wo lekin us ki desire fulfill nahi</w:t>
      </w:r>
    </w:p>
    <w:p>
      <w:pPr>
        <w:jc w:val="right"/>
      </w:pPr>
      <w:r>
        <w:t>ہمیشہ کے لیے اپنی ساری ڈیزائر کو فلفل کرنا چاہتا ہے وہ لیکن اس کی ڈیزائر فلفل نہیں</w:t>
      </w:r>
    </w:p>
    <w:p>
      <w:r>
        <w:rPr>
          <w:b/>
        </w:rPr>
        <w:t xml:space="preserve">[07:56] </w:t>
      </w:r>
      <w:r>
        <w:t>hoti us ki ambitions baqi rehti hain us ki tamannaein khatam nahi hoti aur achanak maut aa jati</w:t>
      </w:r>
    </w:p>
    <w:p>
      <w:pPr>
        <w:jc w:val="right"/>
      </w:pPr>
      <w:r>
        <w:t>ہوتی اس کی ایمبیشنز باقی رہتی ہیں اس کی تمنائیں ختم نہیں ہوتی اور اچانک موت ا جاتی</w:t>
      </w:r>
    </w:p>
    <w:p>
      <w:r>
        <w:rPr>
          <w:b/>
        </w:rPr>
        <w:t xml:space="preserve">[08:04] </w:t>
      </w:r>
      <w:r>
        <w:t>hai</w:t>
      </w:r>
    </w:p>
    <w:p>
      <w:pPr>
        <w:jc w:val="right"/>
      </w:pPr>
      <w:r>
        <w:t>ہے</w:t>
      </w:r>
    </w:p>
    <w:p>
      <w:r>
        <w:rPr>
          <w:b/>
        </w:rPr>
        <w:t xml:space="preserve">[08:08] </w:t>
      </w:r>
      <w:r>
        <w:t>aur maut jab aati hai to woh kisi ko yeh mauqa nahi deti ke woh usko na mane maut ko manna hi padta hai jis tarah se aap dekhen earthquake hai earthquake mein hamara koi say nahi hai hum koi say nahi rakhte ke earthquake aaye ya na aaye aisi maut ke bare mein bhi hamare paas koi say nahi hai maut ko aana hai to aati hai</w:t>
      </w:r>
    </w:p>
    <w:p>
      <w:pPr>
        <w:jc w:val="right"/>
      </w:pPr>
      <w:r>
        <w:t>اور موت جب اتی ہے تو وہ کسی کو یہ موقع نہیں دیتی کہ وہ اس کو نہ مانے موت کو ماننا ہی پڑتا ہے جس طرح سے اپ دیکھیں ارتھ کویک ہے ارتھ کویک میں ہمارا کوئی سے نہیں ہے ہم کوئی سے نہیں رکھتے کہ ارتھ کویک ائے یا نہ ائے ایسی موت کے بارے میں بھی ہمارے پاس کوئی سے نہیں ہے موت کو انا ہے تو اتی ہے</w:t>
      </w:r>
    </w:p>
    <w:p>
      <w:r>
        <w:rPr>
          <w:b/>
        </w:rPr>
        <w:t xml:space="preserve">[08:36] </w:t>
      </w:r>
      <w:r>
        <w:t>tu ye bada hi bhayanak mamla hai jo log sincere hote hain bahut zyada sochte hain</w:t>
      </w:r>
    </w:p>
    <w:p>
      <w:pPr>
        <w:jc w:val="right"/>
      </w:pPr>
      <w:r>
        <w:t>تو یہ بڑا ہی بھیانک معاملہ ہے جو لوگ سنسیر ہوتے ہیں بہت زیادہ سوچتے ہیں</w:t>
      </w:r>
    </w:p>
    <w:p>
      <w:r>
        <w:rPr>
          <w:b/>
        </w:rPr>
        <w:t xml:space="preserve">[08:45] </w:t>
      </w:r>
      <w:r>
        <w:t>tu un ke samne hamesha ek question rehta hai ke kya hai zindagi kya hai maut</w:t>
      </w:r>
    </w:p>
    <w:p>
      <w:pPr>
        <w:jc w:val="right"/>
      </w:pPr>
      <w:r>
        <w:t>تو ان کے سامنے ہمیشہ ایک کوئسچن رہتا ہے کہ کیا ہے زندگی کیا ہے موت</w:t>
      </w:r>
    </w:p>
    <w:p>
      <w:r>
        <w:rPr>
          <w:b/>
        </w:rPr>
        <w:t xml:space="preserve">[08:52] </w:t>
      </w:r>
      <w:r>
        <w:t>tu main aap ko ek qissa bataun</w:t>
      </w:r>
    </w:p>
    <w:p>
      <w:pPr>
        <w:jc w:val="right"/>
      </w:pPr>
      <w:r>
        <w:t>تو میں اپ کو ایک قصہ بتاؤں</w:t>
      </w:r>
    </w:p>
    <w:p>
      <w:r>
        <w:rPr>
          <w:b/>
        </w:rPr>
        <w:t xml:space="preserve">[08:56] </w:t>
      </w:r>
      <w:r>
        <w:t>america mein ek aadmi jo billionaire tha bohat paise wala</w:t>
      </w:r>
    </w:p>
    <w:p>
      <w:pPr>
        <w:jc w:val="right"/>
      </w:pPr>
      <w:r>
        <w:t>امریکہ میں ایک ادمی جو بلینیئر تھا بہت پیسے والا</w:t>
      </w:r>
    </w:p>
    <w:p>
      <w:r>
        <w:rPr>
          <w:b/>
        </w:rPr>
        <w:t xml:space="preserve">[09:02] </w:t>
      </w:r>
      <w:r>
        <w:t>woh paisa kamaya business banai industry lagai</w:t>
      </w:r>
    </w:p>
    <w:p>
      <w:pPr>
        <w:jc w:val="right"/>
      </w:pPr>
      <w:r>
        <w:t>وہ پیسہ کمایا بزنس بنائی انڈسٹری لگائی</w:t>
      </w:r>
    </w:p>
    <w:p>
      <w:r>
        <w:rPr>
          <w:b/>
        </w:rPr>
        <w:t xml:space="preserve">[09:08] </w:t>
      </w:r>
      <w:r>
        <w:t>lekin phir kya hua woh boodha ho gaya</w:t>
      </w:r>
    </w:p>
    <w:p>
      <w:pPr>
        <w:jc w:val="right"/>
      </w:pPr>
      <w:r>
        <w:t>لیکن پھر کیا ہوا وہ بوڑھا ہو گیا</w:t>
      </w:r>
    </w:p>
    <w:p>
      <w:r>
        <w:rPr>
          <w:b/>
        </w:rPr>
        <w:t xml:space="preserve">[09:11] </w:t>
      </w:r>
      <w:r>
        <w:t>ab bhi woh chahta tha ke zindagi ko enjoy kare</w:t>
      </w:r>
    </w:p>
    <w:p>
      <w:pPr>
        <w:jc w:val="right"/>
      </w:pPr>
      <w:r>
        <w:t>اب بھی وہ چاہتا تھا کہ زندگی کو انجوائے کرے</w:t>
      </w:r>
    </w:p>
    <w:p>
      <w:r>
        <w:rPr>
          <w:b/>
        </w:rPr>
        <w:t xml:space="preserve">[09:15] </w:t>
      </w:r>
      <w:r>
        <w:t>zindagi ko dunya mein aur rahe</w:t>
      </w:r>
    </w:p>
    <w:p>
      <w:pPr>
        <w:jc w:val="right"/>
      </w:pPr>
      <w:r>
        <w:t>زندگی کو دنیا میں اور رہے</w:t>
      </w:r>
    </w:p>
    <w:p>
      <w:r>
        <w:rPr>
          <w:b/>
        </w:rPr>
        <w:t xml:space="preserve">[09:19] </w:t>
      </w:r>
      <w:r>
        <w:t>lekin kya hua boodha</w:t>
      </w:r>
    </w:p>
    <w:p>
      <w:pPr>
        <w:jc w:val="right"/>
      </w:pPr>
      <w:r>
        <w:t>لیکن کیا ہوا بوڑھا</w:t>
      </w:r>
    </w:p>
    <w:p>
      <w:r>
        <w:rPr>
          <w:b/>
        </w:rPr>
        <w:t xml:space="preserve">[09:21] </w:t>
      </w:r>
      <w:r>
        <w:t>ho gaya maut samne dikhai dene lagi to woh bohat hi sensitive aadmi tha bohat intelligent aadmi tha uske andar bohat thinking capacity thi to woh sochta tha sochta tha sochta tha to kuch log to aise milenge jo maut ke bare mein sochein hi nahi kya sochna hai</w:t>
      </w:r>
    </w:p>
    <w:p>
      <w:pPr>
        <w:jc w:val="right"/>
      </w:pPr>
      <w:r>
        <w:t>ہو گیا موت سامنے دکھائی دینے لگی تو وہ بہت ہی سینسٹیو ادمی تھا بہت انٹیلیجنٹ ادمی تھا اس کے اندر بہت تھنکنگ کیپیسٹی تھی تو وہ سوچتا تھا سوچتا تھا سوچتا تھا تو کچھ لوگ تو ایسے ملیں گے جو موت کے بارے میں سوچیں ہی نہیں کیا سوچنا ہے</w:t>
      </w:r>
    </w:p>
    <w:p>
      <w:r>
        <w:rPr>
          <w:b/>
        </w:rPr>
        <w:t xml:space="preserve">[09:46] </w:t>
      </w:r>
      <w:r>
        <w:t>jaise ek shayar ne kaha ke aaj aaram se guzarti hai</w:t>
      </w:r>
    </w:p>
    <w:p>
      <w:pPr>
        <w:jc w:val="right"/>
      </w:pPr>
      <w:r>
        <w:t>جیسے ایک شاعر نے کہا کہ اج ارام سے گزرتی ہے</w:t>
      </w:r>
    </w:p>
    <w:p>
      <w:r>
        <w:rPr>
          <w:b/>
        </w:rPr>
        <w:t xml:space="preserve">[09:53] </w:t>
      </w:r>
      <w:r>
        <w:t>maut ki khabar khuda jaane</w:t>
      </w:r>
    </w:p>
    <w:p>
      <w:pPr>
        <w:jc w:val="right"/>
      </w:pPr>
      <w:r>
        <w:t>موت کی خبر خدا جانے</w:t>
      </w:r>
    </w:p>
    <w:p>
      <w:r>
        <w:rPr>
          <w:b/>
        </w:rPr>
        <w:t xml:space="preserve">[09:57] </w:t>
      </w:r>
      <w:r>
        <w:t>matlab isko bohat hi</w:t>
      </w:r>
    </w:p>
    <w:p>
      <w:pPr>
        <w:jc w:val="right"/>
      </w:pPr>
      <w:r>
        <w:t>مطلب اس کو بہت ہی</w:t>
      </w:r>
    </w:p>
    <w:p>
      <w:r>
        <w:rPr>
          <w:b/>
        </w:rPr>
        <w:t xml:space="preserve">[09:59] </w:t>
      </w:r>
      <w:r>
        <w:t>ah woh seriously nahi lete maut ke maamle ko</w:t>
      </w:r>
    </w:p>
    <w:p>
      <w:pPr>
        <w:jc w:val="right"/>
      </w:pPr>
      <w:r>
        <w:t>اہ وہ سیریسلی نہیں لیتے موت کے معاملے کو</w:t>
      </w:r>
    </w:p>
    <w:p>
      <w:r>
        <w:rPr>
          <w:b/>
        </w:rPr>
        <w:t xml:space="preserve">[10:04] </w:t>
      </w:r>
      <w:r>
        <w:t>aaqbat ki khabar khuda jaane</w:t>
      </w:r>
    </w:p>
    <w:p>
      <w:pPr>
        <w:jc w:val="right"/>
      </w:pPr>
      <w:r>
        <w:t>عاقبت کی خبر خدا جانے</w:t>
      </w:r>
    </w:p>
    <w:p>
      <w:r>
        <w:rPr>
          <w:b/>
        </w:rPr>
        <w:t xml:space="preserve">[10:07] </w:t>
      </w:r>
      <w:r>
        <w:t>yeh woh log hain jo maut ke maamle ko seriously nahi lete</w:t>
      </w:r>
    </w:p>
    <w:p>
      <w:pPr>
        <w:jc w:val="right"/>
      </w:pPr>
      <w:r>
        <w:t>یہ وہ لوگ ہیں جو موت کے معاملے کو سیریسلی نہیں لیتے</w:t>
      </w:r>
    </w:p>
    <w:p>
      <w:r>
        <w:rPr>
          <w:b/>
        </w:rPr>
        <w:t xml:space="preserve">[10:13] </w:t>
      </w:r>
      <w:r>
        <w:t>lekin sab log aise nahi hote</w:t>
      </w:r>
    </w:p>
    <w:p>
      <w:pPr>
        <w:jc w:val="right"/>
      </w:pPr>
      <w:r>
        <w:t>لیکن سب لوگ ایسے نہیں ہوتے</w:t>
      </w:r>
    </w:p>
    <w:p>
      <w:r>
        <w:rPr>
          <w:b/>
        </w:rPr>
        <w:t xml:space="preserve">[10:16] </w:t>
      </w:r>
      <w:r>
        <w:t>kuch log aise hote hain jo bohat seriously lete hain woh sochte hain ke aakhir maut kyun</w:t>
      </w:r>
    </w:p>
    <w:p>
      <w:pPr>
        <w:jc w:val="right"/>
      </w:pPr>
      <w:r>
        <w:t>کچھ لوگ ایسے ہوتے ہیں جو بہت سیریسلی لیتے ہیں وہ سوچتے ہیں کہ اخر موت کیوں</w:t>
      </w:r>
    </w:p>
    <w:p>
      <w:r>
        <w:rPr>
          <w:b/>
        </w:rPr>
        <w:t xml:space="preserve">[10:23] </w:t>
      </w:r>
      <w:r>
        <w:t>kya hai maut ke baad</w:t>
      </w:r>
    </w:p>
    <w:p>
      <w:pPr>
        <w:jc w:val="right"/>
      </w:pPr>
      <w:r>
        <w:t>کیا ہے موت کے بعد</w:t>
      </w:r>
    </w:p>
    <w:p>
      <w:r>
        <w:rPr>
          <w:b/>
        </w:rPr>
        <w:t xml:space="preserve">[10:26] </w:t>
      </w:r>
      <w:r>
        <w:t>toh aise hi ek aadmi tha america mein woh billionaire tha</w:t>
      </w:r>
    </w:p>
    <w:p>
      <w:pPr>
        <w:jc w:val="right"/>
      </w:pPr>
      <w:r>
        <w:t>تو ایسے ہی ایک ادمی تھا امریکہ میں وہ بلینیئر تھا</w:t>
      </w:r>
    </w:p>
    <w:p>
      <w:r>
        <w:rPr>
          <w:b/>
        </w:rPr>
        <w:t xml:space="preserve">[10:31] </w:t>
      </w:r>
      <w:r>
        <w:t>toh jab boodha hua us</w:t>
      </w:r>
    </w:p>
    <w:p>
      <w:pPr>
        <w:jc w:val="right"/>
      </w:pPr>
      <w:r>
        <w:t>تو جب بوڑھا ہوا اس</w:t>
      </w:r>
    </w:p>
    <w:p>
      <w:r>
        <w:rPr>
          <w:b/>
        </w:rPr>
        <w:t xml:space="preserve">[10:33] </w:t>
      </w:r>
      <w:r>
        <w:t>ko laga ke ab main mar jaunga</w:t>
      </w:r>
    </w:p>
    <w:p>
      <w:pPr>
        <w:jc w:val="right"/>
      </w:pPr>
      <w:r>
        <w:t>کو لگا کہ اب میں مر جاؤں گا</w:t>
      </w:r>
    </w:p>
    <w:p>
      <w:r>
        <w:rPr>
          <w:b/>
        </w:rPr>
        <w:t xml:space="preserve">[10:36] </w:t>
      </w:r>
      <w:r>
        <w:t>toh wahan par missionary hain Billy Graham unko isne urgent message de kar bulaya</w:t>
      </w:r>
    </w:p>
    <w:p>
      <w:pPr>
        <w:jc w:val="right"/>
      </w:pPr>
      <w:r>
        <w:t>تو وہاں پر مشنری ہیں بلی گرہم ان کو اس نے ارجنٹ میسج دے کر بلایا</w:t>
      </w:r>
    </w:p>
    <w:p>
      <w:r>
        <w:rPr>
          <w:b/>
        </w:rPr>
        <w:t xml:space="preserve">[10:45] </w:t>
      </w:r>
      <w:r>
        <w:t>ke foran aao</w:t>
      </w:r>
    </w:p>
    <w:p>
      <w:pPr>
        <w:jc w:val="right"/>
      </w:pPr>
      <w:r>
        <w:t>کہ فورا اؤ</w:t>
      </w:r>
    </w:p>
    <w:p>
      <w:r>
        <w:rPr>
          <w:b/>
        </w:rPr>
        <w:t xml:space="preserve">[10:47] </w:t>
      </w:r>
      <w:r>
        <w:t>toh woh kisi mission par thay kisi tour par thay toh unhone apna safar rok kar ke</w:t>
      </w:r>
    </w:p>
    <w:p>
      <w:pPr>
        <w:jc w:val="right"/>
      </w:pPr>
      <w:r>
        <w:t>تو وہ کسی مشن پر تھے کسی ٹور پر تھے تو انہوں نے اپنا سفر روک کر کے</w:t>
      </w:r>
    </w:p>
    <w:p>
      <w:r>
        <w:rPr>
          <w:b/>
        </w:rPr>
        <w:t xml:space="preserve">[10:54] </w:t>
      </w:r>
      <w:r>
        <w:t>foran wahan gaye woh</w:t>
      </w:r>
    </w:p>
    <w:p>
      <w:pPr>
        <w:jc w:val="right"/>
      </w:pPr>
      <w:r>
        <w:t>فورا وہاں گئے وہ</w:t>
      </w:r>
    </w:p>
    <w:p>
      <w:r>
        <w:rPr>
          <w:b/>
        </w:rPr>
        <w:t xml:space="preserve">[10:57] </w:t>
      </w:r>
      <w:r>
        <w:t>jab woh pohanche wahan par toh ek room mein unhein bithaya gaya wahan par woh daulatmand amrici</w:t>
      </w:r>
    </w:p>
    <w:p>
      <w:pPr>
        <w:jc w:val="right"/>
      </w:pPr>
      <w:r>
        <w:t>جب وہ پہنچے وہاں پر تو ایک روم میں انہیں بٹھایا گیا وہاں پر وہ دولت مند امریکی</w:t>
      </w:r>
    </w:p>
    <w:p>
      <w:r>
        <w:rPr>
          <w:b/>
        </w:rPr>
        <w:t xml:space="preserve">[11:07] </w:t>
      </w:r>
      <w:r>
        <w:t>aadmi aya toh usne dekhiye kaisi ajeeb baat kahi</w:t>
      </w:r>
    </w:p>
    <w:p>
      <w:pPr>
        <w:jc w:val="right"/>
      </w:pPr>
      <w:r>
        <w:t>ادمی ایا تو اس نے دیکھیے کیسی عجیب بات کہی</w:t>
      </w:r>
    </w:p>
    <w:p>
      <w:r>
        <w:rPr>
          <w:b/>
        </w:rPr>
        <w:t xml:space="preserve">[11:16] </w:t>
      </w:r>
      <w:r>
        <w:t>usne Billy Graham se kaha</w:t>
      </w:r>
    </w:p>
    <w:p>
      <w:pPr>
        <w:jc w:val="right"/>
      </w:pPr>
      <w:r>
        <w:t>اس نے بلی گرہم سے کہا</w:t>
      </w:r>
    </w:p>
    <w:p>
      <w:r>
        <w:rPr>
          <w:b/>
        </w:rPr>
        <w:t xml:space="preserve">[11:19] </w:t>
      </w:r>
      <w:r>
        <w:t>keh you see i am an old man</w:t>
      </w:r>
    </w:p>
    <w:p>
      <w:pPr>
        <w:jc w:val="right"/>
      </w:pPr>
      <w:r>
        <w:t>کہ یو سی ائی ایم این اولڈ مین</w:t>
      </w:r>
    </w:p>
    <w:p>
      <w:r>
        <w:rPr>
          <w:b/>
        </w:rPr>
        <w:t xml:space="preserve">[11:26] </w:t>
      </w:r>
      <w:r>
        <w:t>life has lost all meaning</w:t>
      </w:r>
    </w:p>
    <w:p>
      <w:pPr>
        <w:jc w:val="right"/>
      </w:pPr>
      <w:r>
        <w:t>لائف ہیز لاسٹ ال میننگ</w:t>
      </w:r>
    </w:p>
    <w:p>
      <w:r>
        <w:rPr>
          <w:b/>
        </w:rPr>
        <w:t xml:space="preserve">[11:31] </w:t>
      </w:r>
      <w:r>
        <w:t>I am going to take a fateful leap into the unknowing.</w:t>
      </w:r>
    </w:p>
    <w:p>
      <w:pPr>
        <w:jc w:val="right"/>
      </w:pPr>
      <w:r>
        <w:t>ائی ایم گوئنگ ٹو ٹیک ا فیٹ فل لیپ انٹو دا ان نونینگ</w:t>
      </w:r>
    </w:p>
    <w:p>
      <w:r>
        <w:rPr>
          <w:b/>
        </w:rPr>
        <w:t xml:space="preserve">[11:38] </w:t>
      </w:r>
      <w:r>
        <w:t>man can you give me a ray of hope</w:t>
      </w:r>
    </w:p>
    <w:p>
      <w:pPr>
        <w:jc w:val="right"/>
      </w:pPr>
      <w:r>
        <w:t>مین کین یو گیو می ا رے اف ہوپ</w:t>
      </w:r>
    </w:p>
    <w:p>
      <w:r>
        <w:rPr>
          <w:b/>
        </w:rPr>
        <w:t xml:space="preserve">[11:44] </w:t>
      </w:r>
      <w:r>
        <w:t>us ne kaha keh dekho mujhe mein boorha ho chuka hoon marne wala hoon</w:t>
      </w:r>
    </w:p>
    <w:p>
      <w:pPr>
        <w:jc w:val="right"/>
      </w:pPr>
      <w:r>
        <w:t>اس نے کہا کہ دیکھو مجھے میں بوڑھا ہو چکا ہوں مرنے والا ہوں</w:t>
      </w:r>
    </w:p>
    <w:p>
      <w:r>
        <w:rPr>
          <w:b/>
        </w:rPr>
        <w:t xml:space="preserve">[11:51] </w:t>
      </w:r>
      <w:r>
        <w:t>maut ki taraf chhalang lagane wala hoon kuch nahi pata keh idhar kya hai</w:t>
      </w:r>
    </w:p>
    <w:p>
      <w:pPr>
        <w:jc w:val="right"/>
      </w:pPr>
      <w:r>
        <w:t>موت کی طرف چھلانگ لگانے والا ہوں کچھ نہیں پتہ کہ ادھر کیا ہے</w:t>
      </w:r>
    </w:p>
    <w:p>
      <w:r>
        <w:rPr>
          <w:b/>
        </w:rPr>
        <w:t xml:space="preserve">[11:57] </w:t>
      </w:r>
      <w:r>
        <w:t>to tum kuch bata sakte ho to bachao mujhe</w:t>
      </w:r>
    </w:p>
    <w:p>
      <w:pPr>
        <w:jc w:val="right"/>
      </w:pPr>
      <w:r>
        <w:t>تو تم کچھ بتا سکتے ہو تو بچاؤ مجھے</w:t>
      </w:r>
    </w:p>
    <w:p>
      <w:r>
        <w:rPr>
          <w:b/>
        </w:rPr>
        <w:t xml:space="preserve">[12:00] </w:t>
      </w:r>
      <w:r>
        <w:t>koi roshni</w:t>
      </w:r>
    </w:p>
    <w:p>
      <w:pPr>
        <w:jc w:val="right"/>
      </w:pPr>
      <w:r>
        <w:t>کوئی روشنی</w:t>
      </w:r>
    </w:p>
    <w:p>
      <w:r>
        <w:rPr>
          <w:b/>
        </w:rPr>
        <w:t xml:space="preserve">[12:01] </w:t>
      </w:r>
      <w:r>
        <w:t>de sakte ho to do mujhe roshni</w:t>
      </w:r>
    </w:p>
    <w:p>
      <w:pPr>
        <w:jc w:val="right"/>
      </w:pPr>
      <w:r>
        <w:t>دے سکتے ہو تو دو مجھے روشنی</w:t>
      </w:r>
    </w:p>
    <w:p>
      <w:r>
        <w:rPr>
          <w:b/>
        </w:rPr>
        <w:t xml:space="preserve">[12:04] </w:t>
      </w:r>
      <w:r>
        <w:t>yeh hai sincere aadmi ki baat</w:t>
      </w:r>
    </w:p>
    <w:p>
      <w:pPr>
        <w:jc w:val="right"/>
      </w:pPr>
      <w:r>
        <w:t>یہ ہے سنسیئر ادمی کی بات</w:t>
      </w:r>
    </w:p>
    <w:p>
      <w:r>
        <w:rPr>
          <w:b/>
        </w:rPr>
        <w:t xml:space="preserve">[12:07] </w:t>
      </w:r>
      <w:r>
        <w:t>jo log zindagi ko seriously lete hain sochte hain woh aisa kehte hain baqi kuch log hote hain</w:t>
      </w:r>
    </w:p>
    <w:p>
      <w:pPr>
        <w:jc w:val="right"/>
      </w:pPr>
      <w:r>
        <w:t>جو لوگ زندگی کو سیریسلی لیتے ہیں سوچتے ہیں وہ ایسا کہتے ہیں باقی کچھ لوگ ہوتے ہیں</w:t>
      </w:r>
    </w:p>
    <w:p>
      <w:r>
        <w:rPr>
          <w:b/>
        </w:rPr>
        <w:t xml:space="preserve">[12:14] </w:t>
      </w:r>
      <w:r>
        <w:t>jo mughaffal hote hain sochte nahi</w:t>
      </w:r>
    </w:p>
    <w:p>
      <w:pPr>
        <w:jc w:val="right"/>
      </w:pPr>
      <w:r>
        <w:t>جو مغفل ہوتے ہیں سوچتے نہیں</w:t>
      </w:r>
    </w:p>
    <w:p>
      <w:r>
        <w:rPr>
          <w:b/>
        </w:rPr>
        <w:t xml:space="preserve">[12:19] </w:t>
      </w:r>
      <w:r>
        <w:t>woh chalte hain woh chal raha hai chalne do</w:t>
      </w:r>
    </w:p>
    <w:p>
      <w:pPr>
        <w:jc w:val="right"/>
      </w:pPr>
      <w:r>
        <w:t>وہ چلتے ہیں وہ چل رہا ہے چلنے دو</w:t>
      </w:r>
    </w:p>
    <w:p>
      <w:r>
        <w:rPr>
          <w:b/>
        </w:rPr>
        <w:t xml:space="preserve">[12:22] </w:t>
      </w:r>
      <w:r>
        <w:t>lekin aap ko chahiye keh jis tarah se aap apne business ke muamle mein serious hote hain</w:t>
      </w:r>
    </w:p>
    <w:p>
      <w:pPr>
        <w:jc w:val="right"/>
      </w:pPr>
      <w:r>
        <w:t>لیکن اپ کو چاہیے کہ جس طرح سے اپ اپنے بزنس کے معاملے میں سیریس ہوتے ہیں</w:t>
      </w:r>
    </w:p>
    <w:p>
      <w:r>
        <w:rPr>
          <w:b/>
        </w:rPr>
        <w:t xml:space="preserve">[12:28] </w:t>
      </w:r>
      <w:r>
        <w:t>apne job ke muamle mein aap sochte hain</w:t>
      </w:r>
    </w:p>
    <w:p>
      <w:pPr>
        <w:jc w:val="right"/>
      </w:pPr>
      <w:r>
        <w:t>اپنے جاب کے معاملے میں اپ سوچتے ہیں</w:t>
      </w:r>
    </w:p>
    <w:p>
      <w:r>
        <w:rPr>
          <w:b/>
        </w:rPr>
        <w:t xml:space="preserve">[12:31] </w:t>
      </w:r>
      <w:r>
        <w:t>apni family ke future ke bare mein aap bohat zyada ek ek cheez ko samajhne ki koshish karte</w:t>
      </w:r>
    </w:p>
    <w:p>
      <w:pPr>
        <w:jc w:val="right"/>
      </w:pPr>
      <w:r>
        <w:t>اپنی فیملی کے فیوچر کے بارے میں اپ بہت زیادہ ایک ایک چیز کو سمجھنے کی کوشش کرتے</w:t>
      </w:r>
    </w:p>
    <w:p>
      <w:r>
        <w:rPr>
          <w:b/>
        </w:rPr>
        <w:t xml:space="preserve">[12:37] </w:t>
      </w:r>
      <w:r>
        <w:t>hain isi tarah aap ko maut ke bare mein bhi sochna chahiye</w:t>
      </w:r>
    </w:p>
    <w:p>
      <w:pPr>
        <w:jc w:val="right"/>
      </w:pPr>
      <w:r>
        <w:t>ہیں اسی طرح اپ کو موت کے بارے میں بھی سوچنا چاہیے</w:t>
      </w:r>
    </w:p>
    <w:p>
      <w:r>
        <w:rPr>
          <w:b/>
        </w:rPr>
        <w:t xml:space="preserve">[12:45] </w:t>
      </w:r>
      <w:r>
        <w:t>maut ke bare mein bhi sochna chahiye</w:t>
      </w:r>
    </w:p>
    <w:p>
      <w:pPr>
        <w:jc w:val="right"/>
      </w:pPr>
      <w:r>
        <w:t>موت کے بارے میں بھی سوچنا چاہیے</w:t>
      </w:r>
    </w:p>
    <w:p>
      <w:r>
        <w:rPr>
          <w:b/>
        </w:rPr>
        <w:t xml:space="preserve">[12:48] </w:t>
      </w:r>
      <w:r>
        <w:t>یہ جو ڈکشنری کی میننگ ہے موت کا مطلب کہ permanent cessation permanent cessation of life</w:t>
      </w:r>
    </w:p>
    <w:p>
      <w:pPr>
        <w:jc w:val="right"/>
      </w:pPr>
      <w:r>
        <w:t>یہ جو ڈکشنری کی میننگ ہے موت کا مطلب کہ پرماننٹ پرماننٹ سیشن پرماننٹ سسیشن اف لائف</w:t>
      </w:r>
    </w:p>
    <w:p>
      <w:r>
        <w:rPr>
          <w:b/>
        </w:rPr>
        <w:t xml:space="preserve">[12:58] </w:t>
      </w:r>
      <w:r>
        <w:t>yeh bilkul hai nahi sahi nahi hai</w:t>
      </w:r>
    </w:p>
    <w:p>
      <w:pPr>
        <w:jc w:val="right"/>
      </w:pPr>
      <w:r>
        <w:t>یہ بالکل ہے نہیں صحیح نہیں ہے</w:t>
      </w:r>
    </w:p>
    <w:p>
      <w:r>
        <w:rPr>
          <w:b/>
        </w:rPr>
        <w:t xml:space="preserve">[13:02] </w:t>
      </w:r>
      <w:r>
        <w:t>ab to science se bhi sabit ho gaya hai keh insaan jo hai</w:t>
      </w:r>
    </w:p>
    <w:p>
      <w:pPr>
        <w:jc w:val="right"/>
      </w:pPr>
      <w:r>
        <w:t>اب تو سائنس سے بھی ثابت ہو گیا ہے کہ انسان جو ہے</w:t>
      </w:r>
    </w:p>
    <w:p>
      <w:r>
        <w:rPr>
          <w:b/>
        </w:rPr>
        <w:t xml:space="preserve">[13:07] </w:t>
      </w:r>
      <w:r>
        <w:t>ek yani maut ek temporary cheez hai maut ki maut insaan ki asal hasti ko khatam nahi karti</w:t>
      </w:r>
    </w:p>
    <w:p>
      <w:pPr>
        <w:jc w:val="right"/>
      </w:pPr>
      <w:r>
        <w:t>ایک یعنی موت ایک ٹیمپریری چیز ہے موت کی موت انسان کی اصل ہستی کو ختم نہیں کرتی</w:t>
      </w:r>
    </w:p>
    <w:p>
      <w:r>
        <w:rPr>
          <w:b/>
        </w:rPr>
        <w:t xml:space="preserve">[13:17] </w:t>
      </w:r>
      <w:r>
        <w:t>is pe maine likha hai apni kitab mein yahan mein batana chahta hoon keh Quran ka tasawwur</w:t>
      </w:r>
    </w:p>
    <w:p>
      <w:pPr>
        <w:jc w:val="right"/>
      </w:pPr>
      <w:r>
        <w:t>اس پہ میں نے لکھا ہے اپنی کتاب میں یہاں میں بتانا چاہتا ہوں کہ قران کا تصور</w:t>
      </w:r>
    </w:p>
    <w:p>
      <w:r>
        <w:rPr>
          <w:b/>
        </w:rPr>
        <w:t xml:space="preserve">[13:25] </w:t>
      </w:r>
      <w:r>
        <w:t>kya hai maut ke bare mein</w:t>
      </w:r>
    </w:p>
    <w:p>
      <w:pPr>
        <w:jc w:val="right"/>
      </w:pPr>
      <w:r>
        <w:t>کیا ہے موت کے بارے میں</w:t>
      </w:r>
    </w:p>
    <w:p>
      <w:r>
        <w:rPr>
          <w:b/>
        </w:rPr>
        <w:t xml:space="preserve">[13:29] </w:t>
      </w:r>
      <w:r>
        <w:t>to maine arz kiya keh maut</w:t>
      </w:r>
    </w:p>
    <w:p>
      <w:pPr>
        <w:jc w:val="right"/>
      </w:pPr>
      <w:r>
        <w:t>تو میں نے عرض کیا کہ موت</w:t>
      </w:r>
    </w:p>
    <w:p>
      <w:r>
        <w:rPr>
          <w:b/>
        </w:rPr>
        <w:t xml:space="preserve">[13:30] </w:t>
      </w:r>
      <w:r>
        <w:t>jo hai woh aik aik quran ke mutabiq mout zindagi ko khatam nahi karti</w:t>
      </w:r>
    </w:p>
    <w:p>
      <w:pPr>
        <w:jc w:val="right"/>
      </w:pPr>
      <w:r>
        <w:t>جو ہے وہ ایک ایک قران کے مطابق موت زندگی کو ختم نہیں کرتی</w:t>
      </w:r>
    </w:p>
    <w:p>
      <w:r>
        <w:rPr>
          <w:b/>
        </w:rPr>
        <w:t xml:space="preserve">[13:43] </w:t>
      </w:r>
      <w:r>
        <w:t>maut Quran ke mutabiq</w:t>
      </w:r>
    </w:p>
    <w:p>
      <w:pPr>
        <w:jc w:val="right"/>
      </w:pPr>
      <w:r>
        <w:t>موت قران کے مطابق</w:t>
      </w:r>
    </w:p>
    <w:p>
      <w:r>
        <w:rPr>
          <w:b/>
        </w:rPr>
        <w:t xml:space="preserve">[13:46] </w:t>
      </w:r>
      <w:r>
        <w:t>death is not the end</w:t>
      </w:r>
    </w:p>
    <w:p>
      <w:pPr>
        <w:jc w:val="right"/>
      </w:pPr>
      <w:r>
        <w:t>ڈیتھ از ناٹ دا اینڈ</w:t>
      </w:r>
    </w:p>
    <w:p>
      <w:r>
        <w:rPr>
          <w:b/>
        </w:rPr>
        <w:t xml:space="preserve">[13:50] </w:t>
      </w:r>
      <w:r>
        <w:t>It is beginning of a second phase of life</w:t>
      </w:r>
    </w:p>
    <w:p>
      <w:pPr>
        <w:jc w:val="right"/>
      </w:pPr>
      <w:r>
        <w:t>اٹ از بگننگ اف ا سیکنڈ فیز اف لائف</w:t>
      </w:r>
    </w:p>
    <w:p>
      <w:r>
        <w:rPr>
          <w:b/>
        </w:rPr>
        <w:t xml:space="preserve">[13:56] </w:t>
      </w:r>
      <w:r>
        <w:t>to hamein janna chahiye ke hamein</w:t>
      </w:r>
    </w:p>
    <w:p>
      <w:pPr>
        <w:jc w:val="right"/>
      </w:pPr>
      <w:r>
        <w:t>تو ہمیں جاننا چاہیے کہ ہمیں</w:t>
      </w:r>
    </w:p>
    <w:p>
      <w:r>
        <w:rPr>
          <w:b/>
        </w:rPr>
        <w:t xml:space="preserve">[13:59] </w:t>
      </w:r>
      <w:r>
        <w:t>aaj ki zindagi mein kya karna hai maut ke baad ki zindagi mein kya karna hai</w:t>
      </w:r>
    </w:p>
    <w:p>
      <w:pPr>
        <w:jc w:val="right"/>
      </w:pPr>
      <w:r>
        <w:t>اج کی زندگی میں کیا کرنا ہے موت کے بعد کی زندگی میں کیا کرنا ہے</w:t>
      </w:r>
    </w:p>
    <w:p>
      <w:r>
        <w:rPr>
          <w:b/>
        </w:rPr>
        <w:t xml:space="preserve">[14:04] </w:t>
      </w:r>
      <w:r>
        <w:t>to aaj ke lehaz se maine arz kiya ke basically jo baat hai woh yeh hai ke</w:t>
      </w:r>
    </w:p>
    <w:p>
      <w:pPr>
        <w:jc w:val="right"/>
      </w:pPr>
      <w:r>
        <w:t>تو اج کے لحاظ سے میں نے عرض کیا کہ بیسیکلی جو بات ہے وہ یہ ہے کہ</w:t>
      </w:r>
    </w:p>
    <w:p>
      <w:r>
        <w:rPr>
          <w:b/>
        </w:rPr>
        <w:t xml:space="preserve">[14:09] </w:t>
      </w:r>
      <w:r>
        <w:t>insan apni azadi ko</w:t>
      </w:r>
    </w:p>
    <w:p>
      <w:pPr>
        <w:jc w:val="right"/>
      </w:pPr>
      <w:r>
        <w:t>انسان اپنی ازادی کو</w:t>
      </w:r>
    </w:p>
    <w:p>
      <w:r>
        <w:rPr>
          <w:b/>
        </w:rPr>
        <w:t xml:space="preserve">[14:13] </w:t>
      </w:r>
      <w:r>
        <w:t>khuda ke hukum ke mutabiq guzare divine law ko follow kare</w:t>
      </w:r>
    </w:p>
    <w:p>
      <w:pPr>
        <w:jc w:val="right"/>
      </w:pPr>
      <w:r>
        <w:t>خدا کے حکم کے مطابق گزارے ڈیوائن لاء کو فالو کرے</w:t>
      </w:r>
    </w:p>
    <w:p>
      <w:r>
        <w:rPr>
          <w:b/>
        </w:rPr>
        <w:t xml:space="preserve">[14:20] </w:t>
      </w:r>
      <w:r>
        <w:t>divine law aap dekh sakte hain quran mein rasool Allah ki sunnat mein is se aap jaan sakte</w:t>
      </w:r>
    </w:p>
    <w:p>
      <w:pPr>
        <w:jc w:val="right"/>
      </w:pPr>
      <w:r>
        <w:t>ڈیوائن لاء اپ دیکھ سکتے ہیں قران میں رسول اللہ کی سنت میں اس سے اپ جان سکتے</w:t>
      </w:r>
    </w:p>
    <w:p>
      <w:r>
        <w:rPr>
          <w:b/>
        </w:rPr>
        <w:t xml:space="preserve">[14:25] </w:t>
      </w:r>
      <w:r>
        <w:t>hain ke yeh divine law kya hai hamein kaise is duniya mein rehna</w:t>
      </w:r>
    </w:p>
    <w:p>
      <w:pPr>
        <w:jc w:val="right"/>
      </w:pPr>
      <w:r>
        <w:t>ہیں کہ یہ ڈیوائن لاء کیا ہے ہمیں کیسے اس دنیا میں رہنا</w:t>
      </w:r>
    </w:p>
    <w:p>
      <w:r>
        <w:rPr>
          <w:b/>
        </w:rPr>
        <w:t xml:space="preserve">[14:28] </w:t>
      </w:r>
      <w:r>
        <w:t>hai kyunke jo log is divine law ko follow nahi karenge to mout ke baad unhein bohat hi bhayanak situation ko face karna hoga kyunke hadith mein aata hai ke</w:t>
      </w:r>
    </w:p>
    <w:p>
      <w:pPr>
        <w:jc w:val="right"/>
      </w:pPr>
      <w:r>
        <w:t>ہے کیونکہ جو لوگ اس ڈیوائن لاء کو فالو نہیں کریں گے تو موت کے بعد انہیں بہت ہی بھیانک سچویشن کو فیس کرنا ہوگا کیونکہ حدیث میں اتا ہے کہ</w:t>
      </w:r>
    </w:p>
    <w:p>
      <w:r>
        <w:rPr>
          <w:b/>
        </w:rPr>
        <w:t xml:space="preserve">[14:46] </w:t>
      </w:r>
      <w:r>
        <w:t>mamma faqat qamat qayamah prophet of islam ne farmaya</w:t>
      </w:r>
    </w:p>
    <w:p>
      <w:pPr>
        <w:jc w:val="right"/>
      </w:pPr>
      <w:r>
        <w:t>مما فقط قامت قیامتہ پرافٹ اف اسلام نے فرمایا</w:t>
      </w:r>
    </w:p>
    <w:p>
      <w:r>
        <w:rPr>
          <w:b/>
        </w:rPr>
        <w:t xml:space="preserve">[14:55] </w:t>
      </w:r>
      <w:r>
        <w:t>hadith quran majeed mein hai ke kul nafsun zaa'iqatul maut quran mein hai ke kul nafsun zaa'iqatul maut har aadmi ko behal marna hai</w:t>
      </w:r>
    </w:p>
    <w:p>
      <w:pPr>
        <w:jc w:val="right"/>
      </w:pPr>
      <w:r>
        <w:t>حدیث قران مجید میں ہے کہ کل نفس ذائقۃ الموت قران میں ہے کہ کل نفس ذائقۃ الموت ہر ادمی کو بہرحال مرنا ہے</w:t>
      </w:r>
    </w:p>
    <w:p>
      <w:r>
        <w:rPr>
          <w:b/>
        </w:rPr>
        <w:t xml:space="preserve">[15:08] </w:t>
      </w:r>
      <w:r>
        <w:t>hisse mein kuch king aise hue hain jinhone chaha ke woh kabhi na marein apne waqt ke</w:t>
      </w:r>
    </w:p>
    <w:p>
      <w:pPr>
        <w:jc w:val="right"/>
      </w:pPr>
      <w:r>
        <w:t>حصے میں کچھ کنگ ایسے ہوئے ہیں جنہوں نے چاہا کہ وہ کبھی نہ مریں اپنے وقت کے</w:t>
      </w:r>
    </w:p>
    <w:p>
      <w:r>
        <w:rPr>
          <w:b/>
        </w:rPr>
        <w:t xml:space="preserve">[15:15] </w:t>
      </w:r>
      <w:r>
        <w:t>jo unke paas doctor the unko ikattha kiya aur jo jo bas mein tha unke</w:t>
      </w:r>
    </w:p>
    <w:p>
      <w:pPr>
        <w:jc w:val="right"/>
      </w:pPr>
      <w:r>
        <w:t>جو ان کے پاس ڈاکٹر تھے ان کو اکٹھا کیا اور جو جو بس میں تھا ان کے</w:t>
      </w:r>
    </w:p>
    <w:p>
      <w:r>
        <w:rPr>
          <w:b/>
        </w:rPr>
        <w:t xml:space="preserve">[15:20] </w:t>
      </w:r>
      <w:r>
        <w:t>sab kiya unhone ke woh na marein lekin time aaya to mar gaye woh sau saal ke</w:t>
      </w:r>
    </w:p>
    <w:p>
      <w:pPr>
        <w:jc w:val="right"/>
      </w:pPr>
      <w:r>
        <w:t>سب کیا انہوں نے کہ وہ نہ مریں لیکن ٹائم ایا تو مر گئے وہ سو سال کے</w:t>
      </w:r>
    </w:p>
    <w:p>
      <w:r>
        <w:rPr>
          <w:b/>
        </w:rPr>
        <w:t xml:space="preserve">[15:26] </w:t>
      </w:r>
      <w:r>
        <w:t>andar mar gaye to kal kullu nafsin za'iqatul maut har insan ko marna hai koi bhi</w:t>
      </w:r>
    </w:p>
    <w:p>
      <w:pPr>
        <w:jc w:val="right"/>
      </w:pPr>
      <w:r>
        <w:t>اندر مر گئے تو کل کل نفس ذائقۃ الموت ہر انسان کو مرنا ہے کوئی بھی</w:t>
      </w:r>
    </w:p>
    <w:p>
      <w:r>
        <w:rPr>
          <w:b/>
        </w:rPr>
        <w:t xml:space="preserve">[15:36] </w:t>
      </w:r>
      <w:r>
        <w:t>de do is escape from death koi bhi marne se bach nahi sakta</w:t>
      </w:r>
    </w:p>
    <w:p>
      <w:pPr>
        <w:jc w:val="right"/>
      </w:pPr>
      <w:r>
        <w:t>دے دو اسکیپ فرام ڈیتھ کوئی بھی مرنے سے بچ نہیں سکتا</w:t>
      </w:r>
    </w:p>
    <w:p>
      <w:r>
        <w:rPr>
          <w:b/>
        </w:rPr>
        <w:t xml:space="preserve">[15:42] </w:t>
      </w:r>
      <w:r>
        <w:t>to hadith mein farmaya ke mamat qamatil qiyamah</w:t>
      </w:r>
    </w:p>
    <w:p>
      <w:pPr>
        <w:jc w:val="right"/>
      </w:pPr>
      <w:r>
        <w:t>تو حدیث میں فرمایا کہ مما فقط قامت قیامتہ</w:t>
      </w:r>
    </w:p>
    <w:p>
      <w:r>
        <w:rPr>
          <w:b/>
        </w:rPr>
        <w:t xml:space="preserve">[15:48] </w:t>
      </w:r>
      <w:r>
        <w:t>jo mara uski qiyamah aa gayi</w:t>
      </w:r>
    </w:p>
    <w:p>
      <w:pPr>
        <w:jc w:val="right"/>
      </w:pPr>
      <w:r>
        <w:t>جو مرا اس کی قیامت اگئی</w:t>
      </w:r>
    </w:p>
    <w:p>
      <w:r>
        <w:rPr>
          <w:b/>
        </w:rPr>
        <w:t xml:space="preserve">[15:52] </w:t>
      </w:r>
      <w:r>
        <w:t>qiyamah ka matlab hai day</w:t>
      </w:r>
    </w:p>
    <w:p>
      <w:pPr>
        <w:jc w:val="right"/>
      </w:pPr>
      <w:r>
        <w:t>قیامت کا مطلب ہے ڈے</w:t>
      </w:r>
    </w:p>
    <w:p>
      <w:r>
        <w:rPr>
          <w:b/>
        </w:rPr>
        <w:t xml:space="preserve">[15:54] </w:t>
      </w:r>
      <w:r>
        <w:t>of judgment day of judgment yani is duniya mein to insan ko azadi thi ke jo chahe kare jo chahe na kare mout ke baad hi aa gaya woh din</w:t>
      </w:r>
    </w:p>
    <w:p>
      <w:pPr>
        <w:jc w:val="right"/>
      </w:pPr>
      <w:r>
        <w:t>اف ججمنٹ ڈے اف ججمنٹ یعنی اس دنیا میں تو انسان کو ازادی تھی کہ جو چاہے کرے جو چاہے نہ کرے موت کے بعد ہی اگیا وہ دن</w:t>
      </w:r>
    </w:p>
    <w:p>
      <w:r>
        <w:rPr>
          <w:b/>
        </w:rPr>
        <w:t xml:space="preserve">[16:09] </w:t>
      </w:r>
      <w:r>
        <w:t>jahan usko khuda ke</w:t>
      </w:r>
    </w:p>
    <w:p>
      <w:pPr>
        <w:jc w:val="right"/>
      </w:pPr>
      <w:r>
        <w:t>جہاں اس کو خدا کے</w:t>
      </w:r>
    </w:p>
    <w:p>
      <w:r>
        <w:rPr>
          <w:b/>
        </w:rPr>
        <w:t xml:space="preserve">[16:12] </w:t>
      </w:r>
      <w:r>
        <w:t>adalaat ko face karna hoga</w:t>
      </w:r>
    </w:p>
    <w:p>
      <w:pPr>
        <w:jc w:val="right"/>
      </w:pPr>
      <w:r>
        <w:t>عدالت کو فیس کرنا ہوگا</w:t>
      </w:r>
    </w:p>
    <w:p>
      <w:r>
        <w:rPr>
          <w:b/>
        </w:rPr>
        <w:t xml:space="preserve">[16:16] </w:t>
      </w:r>
      <w:r>
        <w:t>quran mein bataya gaya hai ke har insan ke sath do angel rehte hain har har insan ke</w:t>
      </w:r>
    </w:p>
    <w:p>
      <w:pPr>
        <w:jc w:val="right"/>
      </w:pPr>
      <w:r>
        <w:t>قران میں بتایا گیا ہے کہ ہر انسان کے ساتھ دو اینجل رہتے ہیں ہر ہر انسان کے</w:t>
      </w:r>
    </w:p>
    <w:p>
      <w:r>
        <w:rPr>
          <w:b/>
        </w:rPr>
        <w:t xml:space="preserve">[16:20] </w:t>
      </w:r>
      <w:r>
        <w:t>sath yeh yeh talaqatul mutalaqeen an al yameen wa an al shimal qaid</w:t>
      </w:r>
    </w:p>
    <w:p>
      <w:pPr>
        <w:jc w:val="right"/>
      </w:pPr>
      <w:r>
        <w:t>ساتھ یہ یہ تلقل متلقیان عن الیمین وعن الشمال قید</w:t>
      </w:r>
    </w:p>
    <w:p>
      <w:r>
        <w:rPr>
          <w:b/>
        </w:rPr>
        <w:t xml:space="preserve">[16:29] </w:t>
      </w:r>
      <w:r>
        <w:t>har insan ke sath mustaqil taur par</w:t>
      </w:r>
    </w:p>
    <w:p>
      <w:pPr>
        <w:jc w:val="right"/>
      </w:pPr>
      <w:r>
        <w:t>ہر انسان کے ساتھ مستقل طور پر</w:t>
      </w:r>
    </w:p>
    <w:p>
      <w:r>
        <w:rPr>
          <w:b/>
        </w:rPr>
        <w:t xml:space="preserve">[16:33] </w:t>
      </w:r>
      <w:r>
        <w:t>puri life time mein do angel hote hain jo har waqt uski baaton ka record karte rehte</w:t>
      </w:r>
    </w:p>
    <w:p>
      <w:pPr>
        <w:jc w:val="right"/>
      </w:pPr>
      <w:r>
        <w:t>پوری لائف ٹائم میں دو اینجل ہوتے ہیں جو ہر وقت اس کی باتوں کا ریکارڈ کرتے رہتے</w:t>
      </w:r>
    </w:p>
    <w:p>
      <w:r>
        <w:rPr>
          <w:b/>
        </w:rPr>
        <w:t xml:space="preserve">[16:40] </w:t>
      </w:r>
      <w:r>
        <w:t>hain insan ki intention ka insan ki speech ka insan ki activities ka insan ke behavior ka puri</w:t>
      </w:r>
    </w:p>
    <w:p>
      <w:pPr>
        <w:jc w:val="right"/>
      </w:pPr>
      <w:r>
        <w:t>ہیں انسان کی انٹینشن کا انسان کی سپیچ کا انسان کی ایکٹیویٹیز کا انسان کے بیہیویئر کا پوری</w:t>
      </w:r>
    </w:p>
    <w:p>
      <w:r>
        <w:rPr>
          <w:b/>
        </w:rPr>
        <w:t xml:space="preserve">[16:50] </w:t>
      </w:r>
      <w:r>
        <w:t>zindagi woh record kar rahe hain record kar rahe hain record kar rahe</w:t>
      </w:r>
    </w:p>
    <w:p>
      <w:pPr>
        <w:jc w:val="right"/>
      </w:pPr>
      <w:r>
        <w:t>زندگی وہ ریکارڈ کر رہے ہیں ریکارڈ کر رہے ہیں ریکارڈ کر رہے</w:t>
      </w:r>
    </w:p>
    <w:p>
      <w:r>
        <w:rPr>
          <w:b/>
        </w:rPr>
        <w:t xml:space="preserve">[16:55] </w:t>
      </w:r>
      <w:r>
        <w:t>hain yeh record jo hai wahan par pesh kar diya jayega</w:t>
      </w:r>
    </w:p>
    <w:p>
      <w:pPr>
        <w:jc w:val="right"/>
      </w:pPr>
      <w:r>
        <w:t>ہیں یہ ریکارڈ جو ہے وہاں پر پیش کر دیا جائے گا</w:t>
      </w:r>
    </w:p>
    <w:p>
      <w:r>
        <w:rPr>
          <w:b/>
        </w:rPr>
        <w:t xml:space="preserve">[17:00] </w:t>
      </w:r>
      <w:r>
        <w:t>khuda ke samne</w:t>
      </w:r>
    </w:p>
    <w:p>
      <w:pPr>
        <w:jc w:val="right"/>
      </w:pPr>
      <w:r>
        <w:t>خدا کے سامنے</w:t>
      </w:r>
    </w:p>
    <w:p>
      <w:r>
        <w:rPr>
          <w:b/>
        </w:rPr>
        <w:t xml:space="preserve">[17:02] </w:t>
      </w:r>
      <w:r>
        <w:t>aur insaan inkaar nahi kar sakega</w:t>
      </w:r>
    </w:p>
    <w:p>
      <w:pPr>
        <w:jc w:val="right"/>
      </w:pPr>
      <w:r>
        <w:t>اور انسان انکار نہیں کر سکے گا</w:t>
      </w:r>
    </w:p>
    <w:p>
      <w:r>
        <w:rPr>
          <w:b/>
        </w:rPr>
        <w:t xml:space="preserve">[17:05] </w:t>
      </w:r>
      <w:r>
        <w:t>yahan par ek qissa hai ke dilli mein jab</w:t>
      </w:r>
    </w:p>
    <w:p>
      <w:pPr>
        <w:jc w:val="right"/>
      </w:pPr>
      <w:r>
        <w:t>یہاں پر ایک قصہ ہے کہ دلی میں جب</w:t>
      </w:r>
    </w:p>
    <w:p>
      <w:r>
        <w:rPr>
          <w:b/>
        </w:rPr>
        <w:t xml:space="preserve">[17:08] </w:t>
      </w:r>
      <w:r>
        <w:t>bhari shuru shuru mein jab jo</w:t>
      </w:r>
    </w:p>
    <w:p>
      <w:pPr>
        <w:jc w:val="right"/>
      </w:pPr>
      <w:r>
        <w:t>بھری شروع شروع میں جب جو</w:t>
      </w:r>
    </w:p>
    <w:p>
      <w:r>
        <w:rPr>
          <w:b/>
        </w:rPr>
        <w:t xml:space="preserve">[17:12] </w:t>
      </w:r>
      <w:r>
        <w:t>video recording ki ka system lagaya gaya</w:t>
      </w:r>
    </w:p>
    <w:p>
      <w:pPr>
        <w:jc w:val="right"/>
      </w:pPr>
      <w:r>
        <w:t>ویڈیو ریکارڈنگ کی کا سسٹم لگایا گیا</w:t>
      </w:r>
    </w:p>
    <w:p>
      <w:r>
        <w:rPr>
          <w:b/>
        </w:rPr>
        <w:t xml:space="preserve">[17:17] </w:t>
      </w:r>
      <w:r>
        <w:t>to road par khaas khaas jagah to shuru ka ek qissa hai ke ek aadmi three wheeler chala</w:t>
      </w:r>
    </w:p>
    <w:p>
      <w:pPr>
        <w:jc w:val="right"/>
      </w:pPr>
      <w:r>
        <w:t>تو روڈ پر خاص خاص جگہ تو شروع کا ایک قصہ ہے کہ ایک ادمی تھری ویلر چلا</w:t>
      </w:r>
    </w:p>
    <w:p>
      <w:r>
        <w:rPr>
          <w:b/>
        </w:rPr>
        <w:t xml:space="preserve">[17:25] </w:t>
      </w:r>
      <w:r>
        <w:t>raha tha no parking jagah par us ne apna three wheeler khada kar diya</w:t>
      </w:r>
    </w:p>
    <w:p>
      <w:pPr>
        <w:jc w:val="right"/>
      </w:pPr>
      <w:r>
        <w:t>رہا تھا نو پارکنگ جگہ پر اس نے اپنا تھری ویلر کھڑا کر دیا</w:t>
      </w:r>
    </w:p>
    <w:p>
      <w:r>
        <w:rPr>
          <w:b/>
        </w:rPr>
        <w:t xml:space="preserve">[17:32] </w:t>
      </w:r>
      <w:r>
        <w:t>koi dost mila us se baatein kar raha hai cigarette pi raha hai to wahan ek police ka aadmi tha usne kaha ke tum yahan mat khada karo yeh to no parking place hai mujhe suna nahi usko kai baar kaha usne aakhir mein police wale ne kaha ke chalo mere sath woh samajhta tha ke koi is mein khatre ki baat nahi hai main chalta hoon wahan bhi keh dunga ke nahi to control room mein le gaya usko</w:t>
      </w:r>
    </w:p>
    <w:p>
      <w:pPr>
        <w:jc w:val="right"/>
      </w:pPr>
      <w:r>
        <w:t>کوئی دوست ملا اس سے باتیں کر رہا ہے سگریٹ پی رہا ہے تو وہاں ایک پولیس کا ادمی تھا اس نے کہا کہ تم یہاں مت کھڑا کرو یہ تو نو پارکنگ پلیس ہے مجھے سنا نہیں اس کو کئی بار کہا اس نے اخر میں پولیس والے نے کہا کہ چلو میرے ساتھ وہ سمجھتا تھا کہ کوئی اس میں خطرے کی بات نہیں ہے میں چلتا ہوں وہاں بھی کہہ دوں گا کہ نہیں تو کنٹرول روم میں لے گیا اس کو</w:t>
      </w:r>
    </w:p>
    <w:p>
      <w:r>
        <w:rPr>
          <w:b/>
        </w:rPr>
        <w:t xml:space="preserve">[18:00] </w:t>
      </w:r>
      <w:r>
        <w:t>to us ne jo baitha tha jo wahan par police ka aadmi us ne kaha ke tum ne</w:t>
      </w:r>
    </w:p>
    <w:p>
      <w:pPr>
        <w:jc w:val="right"/>
      </w:pPr>
      <w:r>
        <w:t>تو اس نے جو بیٹھا تھا جو وہاں پر پولیس کا ادمی اس نے کہا کہ تم نے</w:t>
      </w:r>
    </w:p>
    <w:p>
      <w:r>
        <w:rPr>
          <w:b/>
        </w:rPr>
        <w:t xml:space="preserve">[18:05] </w:t>
      </w:r>
      <w:r>
        <w:t>aisa kyun kiya main ne kaha main ne kiya nahi aisa main ne koi kisi ne woh parking</w:t>
      </w:r>
    </w:p>
    <w:p>
      <w:pPr>
        <w:jc w:val="right"/>
      </w:pPr>
      <w:r>
        <w:t>ایسا کیوں کیا میں نے کہا میں نے کیا نہیں ایسا میں نے کوئی کسی نے وہ پارکنگ</w:t>
      </w:r>
    </w:p>
    <w:p>
      <w:r>
        <w:rPr>
          <w:b/>
        </w:rPr>
        <w:t xml:space="preserve">[18:10] </w:t>
      </w:r>
      <w:r>
        <w:t>mein apni gaadi khadi nahi ki is ke baad wahan par video laga hua tha us ne us</w:t>
      </w:r>
    </w:p>
    <w:p>
      <w:pPr>
        <w:jc w:val="right"/>
      </w:pPr>
      <w:r>
        <w:t>میں اپنی گاڑی کھڑی نہیں کی اس کے بعد وہاں پر ویڈیو لگا ہوا تھا اس نے اس</w:t>
      </w:r>
    </w:p>
    <w:p>
      <w:r>
        <w:rPr>
          <w:b/>
        </w:rPr>
        <w:t xml:space="preserve">[18:16] </w:t>
      </w:r>
      <w:r>
        <w:t>ko on kiya ab is ka poora</w:t>
      </w:r>
    </w:p>
    <w:p>
      <w:pPr>
        <w:jc w:val="right"/>
      </w:pPr>
      <w:r>
        <w:t>کو ان کیا اب اس کا پورا</w:t>
      </w:r>
    </w:p>
    <w:p>
      <w:r>
        <w:rPr>
          <w:b/>
        </w:rPr>
        <w:t xml:space="preserve">[18:20] </w:t>
      </w:r>
      <w:r>
        <w:t>film aane laga</w:t>
      </w:r>
    </w:p>
    <w:p>
      <w:pPr>
        <w:jc w:val="right"/>
      </w:pPr>
      <w:r>
        <w:t>فلم انے لگا</w:t>
      </w:r>
    </w:p>
    <w:p>
      <w:r>
        <w:rPr>
          <w:b/>
        </w:rPr>
        <w:t xml:space="preserve">[18:23] </w:t>
      </w:r>
      <w:r>
        <w:t>ke woh scooter chalata hua aata hai wahan no parking jahan thi wahan pahunchta hai us ko dost</w:t>
      </w:r>
    </w:p>
    <w:p>
      <w:pPr>
        <w:jc w:val="right"/>
      </w:pPr>
      <w:r>
        <w:t>کہ وہ اسکوٹر چلاتا ہوا اتا ہے وہاں نو پارکنگ جہاں تھی وہاں پہنچتا ہے اس کو دوست</w:t>
      </w:r>
    </w:p>
    <w:p>
      <w:r>
        <w:rPr>
          <w:b/>
        </w:rPr>
        <w:t xml:space="preserve">[18:29] </w:t>
      </w:r>
      <w:r>
        <w:t>milta hai woh khada ho jata hai wahin par cigarette nikalta hai woh peeta hai woh peete hain</w:t>
      </w:r>
    </w:p>
    <w:p>
      <w:pPr>
        <w:jc w:val="right"/>
      </w:pPr>
      <w:r>
        <w:t>ملتا ہے وہ کھڑا ہو جاتا ہے وہیں پر سگریٹ نکالتا ہے وہ پیتا ہے وہ پیتے ہیں</w:t>
      </w:r>
    </w:p>
    <w:p>
      <w:r>
        <w:rPr>
          <w:b/>
        </w:rPr>
        <w:t xml:space="preserve">[18:34] </w:t>
      </w:r>
      <w:r>
        <w:t>baatein kar raha hai aur police wala mana kar raha hai aur sunta nahi woh</w:t>
      </w:r>
    </w:p>
    <w:p>
      <w:pPr>
        <w:jc w:val="right"/>
      </w:pPr>
      <w:r>
        <w:t>باتیں کر رہا ہے اور پولیس والا منع کر رہا ہے اور سنتا نہیں وہ</w:t>
      </w:r>
    </w:p>
    <w:p>
      <w:r>
        <w:rPr>
          <w:b/>
        </w:rPr>
        <w:t xml:space="preserve">[18:39] </w:t>
      </w:r>
      <w:r>
        <w:t>woh bhi is mein aa gaya woh bhi is mein aa gaya ke police ka aadmi mana kar raha hai</w:t>
      </w:r>
    </w:p>
    <w:p>
      <w:pPr>
        <w:jc w:val="right"/>
      </w:pPr>
      <w:r>
        <w:t>وہ بھی اس میں اگیا وہ بھی اس میں اگیا کہ پولیس کا ادمی منع کر رہا ہے</w:t>
      </w:r>
    </w:p>
    <w:p>
      <w:r>
        <w:rPr>
          <w:b/>
        </w:rPr>
        <w:t xml:space="preserve">[18:43] </w:t>
      </w:r>
      <w:r>
        <w:t>aur sunta nahi woh is</w:t>
      </w:r>
    </w:p>
    <w:p>
      <w:pPr>
        <w:jc w:val="right"/>
      </w:pPr>
      <w:r>
        <w:t>اور سنتا نہیں وہ اس</w:t>
      </w:r>
    </w:p>
    <w:p>
      <w:r>
        <w:rPr>
          <w:b/>
        </w:rPr>
        <w:t xml:space="preserve">[18:45] </w:t>
      </w:r>
      <w:r>
        <w:t>ko brush aside kar raha hai woh ab jab usne dekha yeh to wahin par woh ek dam speechless ho gaya achanak speechless ho gaya to yeh khuda is tarah ka demonstration deta rehta hai duniya mein aage jo hone wala hai us ka</w:t>
      </w:r>
    </w:p>
    <w:p>
      <w:pPr>
        <w:jc w:val="right"/>
      </w:pPr>
      <w:r>
        <w:t>کو برش اسائیڈ کر رہا ہے وہ اب جب اس نے دیکھا یہ تو وہیں پر وہ ایک دم اسپیچ لیس ہو گیا اچانک اسپیچ لیس ہو گیا تو یہ خدا اس طرح کا ڈیمونسٹریشن دیتا رہتا ہے دنیا میں اگے جو ہونے والا ہے اس کا</w:t>
      </w:r>
    </w:p>
    <w:p>
      <w:r>
        <w:rPr>
          <w:b/>
        </w:rPr>
        <w:t xml:space="preserve">[19:09] </w:t>
      </w:r>
      <w:r>
        <w:t>aise hi har insan par betne wala hai har insan par aaj duniya mein aadmi badh badh ke bolta hai woh inkar karta hai baatein banata hai jhoote justification deta hai lekin achanak jab wahan dekhega woh</w:t>
      </w:r>
    </w:p>
    <w:p>
      <w:pPr>
        <w:jc w:val="right"/>
      </w:pPr>
      <w:r>
        <w:t>ایسے ہی ہر انسان پر بیتنے والا ہے ہر انسان پر اج دنیا میں ادمی بڑھ بڑھ کے بولتا ہے وہ انکار کرتا ہے باتیں بناتا ہے جھوٹے جسٹیفیکیشن دیتا ہے لیکن اچانک جب وہاں دیکھے گا وہ</w:t>
      </w:r>
    </w:p>
    <w:p>
      <w:r>
        <w:rPr>
          <w:b/>
        </w:rPr>
        <w:t xml:space="preserve">[19:33] </w:t>
      </w:r>
      <w:r>
        <w:t>ke sara sab kuch uska record hota raha woh samne hai uske to kuch nahi bol payega woh woh quran mein hai ke usko manna padega apni ghalti ko kyunke aap jab dekh raha hai to kaise woh kahe ke nahi</w:t>
      </w:r>
    </w:p>
    <w:p>
      <w:pPr>
        <w:jc w:val="right"/>
      </w:pPr>
      <w:r>
        <w:t>کہ سارا سب کچھ اس کا ریکارڈ ہوتا رہا وہ سامنے ہے اس کے تو کچھ نہیں بول پائے گا وہ وہ قران میں ہے کہ اس کو ماننا پڑے گا اپنی غلطی کو کیونکہ اپ جب دیکھ رہا ہے تو کیسے وہ کہے کہ نہیں</w:t>
      </w:r>
    </w:p>
    <w:p>
      <w:r>
        <w:rPr>
          <w:b/>
        </w:rPr>
        <w:t xml:space="preserve">[19:54] </w:t>
      </w:r>
      <w:r>
        <w:t>to hadith mein aata hai ke mout ke baad qayamah shuru ho jati hai day of judgment shuru ho jata hai khuda ka adalat jo hai uski proceeding shuru ho jati hai ek aur hadith mein hai ke in al qabr rawzatun min riyad al jannah wa hufaratun min hufar al nar</w:t>
      </w:r>
    </w:p>
    <w:p>
      <w:pPr>
        <w:jc w:val="right"/>
      </w:pPr>
      <w:r>
        <w:t>تو حدیث میں اتا ہے کہ موت کے بعد قیامت شروع ہو جاتی ہے ڈے اف ججمنٹ شروع ہو جاتا ہے خدا کا عدالت جو ہے اس کی پروسیڈنگ شروع ہو جاتی ہے ایک اور حدیث میں ہے کہ ان القبر روزۃ من ریاض الجنہ اور حفرۃ من حفر النار</w:t>
      </w:r>
    </w:p>
    <w:p>
      <w:r>
        <w:rPr>
          <w:b/>
        </w:rPr>
        <w:t xml:space="preserve">[20:22] </w:t>
      </w:r>
      <w:r>
        <w:t>yani qabar jo hai ya to woh jannat ke baghon mein se ek bagh hai ya woh dozakh</w:t>
      </w:r>
    </w:p>
    <w:p>
      <w:pPr>
        <w:jc w:val="right"/>
      </w:pPr>
      <w:r>
        <w:t>یعنی قبر جو ہے یا تو وہ جنت کے باغوں میں سے ایک باغ ہے یا وہ دوزخ</w:t>
      </w:r>
    </w:p>
    <w:p>
      <w:r>
        <w:rPr>
          <w:b/>
        </w:rPr>
        <w:t xml:space="preserve">[20:29] </w:t>
      </w:r>
      <w:r>
        <w:t>ke gurhon mein se gurha hai</w:t>
      </w:r>
    </w:p>
    <w:p>
      <w:pPr>
        <w:jc w:val="right"/>
      </w:pPr>
      <w:r>
        <w:t>کے گڑھوں میں سے گڑھا ہے</w:t>
      </w:r>
    </w:p>
    <w:p>
      <w:r>
        <w:rPr>
          <w:b/>
        </w:rPr>
        <w:t xml:space="preserve">[20:33] </w:t>
      </w:r>
      <w:r>
        <w:t>yani maray to achaanak</w:t>
      </w:r>
    </w:p>
    <w:p>
      <w:pPr>
        <w:jc w:val="right"/>
      </w:pPr>
      <w:r>
        <w:t>یعنی مرے تو اچانک</w:t>
      </w:r>
    </w:p>
    <w:p>
      <w:r>
        <w:rPr>
          <w:b/>
        </w:rPr>
        <w:t xml:space="preserve">[20:37] </w:t>
      </w:r>
      <w:r>
        <w:t>result saamne aa jaye ga result</w:t>
      </w:r>
    </w:p>
    <w:p>
      <w:pPr>
        <w:jc w:val="right"/>
      </w:pPr>
      <w:r>
        <w:t>رزلٹ سامنے اجائے گا رزلٹ</w:t>
      </w:r>
    </w:p>
    <w:p>
      <w:r>
        <w:rPr>
          <w:b/>
        </w:rPr>
        <w:t xml:space="preserve">[20:41] </w:t>
      </w:r>
      <w:r>
        <w:t>ya to jannat hai ya jahannum hai</w:t>
      </w:r>
    </w:p>
    <w:p>
      <w:pPr>
        <w:jc w:val="right"/>
      </w:pPr>
      <w:r>
        <w:t>یا تو جنت ہے یا جہنم ہے</w:t>
      </w:r>
    </w:p>
    <w:p>
      <w:r>
        <w:rPr>
          <w:b/>
        </w:rPr>
        <w:t xml:space="preserve">[20:44] </w:t>
      </w:r>
      <w:r>
        <w:t>yahan par koi log kehte hain ke sahib woh to bohat lamba</w:t>
      </w:r>
    </w:p>
    <w:p>
      <w:pPr>
        <w:jc w:val="right"/>
      </w:pPr>
      <w:r>
        <w:t>یہاں پر کوئی لوگ کہتے ہیں کہ صاحب وہ تو بہت لمبا</w:t>
      </w:r>
    </w:p>
    <w:p>
      <w:r>
        <w:rPr>
          <w:b/>
        </w:rPr>
        <w:t xml:space="preserve">[20:49] </w:t>
      </w:r>
      <w:r>
        <w:t>hoga itni jaldi kaise saamne aa jaye gi jannat dozakh to dekhen yeh space and time ka jo concept</w:t>
      </w:r>
    </w:p>
    <w:p>
      <w:pPr>
        <w:jc w:val="right"/>
      </w:pPr>
      <w:r>
        <w:t>ہوگا اتنی جلدی کیسے سامنے اجائے گی جنت دوزخ تو دیکھیں یہ سپیس اینڈ ٹائم کا جو کانسیپٹ</w:t>
      </w:r>
    </w:p>
    <w:p>
      <w:r>
        <w:rPr>
          <w:b/>
        </w:rPr>
        <w:t xml:space="preserve">[20:56] </w:t>
      </w:r>
      <w:r>
        <w:t>hai woh pre death period ke liye hai</w:t>
      </w:r>
    </w:p>
    <w:p>
      <w:pPr>
        <w:jc w:val="right"/>
      </w:pPr>
      <w:r>
        <w:t>ہے وہ پری ڈیتھ پیریڈ کے لیے ہے</w:t>
      </w:r>
    </w:p>
    <w:p>
      <w:r>
        <w:rPr>
          <w:b/>
        </w:rPr>
        <w:t xml:space="preserve">[21:00] </w:t>
      </w:r>
      <w:r>
        <w:t>is death period mein space space and time ka yeh concept nahi rahega</w:t>
      </w:r>
    </w:p>
    <w:p>
      <w:pPr>
        <w:jc w:val="right"/>
      </w:pPr>
      <w:r>
        <w:t>اس ڈیتھ پیریڈ میں سپیس سپیس اینڈ ٹائم کا یہ کانسیپٹ نہیں رہے گا</w:t>
      </w:r>
    </w:p>
    <w:p>
      <w:r>
        <w:rPr>
          <w:b/>
        </w:rPr>
        <w:t xml:space="preserve">[21:06] </w:t>
      </w:r>
      <w:r>
        <w:t>wohan aj mein</w:t>
      </w:r>
    </w:p>
    <w:p>
      <w:pPr>
        <w:jc w:val="right"/>
      </w:pPr>
      <w:r>
        <w:t>وہاں اج میں</w:t>
      </w:r>
    </w:p>
    <w:p>
      <w:r>
        <w:rPr>
          <w:b/>
        </w:rPr>
        <w:t xml:space="preserve">[21:07] </w:t>
      </w:r>
      <w:r>
        <w:t>aur kal mein koi difference nahin baqi rahega</w:t>
      </w:r>
    </w:p>
    <w:p>
      <w:pPr>
        <w:jc w:val="right"/>
      </w:pPr>
      <w:r>
        <w:t>اور کل میں کوئی ڈیفرنس نہیں باقی رہے گا</w:t>
      </w:r>
    </w:p>
    <w:p>
      <w:r>
        <w:rPr>
          <w:b/>
        </w:rPr>
        <w:t xml:space="preserve">[21:12] </w:t>
      </w:r>
      <w:r>
        <w:t>is liye farmaya ke idhar mere ya to jannat ka bagh hai ya jahannum ka gadha hai</w:t>
      </w:r>
    </w:p>
    <w:p>
      <w:pPr>
        <w:jc w:val="right"/>
      </w:pPr>
      <w:r>
        <w:t>اس لیے فرمایا کہ ادھر مرے یا تو جنت کا باغ ہے یا جہنم کا گڑھا ہے</w:t>
      </w:r>
    </w:p>
    <w:p>
      <w:r>
        <w:rPr>
          <w:b/>
        </w:rPr>
        <w:t xml:space="preserve">[21:21] </w:t>
      </w:r>
      <w:r>
        <w:t>to dunya mein khuda ne har cheez ko</w:t>
      </w:r>
    </w:p>
    <w:p>
      <w:pPr>
        <w:jc w:val="right"/>
      </w:pPr>
      <w:r>
        <w:t>تو دنیا میں خدا نے ہر چیز کو</w:t>
      </w:r>
    </w:p>
    <w:p>
      <w:r>
        <w:rPr>
          <w:b/>
        </w:rPr>
        <w:t xml:space="preserve">[21:25] </w:t>
      </w:r>
      <w:r>
        <w:t>bana diya hai demonstration</w:t>
      </w:r>
    </w:p>
    <w:p>
      <w:pPr>
        <w:jc w:val="right"/>
      </w:pPr>
      <w:r>
        <w:t>بنا دیا ہے ڈیمونسٹریشن</w:t>
      </w:r>
    </w:p>
    <w:p>
      <w:r>
        <w:rPr>
          <w:b/>
        </w:rPr>
        <w:t xml:space="preserve">[21:29] </w:t>
      </w:r>
      <w:r>
        <w:t>har cheez mein hamein jannat dozakh hum dekh rahe hain aisa kar diya hai chunancha hadith mein ata</w:t>
      </w:r>
    </w:p>
    <w:p>
      <w:pPr>
        <w:jc w:val="right"/>
      </w:pPr>
      <w:r>
        <w:t>ہر چیز میں ہمیں جنت دوزخ ہم دیکھ رہے ہیں ایسا کر دیا ہے چنانچہ حدیث میں اتا</w:t>
      </w:r>
    </w:p>
    <w:p>
      <w:r>
        <w:rPr>
          <w:b/>
        </w:rPr>
        <w:t xml:space="preserve">[21:36] </w:t>
      </w:r>
      <w:r>
        <w:t>hai ke in al har</w:t>
      </w:r>
    </w:p>
    <w:p>
      <w:pPr>
        <w:jc w:val="right"/>
      </w:pPr>
      <w:r>
        <w:t>ہے کہ ان الحر</w:t>
      </w:r>
    </w:p>
    <w:p>
      <w:r>
        <w:rPr>
          <w:b/>
        </w:rPr>
        <w:t xml:space="preserve">[21:40] </w:t>
      </w:r>
      <w:r>
        <w:t>in inma shiddat al har min faikh jahannum</w:t>
      </w:r>
    </w:p>
    <w:p>
      <w:pPr>
        <w:jc w:val="right"/>
      </w:pPr>
      <w:r>
        <w:t>ان انما شدت الحر من فیح جہنم</w:t>
      </w:r>
    </w:p>
    <w:p>
      <w:r>
        <w:rPr>
          <w:b/>
        </w:rPr>
        <w:t xml:space="preserve">[21:46] </w:t>
      </w:r>
      <w:r>
        <w:t>ke ke garmi</w:t>
      </w:r>
    </w:p>
    <w:p>
      <w:pPr>
        <w:jc w:val="right"/>
      </w:pPr>
      <w:r>
        <w:t>کہ کہ گرمی</w:t>
      </w:r>
    </w:p>
    <w:p>
      <w:r>
        <w:rPr>
          <w:b/>
        </w:rPr>
        <w:t xml:space="preserve">[21:49] </w:t>
      </w:r>
      <w:r>
        <w:t>yani yeh jo garmi</w:t>
      </w:r>
    </w:p>
    <w:p>
      <w:pPr>
        <w:jc w:val="right"/>
      </w:pPr>
      <w:r>
        <w:t>یعنی یہ جو گرمی</w:t>
      </w:r>
    </w:p>
    <w:p>
      <w:r>
        <w:rPr>
          <w:b/>
        </w:rPr>
        <w:t xml:space="preserve">[21:52] </w:t>
      </w:r>
      <w:r>
        <w:t>hoti hai garmi ke mausam mein is ki shiddat jo hoti hai to garmi ki shiddat jahannum ke</w:t>
      </w:r>
    </w:p>
    <w:p>
      <w:pPr>
        <w:jc w:val="right"/>
      </w:pPr>
      <w:r>
        <w:t>ہوتی ہے گرمی کے موسم میں اس کی شدت جو ہوتی ہے تو گرمی کی شدت جہنم کے</w:t>
      </w:r>
    </w:p>
    <w:p>
      <w:r>
        <w:rPr>
          <w:b/>
        </w:rPr>
        <w:t xml:space="preserve">[22:00] </w:t>
      </w:r>
      <w:r>
        <w:t>phoonk se hoti hai</w:t>
      </w:r>
    </w:p>
    <w:p>
      <w:pPr>
        <w:jc w:val="right"/>
      </w:pPr>
      <w:r>
        <w:t>پھونک سے ہوتی ہے</w:t>
      </w:r>
    </w:p>
    <w:p>
      <w:r>
        <w:rPr>
          <w:b/>
        </w:rPr>
        <w:t xml:space="preserve">[22:02] </w:t>
      </w:r>
      <w:r>
        <w:t>dekhein is ka matlab yeh nahin ke jahannum phoonkti hai aur sach much hi is ki phoonk se</w:t>
      </w:r>
    </w:p>
    <w:p>
      <w:pPr>
        <w:jc w:val="right"/>
      </w:pPr>
      <w:r>
        <w:t>دیکھیں اس کا مطلب یہ نہیں کہ جہنم پھونکتی ہے اور سچ مچ ہی اس کی پھونک سے</w:t>
      </w:r>
    </w:p>
    <w:p>
      <w:r>
        <w:rPr>
          <w:b/>
        </w:rPr>
        <w:t xml:space="preserve">[22:07] </w:t>
      </w:r>
      <w:r>
        <w:t>yahan garmi aa jati hai yeh batane ke liye hai ke dunya ki garmi may june ki garmi</w:t>
      </w:r>
    </w:p>
    <w:p>
      <w:pPr>
        <w:jc w:val="right"/>
      </w:pPr>
      <w:r>
        <w:t>یہاں گرمی ا جاتی ہے یہ بتانے کے لیے ہے کہ دنیا کی گرمی مئی جون کی گرمی</w:t>
      </w:r>
    </w:p>
    <w:p>
      <w:r>
        <w:rPr>
          <w:b/>
        </w:rPr>
        <w:t xml:space="preserve">[22:14] </w:t>
      </w:r>
      <w:r>
        <w:t>jo yahan hoti hai to is se to bata pareshan ho jate ho to jahannum ki garmi to</w:t>
      </w:r>
    </w:p>
    <w:p>
      <w:pPr>
        <w:jc w:val="right"/>
      </w:pPr>
      <w:r>
        <w:t>جو یہاں ہوتی ہے تو اس سے تو بتا پریشان ہو جاتے ہو تو جہنم کی گرمی تو</w:t>
      </w:r>
    </w:p>
    <w:p>
      <w:r>
        <w:rPr>
          <w:b/>
        </w:rPr>
        <w:t xml:space="preserve">[22:20] </w:t>
      </w:r>
      <w:r>
        <w:t>bohat hi zyada hogi</w:t>
      </w:r>
    </w:p>
    <w:p>
      <w:pPr>
        <w:jc w:val="right"/>
      </w:pPr>
      <w:r>
        <w:t>بہت ہی زیادہ ہوگی</w:t>
      </w:r>
    </w:p>
    <w:p>
      <w:r>
        <w:rPr>
          <w:b/>
        </w:rPr>
        <w:t xml:space="preserve">[22:22] </w:t>
      </w:r>
      <w:r>
        <w:t>aisa samjho ke jaise ke is ki phoonk se tum ko thori si garmi mil rahi hai asal</w:t>
      </w:r>
    </w:p>
    <w:p>
      <w:pPr>
        <w:jc w:val="right"/>
      </w:pPr>
      <w:r>
        <w:t>ایسا سمجھو کہ جیسے کہ اس کی پھونک سے تم کو تھوڑی سی گرمی مل رہی ہے اصل</w:t>
      </w:r>
    </w:p>
    <w:p>
      <w:r>
        <w:rPr>
          <w:b/>
        </w:rPr>
        <w:t xml:space="preserve">[22:27] </w:t>
      </w:r>
      <w:r>
        <w:t>jahannum to kitni zyada garam hogi</w:t>
      </w:r>
    </w:p>
    <w:p>
      <w:pPr>
        <w:jc w:val="right"/>
      </w:pPr>
      <w:r>
        <w:t>جہنم تو کتنی زیادہ گرم ہوگی</w:t>
      </w:r>
    </w:p>
    <w:p>
      <w:r>
        <w:rPr>
          <w:b/>
        </w:rPr>
        <w:t xml:space="preserve">[22:36] </w:t>
      </w:r>
      <w:r>
        <w:t>kisi shayar ne kaha hai ke</w:t>
      </w:r>
    </w:p>
    <w:p>
      <w:pPr>
        <w:jc w:val="right"/>
      </w:pPr>
      <w:r>
        <w:t>کسی شاعر نے کہا ہے کہ</w:t>
      </w:r>
    </w:p>
    <w:p>
      <w:r>
        <w:rPr>
          <w:b/>
        </w:rPr>
        <w:t xml:space="preserve">[22:40] </w:t>
      </w:r>
      <w:r>
        <w:t>parh jayein lakh uble paye nigah mein</w:t>
      </w:r>
    </w:p>
    <w:p>
      <w:pPr>
        <w:jc w:val="right"/>
      </w:pPr>
      <w:r>
        <w:t>پڑھ جائیں لاکھ ابلے پائے نگاہ میں</w:t>
      </w:r>
    </w:p>
    <w:p>
      <w:r>
        <w:rPr>
          <w:b/>
        </w:rPr>
        <w:t xml:space="preserve">[22:44] </w:t>
      </w:r>
      <w:r>
        <w:t>parday jo koi phoonk ke april may june yani april may june ka mahina aisa aisa mausam hota</w:t>
      </w:r>
    </w:p>
    <w:p>
      <w:pPr>
        <w:jc w:val="right"/>
      </w:pPr>
      <w:r>
        <w:t>پردے جو کوئی پھونک کے اپریل مئی جون یعنی اپریل مئی جون کا مہینہ ایسا ایسا موسم ہوتا</w:t>
      </w:r>
    </w:p>
    <w:p>
      <w:r>
        <w:rPr>
          <w:b/>
        </w:rPr>
        <w:t xml:space="preserve">[22:50] </w:t>
      </w:r>
      <w:r>
        <w:t>hai ke phoonk de tab bhi chhale par jayein</w:t>
      </w:r>
    </w:p>
    <w:p>
      <w:pPr>
        <w:jc w:val="right"/>
      </w:pPr>
      <w:r>
        <w:t>ہے کہ پھونک دے تب بھی چھالے پڑ جائیں</w:t>
      </w:r>
    </w:p>
    <w:p>
      <w:r>
        <w:rPr>
          <w:b/>
        </w:rPr>
        <w:t xml:space="preserve">[22:55] </w:t>
      </w:r>
      <w:r>
        <w:t>to dunya mein garmi jo hai kis liye hai ke hum jahannum ki garmi ko soch sakein</w:t>
      </w:r>
    </w:p>
    <w:p>
      <w:pPr>
        <w:jc w:val="right"/>
      </w:pPr>
      <w:r>
        <w:t>تو دنیا میں گرمی جو ہے کس لیے ہے کہ ہم جہنم کی گرمی کو سوچ سکیں</w:t>
      </w:r>
    </w:p>
    <w:p>
      <w:r>
        <w:rPr>
          <w:b/>
        </w:rPr>
        <w:t xml:space="preserve">[23:04] </w:t>
      </w:r>
      <w:r>
        <w:t>soch sakein isi tarah dunya mein jo thandak hai yahan par jo khushbu hai yahan par jo</w:t>
      </w:r>
    </w:p>
    <w:p>
      <w:pPr>
        <w:jc w:val="right"/>
      </w:pPr>
      <w:r>
        <w:t>سوچ سکیں اسی طرح دنیا میں جو ٹھنڈک ہے یہاں پر جو خوشبو ہے یہاں پر جو</w:t>
      </w:r>
    </w:p>
    <w:p>
      <w:r>
        <w:rPr>
          <w:b/>
        </w:rPr>
        <w:t xml:space="preserve">[23:12] </w:t>
      </w:r>
      <w:r>
        <w:t>enjoy ke saman hain yahan garden hai yahan phool hain yahan bohat si achi cheezein hain woh is</w:t>
      </w:r>
    </w:p>
    <w:p>
      <w:pPr>
        <w:jc w:val="right"/>
      </w:pPr>
      <w:r>
        <w:t>انجوائے کے سامان ہیں یہاں گارڈن ہے یہاں پھول ہیں یہاں بہت سی اچھی چیزیں ہیں وہ اس</w:t>
      </w:r>
    </w:p>
    <w:p>
      <w:r>
        <w:rPr>
          <w:b/>
        </w:rPr>
        <w:t xml:space="preserve">[23:17] </w:t>
      </w:r>
      <w:r>
        <w:t>liye hai ke hum jannat ko dekhen</w:t>
      </w:r>
    </w:p>
    <w:p>
      <w:pPr>
        <w:jc w:val="right"/>
      </w:pPr>
      <w:r>
        <w:t>لیے ہے کہ ہم جنت کو دیکھیں</w:t>
      </w:r>
    </w:p>
    <w:p>
      <w:r>
        <w:rPr>
          <w:b/>
        </w:rPr>
        <w:t xml:space="preserve">[23:21] </w:t>
      </w:r>
      <w:r>
        <w:t>to zinda insan woh hai jo dunya ki har museebat mein jahannum ko dekhe aur dunya ki har</w:t>
      </w:r>
    </w:p>
    <w:p>
      <w:pPr>
        <w:jc w:val="right"/>
      </w:pPr>
      <w:r>
        <w:t>تو زندہ انسان وہ ہے جو دنیا کی ہر مصیبت میں جہنم کو دیکھے اور دنیا کی ہر</w:t>
      </w:r>
    </w:p>
    <w:p>
      <w:r>
        <w:rPr>
          <w:b/>
        </w:rPr>
        <w:t xml:space="preserve">[23:28] </w:t>
      </w:r>
      <w:r>
        <w:t>rahat mein jannat ko dekhe</w:t>
      </w:r>
    </w:p>
    <w:p>
      <w:pPr>
        <w:jc w:val="right"/>
      </w:pPr>
      <w:r>
        <w:t>راحت میں جنت کو دیکھے</w:t>
      </w:r>
    </w:p>
    <w:p>
      <w:r>
        <w:rPr>
          <w:b/>
        </w:rPr>
        <w:t xml:space="preserve">[23:31] </w:t>
      </w:r>
      <w:r>
        <w:t>yeh hai sacha believer sacha insan</w:t>
      </w:r>
    </w:p>
    <w:p>
      <w:pPr>
        <w:jc w:val="right"/>
      </w:pPr>
      <w:r>
        <w:t>یہ ہے سچا بیلیور سچا انسان</w:t>
      </w:r>
    </w:p>
    <w:p>
      <w:r>
        <w:rPr>
          <w:b/>
        </w:rPr>
        <w:t xml:space="preserve">[23:36] </w:t>
      </w:r>
      <w:r>
        <w:t>ke dunya ki har takleef mein is ko jahannum dikhai de aur kahe ke khudaaya mujhe jahannum se</w:t>
      </w:r>
    </w:p>
    <w:p>
      <w:pPr>
        <w:jc w:val="right"/>
      </w:pPr>
      <w:r>
        <w:t>کہ دنیا کی ہر تکلیف میں اس کو جہنم دکھائی دے اور کہے کہ خدایا مجھے جہنم سے</w:t>
      </w:r>
    </w:p>
    <w:p>
      <w:r>
        <w:rPr>
          <w:b/>
        </w:rPr>
        <w:t xml:space="preserve">[23:42] </w:t>
      </w:r>
      <w:r>
        <w:t>bacha aur dunya ki har rahat mein har pleasure mein is ko jannat dikhai de to kahe ke</w:t>
      </w:r>
    </w:p>
    <w:p>
      <w:pPr>
        <w:jc w:val="right"/>
      </w:pPr>
      <w:r>
        <w:t>بچا اور دنیا کی ہر راحت میں ہر پلیژر میں اس کو جنت دکھائی دے تو کہے کہ</w:t>
      </w:r>
    </w:p>
    <w:p>
      <w:r>
        <w:rPr>
          <w:b/>
        </w:rPr>
        <w:t xml:space="preserve">[23:48] </w:t>
      </w:r>
      <w:r>
        <w:t>khudaaya mujhe jannat mein jagah de</w:t>
      </w:r>
    </w:p>
    <w:p>
      <w:pPr>
        <w:jc w:val="right"/>
      </w:pPr>
      <w:r>
        <w:t>خدایا مجھے جنت میں جگہ دے</w:t>
      </w:r>
    </w:p>
    <w:p>
      <w:r>
        <w:rPr>
          <w:b/>
        </w:rPr>
        <w:t xml:space="preserve">[23:52] </w:t>
      </w:r>
      <w:r>
        <w:t>yeh hai sacha insan</w:t>
      </w:r>
    </w:p>
    <w:p>
      <w:pPr>
        <w:jc w:val="right"/>
      </w:pPr>
      <w:r>
        <w:t>یہ ہے سچا انسان</w:t>
      </w:r>
    </w:p>
    <w:p>
      <w:r>
        <w:rPr>
          <w:b/>
        </w:rPr>
        <w:t xml:space="preserve">[24:00] </w:t>
      </w:r>
      <w:r>
        <w:t>is tarah se dekhiye jab koi aadmi marta hai to marta hai aadmi kis liye aap ko aap ki mout yaad dilane ke liye aap ko aap ki mout yaad dilane ke liye ke isi tarah main bhi marunga</w:t>
      </w:r>
    </w:p>
    <w:p>
      <w:pPr>
        <w:jc w:val="right"/>
      </w:pPr>
      <w:r>
        <w:t>اس طرح سے دیکھیے جب کوئی ادمی مرتا ہے تو مرتا ہے ادمی کس لیے اپ کو اپ کی موت یاد دلانے کے لیے اپ کو اپ کی موت یاد دلانے کے لیے کہ اسی طرح میں بھی مروں گا</w:t>
      </w:r>
    </w:p>
    <w:p>
      <w:r>
        <w:rPr>
          <w:b/>
        </w:rPr>
        <w:t xml:space="preserve">[24:23] </w:t>
      </w:r>
      <w:r>
        <w:t>har insan ko jab dekhein aap marte hue to aap ko yeh yaad aana chahiye ke countdown apni aakhri ginti tak pahunch chuka last button tak pahunch chuka countdown ki ginti last button tak pahunch chuki yani aaj woh kal hamari bari hai</w:t>
      </w:r>
    </w:p>
    <w:p>
      <w:pPr>
        <w:jc w:val="right"/>
      </w:pPr>
      <w:r>
        <w:t>ہر انسان کو جب دیکھیں اپ مرتے ہوئے تو اپ کو یہ یاد انا چاہیے کہ کاؤنٹ ڈاؤن اپنی اخری گنتی تک پہنچ چکا لاسٹ بٹون تک پہنچ چکا کاؤنٹ ڈاؤن کی گنتی لاسٹ بٹون تک پہنچ چکی یعنی اج وہ کل ہماری باری ہے</w:t>
      </w:r>
    </w:p>
    <w:p>
      <w:r>
        <w:rPr>
          <w:b/>
        </w:rPr>
        <w:t xml:space="preserve">[24:49] </w:t>
      </w:r>
      <w:r>
        <w:t>koi jab mare to aap ko sochna chahiye ke aaj woh kal hamari bari hai yani countdown ki ginti last button tak pahunch chuki yeh hai sahi sabak lena kisi ki mout ko dekh kar</w:t>
      </w:r>
    </w:p>
    <w:p>
      <w:pPr>
        <w:jc w:val="right"/>
      </w:pPr>
      <w:r>
        <w:t>کوئی جب مرے تو اپ کو سوچنا چاہیے کہ اج وہ کل ہماری باری ہے یعنی کاؤنٹ ڈاؤن کی گنتی لاسٹ بٹون تک پہنچ چکی یہ ہے صحیح سبق لینا کسی کی موت کو دیکھ کر</w:t>
      </w:r>
    </w:p>
    <w:p>
      <w:r>
        <w:rPr>
          <w:b/>
        </w:rPr>
        <w:t xml:space="preserve">[25:09] </w:t>
      </w:r>
      <w:r>
        <w:t>dekhein jo tareeqa hai dafan ka</w:t>
      </w:r>
    </w:p>
    <w:p>
      <w:pPr>
        <w:jc w:val="right"/>
      </w:pPr>
      <w:r>
        <w:t>دیکھیں جو طریقہ ہے دفن کا</w:t>
      </w:r>
    </w:p>
    <w:p>
      <w:r>
        <w:rPr>
          <w:b/>
        </w:rPr>
        <w:t xml:space="preserve">[25:18] </w:t>
      </w:r>
      <w:r>
        <w:t>aap jante hain ke islam mein</w:t>
      </w:r>
    </w:p>
    <w:p>
      <w:pPr>
        <w:jc w:val="right"/>
      </w:pPr>
      <w:r>
        <w:t>اپ جانتے ہیں کہ اسلام میں</w:t>
      </w:r>
    </w:p>
    <w:p>
      <w:r>
        <w:rPr>
          <w:b/>
        </w:rPr>
        <w:t xml:space="preserve">[25:22] </w:t>
      </w:r>
      <w:r>
        <w:t>dafan karne ka tareeqa hai yani</w:t>
      </w:r>
    </w:p>
    <w:p>
      <w:pPr>
        <w:jc w:val="right"/>
      </w:pPr>
      <w:r>
        <w:t>دفن کرنے کا طریقہ ہے یعنی</w:t>
      </w:r>
    </w:p>
    <w:p>
      <w:r>
        <w:rPr>
          <w:b/>
        </w:rPr>
        <w:t xml:space="preserve">[25:25] </w:t>
      </w:r>
      <w:r>
        <w:t>qabar khodi jati hai is mein body ko rakha jata hai phir is ko barabar kar diya jata</w:t>
      </w:r>
    </w:p>
    <w:p>
      <w:pPr>
        <w:jc w:val="right"/>
      </w:pPr>
      <w:r>
        <w:t>قبر کھودی جاتی ہے اس میں باڈی کو رکھا جاتا ہے پھر اس کو برابر کر دیا جاتا</w:t>
      </w:r>
    </w:p>
    <w:p>
      <w:r>
        <w:rPr>
          <w:b/>
        </w:rPr>
        <w:t xml:space="preserve">[25:31] </w:t>
      </w:r>
      <w:r>
        <w:t>hai is ko kehte hain tadfeen</w:t>
      </w:r>
    </w:p>
    <w:p>
      <w:pPr>
        <w:jc w:val="right"/>
      </w:pPr>
      <w:r>
        <w:t>ہے اس کو کہتے ہیں تدفین</w:t>
      </w:r>
    </w:p>
    <w:p>
      <w:r>
        <w:rPr>
          <w:b/>
        </w:rPr>
        <w:t xml:space="preserve">[25:36] </w:t>
      </w:r>
      <w:r>
        <w:t>to jab aap tadfeen karte hain to teen bar mitti dalte hain jo log wahan jate hain woh</w:t>
      </w:r>
    </w:p>
    <w:p>
      <w:pPr>
        <w:jc w:val="right"/>
      </w:pPr>
      <w:r>
        <w:t>تو جب اپ تدفین کرتے ہیں تو تین بار مٹی ڈالتے ہیں جو لوگ وہاں جاتے ہیں وہ</w:t>
      </w:r>
    </w:p>
    <w:p>
      <w:r>
        <w:rPr>
          <w:b/>
        </w:rPr>
        <w:t xml:space="preserve">[25:42] </w:t>
      </w:r>
      <w:r>
        <w:t>teen bar mitti dalte hain</w:t>
      </w:r>
    </w:p>
    <w:p>
      <w:pPr>
        <w:jc w:val="right"/>
      </w:pPr>
      <w:r>
        <w:t>تین بار مٹی ڈالتے ہیں</w:t>
      </w:r>
    </w:p>
    <w:p>
      <w:r>
        <w:rPr>
          <w:b/>
        </w:rPr>
        <w:t xml:space="preserve">[25:45] </w:t>
      </w:r>
      <w:r>
        <w:t>to pehli bar jab mitti dalte hain to kya kehte hain minha khalaqnakum</w:t>
      </w:r>
    </w:p>
    <w:p>
      <w:pPr>
        <w:jc w:val="right"/>
      </w:pPr>
      <w:r>
        <w:t>تو پہلی بار جب مٹی ڈالتے ہیں تو کیا کہتے ہیں منہا خلقناکم</w:t>
      </w:r>
    </w:p>
    <w:p>
      <w:r>
        <w:rPr>
          <w:b/>
        </w:rPr>
        <w:t xml:space="preserve">[25:52] </w:t>
      </w:r>
      <w:r>
        <w:t>minha khalaqnakum doosri bar kehte hain</w:t>
      </w:r>
    </w:p>
    <w:p>
      <w:pPr>
        <w:jc w:val="right"/>
      </w:pPr>
      <w:r>
        <w:t>منہا خلقناکم دوسری بار کہتے ہیں</w:t>
      </w:r>
    </w:p>
    <w:p>
      <w:r>
        <w:rPr>
          <w:b/>
        </w:rPr>
        <w:t xml:space="preserve">[25:57] </w:t>
      </w:r>
      <w:r>
        <w:t>wa minhana nu'eedukum teesri bar kehte hain wa minha</w:t>
      </w:r>
    </w:p>
    <w:p>
      <w:pPr>
        <w:jc w:val="right"/>
      </w:pPr>
      <w:r>
        <w:t>ومنہا نعیدکم تیسری بار کہتے ہیں ومنہا</w:t>
      </w:r>
    </w:p>
    <w:p>
      <w:r>
        <w:rPr>
          <w:b/>
        </w:rPr>
        <w:t xml:space="preserve">[26:03] </w:t>
      </w:r>
      <w:r>
        <w:t>nahi minha</w:t>
      </w:r>
    </w:p>
    <w:p>
      <w:pPr>
        <w:jc w:val="right"/>
      </w:pPr>
      <w:r>
        <w:t>نہیں منہا</w:t>
      </w:r>
    </w:p>
    <w:p>
      <w:r>
        <w:rPr>
          <w:b/>
        </w:rPr>
        <w:t xml:space="preserve">[26:04] </w:t>
      </w:r>
      <w:r>
        <w:t>khalaqnakum wa feeha nu'eedukum</w:t>
      </w:r>
    </w:p>
    <w:p>
      <w:pPr>
        <w:jc w:val="right"/>
      </w:pPr>
      <w:r>
        <w:t>خلقناکم و فیہا نعیدکم</w:t>
      </w:r>
    </w:p>
    <w:p>
      <w:r>
        <w:rPr>
          <w:b/>
        </w:rPr>
        <w:t xml:space="preserve">[26:07] </w:t>
      </w:r>
      <w:r>
        <w:t>wa minha nukhrajukum taarat akhri</w:t>
      </w:r>
    </w:p>
    <w:p>
      <w:pPr>
        <w:jc w:val="right"/>
      </w:pPr>
      <w:r>
        <w:t>ومنہا نخرجکم طارت اخری</w:t>
      </w:r>
    </w:p>
    <w:p>
      <w:r>
        <w:rPr>
          <w:b/>
        </w:rPr>
        <w:t xml:space="preserve">[26:12] </w:t>
      </w:r>
      <w:r>
        <w:t>yani isi mitti se hum ne paida kiya to teeno aayatein hain quran majeed ki yeh teeno quran</w:t>
      </w:r>
    </w:p>
    <w:p>
      <w:pPr>
        <w:jc w:val="right"/>
      </w:pPr>
      <w:r>
        <w:t>یعنی اسی مٹی سے ہم نے پیدا کیا تو تینوں ایتیں ہیں قران مجید کی یہ تینوں قران</w:t>
      </w:r>
    </w:p>
    <w:p>
      <w:r>
        <w:rPr>
          <w:b/>
        </w:rPr>
        <w:t xml:space="preserve">[26:18] </w:t>
      </w:r>
      <w:r>
        <w:t>ki aayatein hain minha khalaqnakum wa feeha nu'eedukum wa minha nukhrajukum taarat akhri</w:t>
      </w:r>
    </w:p>
    <w:p>
      <w:pPr>
        <w:jc w:val="right"/>
      </w:pPr>
      <w:r>
        <w:t>کی ایتیں ہیں منہا خلقناکم و فیہا نعیدکم ومنہا نخرجکم طارت اخری</w:t>
      </w:r>
    </w:p>
    <w:p>
      <w:r>
        <w:rPr>
          <w:b/>
        </w:rPr>
        <w:t xml:space="preserve">[26:27] </w:t>
      </w:r>
      <w:r>
        <w:t>yani isi mitti se paida kiya hum ne tum ko</w:t>
      </w:r>
    </w:p>
    <w:p>
      <w:pPr>
        <w:jc w:val="right"/>
      </w:pPr>
      <w:r>
        <w:t>یعنی اسی مٹی سے پیدا کیا ہم نے تم کو</w:t>
      </w:r>
    </w:p>
    <w:p>
      <w:r>
        <w:rPr>
          <w:b/>
        </w:rPr>
        <w:t xml:space="preserve">[26:33] </w:t>
      </w:r>
      <w:r>
        <w:t>aur phir isi mein tum ko dalenge isi mitti mein</w:t>
      </w:r>
    </w:p>
    <w:p>
      <w:pPr>
        <w:jc w:val="right"/>
      </w:pPr>
      <w:r>
        <w:t>اور پھر اسی میں تم کو ڈالیں گے اسی مٹی میں</w:t>
      </w:r>
    </w:p>
    <w:p>
      <w:r>
        <w:rPr>
          <w:b/>
        </w:rPr>
        <w:t xml:space="preserve">[26:37] </w:t>
      </w:r>
      <w:r>
        <w:t>aur phir isi se tum ko nikalenge</w:t>
      </w:r>
    </w:p>
    <w:p>
      <w:pPr>
        <w:jc w:val="right"/>
      </w:pPr>
      <w:r>
        <w:t>اور پھر اسی سے تم کو نکالیں گے</w:t>
      </w:r>
    </w:p>
    <w:p>
      <w:r>
        <w:rPr>
          <w:b/>
        </w:rPr>
        <w:t xml:space="preserve">[26:41] </w:t>
      </w:r>
      <w:r>
        <w:t>world he'ar after mein</w:t>
      </w:r>
    </w:p>
    <w:p>
      <w:pPr>
        <w:jc w:val="right"/>
      </w:pPr>
      <w:r>
        <w:t>ورلڈ ہیئر افٹر میں</w:t>
      </w:r>
    </w:p>
    <w:p>
      <w:r>
        <w:rPr>
          <w:b/>
        </w:rPr>
        <w:t xml:space="preserve">[26:43] </w:t>
      </w:r>
      <w:r>
        <w:t>to har baar jab koi aadmi marta hai</w:t>
      </w:r>
    </w:p>
    <w:p>
      <w:pPr>
        <w:jc w:val="right"/>
      </w:pPr>
      <w:r>
        <w:t>تو ہر بار جب کوئی ادمی مرتا ہے</w:t>
      </w:r>
    </w:p>
    <w:p>
      <w:r>
        <w:rPr>
          <w:b/>
        </w:rPr>
        <w:t xml:space="preserve">[26:46] </w:t>
      </w:r>
      <w:r>
        <w:t>to aap ko yaad dilata hai ke</w:t>
      </w:r>
    </w:p>
    <w:p>
      <w:pPr>
        <w:jc w:val="right"/>
      </w:pPr>
      <w:r>
        <w:t>تو اپ کو یاد دلاتا ہے کہ</w:t>
      </w:r>
    </w:p>
    <w:p>
      <w:r>
        <w:rPr>
          <w:b/>
        </w:rPr>
        <w:t xml:space="preserve">[26:50] </w:t>
      </w:r>
      <w:r>
        <w:t>countdown ki ginti last button tak pahunch chuki har baar jab aap har baar jab aap tadfeen</w:t>
      </w:r>
    </w:p>
    <w:p>
      <w:pPr>
        <w:jc w:val="right"/>
      </w:pPr>
      <w:r>
        <w:t>کاؤنٹ ڈاؤن کی گنتی لاسٹ بٹون تک پہنچ چکی ہر بار جب اپ ہر بار جب اپ تدفین</w:t>
      </w:r>
    </w:p>
    <w:p>
      <w:r>
        <w:rPr>
          <w:b/>
        </w:rPr>
        <w:t xml:space="preserve">[26:56] </w:t>
      </w:r>
      <w:r>
        <w:t>karte hain apne murde ki to ye jo system rakha gaya hai wo yaad dilata hai ke hum</w:t>
      </w:r>
    </w:p>
    <w:p>
      <w:pPr>
        <w:jc w:val="right"/>
      </w:pPr>
      <w:r>
        <w:t>کرتے ہیں اپنے مردے کی تو یہ جو سسٹم رکھا گیا ہے وہ یاد دلاتا ہے کہ ہم</w:t>
      </w:r>
    </w:p>
    <w:p>
      <w:r>
        <w:rPr>
          <w:b/>
        </w:rPr>
        <w:t xml:space="preserve">[27:03] </w:t>
      </w:r>
      <w:r>
        <w:t>mitti se paida hue mitti mein jaane wale hain aur phir isi mitti se dobara zinda kar ke</w:t>
      </w:r>
    </w:p>
    <w:p>
      <w:pPr>
        <w:jc w:val="right"/>
      </w:pPr>
      <w:r>
        <w:t>مٹی سے پیدا ہوئے مٹی میں جانے والے ہیں اور پھر اسی مٹی سے دوبارہ زندہ کر کے</w:t>
      </w:r>
    </w:p>
    <w:p>
      <w:r>
        <w:rPr>
          <w:b/>
        </w:rPr>
        <w:t xml:space="preserve">[27:09] </w:t>
      </w:r>
      <w:r>
        <w:t>humein le jaya jayega is duniya mein jahan hisab kitab hai</w:t>
      </w:r>
    </w:p>
    <w:p>
      <w:pPr>
        <w:jc w:val="right"/>
      </w:pPr>
      <w:r>
        <w:t>ہمیں لے جایا جائے گا اس دنیا میں جہاں حساب کتاب ہے</w:t>
      </w:r>
    </w:p>
    <w:p>
      <w:r>
        <w:rPr>
          <w:b/>
        </w:rPr>
        <w:t xml:space="preserve">[27:15] </w:t>
      </w:r>
      <w:r>
        <w:t>to jo aadmi soche sab baaton ko rozana subah shaam to is mein har waqt is sabak mile</w:t>
      </w:r>
    </w:p>
    <w:p>
      <w:pPr>
        <w:jc w:val="right"/>
      </w:pPr>
      <w:r>
        <w:t>تو جو ادمی سوچے سب باتوں کو روزانہ صبح شام تو اس میں ہر وقت اس سبق ملے</w:t>
      </w:r>
    </w:p>
    <w:p>
      <w:r>
        <w:rPr>
          <w:b/>
        </w:rPr>
        <w:t xml:space="preserve">[27:25] </w:t>
      </w:r>
      <w:r>
        <w:t>ga har waqt use lesson milega</w:t>
      </w:r>
    </w:p>
    <w:p>
      <w:pPr>
        <w:jc w:val="right"/>
      </w:pPr>
      <w:r>
        <w:t>گا ہر وقت اسے لیسن ملے گا</w:t>
      </w:r>
    </w:p>
    <w:p>
      <w:r>
        <w:rPr>
          <w:b/>
        </w:rPr>
        <w:t xml:space="preserve">[27:30] </w:t>
      </w:r>
      <w:r>
        <w:t>har waqt is ke liye lesson hai jeete hue bhi marte hue bhi har waqt sabak hi sabak</w:t>
      </w:r>
    </w:p>
    <w:p>
      <w:pPr>
        <w:jc w:val="right"/>
      </w:pPr>
      <w:r>
        <w:t>ہر وقت اس کے لیے لیسن ہے جیتے ہوئے بھی مرتے ہوئے بھی ہر وقت سبق ہی سبق</w:t>
      </w:r>
    </w:p>
    <w:p>
      <w:r>
        <w:rPr>
          <w:b/>
        </w:rPr>
        <w:t xml:space="preserve">[27:36] </w:t>
      </w:r>
      <w:r>
        <w:t>hai yahi sabak jo hai yahi hamare liye yani spiritual food hai</w:t>
      </w:r>
    </w:p>
    <w:p>
      <w:pPr>
        <w:jc w:val="right"/>
      </w:pPr>
      <w:r>
        <w:t>ہے یہی سبق جو ہے یہی ہمارے لیے یعنی اسپیچول فوڈ ہے</w:t>
      </w:r>
    </w:p>
    <w:p>
      <w:r>
        <w:rPr>
          <w:b/>
        </w:rPr>
        <w:t xml:space="preserve">[27:43] </w:t>
      </w:r>
      <w:r>
        <w:t>yaad rakhein jab hum roti khate hain chawal khate hain sabzi khate hain to hum physical food lete</w:t>
      </w:r>
    </w:p>
    <w:p>
      <w:pPr>
        <w:jc w:val="right"/>
      </w:pPr>
      <w:r>
        <w:t>یاد رکھیں جب ہم روٹی کھاتے ہیں چاول کھاتے ہیں سبزی کھاتے ہیں تو ہم فزیکل فوڈ لیتے</w:t>
      </w:r>
    </w:p>
    <w:p>
      <w:r>
        <w:rPr>
          <w:b/>
        </w:rPr>
        <w:t xml:space="preserve">[27:49] </w:t>
      </w:r>
      <w:r>
        <w:t>hain agar aap physical food na lein to hum mar jayen</w:t>
      </w:r>
    </w:p>
    <w:p>
      <w:pPr>
        <w:jc w:val="right"/>
      </w:pPr>
      <w:r>
        <w:t>ہیں اگر اپ فزیکل فوڈ نہ لیں تو ہم مر جائیں</w:t>
      </w:r>
    </w:p>
    <w:p>
      <w:r>
        <w:rPr>
          <w:b/>
        </w:rPr>
        <w:t xml:space="preserve">[27:55] </w:t>
      </w:r>
      <w:r>
        <w:t>to physical food se hamara jism jo hai zinda rehta hai healthy rehta hai taqatwar rehta hai isi</w:t>
      </w:r>
    </w:p>
    <w:p>
      <w:pPr>
        <w:jc w:val="right"/>
      </w:pPr>
      <w:r>
        <w:t>تو فزیکل فوڈ سے ہمارا جسم جو ہے زندہ رہتا ہے ہیلدی رہتا ہے طاقتور رہتا ہے اسی</w:t>
      </w:r>
    </w:p>
    <w:p>
      <w:r>
        <w:rPr>
          <w:b/>
        </w:rPr>
        <w:t xml:space="preserve">[28:03] </w:t>
      </w:r>
      <w:r>
        <w:t>tarah hamein spiritual food ki zaroorat hai hamare soul ko zinda rakhne ke liye</w:t>
      </w:r>
    </w:p>
    <w:p>
      <w:pPr>
        <w:jc w:val="right"/>
      </w:pPr>
      <w:r>
        <w:t>طرح ہمیں اسپیچول فوڈ کی ضرورت ہے ہمارے سول کو زندہ رکھنے کے لیے</w:t>
      </w:r>
    </w:p>
    <w:p>
      <w:r>
        <w:rPr>
          <w:b/>
        </w:rPr>
        <w:t xml:space="preserve">[28:09] </w:t>
      </w:r>
      <w:r>
        <w:t>to soul kaise zinda rehta hai hamari rooh kaise zinda rehti hai spiritual</w:t>
      </w:r>
    </w:p>
    <w:p>
      <w:pPr>
        <w:jc w:val="right"/>
      </w:pPr>
      <w:r>
        <w:t>تو سول کیسے زندہ رہتا ہے ہماری روح کیسے زندہ رہتی ہے اسپیچول</w:t>
      </w:r>
    </w:p>
    <w:p>
      <w:r>
        <w:rPr>
          <w:b/>
        </w:rPr>
        <w:t xml:space="preserve">[28:15] </w:t>
      </w:r>
      <w:r>
        <w:t>food se yani cheezon se lesson lena cheezon se sabak lena cheezon se naseehat lena</w:t>
      </w:r>
    </w:p>
    <w:p>
      <w:pPr>
        <w:jc w:val="right"/>
      </w:pPr>
      <w:r>
        <w:t>فوڈ سے یعنی چیزوں سے لیسن لینا چیزوں سے سبق لینا چیزوں سے نصیحت لینا</w:t>
      </w:r>
    </w:p>
    <w:p>
      <w:r>
        <w:rPr>
          <w:b/>
        </w:rPr>
        <w:t xml:space="preserve">[28:24] </w:t>
      </w:r>
      <w:r>
        <w:t>cheezon se jo hidden maani hai us ko extract karna</w:t>
      </w:r>
    </w:p>
    <w:p>
      <w:pPr>
        <w:jc w:val="right"/>
      </w:pPr>
      <w:r>
        <w:t>چیزوں سے جو ہڈن معنی ہے اس کو ایکسٹریکٹ کرنا</w:t>
      </w:r>
    </w:p>
    <w:p>
      <w:r>
        <w:rPr>
          <w:b/>
        </w:rPr>
        <w:t xml:space="preserve">[28:28] </w:t>
      </w:r>
      <w:r>
        <w:t>har cheez mein kuch aur meaning chupi hui hoti hai us ko aap extract kar ke lein isi</w:t>
      </w:r>
    </w:p>
    <w:p>
      <w:pPr>
        <w:jc w:val="right"/>
      </w:pPr>
      <w:r>
        <w:t>ہر چیز میں کچھ اور میننگ چھپی ہوئی ہوتی ہے اس کو اپ ایکسٹریکٹ کر کے لیں اسی</w:t>
      </w:r>
    </w:p>
    <w:p>
      <w:r>
        <w:rPr>
          <w:b/>
        </w:rPr>
        <w:t xml:space="preserve">[28:35] </w:t>
      </w:r>
      <w:r>
        <w:t>ka naam lesson hai</w:t>
      </w:r>
    </w:p>
    <w:p>
      <w:pPr>
        <w:jc w:val="right"/>
      </w:pPr>
      <w:r>
        <w:t>کا نام لیسن ہے</w:t>
      </w:r>
    </w:p>
    <w:p>
      <w:r>
        <w:rPr>
          <w:b/>
        </w:rPr>
        <w:t xml:space="preserve">[28:38] </w:t>
      </w:r>
      <w:r>
        <w:t>to hadith mein aata hai ke</w:t>
      </w:r>
    </w:p>
    <w:p>
      <w:pPr>
        <w:jc w:val="right"/>
      </w:pPr>
      <w:r>
        <w:t>تو حدیث میں اتا ہے کہ</w:t>
      </w:r>
    </w:p>
    <w:p>
      <w:r>
        <w:rPr>
          <w:b/>
        </w:rPr>
        <w:t xml:space="preserve">[28:42] </w:t>
      </w:r>
      <w:r>
        <w:t>khud bin hayatuk limautuk</w:t>
      </w:r>
    </w:p>
    <w:p>
      <w:pPr>
        <w:jc w:val="right"/>
      </w:pPr>
      <w:r>
        <w:t>خود بن حیاتک لموتک</w:t>
      </w:r>
    </w:p>
    <w:p>
      <w:r>
        <w:rPr>
          <w:b/>
        </w:rPr>
        <w:t xml:space="preserve">[28:47] </w:t>
      </w:r>
      <w:r>
        <w:t>khud bin hayatuk limautuk</w:t>
      </w:r>
    </w:p>
    <w:p>
      <w:pPr>
        <w:jc w:val="right"/>
      </w:pPr>
      <w:r>
        <w:t>خود بن حیاتک لموتک</w:t>
      </w:r>
    </w:p>
    <w:p>
      <w:r>
        <w:rPr>
          <w:b/>
        </w:rPr>
        <w:t xml:space="preserve">[28:49] </w:t>
      </w:r>
      <w:r>
        <w:t>yani zindagi mein</w:t>
      </w:r>
    </w:p>
    <w:p>
      <w:pPr>
        <w:jc w:val="right"/>
      </w:pPr>
      <w:r>
        <w:t>یعنی زندگی میں</w:t>
      </w:r>
    </w:p>
    <w:p>
      <w:r>
        <w:rPr>
          <w:b/>
        </w:rPr>
        <w:t xml:space="preserve">[28:52] </w:t>
      </w:r>
      <w:r>
        <w:t>apne maut ke liye sabak hasil karo kyunke maut ke baad to sabak hai nahin</w:t>
      </w:r>
    </w:p>
    <w:p>
      <w:pPr>
        <w:jc w:val="right"/>
      </w:pPr>
      <w:r>
        <w:t>اپنے موت کے لیے سبق حاصل کرو کیونکہ موت کے بعد تو سبق ہے نہیں</w:t>
      </w:r>
    </w:p>
    <w:p>
      <w:r>
        <w:rPr>
          <w:b/>
        </w:rPr>
        <w:t xml:space="preserve">[29:00] </w:t>
      </w:r>
      <w:r>
        <w:t>ek hadis hai ke aj ki zindagi mein tum ho to tumhare liye amal ka mauqa hai</w:t>
      </w:r>
    </w:p>
    <w:p>
      <w:pPr>
        <w:jc w:val="right"/>
      </w:pPr>
      <w:r>
        <w:t>ایک حدیث ہے کہ اج کی زندگی میں تم ہو تو تمہارے لیے عمل کا موقع ہے</w:t>
      </w:r>
    </w:p>
    <w:p>
      <w:r>
        <w:rPr>
          <w:b/>
        </w:rPr>
        <w:t xml:space="preserve">[29:06] </w:t>
      </w:r>
      <w:r>
        <w:t>maut ke baad jo zindagi aaye gi to amal ka mauqa mauqa khatm ho jaye ga</w:t>
      </w:r>
    </w:p>
    <w:p>
      <w:pPr>
        <w:jc w:val="right"/>
      </w:pPr>
      <w:r>
        <w:t>موت کے بعد جو زندگی ائے گی تو عمل کا موقع موقع ختم ہو جائے گا</w:t>
      </w:r>
    </w:p>
    <w:p>
      <w:r>
        <w:rPr>
          <w:b/>
        </w:rPr>
        <w:t xml:space="preserve">[29:13] </w:t>
      </w:r>
      <w:r>
        <w:t>aj hi amal ka mauqa hai</w:t>
      </w:r>
    </w:p>
    <w:p>
      <w:pPr>
        <w:jc w:val="right"/>
      </w:pPr>
      <w:r>
        <w:t>اج ہی عمل کا موقع ہے</w:t>
      </w:r>
    </w:p>
    <w:p>
      <w:r>
        <w:rPr>
          <w:b/>
        </w:rPr>
        <w:t xml:space="preserve">[29:16] </w:t>
      </w:r>
      <w:r>
        <w:t>to hadis mein hai ke aj amal hai magar hisab nahi hai kal hisab hoga magar amal nahi</w:t>
      </w:r>
    </w:p>
    <w:p>
      <w:pPr>
        <w:jc w:val="right"/>
      </w:pPr>
      <w:r>
        <w:t>تو حدیث میں ہے کہ اج عمل ہے مگر حساب نہیں ہے کل حساب ہوگا مگر عمل نہیں</w:t>
      </w:r>
    </w:p>
    <w:p>
      <w:r>
        <w:rPr>
          <w:b/>
        </w:rPr>
        <w:t xml:space="preserve">[29:21] </w:t>
      </w:r>
      <w:r>
        <w:t>hoga ye ek hadis hai ke aj</w:t>
      </w:r>
    </w:p>
    <w:p>
      <w:pPr>
        <w:jc w:val="right"/>
      </w:pPr>
      <w:r>
        <w:t>ہوگا یہ ایک حدیث ہے کہ اج</w:t>
      </w:r>
    </w:p>
    <w:p>
      <w:r>
        <w:rPr>
          <w:b/>
        </w:rPr>
        <w:t xml:space="preserve">[29:27] </w:t>
      </w:r>
      <w:r>
        <w:t>yani maut se pehle aur maut ke baad ko farmaya aj amal hai magar hisab nahi kal hisab</w:t>
      </w:r>
    </w:p>
    <w:p>
      <w:pPr>
        <w:jc w:val="right"/>
      </w:pPr>
      <w:r>
        <w:t>یعنی موت سے پہلے اور موت کے بعد کو فرمایا اج عمل ہے مگر حساب نہیں کل حساب</w:t>
      </w:r>
    </w:p>
    <w:p>
      <w:r>
        <w:rPr>
          <w:b/>
        </w:rPr>
        <w:t xml:space="preserve">[29:33] </w:t>
      </w:r>
      <w:r>
        <w:t>hoga magar amal nahi hoga</w:t>
      </w:r>
    </w:p>
    <w:p>
      <w:pPr>
        <w:jc w:val="right"/>
      </w:pPr>
      <w:r>
        <w:t>ہوگا مگر عمل نہیں ہوگا</w:t>
      </w:r>
    </w:p>
    <w:p>
      <w:r>
        <w:rPr>
          <w:b/>
        </w:rPr>
        <w:t xml:space="preserve">[29:36] </w:t>
      </w:r>
      <w:r>
        <w:t>ap chahein ke maut ke baad amal karein aur amal kar ke phir apne ko</w:t>
      </w:r>
    </w:p>
    <w:p>
      <w:pPr>
        <w:jc w:val="right"/>
      </w:pPr>
      <w:r>
        <w:t>اپ چاہیں کہ موت کے بعد عمل کریں اور عمل کر کے پھر اپنے کو</w:t>
      </w:r>
    </w:p>
    <w:p>
      <w:r>
        <w:rPr>
          <w:b/>
        </w:rPr>
        <w:t xml:space="preserve">[29:43] </w:t>
      </w:r>
      <w:r>
        <w:t>yani khuda ke khuda ke jannat</w:t>
      </w:r>
    </w:p>
    <w:p>
      <w:pPr>
        <w:jc w:val="right"/>
      </w:pPr>
      <w:r>
        <w:t>یعنی خدا کے خدا کے جنت</w:t>
      </w:r>
    </w:p>
    <w:p>
      <w:r>
        <w:rPr>
          <w:b/>
        </w:rPr>
        <w:t xml:space="preserve">[29:46] </w:t>
      </w:r>
      <w:r>
        <w:t>mein pahunchayen to us waqt amal khatm ho chuka hoga</w:t>
      </w:r>
    </w:p>
    <w:p>
      <w:pPr>
        <w:jc w:val="right"/>
      </w:pPr>
      <w:r>
        <w:t>میں پہنچائیں تو اس وقت عمل ختم ہو چکا ہوگا</w:t>
      </w:r>
    </w:p>
    <w:p>
      <w:r>
        <w:rPr>
          <w:b/>
        </w:rPr>
        <w:t xml:space="preserve">[29:53] </w:t>
      </w:r>
      <w:r>
        <w:t>isi ko farmaya ke aj amal hai magar hisab nahi hai kal hisab hoga magar amal nahi hoga</w:t>
      </w:r>
    </w:p>
    <w:p>
      <w:pPr>
        <w:jc w:val="right"/>
      </w:pPr>
      <w:r>
        <w:t>اسی کو فرمایا کہ اج عمل ہے مگر حساب نہیں ہے کل حساب ہوگا مگر عمل نہیں ہوگا</w:t>
      </w:r>
    </w:p>
    <w:p>
      <w:r>
        <w:rPr>
          <w:b/>
        </w:rPr>
        <w:t xml:space="preserve">[30:02] </w:t>
      </w:r>
      <w:r>
        <w:t>to ek hadis hai</w:t>
      </w:r>
    </w:p>
    <w:p>
      <w:pPr>
        <w:jc w:val="right"/>
      </w:pPr>
      <w:r>
        <w:t>تو ایک حدیث ہے</w:t>
      </w:r>
    </w:p>
    <w:p>
      <w:r>
        <w:rPr>
          <w:b/>
        </w:rPr>
        <w:t xml:space="preserve">[30:06] </w:t>
      </w:r>
      <w:r>
        <w:t>to zindagi mein</w:t>
      </w:r>
    </w:p>
    <w:p>
      <w:pPr>
        <w:jc w:val="right"/>
      </w:pPr>
      <w:r>
        <w:t>تو زندگی میں</w:t>
      </w:r>
    </w:p>
    <w:p>
      <w:r>
        <w:rPr>
          <w:b/>
        </w:rPr>
        <w:t xml:space="preserve">[30:09] </w:t>
      </w:r>
      <w:r>
        <w:t>rozana ap ko bohat se experience hote hain bohat se qisse paish aate hain inhi inhi waqiat mein</w:t>
      </w:r>
    </w:p>
    <w:p>
      <w:pPr>
        <w:jc w:val="right"/>
      </w:pPr>
      <w:r>
        <w:t>روزانہ اپ کو بہت سے ایکسپیرینس ہوتے ہیں بہت سے قصے پیش اتے ہیں انہی انہی واقعات میں</w:t>
      </w:r>
    </w:p>
    <w:p>
      <w:r>
        <w:rPr>
          <w:b/>
        </w:rPr>
        <w:t xml:space="preserve">[30:17] </w:t>
      </w:r>
      <w:r>
        <w:t>inhi qisson mein inhi experience mein ap ko extract karna hai</w:t>
      </w:r>
    </w:p>
    <w:p>
      <w:pPr>
        <w:jc w:val="right"/>
      </w:pPr>
      <w:r>
        <w:t>انہی قصوں میں انہی ایکسپیرینس میں اپ کو ایکسٹریکٹ کرنا ہے</w:t>
      </w:r>
    </w:p>
    <w:p>
      <w:r>
        <w:rPr>
          <w:b/>
        </w:rPr>
        <w:t xml:space="preserve">[30:23] </w:t>
      </w:r>
      <w:r>
        <w:t>wo spiritual food</w:t>
      </w:r>
    </w:p>
    <w:p>
      <w:pPr>
        <w:jc w:val="right"/>
      </w:pPr>
      <w:r>
        <w:t>وہ اسپیچول فوڈ</w:t>
      </w:r>
    </w:p>
    <w:p>
      <w:r>
        <w:rPr>
          <w:b/>
        </w:rPr>
        <w:t xml:space="preserve">[30:25] </w:t>
      </w:r>
      <w:r>
        <w:t>jo ap ko jannati insan banaye aur koi doosra doosra tareeqa nahi hai</w:t>
      </w:r>
    </w:p>
    <w:p>
      <w:pPr>
        <w:jc w:val="right"/>
      </w:pPr>
      <w:r>
        <w:t>جو اپ کو جنتی انسان بنائے اور کوئی دوسرا دوسرا طریقہ نہیں ہے</w:t>
      </w:r>
    </w:p>
    <w:p>
      <w:r>
        <w:rPr>
          <w:b/>
        </w:rPr>
        <w:t xml:space="preserve">[30:32] </w:t>
      </w:r>
      <w:r>
        <w:t>koi doosra tareeqa nahi hai jaise aaye ek aadmi ko maut ho gayi to ap sochein ke mujhe</w:t>
      </w:r>
    </w:p>
    <w:p>
      <w:pPr>
        <w:jc w:val="right"/>
      </w:pPr>
      <w:r>
        <w:t>کوئی دوسرا طریقہ نہیں ہے جیسے ائے ایک ادمی کو موت ہو گئی تو اپ سوچیں کہ مجھے</w:t>
      </w:r>
    </w:p>
    <w:p>
      <w:r>
        <w:rPr>
          <w:b/>
        </w:rPr>
        <w:t xml:space="preserve">[30:37] </w:t>
      </w:r>
      <w:r>
        <w:t>bhi bhi marna</w:t>
      </w:r>
    </w:p>
    <w:p>
      <w:pPr>
        <w:jc w:val="right"/>
      </w:pPr>
      <w:r>
        <w:t>بھی بھی مرنا</w:t>
      </w:r>
    </w:p>
    <w:p>
      <w:r>
        <w:rPr>
          <w:b/>
        </w:rPr>
        <w:t xml:space="preserve">[30:38] </w:t>
      </w:r>
      <w:r>
        <w:t>hai jaise ek maine qissa bataya ap ko scooter wale ka us ko dekh kar ap sochein</w:t>
      </w:r>
    </w:p>
    <w:p>
      <w:pPr>
        <w:jc w:val="right"/>
      </w:pPr>
      <w:r>
        <w:t>ہے جیسے ایک میں نے قصہ بتایا اپ کو اسکوٹر والے کا اس کو دیکھ کر اپ سوچیں</w:t>
      </w:r>
    </w:p>
    <w:p>
      <w:r>
        <w:rPr>
          <w:b/>
        </w:rPr>
        <w:t xml:space="preserve">[30:45] </w:t>
      </w:r>
      <w:r>
        <w:t>ke is tarah mujhe khuda ke samne mera aamal nama pesh hoga mera record pesh hoga to har</w:t>
      </w:r>
    </w:p>
    <w:p>
      <w:pPr>
        <w:jc w:val="right"/>
      </w:pPr>
      <w:r>
        <w:t>کہ اس طرح مجھے خدا کے سامنے میرا اعمال نامہ پیش ہوگا میرا ریکارڈ پیش ہوگا تو ہر</w:t>
      </w:r>
    </w:p>
    <w:p>
      <w:r>
        <w:rPr>
          <w:b/>
        </w:rPr>
        <w:t xml:space="preserve">[30:53] </w:t>
      </w:r>
      <w:r>
        <w:t>waqie mein ap extract karein is cheez ko jis se ap ka tazkiya hota hai jis se ap</w:t>
      </w:r>
    </w:p>
    <w:p>
      <w:pPr>
        <w:jc w:val="right"/>
      </w:pPr>
      <w:r>
        <w:t>واقعے میں اپ ایکسٹریکٹ کریں اس چیز کو جس سے اپ کا تزکیہ ہوتا ہے جس سے اپ</w:t>
      </w:r>
    </w:p>
    <w:p>
      <w:r>
        <w:rPr>
          <w:b/>
        </w:rPr>
        <w:t xml:space="preserve">[31:01] </w:t>
      </w:r>
      <w:r>
        <w:t>کی یعنی spiritual development ہوتا ہے</w:t>
      </w:r>
    </w:p>
    <w:p>
      <w:pPr>
        <w:jc w:val="right"/>
      </w:pPr>
      <w:r>
        <w:t>کی یعنی اسپیچول ڈیولپمنٹ ہوتا ہے</w:t>
      </w:r>
    </w:p>
    <w:p>
      <w:r>
        <w:rPr>
          <w:b/>
        </w:rPr>
        <w:t xml:space="preserve">[31:05] </w:t>
      </w:r>
      <w:r>
        <w:t>jis se ap ke andar yani jannat wala character banta hai jis se ap qualify karte hain ke</w:t>
      </w:r>
    </w:p>
    <w:p>
      <w:pPr>
        <w:jc w:val="right"/>
      </w:pPr>
      <w:r>
        <w:t>جس سے اپ کے اندر یعنی جنت والا کریکٹر بنتا ہے جس سے اپ کوالیفائی کرتے ہیں کہ</w:t>
      </w:r>
    </w:p>
    <w:p>
      <w:r>
        <w:rPr>
          <w:b/>
        </w:rPr>
        <w:t xml:space="preserve">[31:13] </w:t>
      </w:r>
      <w:r>
        <w:t>ap ko jannat mein basaya jaye</w:t>
      </w:r>
    </w:p>
    <w:p>
      <w:pPr>
        <w:jc w:val="right"/>
      </w:pPr>
      <w:r>
        <w:t>اپ کو جنت میں بسایا جائے</w:t>
      </w:r>
    </w:p>
    <w:p>
      <w:r>
        <w:rPr>
          <w:b/>
        </w:rPr>
        <w:t xml:space="preserve">[31:18] </w:t>
      </w:r>
      <w:r>
        <w:t>ek hadis hai</w:t>
      </w:r>
    </w:p>
    <w:p>
      <w:pPr>
        <w:jc w:val="right"/>
      </w:pPr>
      <w:r>
        <w:t>ایک حدیث ہے</w:t>
      </w:r>
    </w:p>
    <w:p>
      <w:r>
        <w:rPr>
          <w:b/>
        </w:rPr>
        <w:t xml:space="preserve">[31:21] </w:t>
      </w:r>
      <w:r>
        <w:t>ke aksaro</w:t>
      </w:r>
    </w:p>
    <w:p>
      <w:pPr>
        <w:jc w:val="right"/>
      </w:pPr>
      <w:r>
        <w:t>کہ اکثرو</w:t>
      </w:r>
    </w:p>
    <w:p>
      <w:r>
        <w:rPr>
          <w:b/>
        </w:rPr>
        <w:t xml:space="preserve">[31:24] </w:t>
      </w:r>
      <w:r>
        <w:t>zikr had bil ladhatil maut aksaru zikr had bil ladhatil maut ya'ni maut ko bohat zyada yaad karo maut ko bohat zyada yaad karo jo lazzaton ko dha dene wali hai</w:t>
      </w:r>
    </w:p>
    <w:p>
      <w:pPr>
        <w:jc w:val="right"/>
      </w:pPr>
      <w:r>
        <w:t>ذکر ہاد باللذات الموت اکثرو ذکر ہاد باللذات الموت یعنی موت کو بہت زیادہ یاد کرو موت کو بہت زیادہ یاد کرو جو لذتوں کو ڈھا دینے والی ہے</w:t>
      </w:r>
    </w:p>
    <w:p>
      <w:r>
        <w:rPr>
          <w:b/>
        </w:rPr>
        <w:t xml:space="preserve">[31:49] </w:t>
      </w:r>
      <w:r>
        <w:t>maut ko bohat zyada yaad karo jo lazzaton ko dhha dene wali hai</w:t>
      </w:r>
    </w:p>
    <w:p>
      <w:pPr>
        <w:jc w:val="right"/>
      </w:pPr>
      <w:r>
        <w:t>موت کو بہت زیادہ یاد کرو جو لذتوں کو ڈھا دینے والی ہے</w:t>
      </w:r>
    </w:p>
    <w:p>
      <w:r>
        <w:rPr>
          <w:b/>
        </w:rPr>
        <w:t xml:space="preserve">[31:55] </w:t>
      </w:r>
      <w:r>
        <w:t>kyun ke aap sochiye aap ne sab kuch kamaya sab kuch kiya ek bohat bara aap ne ek edifice</w:t>
      </w:r>
    </w:p>
    <w:p>
      <w:pPr>
        <w:jc w:val="right"/>
      </w:pPr>
      <w:r>
        <w:t>کیونکہ اپ سوچیے اپ نے سب کچھ کمایا سب کچھ کیا ایک بہت بڑا اپ نے ایک ایڈیفس</w:t>
      </w:r>
    </w:p>
    <w:p>
      <w:r>
        <w:rPr>
          <w:b/>
        </w:rPr>
        <w:t xml:space="preserve">[32:03] </w:t>
      </w:r>
      <w:r>
        <w:t>khara kiya lekin maut aai to achaanak khatam</w:t>
      </w:r>
    </w:p>
    <w:p>
      <w:pPr>
        <w:jc w:val="right"/>
      </w:pPr>
      <w:r>
        <w:t>کھڑا کیا لیکن موت ائی تو اچانک ختم</w:t>
      </w:r>
    </w:p>
    <w:p>
      <w:r>
        <w:rPr>
          <w:b/>
        </w:rPr>
        <w:t xml:space="preserve">[32:08] </w:t>
      </w:r>
      <w:r>
        <w:t>aaj hi subah meri mulaqat ek sahib se hui aaj subah ki baat hai</w:t>
      </w:r>
    </w:p>
    <w:p>
      <w:pPr>
        <w:jc w:val="right"/>
      </w:pPr>
      <w:r>
        <w:t>اج ہی صبح میری ملاقات ایک صاحب سے ہوئی اج صبح کی بات ہے</w:t>
      </w:r>
    </w:p>
    <w:p>
      <w:r>
        <w:rPr>
          <w:b/>
        </w:rPr>
        <w:t xml:space="preserve">[32:12] </w:t>
      </w:r>
      <w:r>
        <w:t>bohat woh paise wale the bohat kaafi bara un ka business hai india se le ke us</w:t>
      </w:r>
    </w:p>
    <w:p>
      <w:pPr>
        <w:jc w:val="right"/>
      </w:pPr>
      <w:r>
        <w:t>بہت وہ پیسے والے تھے بہت کافی بڑا ان کا بزنس ہے انڈیا سے لے کے یو ایس</w:t>
      </w:r>
    </w:p>
    <w:p>
      <w:r>
        <w:rPr>
          <w:b/>
        </w:rPr>
        <w:t xml:space="preserve">[32:19] </w:t>
      </w:r>
      <w:r>
        <w:t>aay tak business hai un ka</w:t>
      </w:r>
    </w:p>
    <w:p>
      <w:pPr>
        <w:jc w:val="right"/>
      </w:pPr>
      <w:r>
        <w:t>اے تک بزنس ہے ان کا</w:t>
      </w:r>
    </w:p>
    <w:p>
      <w:r>
        <w:rPr>
          <w:b/>
        </w:rPr>
        <w:t xml:space="preserve">[32:21] </w:t>
      </w:r>
      <w:r>
        <w:t>lekin woh tension mein tension mein hote hote ab unhein cancer ho gaya</w:t>
      </w:r>
    </w:p>
    <w:p>
      <w:pPr>
        <w:jc w:val="right"/>
      </w:pPr>
      <w:r>
        <w:t>لیکن وہ ٹینشن میں ٹینشن میں ہوتے ہوتے اب انہیں کینسر ہو گیا</w:t>
      </w:r>
    </w:p>
    <w:p>
      <w:r>
        <w:rPr>
          <w:b/>
        </w:rPr>
        <w:t xml:space="preserve">[32:29] </w:t>
      </w:r>
      <w:r>
        <w:t>to maine poocha kya yeh kya hai aap ka haal</w:t>
      </w:r>
    </w:p>
    <w:p>
      <w:pPr>
        <w:jc w:val="right"/>
      </w:pPr>
      <w:r>
        <w:t>تو میں نے پوچھا کیا یہ کیا ہے اپ کا حال</w:t>
      </w:r>
    </w:p>
    <w:p>
      <w:r>
        <w:rPr>
          <w:b/>
        </w:rPr>
        <w:t xml:space="preserve">[32:33] </w:t>
      </w:r>
      <w:r>
        <w:t>paise se aap ko dunyaavi meri</w:t>
      </w:r>
    </w:p>
    <w:p>
      <w:pPr>
        <w:jc w:val="right"/>
      </w:pPr>
      <w:r>
        <w:t>پیسے سے اپ کو دنیاوی میری</w:t>
      </w:r>
    </w:p>
    <w:p>
      <w:r>
        <w:rPr>
          <w:b/>
        </w:rPr>
        <w:t xml:space="preserve">[32:34] </w:t>
      </w:r>
      <w:r>
        <w:t>aakhirat kahan se milegi</w:t>
      </w:r>
    </w:p>
    <w:p>
      <w:pPr>
        <w:jc w:val="right"/>
      </w:pPr>
      <w:r>
        <w:t>اخرت کہاں سے ملے گی</w:t>
      </w:r>
    </w:p>
    <w:p>
      <w:r>
        <w:rPr>
          <w:b/>
        </w:rPr>
        <w:t xml:space="preserve">[32:39] </w:t>
      </w:r>
      <w:r>
        <w:t>itna paisa aap ke paas hai main ek martaba gaya tha un ke ghar jo india ke ek shehar mein hai un ka ghar ek poora palace tha aur yahan se le ke america tak un ka business hai kafi daulatmand aadmi lekin</w:t>
      </w:r>
    </w:p>
    <w:p>
      <w:pPr>
        <w:jc w:val="right"/>
      </w:pPr>
      <w:r>
        <w:t>اتنا پیسہ اپ کے پاس ہے میں ایک مرتبہ گیا تھا ان کے گھر جو انڈیا کے ایک شہر میں ہے ان کا گھر ایک پورا پیلس تھا اور یہاں سے لے کے امریکہ تک ان کا بزنس ہے کافی دولت مند ادمی لیکن</w:t>
      </w:r>
    </w:p>
    <w:p>
      <w:r>
        <w:rPr>
          <w:b/>
        </w:rPr>
        <w:t xml:space="preserve">[32:57] </w:t>
      </w:r>
      <w:r>
        <w:t>cancer ke mareez ho gaye cancer ke ilaaj ke liye har saal in ko jana parta hai america</w:t>
      </w:r>
    </w:p>
    <w:p>
      <w:pPr>
        <w:jc w:val="right"/>
      </w:pPr>
      <w:r>
        <w:t>کینسر کے مریض ہو گئے کینسر کے علاج کے لیے ہر سال ان کو جانا پڑتا ہے امریکہ</w:t>
      </w:r>
    </w:p>
    <w:p>
      <w:r>
        <w:rPr>
          <w:b/>
        </w:rPr>
        <w:t xml:space="preserve">[33:02] </w:t>
      </w:r>
      <w:r>
        <w:t>aur bohat kharch hota hai is mein bohat hi koi special ilaaj hai woh treatment un ka hota</w:t>
      </w:r>
    </w:p>
    <w:p>
      <w:pPr>
        <w:jc w:val="right"/>
      </w:pPr>
      <w:r>
        <w:t>اور بہت خرچ ہوتا ہے اس میں بہت ہی کوئی اسپیشل علاج ہے وہ ٹریٹمنٹ ان کا ہوتا</w:t>
      </w:r>
    </w:p>
    <w:p>
      <w:r>
        <w:rPr>
          <w:b/>
        </w:rPr>
        <w:t xml:space="preserve">[33:06] </w:t>
      </w:r>
      <w:r>
        <w:t>hai to maine un se kaha ke aap</w:t>
      </w:r>
    </w:p>
    <w:p>
      <w:pPr>
        <w:jc w:val="right"/>
      </w:pPr>
      <w:r>
        <w:t>ہے تو میں نے ان سے کہا کہ اپ</w:t>
      </w:r>
    </w:p>
    <w:p>
      <w:r>
        <w:rPr>
          <w:b/>
        </w:rPr>
        <w:t xml:space="preserve">[33:11] </w:t>
      </w:r>
      <w:r>
        <w:t>jis daulat ne aap ko dunya bhi nahi di woh daulat aap ko akhirat kahan se de de</w:t>
      </w:r>
    </w:p>
    <w:p>
      <w:pPr>
        <w:jc w:val="right"/>
      </w:pPr>
      <w:r>
        <w:t>جس دولت نے اپ کو دنیا بھی نہیں دی وہ دولت اپ کو اخرت کہاں سے دے دے</w:t>
      </w:r>
    </w:p>
    <w:p>
      <w:r>
        <w:rPr>
          <w:b/>
        </w:rPr>
        <w:t xml:space="preserve">[33:16] </w:t>
      </w:r>
      <w:r>
        <w:t>gi unhone bataya ke main har waqt tension mein rehta hoon har waqt stress mein rehta hoon</w:t>
      </w:r>
    </w:p>
    <w:p>
      <w:pPr>
        <w:jc w:val="right"/>
      </w:pPr>
      <w:r>
        <w:t>گی انہوں نے بتایا کہ میں ہر وقت ٹینشن میں رہتا ہوں ہر وقت اسٹریس میں رہتا ہوں</w:t>
      </w:r>
    </w:p>
    <w:p>
      <w:r>
        <w:rPr>
          <w:b/>
        </w:rPr>
        <w:t xml:space="preserve">[33:23] </w:t>
      </w:r>
      <w:r>
        <w:t>har waqt dukh mein rehta hoon in ke lafz yahi tha ke main har waqt dukh mein rehta</w:t>
      </w:r>
    </w:p>
    <w:p>
      <w:pPr>
        <w:jc w:val="right"/>
      </w:pPr>
      <w:r>
        <w:t>ہر وقت دکھ میں رہتا ہوں ان کے لفظ یہی تھا کہ میں ہر وقت دکھ میں رہتا</w:t>
      </w:r>
    </w:p>
    <w:p>
      <w:r>
        <w:rPr>
          <w:b/>
        </w:rPr>
        <w:t xml:space="preserve">[33:26] </w:t>
      </w:r>
      <w:r>
        <w:t>hoon to maine kaha ke jis paise ne</w:t>
      </w:r>
    </w:p>
    <w:p>
      <w:pPr>
        <w:jc w:val="right"/>
      </w:pPr>
      <w:r>
        <w:t>ہوں تو میں نے کہا کہ جس پیسے نے</w:t>
      </w:r>
    </w:p>
    <w:p>
      <w:r>
        <w:rPr>
          <w:b/>
        </w:rPr>
        <w:t xml:space="preserve">[33:32] </w:t>
      </w:r>
      <w:r>
        <w:t>jis daulat ne aap ko dunya bhi nahi di</w:t>
      </w:r>
    </w:p>
    <w:p>
      <w:pPr>
        <w:jc w:val="right"/>
      </w:pPr>
      <w:r>
        <w:t>جس دولت نے اپ کو دنیا بھی نہیں دی</w:t>
      </w:r>
    </w:p>
    <w:p>
      <w:r>
        <w:rPr>
          <w:b/>
        </w:rPr>
        <w:t xml:space="preserve">[33:35] </w:t>
      </w:r>
      <w:r>
        <w:t>woh paisa aap ko akhirat kaise de de ga</w:t>
      </w:r>
    </w:p>
    <w:p>
      <w:pPr>
        <w:jc w:val="right"/>
      </w:pPr>
      <w:r>
        <w:t>وہ پیسہ اپ کو اخرت کیسے دے دے گا</w:t>
      </w:r>
    </w:p>
    <w:p>
      <w:r>
        <w:rPr>
          <w:b/>
        </w:rPr>
        <w:t xml:space="preserve">[33:39] </w:t>
      </w:r>
      <w:r>
        <w:t>to maine kaha is se nikliye bahar</w:t>
      </w:r>
    </w:p>
    <w:p>
      <w:pPr>
        <w:jc w:val="right"/>
      </w:pPr>
      <w:r>
        <w:t>تو میں نے کہا اس سے نکلیے باہر</w:t>
      </w:r>
    </w:p>
    <w:p>
      <w:r>
        <w:rPr>
          <w:b/>
        </w:rPr>
        <w:t xml:space="preserve">[33:42] </w:t>
      </w:r>
      <w:r>
        <w:t>kal aap jab</w:t>
      </w:r>
    </w:p>
    <w:p>
      <w:pPr>
        <w:jc w:val="right"/>
      </w:pPr>
      <w:r>
        <w:t>کل اپ جب</w:t>
      </w:r>
    </w:p>
    <w:p>
      <w:r>
        <w:rPr>
          <w:b/>
        </w:rPr>
        <w:t xml:space="preserve">[33:42] </w:t>
      </w:r>
      <w:r>
        <w:t>marenge to na aap ka palace aap ke sath jayega na aap ka bank balance aap ke sath jayega na aap ki family aap ke sath jayegi kuch bhi nahi akele aap laqad jatibuna farada quran mein hai ke laqad jatibuna farada ya'ni jo kuch tumhare paas tha sab kuch chhod kar tum hamare paas aa gaye aakhir kar</w:t>
      </w:r>
    </w:p>
    <w:p>
      <w:pPr>
        <w:jc w:val="right"/>
      </w:pPr>
      <w:r>
        <w:t>مریں گے تو نہ اپ کا پیلس اپ کے ساتھ جائے گا نہ اپ کا بینک بیلنس اپ کے ساتھ جائے گا نہ اپ کی فیملی اپ کے ساتھ جائے گی کچھ بھی نہیں اکیلے اپ لقد جیتبون فرادہ قران میں ہے کہ لقد جیتبون فرادہ یعنی جو کچھ تمہارے پاس تھا سب کچھ چھوڑ کر تم ہمارے پاس ا گئے اخر کار</w:t>
      </w:r>
    </w:p>
    <w:p>
      <w:r>
        <w:rPr>
          <w:b/>
        </w:rPr>
        <w:t xml:space="preserve">[34:11] </w:t>
      </w:r>
      <w:r>
        <w:t>to hadith mein aata hai ke al qais mandan nafsahu ba'dal maut kaisi</w:t>
      </w:r>
    </w:p>
    <w:p>
      <w:pPr>
        <w:jc w:val="right"/>
      </w:pPr>
      <w:r>
        <w:t>تو حدیث میں اتا ہے کہ القیس مندان نفسہ بعد الموت کیسی</w:t>
      </w:r>
    </w:p>
    <w:p>
      <w:r>
        <w:rPr>
          <w:b/>
        </w:rPr>
        <w:t xml:space="preserve">[34:20] </w:t>
      </w:r>
      <w:r>
        <w:t>ajeeb hadith hai dekhiye</w:t>
      </w:r>
    </w:p>
    <w:p>
      <w:pPr>
        <w:jc w:val="right"/>
      </w:pPr>
      <w:r>
        <w:t>عجیب حدیث ہے دیکھیے</w:t>
      </w:r>
    </w:p>
    <w:p>
      <w:r>
        <w:rPr>
          <w:b/>
        </w:rPr>
        <w:t xml:space="preserve">[34:25] </w:t>
      </w:r>
      <w:r>
        <w:t>al qais mandan nafsahu wa 'amal wa 'amal ba'dal maut ya'ni wise man wo hai jo</w:t>
      </w:r>
    </w:p>
    <w:p>
      <w:pPr>
        <w:jc w:val="right"/>
      </w:pPr>
      <w:r>
        <w:t>القیس مندان نفسہ وعمل وعمل بعد الموت یعنی وائز مین وہ ہے جو</w:t>
      </w:r>
    </w:p>
    <w:p>
      <w:r>
        <w:rPr>
          <w:b/>
        </w:rPr>
        <w:t xml:space="preserve">[34:38] </w:t>
      </w:r>
      <w:r>
        <w:t>apne nafs ko control mein rakhe aur maut ke baad wali zindagi ki tayyari kare</w:t>
      </w:r>
    </w:p>
    <w:p>
      <w:pPr>
        <w:jc w:val="right"/>
      </w:pPr>
      <w:r>
        <w:t>اپنے نفس کو کنٹرول میں رکھے اور موت کے بعد والی زندگی کی تیاری کرے</w:t>
      </w:r>
    </w:p>
    <w:p>
      <w:r>
        <w:rPr>
          <w:b/>
        </w:rPr>
        <w:t xml:space="preserve">[34:50] </w:t>
      </w:r>
      <w:r>
        <w:t>aqalmand woh hai jo apne nafs par control kare</w:t>
      </w:r>
    </w:p>
    <w:p>
      <w:pPr>
        <w:jc w:val="right"/>
      </w:pPr>
      <w:r>
        <w:t>عقلمند وہ ہے جو اپنے نفس پر کنٹرول کرے</w:t>
      </w:r>
    </w:p>
    <w:p>
      <w:r>
        <w:rPr>
          <w:b/>
        </w:rPr>
        <w:t xml:space="preserve">[34:56] </w:t>
      </w:r>
      <w:r>
        <w:t>aur maut ke baad wali zindagi ke liye tayari kare</w:t>
      </w:r>
    </w:p>
    <w:p>
      <w:pPr>
        <w:jc w:val="right"/>
      </w:pPr>
      <w:r>
        <w:t>اور موت کے بعد والی زندگی کے لیے تیاری کرے</w:t>
      </w:r>
    </w:p>
    <w:p>
      <w:r>
        <w:rPr>
          <w:b/>
        </w:rPr>
        <w:t xml:space="preserve">[35:01] </w:t>
      </w:r>
      <w:r>
        <w:t>is mein aap dekhiye bohat important baat hai</w:t>
      </w:r>
    </w:p>
    <w:p>
      <w:pPr>
        <w:jc w:val="right"/>
      </w:pPr>
      <w:r>
        <w:t>اس میں اپ دیکھیے بہت امپورٹنٹ بات ہے</w:t>
      </w:r>
    </w:p>
    <w:p>
      <w:r>
        <w:rPr>
          <w:b/>
        </w:rPr>
        <w:t xml:space="preserve">[35:06] </w:t>
      </w:r>
      <w:r>
        <w:t>maut ke baad jo zindagi aane wali hai</w:t>
      </w:r>
    </w:p>
    <w:p>
      <w:pPr>
        <w:jc w:val="right"/>
      </w:pPr>
      <w:r>
        <w:t>موت کے بعد جو زندگی انے والی ہے</w:t>
      </w:r>
    </w:p>
    <w:p>
      <w:r>
        <w:rPr>
          <w:b/>
        </w:rPr>
        <w:t xml:space="preserve">[35:11] </w:t>
      </w:r>
      <w:r>
        <w:t>is ke muamle mein jo kotahi hoti hai woh kyun hoti hai sirf is liye ke hum apne</w:t>
      </w:r>
    </w:p>
    <w:p>
      <w:pPr>
        <w:jc w:val="right"/>
      </w:pPr>
      <w:r>
        <w:t>اس کے معاملے میں جو کوتاہی ہوتی ہے وہ کیوں ہوتی ہے صرف اس لیے کہ ہم اپنے</w:t>
      </w:r>
    </w:p>
    <w:p>
      <w:r>
        <w:rPr>
          <w:b/>
        </w:rPr>
        <w:t xml:space="preserve">[35:16] </w:t>
      </w:r>
      <w:r>
        <w:t>desire ke peeche doRne lagte hain desire</w:t>
      </w:r>
    </w:p>
    <w:p>
      <w:pPr>
        <w:jc w:val="right"/>
      </w:pPr>
      <w:r>
        <w:t>ڈیزائر کے پیچھے دوڑنے لگتے ہیں ڈیزائر</w:t>
      </w:r>
    </w:p>
    <w:p>
      <w:r>
        <w:rPr>
          <w:b/>
        </w:rPr>
        <w:t xml:space="preserve">[35:20] </w:t>
      </w:r>
      <w:r>
        <w:t>har aadmi apni desire ke peeche</w:t>
      </w:r>
    </w:p>
    <w:p>
      <w:pPr>
        <w:jc w:val="right"/>
      </w:pPr>
      <w:r>
        <w:t>ہر ادمی اپنی ڈیزائر کے پیچھے</w:t>
      </w:r>
    </w:p>
    <w:p>
      <w:r>
        <w:rPr>
          <w:b/>
        </w:rPr>
        <w:t xml:space="preserve">[35:24] </w:t>
      </w:r>
      <w:r>
        <w:t>doRta hai aur phir kahan kahan pohnch jata hai</w:t>
      </w:r>
    </w:p>
    <w:p>
      <w:pPr>
        <w:jc w:val="right"/>
      </w:pPr>
      <w:r>
        <w:t>دوڑتا ہے اور پھر کہاں کہاں پہنچ جاتا ہے</w:t>
      </w:r>
    </w:p>
    <w:p>
      <w:r>
        <w:rPr>
          <w:b/>
        </w:rPr>
        <w:t xml:space="preserve">[35:29] </w:t>
      </w:r>
      <w:r>
        <w:t>jo sachai se deviation hota hai woh desire ki waja se Khuda ke rastay se haTta hai</w:t>
      </w:r>
    </w:p>
    <w:p>
      <w:pPr>
        <w:jc w:val="right"/>
      </w:pPr>
      <w:r>
        <w:t>جو سچائی سے ڈیوی ایشن ہوتا ہے وہ ڈیزائر کی وجہ سے خدا کی راستے سے ہٹتا ہے</w:t>
      </w:r>
    </w:p>
    <w:p>
      <w:r>
        <w:rPr>
          <w:b/>
        </w:rPr>
        <w:t xml:space="preserve">[35:34] </w:t>
      </w:r>
      <w:r>
        <w:t>aadmi isi liye ke woh desire ko follow karta hai</w:t>
      </w:r>
    </w:p>
    <w:p>
      <w:pPr>
        <w:jc w:val="right"/>
      </w:pPr>
      <w:r>
        <w:t>ادمی اسی لیے کہ وہ ڈیزائر کو فالو کرتا ہے</w:t>
      </w:r>
    </w:p>
    <w:p>
      <w:r>
        <w:rPr>
          <w:b/>
        </w:rPr>
        <w:t xml:space="preserve">[35:38] </w:t>
      </w:r>
      <w:r>
        <w:t>to yeh ek waqea hai ke aadmi ke andar desire bhari hui hain</w:t>
      </w:r>
    </w:p>
    <w:p>
      <w:pPr>
        <w:jc w:val="right"/>
      </w:pPr>
      <w:r>
        <w:t>تو یہ ایک واقعہ ہے کہ ادمی کے اندر ڈیزائر بھری ہوئی ہیں</w:t>
      </w:r>
    </w:p>
    <w:p>
      <w:r>
        <w:rPr>
          <w:b/>
        </w:rPr>
        <w:t xml:space="preserve">[35:43] </w:t>
      </w:r>
      <w:r>
        <w:t>ek beautiful ek beautiful world is ke is ke dimagh mein bhara hua hai yeh har</w:t>
      </w:r>
    </w:p>
    <w:p>
      <w:pPr>
        <w:jc w:val="right"/>
      </w:pPr>
      <w:r>
        <w:t>ایک بیوٹی فل ایک بیوٹی فل ورلڈ اس کے اس کے دماغ میں بھرا ہوا ہے یہ ہر</w:t>
      </w:r>
    </w:p>
    <w:p>
      <w:r>
        <w:rPr>
          <w:b/>
        </w:rPr>
        <w:t xml:space="preserve">[35:48] </w:t>
      </w:r>
      <w:r>
        <w:t>aadmi ka mamla hai</w:t>
      </w:r>
    </w:p>
    <w:p>
      <w:pPr>
        <w:jc w:val="right"/>
      </w:pPr>
      <w:r>
        <w:t>ادمی کا معاملہ ہے</w:t>
      </w:r>
    </w:p>
    <w:p>
      <w:r>
        <w:rPr>
          <w:b/>
        </w:rPr>
        <w:t xml:space="preserve">[35:50] </w:t>
      </w:r>
      <w:r>
        <w:t>aur kahin is ko satisfaction nahi milta</w:t>
      </w:r>
    </w:p>
    <w:p>
      <w:pPr>
        <w:jc w:val="right"/>
      </w:pPr>
      <w:r>
        <w:t>اور کہیں اس کو سیٹسفیکشن نہیں ملتا</w:t>
      </w:r>
    </w:p>
    <w:p>
      <w:r>
        <w:rPr>
          <w:b/>
        </w:rPr>
        <w:t xml:space="preserve">[35:53] </w:t>
      </w:r>
      <w:r>
        <w:t>jo palace milta hai woh bhi ghair mutma'in</w:t>
      </w:r>
    </w:p>
    <w:p>
      <w:pPr>
        <w:jc w:val="right"/>
      </w:pPr>
      <w:r>
        <w:t>جو پیلس ملتا ہے وہ بھی غیر مطمئن</w:t>
      </w:r>
    </w:p>
    <w:p>
      <w:r>
        <w:rPr>
          <w:b/>
        </w:rPr>
        <w:t xml:space="preserve">[35:56] </w:t>
      </w:r>
      <w:r>
        <w:t>jo jhopRi milta hai woh bhi ghair mutma'in kyuN asal cheez yeh hai ke is ke mind mein</w:t>
      </w:r>
    </w:p>
    <w:p>
      <w:pPr>
        <w:jc w:val="right"/>
      </w:pPr>
      <w:r>
        <w:t>جو جھوپڑی ملتا ہے وہ بھی غیر مطمئن کیوں اصل چیز یہ ہے کہ اس کے مائنڈ میں</w:t>
      </w:r>
    </w:p>
    <w:p>
      <w:r>
        <w:rPr>
          <w:b/>
        </w:rPr>
        <w:t xml:space="preserve">[36:01] </w:t>
      </w:r>
      <w:r>
        <w:t>bhara hua hai paradise</w:t>
      </w:r>
    </w:p>
    <w:p>
      <w:pPr>
        <w:jc w:val="right"/>
      </w:pPr>
      <w:r>
        <w:t>بھرا ہوا ہے پیرڈائز</w:t>
      </w:r>
    </w:p>
    <w:p>
      <w:r>
        <w:rPr>
          <w:b/>
        </w:rPr>
        <w:t xml:space="preserve">[36:05] </w:t>
      </w:r>
      <w:r>
        <w:t>Khuda ne paida kiya</w:t>
      </w:r>
    </w:p>
    <w:p>
      <w:pPr>
        <w:jc w:val="right"/>
      </w:pPr>
      <w:r>
        <w:t>خدا نے پیدا کیا</w:t>
      </w:r>
    </w:p>
    <w:p>
      <w:r>
        <w:rPr>
          <w:b/>
        </w:rPr>
        <w:t xml:space="preserve">[36:06] </w:t>
      </w:r>
      <w:r>
        <w:t>insan ko to sab se pehle is ko paradise hi mein rakha</w:t>
      </w:r>
    </w:p>
    <w:p>
      <w:pPr>
        <w:jc w:val="right"/>
      </w:pPr>
      <w:r>
        <w:t>انسان کو تو سب سے پہلے اس کو پیرڈائز ہی میں رکھا</w:t>
      </w:r>
    </w:p>
    <w:p>
      <w:r>
        <w:rPr>
          <w:b/>
        </w:rPr>
        <w:t xml:space="preserve">[36:10] </w:t>
      </w:r>
      <w:r>
        <w:t>to paradise abhi bhi is ke mind mein basi hui hai</w:t>
      </w:r>
    </w:p>
    <w:p>
      <w:pPr>
        <w:jc w:val="right"/>
      </w:pPr>
      <w:r>
        <w:t>تو پیرڈائز ابھی بھی اس کے مائنڈ میں بسی ہوئی ہے</w:t>
      </w:r>
    </w:p>
    <w:p>
      <w:r>
        <w:rPr>
          <w:b/>
        </w:rPr>
        <w:t xml:space="preserve">[36:15] </w:t>
      </w:r>
      <w:r>
        <w:t>paradise ka obsession jo hai har har aadmi ke mind mein hota hai woh isi ko hasil karna</w:t>
      </w:r>
    </w:p>
    <w:p>
      <w:pPr>
        <w:jc w:val="right"/>
      </w:pPr>
      <w:r>
        <w:t>پیرڈائز کا ابسیشن جو ہے ہر ہر ادمی کے مائنڈ میں ہوتا ہے وہ اسی کو حاصل کرنا</w:t>
      </w:r>
    </w:p>
    <w:p>
      <w:r>
        <w:rPr>
          <w:b/>
        </w:rPr>
        <w:t xml:space="preserve">[36:18] </w:t>
      </w:r>
      <w:r>
        <w:t>chahta hai lekin paradise to aap jante hain ke</w:t>
      </w:r>
    </w:p>
    <w:p>
      <w:pPr>
        <w:jc w:val="right"/>
      </w:pPr>
      <w:r>
        <w:t>چاہتا ہے لیکن پیرڈائز تو اپ جانتے ہیں کہ</w:t>
      </w:r>
    </w:p>
    <w:p>
      <w:r>
        <w:rPr>
          <w:b/>
        </w:rPr>
        <w:t xml:space="preserve">[36:23] </w:t>
      </w:r>
      <w:r>
        <w:t>perfect world ka naam hai to dunya mein milta hai imperfect</w:t>
      </w:r>
    </w:p>
    <w:p>
      <w:pPr>
        <w:jc w:val="right"/>
      </w:pPr>
      <w:r>
        <w:t>پرفیکٹ ورلڈ کا نام ہے تو دنیا میں ملتا ہے امپرفیکٹ</w:t>
      </w:r>
    </w:p>
    <w:p>
      <w:r>
        <w:rPr>
          <w:b/>
        </w:rPr>
        <w:t xml:space="preserve">[36:28] </w:t>
      </w:r>
      <w:r>
        <w:t>paradise naam hai ideal world ka dunya mein lagta hai less than ideal</w:t>
      </w:r>
    </w:p>
    <w:p>
      <w:pPr>
        <w:jc w:val="right"/>
      </w:pPr>
      <w:r>
        <w:t>پیرڈائز نام ہے ائیڈیل ورلڈ کا دنیا میں لگتا ہے لیس دین ائیڈیل</w:t>
      </w:r>
    </w:p>
    <w:p>
      <w:r>
        <w:rPr>
          <w:b/>
        </w:rPr>
        <w:t xml:space="preserve">[36:33] </w:t>
      </w:r>
      <w:r>
        <w:t>to aadmi chahta hai perfect world milta hai imperfect</w:t>
      </w:r>
    </w:p>
    <w:p>
      <w:pPr>
        <w:jc w:val="right"/>
      </w:pPr>
      <w:r>
        <w:t>تو ادمی چاہتا ہے پرفیکٹ ورلڈ ملتا ہے امپرفیکٹ</w:t>
      </w:r>
    </w:p>
    <w:p>
      <w:r>
        <w:rPr>
          <w:b/>
        </w:rPr>
        <w:t xml:space="preserve">[36:40] </w:t>
      </w:r>
      <w:r>
        <w:t>woh chahta hai ideal milta hai less than ideal</w:t>
      </w:r>
    </w:p>
    <w:p>
      <w:pPr>
        <w:jc w:val="right"/>
      </w:pPr>
      <w:r>
        <w:t>وہ چاہتا ہے ائیڈیل ملتا ہے لیس دین ائیڈیل</w:t>
      </w:r>
    </w:p>
    <w:p>
      <w:r>
        <w:rPr>
          <w:b/>
        </w:rPr>
        <w:t xml:space="preserve">[36:44] </w:t>
      </w:r>
      <w:r>
        <w:t>isi ki waja se bhagta rehta hai bhagta rehta hai bhagta rehta hai</w:t>
      </w:r>
    </w:p>
    <w:p>
      <w:pPr>
        <w:jc w:val="right"/>
      </w:pPr>
      <w:r>
        <w:t>اسی کی وجہ سے بھاگتا رہتا ہے بھاگتا رہتا ہے بھاگتا رہتا ہے</w:t>
      </w:r>
    </w:p>
    <w:p>
      <w:r>
        <w:rPr>
          <w:b/>
        </w:rPr>
        <w:t xml:space="preserve">[36:49] </w:t>
      </w:r>
      <w:r>
        <w:t>is ka solution</w:t>
      </w:r>
    </w:p>
    <w:p>
      <w:pPr>
        <w:jc w:val="right"/>
      </w:pPr>
      <w:r>
        <w:t>اس کا سلویوشن</w:t>
      </w:r>
    </w:p>
    <w:p>
      <w:r>
        <w:rPr>
          <w:b/>
        </w:rPr>
        <w:t xml:space="preserve">[36:51] </w:t>
      </w:r>
      <w:r>
        <w:t>kya hai aadmi ye jaane ke is duniya mein wo cheez achieve ho nahi sakti hai fulfillment is duniya mein achievable hi nahi hai sarr se wo to paradise mein hoga</w:t>
      </w:r>
    </w:p>
    <w:p>
      <w:pPr>
        <w:jc w:val="right"/>
      </w:pPr>
      <w:r>
        <w:t>کیا ہے ادمی یہ جانے کہ اس دنیا میں وہ چیز اچیو ہو نہیں سکتی ہے فلفلمنٹ اس دنیا میں اچیو اچیویبل ہی نہیں ہے سرے سے وہ تو پیرڈائز میں ہوگا</w:t>
      </w:r>
    </w:p>
    <w:p>
      <w:r>
        <w:rPr>
          <w:b/>
        </w:rPr>
        <w:t xml:space="preserve">[37:08] </w:t>
      </w:r>
      <w:r>
        <w:t>woh to paradise mein hoga</w:t>
      </w:r>
    </w:p>
    <w:p>
      <w:pPr>
        <w:jc w:val="right"/>
      </w:pPr>
      <w:r>
        <w:t>وہ تو پیرڈائز میں ہوگا</w:t>
      </w:r>
    </w:p>
    <w:p>
      <w:r>
        <w:rPr>
          <w:b/>
        </w:rPr>
        <w:t xml:space="preserve">[37:11] </w:t>
      </w:r>
      <w:r>
        <w:t>to aadmi ki misaal mein samajhta hoon ke best misaal yeh hai ke jaise pani aur machhli</w:t>
      </w:r>
    </w:p>
    <w:p>
      <w:pPr>
        <w:jc w:val="right"/>
      </w:pPr>
      <w:r>
        <w:t>تو ادمی کی مثال میں سمجھتا ہوں کہ بیسٹ مثال یہ ہے کہ جیسے پانی اور مچھلی</w:t>
      </w:r>
    </w:p>
    <w:p>
      <w:r>
        <w:rPr>
          <w:b/>
        </w:rPr>
        <w:t xml:space="preserve">[37:19] </w:t>
      </w:r>
      <w:r>
        <w:t>machhli ko ap pani ke bahar kar dijiye to tarpay gi tarpay gi tarpay gi chahe sona chandi</w:t>
      </w:r>
    </w:p>
    <w:p>
      <w:pPr>
        <w:jc w:val="right"/>
      </w:pPr>
      <w:r>
        <w:t>مچھلی کو اپ پانی کے باہر کر دیجئے تو تڑپے گی تڑپے گی تڑپے گی چاہے سونا چاندی</w:t>
      </w:r>
    </w:p>
    <w:p>
      <w:r>
        <w:rPr>
          <w:b/>
        </w:rPr>
        <w:t xml:space="preserve">[37:25] </w:t>
      </w:r>
      <w:r>
        <w:t>ke mein andar rakh dein is ko</w:t>
      </w:r>
    </w:p>
    <w:p>
      <w:pPr>
        <w:jc w:val="right"/>
      </w:pPr>
      <w:r>
        <w:t>کے میں اندر رکھ دیں اس کو</w:t>
      </w:r>
    </w:p>
    <w:p>
      <w:r>
        <w:rPr>
          <w:b/>
        </w:rPr>
        <w:t xml:space="preserve">[37:30] </w:t>
      </w:r>
      <w:r>
        <w:t>is ko sone ke mahal mein rakh dein chandi ke</w:t>
      </w:r>
    </w:p>
    <w:p>
      <w:pPr>
        <w:jc w:val="right"/>
      </w:pPr>
      <w:r>
        <w:t>اس کو سونے کے محل میں رکھ دیں چاندی کے</w:t>
      </w:r>
    </w:p>
    <w:p>
      <w:r>
        <w:rPr>
          <w:b/>
        </w:rPr>
        <w:t xml:space="preserve">[37:33] </w:t>
      </w:r>
      <w:r>
        <w:t>mahal mein rakh dein to is mein sukoon nahi mile ga is ko is ko sukoon mile ga</w:t>
      </w:r>
    </w:p>
    <w:p>
      <w:pPr>
        <w:jc w:val="right"/>
      </w:pPr>
      <w:r>
        <w:t>محل میں رکھ دیں تو اس میں سکون نہیں ملے گا اس کو اس کو سکون ملے گا</w:t>
      </w:r>
    </w:p>
    <w:p>
      <w:r>
        <w:rPr>
          <w:b/>
        </w:rPr>
        <w:t xml:space="preserve">[37:37] </w:t>
      </w:r>
      <w:r>
        <w:t>pani ke andar</w:t>
      </w:r>
    </w:p>
    <w:p>
      <w:pPr>
        <w:jc w:val="right"/>
      </w:pPr>
      <w:r>
        <w:t>پانی کے اندر</w:t>
      </w:r>
    </w:p>
    <w:p>
      <w:r>
        <w:rPr>
          <w:b/>
        </w:rPr>
        <w:t xml:space="preserve">[37:40] </w:t>
      </w:r>
      <w:r>
        <w:t>to insan jo hai yeh dunya mein aisa hi hai jaise ke pani se bahar machhli tarap rahi</w:t>
      </w:r>
    </w:p>
    <w:p>
      <w:pPr>
        <w:jc w:val="right"/>
      </w:pPr>
      <w:r>
        <w:t>تو انسان جو ہے یہ دنیا میں ایسا ہی ہے جیسے کہ پانی سے باہر مچھلی تڑپ رہی</w:t>
      </w:r>
    </w:p>
    <w:p>
      <w:r>
        <w:rPr>
          <w:b/>
        </w:rPr>
        <w:t xml:space="preserve">[37:45] </w:t>
      </w:r>
      <w:r>
        <w:t>ho to hum insan paradise ke baghair tarap raha hai</w:t>
      </w:r>
    </w:p>
    <w:p>
      <w:pPr>
        <w:jc w:val="right"/>
      </w:pPr>
      <w:r>
        <w:t>ہو تو ہم انسان پیرڈائز کے بغیر تڑپ رہا ہے</w:t>
      </w:r>
    </w:p>
    <w:p>
      <w:r>
        <w:rPr>
          <w:b/>
        </w:rPr>
        <w:t xml:space="preserve">[37:52] </w:t>
      </w:r>
      <w:r>
        <w:t>jab tak paradise</w:t>
      </w:r>
    </w:p>
    <w:p>
      <w:pPr>
        <w:jc w:val="right"/>
      </w:pPr>
      <w:r>
        <w:t>جب تک پیرڈائز</w:t>
      </w:r>
    </w:p>
    <w:p>
      <w:r>
        <w:rPr>
          <w:b/>
        </w:rPr>
        <w:t xml:space="preserve">[37:53] </w:t>
      </w:r>
      <w:r>
        <w:t>nahi mile gi tab tak hum tarpte hi rahen ge kyunke ap dekhiye insan ne mahal banaya insan</w:t>
      </w:r>
    </w:p>
    <w:p>
      <w:pPr>
        <w:jc w:val="right"/>
      </w:pPr>
      <w:r>
        <w:t>نہیں ملے گی تب تک ہم تڑپتے ہی رہیں گے کیونکہ اپ دیکھیے انسان نے محل بنایا انسان</w:t>
      </w:r>
    </w:p>
    <w:p>
      <w:r>
        <w:rPr>
          <w:b/>
        </w:rPr>
        <w:t xml:space="preserve">[38:00] </w:t>
      </w:r>
      <w:r>
        <w:t>ne sari dolat ikattha ki phir bhi woh sleeping pill kha ke sona parta hai is ko phir</w:t>
      </w:r>
    </w:p>
    <w:p>
      <w:pPr>
        <w:jc w:val="right"/>
      </w:pPr>
      <w:r>
        <w:t>نے ساری دولت اکٹھا کی پھر بھی وہ سلیپنگ پل کھا کے سونا پڑتا ہے اس کو پھر</w:t>
      </w:r>
    </w:p>
    <w:p>
      <w:r>
        <w:rPr>
          <w:b/>
        </w:rPr>
        <w:t xml:space="preserve">[38:06] </w:t>
      </w:r>
      <w:r>
        <w:t>bhi is ko cancer ho jata hai phir is ko tarah tarah ki disease lag jati hai blood</w:t>
      </w:r>
    </w:p>
    <w:p>
      <w:pPr>
        <w:jc w:val="right"/>
      </w:pPr>
      <w:r>
        <w:t>بھی اس کو کینسر ہو جاتا ہے پھر اس کو طرح طرح کی ڈیزیز لگ جاتی ہے بلڈ</w:t>
      </w:r>
    </w:p>
    <w:p>
      <w:r>
        <w:rPr>
          <w:b/>
        </w:rPr>
        <w:t xml:space="preserve">[38:11] </w:t>
      </w:r>
      <w:r>
        <w:t>pressure high ho gaya diabetic ho gaya aur kya hua kya hua woh mar gaya</w:t>
      </w:r>
    </w:p>
    <w:p>
      <w:pPr>
        <w:jc w:val="right"/>
      </w:pPr>
      <w:r>
        <w:t>پریشر ہائی ہو گیا ڈائبیٹک ہو گیا اور کیا ہوا کیا ہوا وہ مر گیا</w:t>
      </w:r>
    </w:p>
    <w:p>
      <w:r>
        <w:rPr>
          <w:b/>
        </w:rPr>
        <w:t xml:space="preserve">[38:19] </w:t>
      </w:r>
      <w:r>
        <w:t>to kyun yeh hota hai aisa kyunke woh toh jahan sukoon mile ga woh toh paradise hai machhli</w:t>
      </w:r>
    </w:p>
    <w:p>
      <w:pPr>
        <w:jc w:val="right"/>
      </w:pPr>
      <w:r>
        <w:t>تو کیوں یہ ہوتا ہے ایسا کیونکہ وہ تو جہاں سکون ملے گا وہ تو پیرڈائز ہے مچھلی</w:t>
      </w:r>
    </w:p>
    <w:p>
      <w:r>
        <w:rPr>
          <w:b/>
        </w:rPr>
        <w:t xml:space="preserve">[38:25] </w:t>
      </w:r>
      <w:r>
        <w:t>ko ap kahin bhi rakhiye</w:t>
      </w:r>
    </w:p>
    <w:p>
      <w:pPr>
        <w:jc w:val="right"/>
      </w:pPr>
      <w:r>
        <w:t>کو اپ کہیں بھی رکھیے</w:t>
      </w:r>
    </w:p>
    <w:p>
      <w:r>
        <w:rPr>
          <w:b/>
        </w:rPr>
        <w:t xml:space="preserve">[38:28] </w:t>
      </w:r>
      <w:r>
        <w:t>bohat achhe garden mein rakhiye bohat achhe</w:t>
      </w:r>
    </w:p>
    <w:p>
      <w:pPr>
        <w:jc w:val="right"/>
      </w:pPr>
      <w:r>
        <w:t>بہت اچھے گارڈن میں رکھیے بہت اچھے</w:t>
      </w:r>
    </w:p>
    <w:p>
      <w:r>
        <w:rPr>
          <w:b/>
        </w:rPr>
        <w:t xml:space="preserve">[38:33] </w:t>
      </w:r>
      <w:r>
        <w:t>machhli ko ap bohat beautiful garden mein rakhiye bohat achhe palace mein rakhiye bohat</w:t>
      </w:r>
    </w:p>
    <w:p>
      <w:pPr>
        <w:jc w:val="right"/>
      </w:pPr>
      <w:r>
        <w:t>مچھلی کو اپ بہت بیوٹی فل گارڈن میں رکھیے بہت اچھے پیلس میں رکھیے بہت</w:t>
      </w:r>
    </w:p>
    <w:p>
      <w:r>
        <w:rPr>
          <w:b/>
        </w:rPr>
        <w:t xml:space="preserve">[38:39] </w:t>
      </w:r>
      <w:r>
        <w:t>achhe fancy bed par is ko rakhiye kuch bhi rakhiye woh tarpay gi kyunke is ki tarp khatm</w:t>
      </w:r>
    </w:p>
    <w:p>
      <w:pPr>
        <w:jc w:val="right"/>
      </w:pPr>
      <w:r>
        <w:t>اچھے فینسی بیڈ پر اس کو رکھیے کچھ بھی رکھیے وہ تڑپے گی کیونکہ اس کی تڑپ ختم</w:t>
      </w:r>
    </w:p>
    <w:p>
      <w:r>
        <w:rPr>
          <w:b/>
        </w:rPr>
        <w:t xml:space="preserve">[38:45] </w:t>
      </w:r>
      <w:r>
        <w:t>ho gayi pani pani mein ja kar ke</w:t>
      </w:r>
    </w:p>
    <w:p>
      <w:pPr>
        <w:jc w:val="right"/>
      </w:pPr>
      <w:r>
        <w:t>ہو گئی پانی پانی میں جا کر کے</w:t>
      </w:r>
    </w:p>
    <w:p>
      <w:r>
        <w:rPr>
          <w:b/>
        </w:rPr>
        <w:t xml:space="preserve">[38:49] </w:t>
      </w:r>
      <w:r>
        <w:t>yeh mamla insan ka hai</w:t>
      </w:r>
    </w:p>
    <w:p>
      <w:pPr>
        <w:jc w:val="right"/>
      </w:pPr>
      <w:r>
        <w:t>یہ معاملہ انسان کا ہے</w:t>
      </w:r>
    </w:p>
    <w:p>
      <w:r>
        <w:rPr>
          <w:b/>
        </w:rPr>
        <w:t xml:space="preserve">[38:51] </w:t>
      </w:r>
      <w:r>
        <w:t>jab tak is ko paradise nahi mile gi woh tarapta rahe ga yeh Allah taala ne ek sign</w:t>
      </w:r>
    </w:p>
    <w:p>
      <w:pPr>
        <w:jc w:val="right"/>
      </w:pPr>
      <w:r>
        <w:t>جب تک اس کو پیرڈائز نہیں ملے گی وہ تڑپتا رہے گا یہ اللہ تعالی نے ایک سائن</w:t>
      </w:r>
    </w:p>
    <w:p>
      <w:r>
        <w:rPr>
          <w:b/>
        </w:rPr>
        <w:t xml:space="preserve">[38:57] </w:t>
      </w:r>
      <w:r>
        <w:t>ek ek ek nishani rakh di hai dunya mein taake insan soche insan soche ke mein kyun phir</w:t>
      </w:r>
    </w:p>
    <w:p>
      <w:pPr>
        <w:jc w:val="right"/>
      </w:pPr>
      <w:r>
        <w:t>ایک ایک ایک نشانی رکھ دی ہے دنیا میں تاکہ انسان سوچے انسان سوچے کہ میں کیوں پھر</w:t>
      </w:r>
    </w:p>
    <w:p>
      <w:r>
        <w:rPr>
          <w:b/>
        </w:rPr>
        <w:t xml:space="preserve">[39:04] </w:t>
      </w:r>
      <w:r>
        <w:t>bhi tarap raha hoon sab kuch pa kar bhi kyun mein tarap raha hoon</w:t>
      </w:r>
    </w:p>
    <w:p>
      <w:pPr>
        <w:jc w:val="right"/>
      </w:pPr>
      <w:r>
        <w:t>بھی تڑپ رہا ہوں سب کچھ پا کر بھی کیوں میں تڑپ رہا ہوں</w:t>
      </w:r>
    </w:p>
    <w:p>
      <w:r>
        <w:rPr>
          <w:b/>
        </w:rPr>
        <w:t xml:space="preserve">[39:10] </w:t>
      </w:r>
      <w:r>
        <w:t>yeh sochne ke liye</w:t>
      </w:r>
    </w:p>
    <w:p>
      <w:pPr>
        <w:jc w:val="right"/>
      </w:pPr>
      <w:r>
        <w:t>یہ سوچنے کے لیے</w:t>
      </w:r>
    </w:p>
    <w:p>
      <w:r>
        <w:rPr>
          <w:b/>
        </w:rPr>
        <w:t xml:space="preserve">[39:12] </w:t>
      </w:r>
      <w:r>
        <w:t>yeh ek shock treatment goya ke hai to aadmi soche to pa le yani jannat ko discover kar</w:t>
      </w:r>
    </w:p>
    <w:p>
      <w:pPr>
        <w:jc w:val="right"/>
      </w:pPr>
      <w:r>
        <w:t>یہ ایک شاک ٹریٹمنٹ گویا کہ ہے تو ادمی سوچے تو پا لے یعنی جنت کو ڈسکور کر</w:t>
      </w:r>
    </w:p>
    <w:p>
      <w:r>
        <w:rPr>
          <w:b/>
        </w:rPr>
        <w:t xml:space="preserve">[39:19] </w:t>
      </w:r>
      <w:r>
        <w:t>le</w:t>
      </w:r>
    </w:p>
    <w:p>
      <w:pPr>
        <w:jc w:val="right"/>
      </w:pPr>
      <w:r>
        <w:t>لے</w:t>
      </w:r>
    </w:p>
    <w:p>
      <w:r>
        <w:rPr>
          <w:b/>
        </w:rPr>
        <w:t xml:space="preserve">[39:23] </w:t>
      </w:r>
      <w:r>
        <w:t>dekhen ek log ke andar mein question rehta hai ke duniya mein takleefen kyun hain bimari kyun hai koi ghareeb kyun hai suffering kyun hai to suffering jo hai mein samajhta hoon ke duniya mein jo suffering hai woh woh blessing hai blessing</w:t>
      </w:r>
    </w:p>
    <w:p>
      <w:pPr>
        <w:jc w:val="right"/>
      </w:pPr>
      <w:r>
        <w:t>دیکھیں ایک لوگ کے اندر میں کوئسچن رہتا ہے کہ دنیا میں تکلیفیں کیوں ہیں بیماری کیوں ہے کوئی غریب کیوں ہے سفرنگ کیوں ہے تو سفرنگ جو ہے میں سمجھتا ہوں کہ دنیا میں جو سفرنگ ہے وہ وہ بلیسنگ ہے بلیسنگ</w:t>
      </w:r>
    </w:p>
    <w:p>
      <w:r>
        <w:rPr>
          <w:b/>
        </w:rPr>
        <w:t xml:space="preserve">[39:45] </w:t>
      </w:r>
      <w:r>
        <w:t>safarang blesing hai</w:t>
      </w:r>
    </w:p>
    <w:p>
      <w:pPr>
        <w:jc w:val="right"/>
      </w:pPr>
      <w:r>
        <w:t>سفرنگ بلیسنگ ہے</w:t>
      </w:r>
    </w:p>
    <w:p>
      <w:r>
        <w:rPr>
          <w:b/>
        </w:rPr>
        <w:t xml:space="preserve">[39:48] </w:t>
      </w:r>
      <w:r>
        <w:t>kyun blesing hai woh blesing in dis guys hai dunya ki har safring jo hai woh blesing in</w:t>
      </w:r>
    </w:p>
    <w:p>
      <w:pPr>
        <w:jc w:val="right"/>
      </w:pPr>
      <w:r>
        <w:t>کیوں بلیسنگ ہے وہ بلیسنگ ان دس گائز ہے دنیا کی ہر سفرنگ جو ہے وہ بلیسنگ ان</w:t>
      </w:r>
    </w:p>
    <w:p>
      <w:r>
        <w:rPr>
          <w:b/>
        </w:rPr>
        <w:t xml:space="preserve">[39:55] </w:t>
      </w:r>
      <w:r>
        <w:t>dis guys hai kyun</w:t>
      </w:r>
    </w:p>
    <w:p>
      <w:pPr>
        <w:jc w:val="right"/>
      </w:pPr>
      <w:r>
        <w:t>دس گائز ہے کیوں</w:t>
      </w:r>
    </w:p>
    <w:p>
      <w:r>
        <w:rPr>
          <w:b/>
        </w:rPr>
        <w:t xml:space="preserve">[39:58] </w:t>
      </w:r>
      <w:r>
        <w:t>woh pre death</w:t>
      </w:r>
    </w:p>
    <w:p>
      <w:pPr>
        <w:jc w:val="right"/>
      </w:pPr>
      <w:r>
        <w:t>وہ پری ڈیتھ</w:t>
      </w:r>
    </w:p>
    <w:p>
      <w:r>
        <w:rPr>
          <w:b/>
        </w:rPr>
        <w:t xml:space="preserve">[40:03] </w:t>
      </w:r>
      <w:r>
        <w:t>warning hai pre death warning</w:t>
      </w:r>
    </w:p>
    <w:p>
      <w:pPr>
        <w:jc w:val="right"/>
      </w:pPr>
      <w:r>
        <w:t>وارننگ ہے پری ڈیتھ وارننگ</w:t>
      </w:r>
    </w:p>
    <w:p>
      <w:r>
        <w:rPr>
          <w:b/>
        </w:rPr>
        <w:t xml:space="preserve">[40:08] </w:t>
      </w:r>
      <w:r>
        <w:t>maut se pehle khuda chahta hai ke aap sochen</w:t>
      </w:r>
    </w:p>
    <w:p>
      <w:pPr>
        <w:jc w:val="right"/>
      </w:pPr>
      <w:r>
        <w:t>موت سے پہلے خدا چاہتا ہے کہ اپ سوچیں</w:t>
      </w:r>
    </w:p>
    <w:p>
      <w:r>
        <w:rPr>
          <w:b/>
        </w:rPr>
        <w:t xml:space="preserve">[40:11] </w:t>
      </w:r>
      <w:r>
        <w:t>maut se pehle khuda chahta hai ke aap paradise ko discover karen</w:t>
      </w:r>
    </w:p>
    <w:p>
      <w:pPr>
        <w:jc w:val="right"/>
      </w:pPr>
      <w:r>
        <w:t>موت سے پہلے خدا چاہتا ہے کہ اپ پیرڈائز کو ڈسکور کریں</w:t>
      </w:r>
    </w:p>
    <w:p>
      <w:r>
        <w:rPr>
          <w:b/>
        </w:rPr>
        <w:t xml:space="preserve">[40:16] </w:t>
      </w:r>
      <w:r>
        <w:t>maut se pehle khuda chahta hai ke aap sachai ko jaan len</w:t>
      </w:r>
    </w:p>
    <w:p>
      <w:pPr>
        <w:jc w:val="right"/>
      </w:pPr>
      <w:r>
        <w:t>موت سے پہلے خدا چاہتا ہے کہ اپ سچائی کو جان لیں</w:t>
      </w:r>
    </w:p>
    <w:p>
      <w:r>
        <w:rPr>
          <w:b/>
        </w:rPr>
        <w:t xml:space="preserve">[40:21] </w:t>
      </w:r>
      <w:r>
        <w:t>taake achaanak jab maut ke baad aap ko woh dunya saamne aaye jo aanay wali hai</w:t>
      </w:r>
    </w:p>
    <w:p>
      <w:pPr>
        <w:jc w:val="right"/>
      </w:pPr>
      <w:r>
        <w:t>تاکہ اچانک جب موت کے بعد اپ کو وہ دنیا سامنے ائے جو انے والی ہے</w:t>
      </w:r>
    </w:p>
    <w:p>
      <w:r>
        <w:rPr>
          <w:b/>
        </w:rPr>
        <w:t xml:space="preserve">[40:27] </w:t>
      </w:r>
      <w:r>
        <w:t>toh aap ko pachtana na pade</w:t>
      </w:r>
    </w:p>
    <w:p>
      <w:pPr>
        <w:jc w:val="right"/>
      </w:pPr>
      <w:r>
        <w:t>تو اپ کو پچھتانا نہ پڑے</w:t>
      </w:r>
    </w:p>
    <w:p>
      <w:r>
        <w:rPr>
          <w:b/>
        </w:rPr>
        <w:t xml:space="preserve">[40:31] </w:t>
      </w:r>
      <w:r>
        <w:t>aap</w:t>
      </w:r>
    </w:p>
    <w:p>
      <w:pPr>
        <w:jc w:val="right"/>
      </w:pPr>
      <w:r>
        <w:t>اپ</w:t>
      </w:r>
    </w:p>
    <w:p>
      <w:r>
        <w:rPr>
          <w:b/>
        </w:rPr>
        <w:t xml:space="preserve">[40:31] </w:t>
      </w:r>
      <w:r>
        <w:t>yeh na kahen ke mind was a kaisa missed opportunity ke jo log duniya mein tayar hain na karen yahan jo opportunities hain us ko avail na karen achaanak jab maut ke baad jo nai duniya aaye gi un ke samne jahan hell hoga aur paradise hogi to woh kahen ge ke mind was a case of missed opportunity</w:t>
      </w:r>
    </w:p>
    <w:p>
      <w:pPr>
        <w:jc w:val="right"/>
      </w:pPr>
      <w:r>
        <w:t>یہ نہ کہیں کہ مائنڈ واز ا کیسا مسڈ اپرچونیٹی کہ جو لوگ دنیا میں تیار ہیں نہ کریں یہاں جو اپرچونیٹیز ہیں اس کو اویل نہ کریں اچانک جب موت کے بعد جو نئی دنیا ائے گی ان کے سامنے جہاں ہل ہوگا اور پیرڈائز ہوگی تو وہ کہیں گے کہ مائنڈ واز ا کیس اف مسڈ اپرچونیٹی</w:t>
      </w:r>
    </w:p>
    <w:p>
      <w:r>
        <w:rPr>
          <w:b/>
        </w:rPr>
        <w:t xml:space="preserve">[40:59] </w:t>
      </w:r>
      <w:r>
        <w:t>main toh kaise mawaqe mujhe diye the khuda ne is ko avail nahi kar saka ab main hamesha</w:t>
      </w:r>
    </w:p>
    <w:p>
      <w:pPr>
        <w:jc w:val="right"/>
      </w:pPr>
      <w:r>
        <w:t>میں تو کیسے مواقع مجھے دیے تھے خدا نے اس کو اویل نہیں کر سکا اب میں ہمیشہ</w:t>
      </w:r>
    </w:p>
    <w:p>
      <w:r>
        <w:rPr>
          <w:b/>
        </w:rPr>
        <w:t xml:space="preserve">[41:04] </w:t>
      </w:r>
      <w:r>
        <w:t>ke liye paradise se mehroom rahoon ga</w:t>
      </w:r>
    </w:p>
    <w:p>
      <w:pPr>
        <w:jc w:val="right"/>
      </w:pPr>
      <w:r>
        <w:t>کے لیے پیرڈائز سے محروم رہوں گا</w:t>
      </w:r>
    </w:p>
    <w:p>
      <w:r>
        <w:rPr>
          <w:b/>
        </w:rPr>
        <w:t xml:space="preserve">[41:09] </w:t>
      </w:r>
      <w:r>
        <w:t>mind was a case of missed opportunity</w:t>
      </w:r>
    </w:p>
    <w:p>
      <w:pPr>
        <w:jc w:val="right"/>
      </w:pPr>
      <w:r>
        <w:t>مائنڈ واز ا کیس اف مسڈ اپرچونیٹی</w:t>
      </w:r>
    </w:p>
    <w:p>
      <w:r>
        <w:rPr>
          <w:b/>
        </w:rPr>
        <w:t xml:space="preserve">[41:12] </w:t>
      </w:r>
      <w:r>
        <w:t>is anjaam se bachne ke liye</w:t>
      </w:r>
    </w:p>
    <w:p>
      <w:pPr>
        <w:jc w:val="right"/>
      </w:pPr>
      <w:r>
        <w:t>اس انجام سے بچنے کے لیے</w:t>
      </w:r>
    </w:p>
    <w:p>
      <w:r>
        <w:rPr>
          <w:b/>
        </w:rPr>
        <w:t xml:space="preserve">[41:17] </w:t>
      </w:r>
      <w:r>
        <w:t>bible mein hai</w:t>
      </w:r>
    </w:p>
    <w:p>
      <w:pPr>
        <w:jc w:val="right"/>
      </w:pPr>
      <w:r>
        <w:t>بائبل میں ہے</w:t>
      </w:r>
    </w:p>
    <w:p>
      <w:r>
        <w:rPr>
          <w:b/>
        </w:rPr>
        <w:t xml:space="preserve">[41:20] </w:t>
      </w:r>
      <w:r>
        <w:t>ke jo log dunya mein divine law ko follow nahi karenge jo dunya mein apne aap ko</w:t>
      </w:r>
    </w:p>
    <w:p>
      <w:pPr>
        <w:jc w:val="right"/>
      </w:pPr>
      <w:r>
        <w:t>کہ جو لوگ دنیا میں ڈیوائن لاء کو فالو نہیں کریں گے جو دنیا میں اپنے اپ کو</w:t>
      </w:r>
    </w:p>
    <w:p>
      <w:r>
        <w:rPr>
          <w:b/>
        </w:rPr>
        <w:t xml:space="preserve">[41:28] </w:t>
      </w:r>
      <w:r>
        <w:t>jannat ke liye tayyar nahi karenge toh kya hoga wahan</w:t>
      </w:r>
    </w:p>
    <w:p>
      <w:pPr>
        <w:jc w:val="right"/>
      </w:pPr>
      <w:r>
        <w:t>جنت کے لیے تیار نہیں کریں گے تو کیا ہوگا وہاں</w:t>
      </w:r>
    </w:p>
    <w:p>
      <w:r>
        <w:rPr>
          <w:b/>
        </w:rPr>
        <w:t xml:space="preserve">[41:34] </w:t>
      </w:r>
      <w:r>
        <w:t>is mein lafz hai ke aag ki bhatti mein unhein jana padega jahan woh abad tak rote</w:t>
      </w:r>
    </w:p>
    <w:p>
      <w:pPr>
        <w:jc w:val="right"/>
      </w:pPr>
      <w:r>
        <w:t>اس میں لفظ ہے کہ اگ کی بھٹی میں انہیں جانا پڑے گا جہاں وہ ابد تک روتے</w:t>
      </w:r>
    </w:p>
    <w:p>
      <w:r>
        <w:rPr>
          <w:b/>
        </w:rPr>
        <w:t xml:space="preserve">[41:41] </w:t>
      </w:r>
      <w:r>
        <w:t>aur daant peeste rahenge yeh</w:t>
      </w:r>
    </w:p>
    <w:p>
      <w:pPr>
        <w:jc w:val="right"/>
      </w:pPr>
      <w:r>
        <w:t>اور دانت پیستے رہیں گے یہ</w:t>
      </w:r>
    </w:p>
    <w:p>
      <w:r>
        <w:rPr>
          <w:b/>
        </w:rPr>
        <w:t xml:space="preserve">[41:44] </w:t>
      </w:r>
      <w:r>
        <w:t>baibal ka yani alfaaz hain jahan unhein abad tak rona aur danat peesna hoga yani hasrat ek abdi hasrat kitni hai aap sochen kitni zyada dukh hoa admi ko hota hai admi ko jab us ko koi hasrat lahaq ho jaye kaf</w:t>
      </w:r>
    </w:p>
    <w:p>
      <w:pPr>
        <w:jc w:val="right"/>
      </w:pPr>
      <w:r>
        <w:t>بائبل کا یعنی الفاظ ہیں جہاں انہیں ابد تک رونا اور دانت پیسنا ہوگا یعنی حسرت ایک ابدی حسرت کتنی ہے اپ سوچیں کتنی زیادہ دکھ ہو ادمی کو ہوتا ہے ادمی کو جب اس کو کوئی حسرت لاحق ہو جائے کف ہو</w:t>
      </w:r>
    </w:p>
    <w:p>
      <w:r>
        <w:rPr>
          <w:b/>
        </w:rPr>
        <w:t xml:space="preserve">[42:07] </w:t>
      </w:r>
      <w:r>
        <w:t>mein is moqe ko avail nahi kar saka ek opportunity mere samne aayi thi mein us ko avail nahi kar saka</w:t>
      </w:r>
    </w:p>
    <w:p>
      <w:pPr>
        <w:jc w:val="right"/>
      </w:pPr>
      <w:r>
        <w:t>میں اس موقع کو اویل نہیں کر سکا ایک اپرچونیٹی میرے سامنے ائی تھی میں اس کو اویل نہیں کر سکا</w:t>
      </w:r>
    </w:p>
    <w:p>
      <w:r>
        <w:rPr>
          <w:b/>
        </w:rPr>
        <w:t xml:space="preserve">[42:16] </w:t>
      </w:r>
      <w:r>
        <w:t>to yeh pre-death period jo hai woh ek opportunity hai jo log is ko avail na karen is opportunity ko to maut ke baad ki zindagi mein wahi hoga jo Bible mein hai ke abad tak rona aur danat peesna hoga</w:t>
      </w:r>
    </w:p>
    <w:p>
      <w:pPr>
        <w:jc w:val="right"/>
      </w:pPr>
      <w:r>
        <w:t>تو یہ پری ڈیتھ پیریڈ جو ہے وہ ایک اپرچونیٹی ہے جو لوگ اس کو اویل نہ کریں اس اپرچونیٹی کو تو موت کے بعد کی زندگی میں وہی ہوگا جو بائبل میں ہے کہ ابد تک رونا اور دانت پیسنا ہوگا</w:t>
      </w:r>
    </w:p>
    <w:p>
      <w:r>
        <w:rPr>
          <w:b/>
        </w:rPr>
        <w:t xml:space="preserve">[42:33] </w:t>
      </w:r>
      <w:r>
        <w:t>abad tak rona aur danat peesna hoga to dekhen</w:t>
      </w:r>
    </w:p>
    <w:p>
      <w:pPr>
        <w:jc w:val="right"/>
      </w:pPr>
      <w:r>
        <w:t>ابد تک رونا اور دانت پیسنا ہوگا تو دیکھیے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