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Unlimited Rewards for Devotion to Divine Mission June 8, 2019 - Maulana Wahiduddin Khan</w:t>
      </w:r>
    </w:p>
    <w:p>
      <w:r>
        <w:t>https://www.youtube.com/watch?v=yA3G5LXomtw</w:t>
      </w:r>
    </w:p>
    <w:p>
      <w:r>
        <w:rPr>
          <w:b/>
        </w:rPr>
        <w:t xml:space="preserve">[00:14] </w:t>
      </w:r>
      <w:r>
        <w:t>bismillah rahman rahim, wa sali allah ala nabiy al-karim. 8 joon 2019.</w:t>
      </w:r>
    </w:p>
    <w:p>
      <w:pPr>
        <w:jc w:val="right"/>
      </w:pPr>
      <w:r>
        <w:t>بسم اللہ الرحمن الرحیم، و صلی اللہ علی نبی الکریم۔ 8 جون 2019۔</w:t>
      </w:r>
    </w:p>
    <w:p>
      <w:r>
        <w:rPr>
          <w:b/>
        </w:rPr>
        <w:t xml:space="preserve">[00:27] </w:t>
      </w:r>
      <w:r>
        <w:t>aaj ek hadith ko le kar kuch baat inshallah kahi jayegi. sab se pehle aap is hadith ko suniye.</w:t>
      </w:r>
    </w:p>
    <w:p>
      <w:pPr>
        <w:jc w:val="right"/>
      </w:pPr>
      <w:r>
        <w:t>آج ایک حدیث کو لے کر کچھ بات انشاءاللہ کہی جائے گی۔ سب سے پہلے آپ اس حدیث کو سنیے۔</w:t>
      </w:r>
    </w:p>
    <w:p>
      <w:r>
        <w:rPr>
          <w:b/>
        </w:rPr>
        <w:t xml:space="preserve">[00:38] </w:t>
      </w:r>
      <w:r>
        <w:t>an abi huraira radi allah anhu qala: qala rasul allah salallahu alayhi wasallam: «kull amal ibn adam yudaaf, al-hasanat ashru amthalihi ila sab mi at dauf».</w:t>
      </w:r>
    </w:p>
    <w:p>
      <w:pPr>
        <w:jc w:val="right"/>
      </w:pPr>
      <w:r>
        <w:t>عن ابی ہریرہ رضی اللہ عنہ قال: قال رسول اللہ صلی اللہ علیہ وسلم: «کل عمل ابن آدم یضاعف، الحسنت عشر امثالہ الی سب مائت ضعف».</w:t>
      </w:r>
    </w:p>
    <w:p>
      <w:r>
        <w:rPr>
          <w:b/>
        </w:rPr>
        <w:t xml:space="preserve">[00:49] </w:t>
      </w:r>
      <w:r>
        <w:t>qala allah azza wajal: «illa as-sawm fa innahu li, wa ana ajzi bih». yadau shahwatahu wa ta'amahu min ajli. sahih muslim hadith number 1151.</w:t>
      </w:r>
    </w:p>
    <w:p>
      <w:pPr>
        <w:jc w:val="right"/>
      </w:pPr>
      <w:r>
        <w:t>قال اللہ عزوجل: «الا الصوم فإنه لی، وانا اجزی بہ».یدع شہوتہ وطعامہ من اجلی۔ صحیح مسلم حدیث نمبر 1151۔</w:t>
      </w:r>
    </w:p>
    <w:p>
      <w:r>
        <w:rPr>
          <w:b/>
        </w:rPr>
        <w:t xml:space="preserve">[01:02] </w:t>
      </w:r>
      <w:r>
        <w:t>ab huraira radi allah anhu se riwayat hai ke rasul allah salallahu alayhi wasallam ne kaha: «insan ke har amal ko badha diya jata hai, das guna se le kar saat sau guna tak.</w:t>
      </w:r>
    </w:p>
    <w:p>
      <w:pPr>
        <w:jc w:val="right"/>
      </w:pPr>
      <w:r>
        <w:t>ابوہریرہ رضی اللہ عنہ سے روایت ہے کہ رسول اللہ صلی اللہ علیہ وسلم نے کہا: «انسان کے ہر عمل کو بڑھا دیا جاتا ہے، دس گنا سے لے کر سات سو گنا تک۔</w:t>
      </w:r>
    </w:p>
    <w:p>
      <w:r>
        <w:rPr>
          <w:b/>
        </w:rPr>
        <w:t xml:space="preserve">[01:12] </w:t>
      </w:r>
      <w:r>
        <w:t>allah ta'ala ne kaha: siwaye roze ke, kyunke woh mere liye hai aur main is ka badla doonga. insaan apni khwahishat aur apne khane ko meri wajah se chhodta hai.» dek</w:t>
      </w:r>
    </w:p>
    <w:p>
      <w:pPr>
        <w:jc w:val="right"/>
      </w:pPr>
      <w:r>
        <w:t>اللہ تعالی نے کہا: سوائے روزے کے، کیونکہ وہ میرے لیے ہے اور میں اس کا بدلہ دوں گا۔ انسان اپنی خواہشات اور اپنے کھانے کو میری وجہ سے چھوڑتا ہے۔» دیک</w:t>
      </w:r>
    </w:p>
    <w:p>
      <w:r>
        <w:rPr>
          <w:b/>
        </w:rPr>
        <w:t xml:space="preserve">[01:25] </w:t>
      </w:r>
      <w:r>
        <w:t>hiye, yeh jo hadith hai, do sab se zyada</w:t>
      </w:r>
    </w:p>
    <w:p>
      <w:pPr>
        <w:jc w:val="right"/>
      </w:pPr>
      <w:r>
        <w:t>ھیے، یہ جو حدیث ہے، دو سب سے زیادہ</w:t>
      </w:r>
    </w:p>
    <w:p>
      <w:r>
        <w:rPr>
          <w:b/>
        </w:rPr>
        <w:t xml:space="preserve">[01:33] </w:t>
      </w:r>
      <w:r>
        <w:t>important hadith ki kitaben hain jin ko sahihain kaha jata hai. sahihain to is mein dono mein yeh hadith aai hai</w:t>
      </w:r>
    </w:p>
    <w:p>
      <w:pPr>
        <w:jc w:val="right"/>
      </w:pPr>
      <w:r>
        <w:t>امپورٹنٹ حدیث کی کتابیں ہیں جن کو صحیحین کہا جاتا ہے۔ صحیحین تو اس میں دونوں میں یہ حدیث آئی ہے</w:t>
      </w:r>
    </w:p>
    <w:p>
      <w:r>
        <w:rPr>
          <w:b/>
        </w:rPr>
        <w:t xml:space="preserve">[01:46] </w:t>
      </w:r>
      <w:r>
        <w:t>ke aam amal jo insaan ka hota hai, to uska ajar das guna se</w:t>
      </w:r>
    </w:p>
    <w:p>
      <w:pPr>
        <w:jc w:val="right"/>
      </w:pPr>
      <w:r>
        <w:t>کہ عام عمل جو انسان کا ہوتا ہے، تو اس کا اجر دس گنا سے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