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Become 2nd Best in the Universe Oct 8, 2006 Maulana Wahiduddin Khan</w:t>
      </w:r>
    </w:p>
    <w:p>
      <w:r>
        <w:t>https://www.youtube.com/watch?v=drciAo6jF_o</w:t>
      </w:r>
    </w:p>
    <w:p>
      <w:r>
        <w:rPr>
          <w:b/>
        </w:rPr>
        <w:t xml:space="preserve">[00:13] </w:t>
      </w:r>
      <w:r>
        <w:t>bismillah hir rahman nir rahim, wa salli allah ala an-nabiyyil karim.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[00:31] </w:t>
      </w:r>
      <w:r>
        <w:t>yafqaahu qawli.</w:t>
      </w:r>
    </w:p>
    <w:p>
      <w:pPr>
        <w:jc w:val="right"/>
      </w:pPr>
      <w:r>
        <w:t>یفقہ قولی.</w:t>
      </w:r>
    </w:p>
    <w:p>
      <w:r>
        <w:rPr>
          <w:b/>
        </w:rPr>
        <w:t xml:space="preserve">[00:39] </w:t>
      </w:r>
      <w:r>
        <w:t>aaj jo baat mujhe karna hai to is ka title samajh mein nahi aa raha tha, kya ho?</w:t>
      </w:r>
    </w:p>
    <w:p>
      <w:pPr>
        <w:jc w:val="right"/>
      </w:pPr>
      <w:r>
        <w:t>آج جو بات مجھے کرنا ہے تو اس کا ٹائٹل سمجھ میں نہیں آ رہا تھا، کیا ہو؟</w:t>
      </w:r>
    </w:p>
    <w:p>
      <w:r>
        <w:rPr>
          <w:b/>
        </w:rPr>
        <w:t xml:space="preserve">[00:53] </w:t>
      </w:r>
      <w:r>
        <w:t>to sham ko main kuch logon ke sath iftar par tha, aaj hi sham ko, to baat karte hue</w:t>
      </w:r>
    </w:p>
    <w:p>
      <w:pPr>
        <w:jc w:val="right"/>
      </w:pPr>
      <w:r>
        <w:t>تو شام کو میں کچھ لوگوں کے ساتھ افطار پر تھا، آج ہی شام کو، تو بات کرتے ہوئے</w:t>
      </w:r>
    </w:p>
    <w:p>
      <w:r>
        <w:rPr>
          <w:b/>
        </w:rPr>
        <w:t xml:space="preserve">[01:06] </w:t>
      </w:r>
      <w:r>
        <w:t>ek baat zehen mein aai. main sochta hoon ke isi ko main aaj ki baat ka title banaoon.</w:t>
      </w:r>
    </w:p>
    <w:p>
      <w:pPr>
        <w:jc w:val="right"/>
      </w:pPr>
      <w:r>
        <w:t>ایک بات ذہن میں آئی۔ میں سوچتا ہوں کہ اسی کو میں آج کی بات کا ٹائٹل بناؤں۔</w:t>
      </w:r>
    </w:p>
    <w:p>
      <w:r>
        <w:rPr>
          <w:b/>
        </w:rPr>
        <w:t xml:space="preserve">[01:19] </w:t>
      </w:r>
      <w:r>
        <w:t>woh yeh hai ke "how to become</w:t>
      </w:r>
    </w:p>
    <w:p>
      <w:pPr>
        <w:jc w:val="right"/>
      </w:pPr>
      <w:r>
        <w:t>وہ یہ ہے کہ "ہاؤ ٹو بیکم</w:t>
      </w:r>
    </w:p>
    <w:p>
      <w:r>
        <w:rPr>
          <w:b/>
        </w:rPr>
        <w:t xml:space="preserve">[01:27] </w:t>
      </w:r>
      <w:r>
        <w:t>the second best of the universe".</w:t>
      </w:r>
    </w:p>
    <w:p>
      <w:pPr>
        <w:jc w:val="right"/>
      </w:pPr>
      <w:r>
        <w:t>دا سیکنڈ بیسٹ آف دا یونیورس"۔</w:t>
      </w:r>
    </w:p>
    <w:p>
      <w:r>
        <w:rPr>
          <w:b/>
        </w:rPr>
        <w:t xml:space="preserve">[01:33] </w:t>
      </w:r>
      <w:r>
        <w:t>"how to become the second best of the universe".</w:t>
      </w:r>
    </w:p>
    <w:p>
      <w:pPr>
        <w:jc w:val="right"/>
      </w:pPr>
      <w:r>
        <w:t>"ہاؤ ٹو بیکم دا سیکنڈ بیسٹ آف دا یونیورس"۔</w:t>
      </w:r>
    </w:p>
    <w:p>
      <w:r>
        <w:rPr>
          <w:b/>
        </w:rPr>
        <w:t xml:space="preserve">[01:43] </w:t>
      </w:r>
      <w:r>
        <w:t>dekhiye, is baat mein koi doubt nahi, koi is mein do raay nahi ke is universe ka jo first best hai,</w:t>
      </w:r>
    </w:p>
    <w:p>
      <w:pPr>
        <w:jc w:val="right"/>
      </w:pPr>
      <w:r>
        <w:t>دیکھیے، اس بات میں کوئی ڈاؤٹ نہیں، کوئی اس میں دو رائے نہیں کہ اس یونیورس کا جو فرسٹ بیسٹ ہے،</w:t>
      </w:r>
    </w:p>
    <w:p>
      <w:r>
        <w:rPr>
          <w:b/>
        </w:rPr>
        <w:t xml:space="preserve">[01:58] </w:t>
      </w:r>
      <w:r>
        <w:t>woh is ka creator hai. zahir hai ke jo creator hai, us ke siwa kaun hai jo universe ka first best ban sake?</w:t>
      </w:r>
    </w:p>
    <w:p>
      <w:pPr>
        <w:jc w:val="right"/>
      </w:pPr>
      <w:r>
        <w:t>وہ اس کا کریٹر ہے۔ ظاہر ہے کہ جو کریٹر ہے، اس کے سوا کون ہے جو یونیورس کا فرسٹ بیسٹ بن سکے؟</w:t>
      </w:r>
    </w:p>
    <w:p>
      <w:r>
        <w:rPr>
          <w:b/>
        </w:rPr>
        <w:t xml:space="preserve">[02:18] </w:t>
      </w:r>
      <w:r>
        <w:t>ab sawal yeh hai ke second best kaun ho sakta hai?</w:t>
      </w:r>
    </w:p>
    <w:p>
      <w:pPr>
        <w:jc w:val="right"/>
      </w:pPr>
      <w:r>
        <w:t>اب سوال یہ ہے کہ سیکنڈ بیسٹ کون ہو سکتا ہے؟</w:t>
      </w:r>
    </w:p>
    <w:p>
      <w:r>
        <w:rPr>
          <w:b/>
        </w:rPr>
        <w:t xml:space="preserve">[02:25] </w:t>
      </w:r>
      <w:r>
        <w:t>main samajhta hoon ke second best woh hai jo</w:t>
      </w:r>
    </w:p>
    <w:p>
      <w:pPr>
        <w:jc w:val="right"/>
      </w:pPr>
      <w:r>
        <w:t>میں سمجھتا ہوں کہ سیکنڈ بیسٹ وہ ہے جو</w:t>
      </w:r>
    </w:p>
    <w:p>
      <w:r>
        <w:rPr>
          <w:b/>
        </w:rPr>
        <w:t xml:space="preserve">[02:32] </w:t>
      </w:r>
      <w:r>
        <w:t>creator ko</w:t>
      </w:r>
    </w:p>
    <w:p>
      <w:pPr>
        <w:jc w:val="right"/>
      </w:pPr>
      <w:r>
        <w:t>کریٹر کو</w:t>
      </w:r>
    </w:p>
    <w:p>
      <w:r>
        <w:rPr>
          <w:b/>
        </w:rPr>
        <w:t xml:space="preserve">[02:36] </w:t>
      </w:r>
      <w:r>
        <w:t>acknowledge kare,</w:t>
      </w:r>
    </w:p>
    <w:p>
      <w:pPr>
        <w:jc w:val="right"/>
      </w:pPr>
      <w:r>
        <w:t>ایکنالج کرے،</w:t>
      </w:r>
    </w:p>
    <w:p>
      <w:r>
        <w:rPr>
          <w:b/>
        </w:rPr>
        <w:t xml:space="preserve">[02:41] </w:t>
      </w:r>
      <w:r>
        <w:t>jo creator ko discover kare.</w:t>
      </w:r>
    </w:p>
    <w:p>
      <w:pPr>
        <w:jc w:val="right"/>
      </w:pPr>
      <w:r>
        <w:t>جو کریٹر کو ڈسکور کرے۔</w:t>
      </w:r>
    </w:p>
    <w:p>
      <w:r>
        <w:rPr>
          <w:b/>
        </w:rPr>
        <w:t xml:space="preserve">[02:48] </w:t>
      </w:r>
      <w:r>
        <w:t>main samajhta hoon ke wohi is universe mein second best hai.</w:t>
      </w:r>
    </w:p>
    <w:p>
      <w:pPr>
        <w:jc w:val="right"/>
      </w:pPr>
      <w:r>
        <w:t>میں سمجھتا ہوں کہ وہی اس یونیورس میں سیکنڈ بیسٹ ہے۔</w:t>
      </w:r>
    </w:p>
    <w:p>
      <w:r>
        <w:rPr>
          <w:b/>
        </w:rPr>
        <w:t xml:space="preserve">[02:55] </w:t>
      </w:r>
      <w:r>
        <w:t>ek shayar ne phool ko dekha, us ki khushbu ko dekha</w:t>
      </w:r>
    </w:p>
    <w:p>
      <w:pPr>
        <w:jc w:val="right"/>
      </w:pPr>
      <w:r>
        <w:t>ایک شاعر نے پھول کو دیکھا، اس کی خوشبو کو دیکھا</w:t>
      </w:r>
    </w:p>
    <w:p>
      <w:r>
        <w:rPr>
          <w:b/>
        </w:rPr>
        <w:t xml:space="preserve">[03:05] </w:t>
      </w:r>
      <w:r>
        <w:t>to shayar ne kaha, persian shayar ne: "ae gul but khursandam, to booye kase daari?</w:t>
      </w:r>
    </w:p>
    <w:p>
      <w:pPr>
        <w:jc w:val="right"/>
      </w:pPr>
      <w:r>
        <w:t>تو شاعر نے کہا، پرشین شاعر نے: "اے گل بت خرسندم، تو بوئے کسے داری؟</w:t>
      </w:r>
    </w:p>
    <w:p>
      <w:r>
        <w:rPr>
          <w:b/>
        </w:rPr>
        <w:t xml:space="preserve">[03:17] </w:t>
      </w:r>
      <w:r>
        <w:t>ae phool, main tujh ko dekh kar bohat shaad hota hoon, bohat khush hota hoon, kyunke tu</w:t>
      </w:r>
    </w:p>
    <w:p>
      <w:pPr>
        <w:jc w:val="right"/>
      </w:pPr>
      <w:r>
        <w:t>اے پھول، میں تجھ کو دیکھ کر بہت شاد ہوتا ہوں، بہت خوش ہوتا ہوں، کیونکہ تو</w:t>
      </w:r>
    </w:p>
    <w:p>
      <w:r>
        <w:rPr>
          <w:b/>
        </w:rPr>
        <w:t xml:space="preserve">[03:33] </w:t>
      </w:r>
      <w:r>
        <w:t>kisi ki khushbu apne sath rakhta hai."</w:t>
      </w:r>
    </w:p>
    <w:p>
      <w:pPr>
        <w:jc w:val="right"/>
      </w:pPr>
      <w:r>
        <w:t>کسی کی خوشبو اپنے ساتھ رکھتا ہے۔"</w:t>
      </w:r>
    </w:p>
    <w:p>
      <w:r>
        <w:rPr>
          <w:b/>
        </w:rPr>
        <w:t xml:space="preserve">[03:38] </w:t>
      </w:r>
      <w:r>
        <w:t>yeh kya hai? yani creator ki khushbu. is shayar ne phool ko dekha, us ki khushbu ko soongha to us ki khushbu mein us ko dikhai pada ke kaisa ajeeb hoga woh khuda jis ne phool banaya aur us ke andar itni achhi khushbu rakh di.</w:t>
      </w:r>
    </w:p>
    <w:p>
      <w:pPr>
        <w:jc w:val="right"/>
      </w:pPr>
      <w:r>
        <w:t>یہ کیا ہے؟ یعنی کریٹر کی خوشبو۔ اس شاعر نے پھول کو دیکھا، اس کی خوشبو کو سونگھا تو اس کی خوشبو میں اس کو دکھائی پڑا کہ کیسا عجیب ہوگا وہ خدا جس نے پھول بنایا اور اس کے اندر اتنی اچھی خوشبو رکھ دی۔</w:t>
      </w:r>
    </w:p>
    <w:p>
      <w:r>
        <w:rPr>
          <w:b/>
        </w:rPr>
        <w:t xml:space="preserve">[04:08] </w:t>
      </w:r>
      <w:r>
        <w:t>to mein yeh kahoon ga ke phool silent, phool silent language mein apne creator ka pata deta hai.</w:t>
      </w:r>
    </w:p>
    <w:p>
      <w:pPr>
        <w:jc w:val="right"/>
      </w:pPr>
      <w:r>
        <w:t>تو میں یہ کہوں گا کہ پھول سائلنٹ، پھول سائلنٹ لینگویج میں اپنے کریٹر کا پتہ دیتا ہے۔</w:t>
      </w:r>
    </w:p>
    <w:p>
      <w:r>
        <w:rPr>
          <w:b/>
        </w:rPr>
        <w:t xml:space="preserve">[04:20] </w:t>
      </w:r>
      <w:r>
        <w:t>insan ko yeh, insan ke andar yeh capacity hai ke woh speaking language mein</w:t>
      </w:r>
    </w:p>
    <w:p>
      <w:pPr>
        <w:jc w:val="right"/>
      </w:pPr>
      <w:r>
        <w:t>انسان کو یہ، انسان کے اندر یہ کیپیسٹی ہے کہ وہ اسپیکنگ لینگویج میں</w:t>
      </w:r>
    </w:p>
    <w:p>
      <w:r>
        <w:rPr>
          <w:b/>
        </w:rPr>
        <w:t xml:space="preserve">[04:34] </w:t>
      </w:r>
      <w:r>
        <w:t>khuda ko acknowledge kar sake.</w:t>
      </w:r>
    </w:p>
    <w:p>
      <w:pPr>
        <w:jc w:val="right"/>
      </w:pPr>
      <w:r>
        <w:t>خدا کو ایکنالج کر سکے۔</w:t>
      </w:r>
    </w:p>
    <w:p>
      <w:r>
        <w:rPr>
          <w:b/>
        </w:rPr>
        <w:t xml:space="preserve">[04:38] </w:t>
      </w:r>
      <w:r>
        <w:t>misalan aap kahein ke "God is the great, glory be to God".</w:t>
      </w:r>
    </w:p>
    <w:p>
      <w:pPr>
        <w:jc w:val="right"/>
      </w:pPr>
      <w:r>
        <w:t>مثلاً آپ کہیں کہ "گاڈ از دا گریٹ، گلوری بی ٹو گاڈ"۔</w:t>
      </w:r>
    </w:p>
    <w:p>
      <w:r>
        <w:rPr>
          <w:b/>
        </w:rPr>
        <w:t xml:space="preserve">[04:48] </w:t>
      </w:r>
      <w:r>
        <w:t>yeh sentence sirf insan bol sakta hai. Yani mein simply lipstick ki baat, mein lip service ki baat nahi kar raha hoon, mein is sentence ki baat kar raha hoon jo khuda ki discovery ke baad is tarah nikalti hai jaise grace, Greek philosopher ki zuban se nikla tha: "Eureka, Eureka".</w:t>
      </w:r>
    </w:p>
    <w:p>
      <w:pPr>
        <w:jc w:val="right"/>
      </w:pPr>
      <w:r>
        <w:t>یہ سینٹنس صرف انسان بول سکتا ہے۔ یعنی میں سمپلی لپسٹک کی بات، میں لپ سروس کی بات نہیں کر رہا ہوں، میں اس سینٹنس کی بات کر رہا ہوں جو خدا کی ڈسکوری کے بعد اس طرح نکلتی ہے جیسے گریس، گریک فلاسفر کی زبان سے نکلا تھا: "یوریکا، یوریکا"۔</w:t>
      </w:r>
    </w:p>
    <w:p>
      <w:r>
        <w:rPr>
          <w:b/>
        </w:rPr>
        <w:t xml:space="preserve">[05:17] </w:t>
      </w:r>
      <w:r>
        <w:t>to yeh sirf insan hai jis ke andar thinking power hai, conceptual thinking hai, jo kisi cheez ko intellectually discover kar sakta hai.</w:t>
      </w:r>
    </w:p>
    <w:p>
      <w:pPr>
        <w:jc w:val="right"/>
      </w:pPr>
      <w:r>
        <w:t>تو یہ صرف انسان ہے جس کے اندر تھنکنگ پاور ہے، کنسیپچول تھنکنگ ہے، جو کسی چیز کو انٹلیکچولی ڈسکور کر سکتا ہے۔</w:t>
      </w:r>
    </w:p>
    <w:p>
      <w:r>
        <w:rPr>
          <w:b/>
        </w:rPr>
        <w:t xml:space="preserve">[05:34] </w:t>
      </w:r>
      <w:r>
        <w:t>koi mountain, koi motion, koi mountain, koi ocean, koi animal, koi stars, koi galaxy.</w:t>
      </w:r>
    </w:p>
    <w:p>
      <w:pPr>
        <w:jc w:val="right"/>
      </w:pPr>
      <w:r>
        <w:t>کوئی ماؤنٹن، کوئی موشن، کوئی ماؤنٹن، کوئی اوشن، کوئی اینیمل، کوئی سٹارز، کوئی گلیکسی۔</w:t>
      </w:r>
    </w:p>
    <w:p>
      <w:r>
        <w:rPr>
          <w:b/>
        </w:rPr>
        <w:t xml:space="preserve">[05:46] </w:t>
      </w:r>
      <w:r>
        <w:t>saara universe</w:t>
      </w:r>
    </w:p>
    <w:p>
      <w:pPr>
        <w:jc w:val="right"/>
      </w:pPr>
      <w:r>
        <w:t>سارا یونیورس</w:t>
      </w:r>
    </w:p>
    <w:p>
      <w:r>
        <w:rPr>
          <w:b/>
        </w:rPr>
        <w:t xml:space="preserve">[05:50] </w:t>
      </w:r>
      <w:r>
        <w:t>apni saari vastness ke bawajood is ke andar yeh taqat nahi hai ke woh khuda ko discover kare aur phir us ki glory ko bayan kare.</w:t>
      </w:r>
    </w:p>
    <w:p>
      <w:pPr>
        <w:jc w:val="right"/>
      </w:pPr>
      <w:r>
        <w:t>اپنی ساری واسٹنس کے باوجود اس کے اندر یہ طاقت نہیں ہے کہ وہ خدا کو ڈسکور کرے اور پھر اس کی گلوری کو بیان کرے۔</w:t>
      </w:r>
    </w:p>
    <w:p>
      <w:r>
        <w:rPr>
          <w:b/>
        </w:rPr>
        <w:t xml:space="preserve">[06:07] </w:t>
      </w:r>
      <w:r>
        <w:t>yeh sirf insan hai.</w:t>
      </w:r>
    </w:p>
    <w:p>
      <w:pPr>
        <w:jc w:val="right"/>
      </w:pPr>
      <w:r>
        <w:t>یہ صرف انسان ہے۔</w:t>
      </w:r>
    </w:p>
    <w:p>
      <w:r>
        <w:rPr>
          <w:b/>
        </w:rPr>
        <w:t xml:space="preserve">[06:12] </w:t>
      </w:r>
      <w:r>
        <w:t>jaisa ke is se pehle mein ne ek qaul aap ko sunaya tha ke khuda ne kaha: "Kun tu kunzam makhfiya, fart orfa, fakhlaqtul khalq".</w:t>
      </w:r>
    </w:p>
    <w:p>
      <w:pPr>
        <w:jc w:val="right"/>
      </w:pPr>
      <w:r>
        <w:t>جیسا کہ اس سے پہلے میں نے ایک قول آپ کو سنایا تھا کہ خدا نے کہا: "کن تو کنزم مخفیہ، فارت اورفہ، فخلقت الخلق"۔</w:t>
      </w:r>
    </w:p>
    <w:p>
      <w:r>
        <w:rPr>
          <w:b/>
        </w:rPr>
        <w:t xml:space="preserve">[06:29] </w:t>
      </w:r>
      <w:r>
        <w:t>yeh ghhaliban paighambar ka qaul nahi hai lekin woh kisi عارف ka qaul hai.</w:t>
      </w:r>
    </w:p>
    <w:p>
      <w:pPr>
        <w:jc w:val="right"/>
      </w:pPr>
      <w:r>
        <w:t>یہ غالباً پیغمبر کا قول نہیں ہے لیکن وہ کسی عارف کا قول ہے۔</w:t>
      </w:r>
    </w:p>
    <w:p>
      <w:r>
        <w:rPr>
          <w:b/>
        </w:rPr>
        <w:t xml:space="preserve">[06:36] </w:t>
      </w:r>
      <w:r>
        <w:t>mein "I was a, I was a hidden treasure, then I wanted to be known, and I created</w:t>
      </w:r>
    </w:p>
    <w:p>
      <w:pPr>
        <w:jc w:val="right"/>
      </w:pPr>
      <w:r>
        <w:t>میں "آئی واز اے، آئی واز اے ہڈن ٹریژر، دین آئی وانٹڈ ٹو بی نون، اینڈ آئی کریٹڈ</w:t>
      </w:r>
    </w:p>
    <w:p>
      <w:r>
        <w:rPr>
          <w:b/>
        </w:rPr>
        <w:t xml:space="preserve">[06:49] </w:t>
      </w:r>
      <w:r>
        <w:t>man".</w:t>
      </w:r>
    </w:p>
    <w:p>
      <w:pPr>
        <w:jc w:val="right"/>
      </w:pPr>
      <w:r>
        <w:t>مین"۔</w:t>
      </w:r>
    </w:p>
    <w:p>
      <w:r>
        <w:rPr>
          <w:b/>
        </w:rPr>
        <w:t xml:space="preserve">[06:53] </w:t>
      </w:r>
      <w:r>
        <w:t>to mein samajhta hoon ke yeh is mein bhi door, jis tarah is mein dohra nahi hai ke khuda is universe ka first best hai, isi tarah is mein bhi dohra nahi ho sakti ke insan is universe ka,</w:t>
      </w:r>
    </w:p>
    <w:p>
      <w:pPr>
        <w:jc w:val="right"/>
      </w:pPr>
      <w:r>
        <w:t>تو میں سمجھتا ہوں کہ یہ اس میں بھی دور، جس طرح اس میں دہرا نہیں ہے کہ خدا اس یونیورس کا فرسٹ بیسٹ ہے، اسی طرح اس میں بھی دہرا نہیں ہو سکتی کہ انسان اس یونیورس کا،</w:t>
      </w:r>
    </w:p>
    <w:p>
      <w:r>
        <w:rPr>
          <w:b/>
        </w:rPr>
        <w:t xml:space="preserve">[07:09] </w:t>
      </w:r>
      <w:r>
        <w:t>insan ke andar yeh yeh quality hai, yeh capacity hai, potentially woh is kainat mein second best ki hesiyat rakhta hai.</w:t>
      </w:r>
    </w:p>
    <w:p>
      <w:pPr>
        <w:jc w:val="right"/>
      </w:pPr>
      <w:r>
        <w:t>انسان کے اندر یہ یہ کوالٹی ہے، یہ کیپیسٹی ہے، پوٹینشلی وہ اس کائنات میں سیکنڈ بیسٹ کی حیثیت رکھتا ہے۔</w:t>
      </w:r>
    </w:p>
    <w:p>
      <w:r>
        <w:rPr>
          <w:b/>
        </w:rPr>
        <w:t xml:space="preserve">[07:21] </w:t>
      </w:r>
      <w:r>
        <w:t>potentially.</w:t>
      </w:r>
    </w:p>
    <w:p>
      <w:pPr>
        <w:jc w:val="right"/>
      </w:pPr>
      <w:r>
        <w:t>پوٹینشلی۔</w:t>
      </w:r>
    </w:p>
    <w:p>
      <w:r>
        <w:rPr>
          <w:b/>
        </w:rPr>
        <w:t xml:space="preserve">[07:26] </w:t>
      </w:r>
      <w:r>
        <w:t>to aap sochiye ke is se bara koi thrilling experience ho sakta hai kisi insan ke liye?</w:t>
      </w:r>
    </w:p>
    <w:p>
      <w:pPr>
        <w:jc w:val="right"/>
      </w:pPr>
      <w:r>
        <w:t>تو آپ سوچیے کہ اس سے بڑا کوئی تھرلنگ ایکسپیرینس ہو سکتا ہے کسی انسان کے لیے؟</w:t>
      </w:r>
    </w:p>
    <w:p>
      <w:r>
        <w:rPr>
          <w:b/>
        </w:rPr>
        <w:t xml:space="preserve">[07:37] </w:t>
      </w:r>
      <w:r>
        <w:t>is se bara koi thrilling experience nahi. Lekin aap jante hain ke</w:t>
      </w:r>
    </w:p>
    <w:p>
      <w:pPr>
        <w:jc w:val="right"/>
      </w:pPr>
      <w:r>
        <w:t>اس سے بڑا کوئی تھرلنگ ایکسپیرینس نہیں۔ لیکن آپ جانتے ہیں کہ</w:t>
      </w:r>
    </w:p>
    <w:p>
      <w:r>
        <w:rPr>
          <w:b/>
        </w:rPr>
        <w:t xml:space="preserve">[07:48] </w:t>
      </w:r>
      <w:r>
        <w:t>din guzar rahe hain, centuries guzar rahi hain, aur bohat hi kam aise insan uth rahe hain jo sach much second best kehlaane ke qabil hon.</w:t>
      </w:r>
    </w:p>
    <w:p>
      <w:pPr>
        <w:jc w:val="right"/>
      </w:pPr>
      <w:r>
        <w:t>دن گزر رہے ہیں، سینچریز گزر رہی ہیں، اور بہت ہی کم ایسے انسان اٹھ رہے ہیں جو سچ مچ سیکنڈ بیسٹ کہلانے کے قابل ہوں۔</w:t>
      </w:r>
    </w:p>
    <w:p>
      <w:r>
        <w:rPr>
          <w:b/>
        </w:rPr>
        <w:t xml:space="preserve">[08:06] </w:t>
      </w:r>
      <w:r>
        <w:t>kyun? Har aadmi ka haal yeh hai ke woh other than God, kisi aur glory ko discover ki hui hai, usi mein jeeta hai.</w:t>
      </w:r>
    </w:p>
    <w:p>
      <w:pPr>
        <w:jc w:val="right"/>
      </w:pPr>
      <w:r>
        <w:t>کیوں؟ ہر آدمی کا حال یہ ہے کہ وہ ادر دین گاڈ، کسی اور گلوری کو ڈسکور کی ہوئی ہے، اسی میں جیتا ہے۔</w:t>
      </w:r>
    </w:p>
    <w:p>
      <w:r>
        <w:rPr>
          <w:b/>
        </w:rPr>
        <w:t xml:space="preserve">[08:17] </w:t>
      </w:r>
      <w:r>
        <w:t>woh jaise money ki glory, material comfort ki glory,</w:t>
      </w:r>
    </w:p>
    <w:p>
      <w:pPr>
        <w:jc w:val="right"/>
      </w:pPr>
      <w:r>
        <w:t>وہ جیسے منی کی گلوری، مٹیریل کمفرٹ کی گلوری،</w:t>
      </w:r>
    </w:p>
    <w:p>
      <w:r>
        <w:rPr>
          <w:b/>
        </w:rPr>
        <w:t xml:space="preserve">[08:27] </w:t>
      </w:r>
      <w:r>
        <w:t>political power ki glory. Baharhal, other than God bohat si cheezein hain jis ko aadmi bara maan leta hai, usi mein jeeta hai.</w:t>
      </w:r>
    </w:p>
    <w:p>
      <w:pPr>
        <w:jc w:val="right"/>
      </w:pPr>
      <w:r>
        <w:t>پولیٹیکل پاور کی گلوری۔ بہرحال، ادر دین گاڈ بہت سی چیزیں ہیں جس کو آدمی بڑا مان لیتا ہے، اسی میں جیتا ہے۔</w:t>
      </w:r>
    </w:p>
    <w:p>
      <w:r>
        <w:rPr>
          <w:b/>
        </w:rPr>
        <w:t xml:space="preserve">[08:37] </w:t>
      </w:r>
      <w:r>
        <w:t>aur yeh seat khali padi hui hai. Haqeeqi maano mein second best ki jo seat hai, woh khali padi hui hai.</w:t>
      </w:r>
    </w:p>
    <w:p>
      <w:pPr>
        <w:jc w:val="right"/>
      </w:pPr>
      <w:r>
        <w:t>اور یہ سیٹ خالی پڑی ہوئی ہے۔ حقیقی معنوں میں سیکنڈ بیسٹ کی جو سیٹ ہے، وہ خالی پڑی ہوئی ہے۔</w:t>
      </w:r>
    </w:p>
    <w:p>
      <w:r>
        <w:rPr>
          <w:b/>
        </w:rPr>
        <w:t xml:space="preserve">[08:50] </w:t>
      </w:r>
      <w:r>
        <w:t>is zamane mein aap jante hain ek philosophy nikli hai jis ko kehte hain humanism. Humanism ka matlab hota hai "transfer of seat from God to man".</w:t>
      </w:r>
    </w:p>
    <w:p>
      <w:pPr>
        <w:jc w:val="right"/>
      </w:pPr>
      <w:r>
        <w:t>اس زمانے میں آپ جانتے ہیں ایک فلاسفی نکلی ہے جس کو کہتے ہیں ہیومنزم۔ ہیومنزم کا مطلب ہوتا ہے "ٹرانسفر آف سیٹ فرام گاڈ ٹو مین"۔</w:t>
      </w:r>
    </w:p>
    <w:p>
      <w:r>
        <w:rPr>
          <w:b/>
        </w:rPr>
        <w:t xml:space="preserve">[09:04] </w:t>
      </w:r>
      <w:r>
        <w:t>"transfer of seat from god to man". zahir hai ke ek bilkul flush baat hai. insan god ki seat par nahi baith sakta.</w:t>
      </w:r>
    </w:p>
    <w:p>
      <w:pPr>
        <w:jc w:val="right"/>
      </w:pPr>
      <w:r>
        <w:t>"ٹرانسفر آف سیٹ فرام گاڈ ٹو مین"۔ ظاہر ہے کہ ایک بالکل فلش بات ہے۔ انسان گاڈ کی سیٹ پر نہیں بیٹھ سکتا۔</w:t>
      </w:r>
    </w:p>
    <w:p>
      <w:r>
        <w:rPr>
          <w:b/>
        </w:rPr>
        <w:t xml:space="preserve">[09:14] </w:t>
      </w:r>
      <w:r>
        <w:t>jis seat par baithna is ke liye possible tha, us par nahi baith kar ke wo khud gaadi ki seat par baithne ka plan bana liya. us ne</w:t>
      </w:r>
    </w:p>
    <w:p>
      <w:pPr>
        <w:jc w:val="right"/>
      </w:pPr>
      <w:r>
        <w:t>جس سیٹ پر بیٹھنا اس کے لیے پاسیبل تھا، اس پر نہیں بیٹھ کر کے وہ خود گاڑی کی سیٹ پر بیٹھنے کا پلان بنا لیا۔ اس نے</w:t>
      </w:r>
    </w:p>
    <w:p>
      <w:r>
        <w:rPr>
          <w:b/>
        </w:rPr>
        <w:t xml:space="preserve">[09:26] </w:t>
      </w:r>
      <w:r>
        <w:t>isi qism ke ek philosopher ki book hai jis ka naam hai "man stands alone".</w:t>
      </w:r>
    </w:p>
    <w:p>
      <w:pPr>
        <w:jc w:val="right"/>
      </w:pPr>
      <w:r>
        <w:t>اسی قسم کے ایک فلاسفر کی بک ہے جس کا نام ہے "مین اسٹینڈز الون"۔</w:t>
      </w:r>
    </w:p>
    <w:p>
      <w:r>
        <w:rPr>
          <w:b/>
        </w:rPr>
        <w:t xml:space="preserve">[09:35] </w:t>
      </w:r>
      <w:r>
        <w:t>ye sab bilkul, yani</w:t>
      </w:r>
    </w:p>
    <w:p>
      <w:pPr>
        <w:jc w:val="right"/>
      </w:pPr>
      <w:r>
        <w:t>یہ سب بالکل، یعنی</w:t>
      </w:r>
    </w:p>
    <w:p>
      <w:r>
        <w:rPr>
          <w:b/>
        </w:rPr>
        <w:t xml:space="preserve">[09:42] </w:t>
      </w:r>
      <w:r>
        <w:t>bilkul baseless baatein hain. is ki koi haqeeqat nahi hai. to beharhaal, main ye kahunga ke hum mein se koi shakhs agar aspire karna chahta hai kisi badi cheez ki, koi tamanna apne dil mein paalna chahta hai kisi badi cheez ki,</w:t>
      </w:r>
    </w:p>
    <w:p>
      <w:pPr>
        <w:jc w:val="right"/>
      </w:pPr>
      <w:r>
        <w:t>بالکل بیسلیس باتیں ہیں۔ اس کی کوئی حقیقت نہیں ہے۔ تو بہرحال، میں یہ کہوں گا کہ ہم میں سے کوئی شخص اگر ایسپائر کرنا چاہتا ہے کسی بڑی چیز کی، کوئی تمنا اپنے دل میں پالنا چاہتا ہے کسی بڑی چیز کی،</w:t>
      </w:r>
    </w:p>
    <w:p>
      <w:r>
        <w:rPr>
          <w:b/>
        </w:rPr>
        <w:t xml:space="preserve">[10:04] </w:t>
      </w:r>
      <w:r>
        <w:t>to main samajhta hoon ke is se badi koi tamanna nahi ho sakti. is se bada koi aspiration nahi ho sakta ke wo aspire kare ke main universe ka second best banunga,</w:t>
      </w:r>
    </w:p>
    <w:p>
      <w:pPr>
        <w:jc w:val="right"/>
      </w:pPr>
      <w:r>
        <w:t>تو میں سمجھتا ہوں کہ اس سے بڑی کوئی تمنا نہیں ہو سکتی۔ اس سے بڑا کوئی ایسپریشن نہیں ہو سکتا کہ وہ ایسپائر کرے کہ میں یونیورس کا سیکنڈ بیسٹ بنوں گا،</w:t>
      </w:r>
    </w:p>
    <w:p>
      <w:r>
        <w:rPr>
          <w:b/>
        </w:rPr>
        <w:t xml:space="preserve">[10:17] </w:t>
      </w:r>
      <w:r>
        <w:t>yani khuda ko acknowledge karne wala, khuda ko discover karne wala, khuda ko realize karne wala, khuda ki barhai ko manne wala, khuda ke aage surrender karne wala.</w:t>
      </w:r>
    </w:p>
    <w:p>
      <w:pPr>
        <w:jc w:val="right"/>
      </w:pPr>
      <w:r>
        <w:t>یعنی خدا کو ایکنالج کرنے والا، خدا کو ڈسکور کرنے والا، خدا کو ریلائز کرنے والا، خدا کی بڑائی کو ماننے والا، خدا کے آگے سرینڈر کرنے والا۔</w:t>
      </w:r>
    </w:p>
    <w:p>
      <w:r>
        <w:rPr>
          <w:b/>
        </w:rPr>
        <w:t xml:space="preserve">[10:32] </w:t>
      </w:r>
      <w:r>
        <w:t>wo insan.</w:t>
      </w:r>
    </w:p>
    <w:p>
      <w:pPr>
        <w:jc w:val="right"/>
      </w:pPr>
      <w:r>
        <w:t>وہ انسان۔</w:t>
      </w:r>
    </w:p>
    <w:p>
      <w:r>
        <w:rPr>
          <w:b/>
        </w:rPr>
        <w:t xml:space="preserve">[10:40] </w:t>
      </w:r>
      <w:r>
        <w:t>dekhiye, ye mere haath mein ye hai</w:t>
      </w:r>
    </w:p>
    <w:p>
      <w:pPr>
        <w:jc w:val="right"/>
      </w:pPr>
      <w:r>
        <w:t>دیکھیے، یہ میرے ہاتھ میں یہ ہے</w:t>
      </w:r>
    </w:p>
    <w:p>
      <w:r>
        <w:rPr>
          <w:b/>
        </w:rPr>
        <w:t xml:space="preserve">[10:46] </w:t>
      </w:r>
      <w:r>
        <w:t>english daily "the hindu", yani aaj chhe october ka ye issue hai.</w:t>
      </w:r>
    </w:p>
    <w:p>
      <w:pPr>
        <w:jc w:val="right"/>
      </w:pPr>
      <w:r>
        <w:t>انگلش ڈیلی "دا ہندو"، یعنی آج چھ اکتوبر کا یہ ایشو ہے۔</w:t>
      </w:r>
    </w:p>
    <w:p>
      <w:r>
        <w:rPr>
          <w:b/>
        </w:rPr>
        <w:t xml:space="preserve">[10:57] </w:t>
      </w:r>
      <w:r>
        <w:t>to is mein ek report chhapi hai</w:t>
      </w:r>
    </w:p>
    <w:p>
      <w:pPr>
        <w:jc w:val="right"/>
      </w:pPr>
      <w:r>
        <w:t>تو اس میں ایک رپورٹ چھپی ہے</w:t>
      </w:r>
    </w:p>
    <w:p>
      <w:r>
        <w:rPr>
          <w:b/>
        </w:rPr>
        <w:t xml:space="preserve">[11:02] </w:t>
      </w:r>
      <w:r>
        <w:t>jis ka caption ye hai ke "quran tops</w:t>
      </w:r>
    </w:p>
    <w:p>
      <w:pPr>
        <w:jc w:val="right"/>
      </w:pPr>
      <w:r>
        <w:t>جس کا کیپشن یہ ہے کہ "قرآن ٹاپس</w:t>
      </w:r>
    </w:p>
    <w:p>
      <w:r>
        <w:rPr>
          <w:b/>
        </w:rPr>
        <w:t xml:space="preserve">[11:14] </w:t>
      </w:r>
      <w:r>
        <w:t>google book search".</w:t>
      </w:r>
    </w:p>
    <w:p>
      <w:pPr>
        <w:jc w:val="right"/>
      </w:pPr>
      <w:r>
        <w:t>گوگل بک سرچ"۔</w:t>
      </w:r>
    </w:p>
    <w:p>
      <w:r>
        <w:rPr>
          <w:b/>
        </w:rPr>
        <w:t xml:space="preserve">[11:19] </w:t>
      </w:r>
      <w:r>
        <w:t>ye</w:t>
      </w:r>
    </w:p>
    <w:p>
      <w:pPr>
        <w:jc w:val="right"/>
      </w:pPr>
      <w:r>
        <w:t>یہ</w:t>
      </w:r>
    </w:p>
    <w:p>
      <w:r>
        <w:rPr>
          <w:b/>
        </w:rPr>
        <w:t xml:space="preserve">[11:24] </w:t>
      </w:r>
      <w:r>
        <w:t>ek ek research ki gayi ke google ka jo aap jante hain ke shayad number one search engine hai google, to unhone is par survey karwaya.</w:t>
      </w:r>
    </w:p>
    <w:p>
      <w:pPr>
        <w:jc w:val="right"/>
      </w:pPr>
      <w:r>
        <w:t>ایک ایک ریسرچ کی گئی کہ گوگل کا جو آپ جانتے ہیں کہ شاید نمبر ون سرچ انجن ہے گوگل، تو انہوں نے اس پر سروے کروایا۔</w:t>
      </w:r>
    </w:p>
    <w:p>
      <w:r>
        <w:rPr>
          <w:b/>
        </w:rPr>
        <w:t xml:space="preserve">[11:38] </w:t>
      </w:r>
      <w:r>
        <w:t>to maloom hua ke unka jo, unka jo jis ko kehte hain online read, online reading, to online reading jo karte hain jo log is par, to sab se zyada top par hai jo book jis ko zyada wo padhte hain internet par, wo hai quran.</w:t>
      </w:r>
    </w:p>
    <w:p>
      <w:pPr>
        <w:jc w:val="right"/>
      </w:pPr>
      <w:r>
        <w:t>تو معلوم ہوا کہ ان کا جو، ان کا جو جس کو کہتے ہیں آن لائن ریڈ، آن لائن ریڈنگ، تو آن لائن ریڈنگ جو کرتے ہیں جو لوگ اس پر، تو سب سے زیادہ ٹاپ پر ہے جو بک جس کو زیادہ وہ پڑھتے ہیں انٹرنیٹ پر، وہ ہے قرآن۔</w:t>
      </w:r>
    </w:p>
    <w:p>
      <w:r>
        <w:rPr>
          <w:b/>
        </w:rPr>
        <w:t xml:space="preserve">[12:03] </w:t>
      </w:r>
      <w:r>
        <w:t>ye aaj ke paper mein ye chhapa hai. sab se zyada. ye badi anokhi baat hai.</w:t>
      </w:r>
    </w:p>
    <w:p>
      <w:pPr>
        <w:jc w:val="right"/>
      </w:pPr>
      <w:r>
        <w:t>یہ آج کے پیپر میں یہ چھپا ہے۔ سب سے زیادہ۔ یہ بڑی انوکھی بات ہے۔</w:t>
      </w:r>
    </w:p>
    <w:p>
      <w:r>
        <w:rPr>
          <w:b/>
        </w:rPr>
        <w:t xml:space="preserve">[12:13] </w:t>
      </w:r>
      <w:r>
        <w:t>bahut anokhi baat hai. is par main sochta raha</w:t>
      </w:r>
    </w:p>
    <w:p>
      <w:pPr>
        <w:jc w:val="right"/>
      </w:pPr>
      <w:r>
        <w:t>بہت انوکھی بات ہے۔ اس پر میں سوچتا رہا</w:t>
      </w:r>
    </w:p>
    <w:p>
      <w:r>
        <w:rPr>
          <w:b/>
        </w:rPr>
        <w:t xml:space="preserve">[12:20] </w:t>
      </w:r>
      <w:r>
        <w:t>ke aisa kyun hai?</w:t>
      </w:r>
    </w:p>
    <w:p>
      <w:pPr>
        <w:jc w:val="right"/>
      </w:pPr>
      <w:r>
        <w:t>کہ ایسا کیوں ہے؟</w:t>
      </w:r>
    </w:p>
    <w:p>
      <w:r>
        <w:rPr>
          <w:b/>
        </w:rPr>
        <w:t xml:space="preserve">[12:25] </w:t>
      </w:r>
      <w:r>
        <w:t>aisa kyun hai?</w:t>
      </w:r>
    </w:p>
    <w:p>
      <w:pPr>
        <w:jc w:val="right"/>
      </w:pPr>
      <w:r>
        <w:t>ایسا کیوں ہے؟</w:t>
      </w:r>
    </w:p>
    <w:p>
      <w:r>
        <w:rPr>
          <w:b/>
        </w:rPr>
        <w:t xml:space="preserve">[12:31] </w:t>
      </w:r>
      <w:r>
        <w:t>aisa kyun hai ke ke ye akhbar walon ki ye khabar mili ke quran tops google book search?</w:t>
      </w:r>
    </w:p>
    <w:p>
      <w:pPr>
        <w:jc w:val="right"/>
      </w:pPr>
      <w:r>
        <w:t>ایسا کیوں ہے کہ کہ یہ اخبار والوں کی یہ خبر ملی کہ قرآن ٹاپس گوگل بک سرچ؟</w:t>
      </w:r>
    </w:p>
    <w:p>
      <w:r>
        <w:rPr>
          <w:b/>
        </w:rPr>
        <w:t xml:space="preserve">[12:44] </w:t>
      </w:r>
      <w:r>
        <w:t>dekhiye,</w:t>
      </w:r>
    </w:p>
    <w:p>
      <w:pPr>
        <w:jc w:val="right"/>
      </w:pPr>
      <w:r>
        <w:t>دیکھیے،</w:t>
      </w:r>
    </w:p>
    <w:p>
      <w:r>
        <w:rPr>
          <w:b/>
        </w:rPr>
        <w:t xml:space="preserve">[12:48] </w:t>
      </w:r>
      <w:r>
        <w:t>kal hi ek paper, kal hi ghaliban times of india mein, kal ya parson ek ek article aaya tha "islam hijacked".</w:t>
      </w:r>
    </w:p>
    <w:p>
      <w:pPr>
        <w:jc w:val="right"/>
      </w:pPr>
      <w:r>
        <w:t>کل ہی ایک پیپر، کل ہی غالباً ٹائمز آف انڈیا میں، کل یا پرسوں ایک ایک آرٹیکل آیا تھا "اسلام ہائیجیکڈ"۔</w:t>
      </w:r>
    </w:p>
    <w:p>
      <w:r>
        <w:rPr>
          <w:b/>
        </w:rPr>
        <w:t xml:space="preserve">[13:02] </w:t>
      </w:r>
      <w:r>
        <w:t>is mein quran ke bare mein aisi bilkul absurd baatein likhi hui thin. to ek taraf quran ke bare mein false propaganda hai, doosri taraf quran top par pahuncha hua hai.</w:t>
      </w:r>
    </w:p>
    <w:p>
      <w:pPr>
        <w:jc w:val="right"/>
      </w:pPr>
      <w:r>
        <w:t>اس میں قرآن کے بارے میں ایسی بالکل ایبسورٹ باتیں لکھی ہوئی تھیں۔ تو ایک طرف قرآن کے بارے میں فالس پروپیگنڈا ہے، دوسری طرف قرآن ٹاپ پر پہنچا ہوا ہے۔</w:t>
      </w:r>
    </w:p>
    <w:p>
      <w:r>
        <w:rPr>
          <w:b/>
        </w:rPr>
        <w:t xml:space="preserve">[13:15] </w:t>
      </w:r>
      <w:r>
        <w:t>ye sochne ki baat hai. misaal ke taur par is mein likha tha quran ke bare mein ke quran profit ke death ke 13 saal baad compile kiya gaya.</w:t>
      </w:r>
    </w:p>
    <w:p>
      <w:pPr>
        <w:jc w:val="right"/>
      </w:pPr>
      <w:r>
        <w:t>یہ سوچنے کی بات ہے۔ مثلاً اس میں لکھا تھا قرآن کے بارے میں کہ قرآن پرافٹ کے ڈیتھ کے 13 سال بعد کمپائل کیا گیا۔</w:t>
      </w:r>
    </w:p>
    <w:p>
      <w:r>
        <w:rPr>
          <w:b/>
        </w:rPr>
        <w:t xml:space="preserve">[13:30] </w:t>
      </w:r>
      <w:r>
        <w:t>yeh bilashubah aik baseless baat hai. yeh aisa aadmi kar sakta hai jo educated aadmi na ho. aaj kal logon ka haal yeh hai ke English likhna aaye unhein to bas woh qalb chalana shuru kar dete hain.</w:t>
      </w:r>
    </w:p>
    <w:p>
      <w:pPr>
        <w:jc w:val="right"/>
      </w:pPr>
      <w:r>
        <w:t>یہ بلاشبہ ایک بیسلیس بات ہے۔ یہ ایسا آدمی کر سکتا ہے جو ایجوکیٹڈ آدمی نہ ہو۔ آج کل لوگوں کا حال یہ ہے کہ انگلش لکھنا آئے انہیں تو بس وہ قلب چلانا شروع کر دیتے ہیں۔</w:t>
      </w:r>
    </w:p>
    <w:p>
      <w:r>
        <w:rPr>
          <w:b/>
        </w:rPr>
        <w:t xml:space="preserve">[13:45] </w:t>
      </w:r>
      <w:r>
        <w:t>science ke subject par koi is tarah ka article nahi likhega, lekin mazhab ke subject par har aadmi is tarah ka article likhne ko tayyar rehta hai.</w:t>
      </w:r>
    </w:p>
    <w:p>
      <w:pPr>
        <w:jc w:val="right"/>
      </w:pPr>
      <w:r>
        <w:t>سائنس کے سبجیکٹ پر کوئی اس طرح کا آرٹیکل نہیں لکھے گا، لیکن مذہب کے سبجیکٹ پر ہر آدمی اس طرح کا آرٹیکل لکھنے کو تیار رہتا ہے۔</w:t>
      </w:r>
    </w:p>
    <w:p>
      <w:r>
        <w:rPr>
          <w:b/>
        </w:rPr>
        <w:t xml:space="preserve">[13:56] </w:t>
      </w:r>
      <w:r>
        <w:t>dekhen, is mein ghalati kya hai ke is writer ne, yaani he failed to differentiate, to differentiate between two things, yaani compilation aur copy.</w:t>
      </w:r>
    </w:p>
    <w:p>
      <w:pPr>
        <w:jc w:val="right"/>
      </w:pPr>
      <w:r>
        <w:t>دیکھیں، اس میں غلطی کیا ہے کہ اس رائٹر نے، یعنی ہی فیل ٹو ڈفرنٹ، ٹو ڈیفرنشیٹ بٹوین ٹو تھنگز، یعنی کمپائلیشن اور کاپی۔</w:t>
      </w:r>
    </w:p>
    <w:p>
      <w:r>
        <w:rPr>
          <w:b/>
        </w:rPr>
        <w:t xml:space="preserve">[14:13] </w:t>
      </w:r>
      <w:r>
        <w:t>aik hai Quran ko compile karna aur aik hai Quran ki copy banana, is ka yaani naqal karna.</w:t>
      </w:r>
    </w:p>
    <w:p>
      <w:pPr>
        <w:jc w:val="right"/>
      </w:pPr>
      <w:r>
        <w:t>ایک ہے قرآن کو کمپائل کرنا اور ایک ہے قرآن کی کاپی بنانا، اس کا یعنی نقل کرنا۔</w:t>
      </w:r>
    </w:p>
    <w:p>
      <w:r>
        <w:rPr>
          <w:b/>
        </w:rPr>
        <w:t xml:space="preserve">[14:24] </w:t>
      </w:r>
      <w:r>
        <w:t>to dekhiye, jo is ki jo history hai, woh batati hai ke Quran utra 23 years mein periodical way mein, aur aap ki death se pehle poora poora Quran compile ho chuka tha.</w:t>
      </w:r>
    </w:p>
    <w:p>
      <w:pPr>
        <w:jc w:val="right"/>
      </w:pPr>
      <w:r>
        <w:t>تو دیکھیے، جو اس کی جو ہسٹری ہے، وہ بتاتی ہے کہ قرآن اترا 23 ایئرز میں پیریڈیکل وے میں، اور آپ کی ڈیتھ سے پہلے پورا پورا قرآن کمپائل ہو چکا تھا۔</w:t>
      </w:r>
    </w:p>
    <w:p>
      <w:r>
        <w:rPr>
          <w:b/>
        </w:rPr>
        <w:t xml:space="preserve">[14:44] </w:t>
      </w:r>
      <w:r>
        <w:t>poora poora Quran, yaani Al-Fatiha se le kar Naas tak, 114 chapters.</w:t>
      </w:r>
    </w:p>
    <w:p>
      <w:pPr>
        <w:jc w:val="right"/>
      </w:pPr>
      <w:r>
        <w:t>پورا پورا قرآن، یعنی الفاتحہ سے لے کر الناس تک، 114 چیپٹرز۔</w:t>
      </w:r>
    </w:p>
    <w:p>
      <w:r>
        <w:rPr>
          <w:b/>
        </w:rPr>
        <w:t xml:space="preserve">[14:54] </w:t>
      </w:r>
      <w:r>
        <w:t>to lekin is waqt kya shakal thi? is waqt printing press to hota nahi tha, lekin in logon ko is waqt numri logon ko bohat achhi hua karti thi.</w:t>
      </w:r>
    </w:p>
    <w:p>
      <w:pPr>
        <w:jc w:val="right"/>
      </w:pPr>
      <w:r>
        <w:t>تو لیکن اس وقت کیا شکل تھی؟ اس وقت پرنٹنگ پریس تو ہوتا نہیں تھا، لیکن ان لوگوں کو اس وقت نمبری لوگوں کو بہت اچھی ہوا کرتی تھی۔</w:t>
      </w:r>
    </w:p>
    <w:p>
      <w:r>
        <w:rPr>
          <w:b/>
        </w:rPr>
        <w:t xml:space="preserve">[15:09] </w:t>
      </w:r>
      <w:r>
        <w:t>kyun ke aap jante hain ke jo faculty zyada istemal mein ho, woh faculty bohat strong ho jati hai.</w:t>
      </w:r>
    </w:p>
    <w:p>
      <w:pPr>
        <w:jc w:val="right"/>
      </w:pPr>
      <w:r>
        <w:t>کیونکہ آپ جانتے ہیں کہ جو فیکلٹی زیادہ استعمال میں ہو، وہ فیکلٹی بہت سٹرانگ ہو جاتی ہے۔</w:t>
      </w:r>
    </w:p>
    <w:p>
      <w:r>
        <w:rPr>
          <w:b/>
        </w:rPr>
        <w:t xml:space="preserve">[15:21] </w:t>
      </w:r>
      <w:r>
        <w:t>to pichhle zamane mein log zyada tar memory se kaam kiya karte the, to bohat aasani se woh log yaad kar lete the.</w:t>
      </w:r>
    </w:p>
    <w:p>
      <w:pPr>
        <w:jc w:val="right"/>
      </w:pPr>
      <w:r>
        <w:t>تو پچھلے زمانے میں لوگ زیادہ تر میموری سے کام کیا کرتے تھے، تو بہت آسانی سے وہ لوگ یاد کر لیتے تھے۔</w:t>
      </w:r>
    </w:p>
    <w:p>
      <w:r>
        <w:rPr>
          <w:b/>
        </w:rPr>
        <w:t xml:space="preserve">[15:32] </w:t>
      </w:r>
      <w:r>
        <w:t>to is zamane mein Quran jo hai, hazaron hazar logon ke mind mein rehta tha. bohat easily woh yaad kar lete the, aur fragmentary way mein likha hua bhi rehta tha sab ke sath, sab ke paas.</w:t>
      </w:r>
    </w:p>
    <w:p>
      <w:pPr>
        <w:jc w:val="right"/>
      </w:pPr>
      <w:r>
        <w:t>تو اس زمانے میں قرآن جو ہے، ہزاروں ہزار لوگوں کے مائنڈ میں رہتا تھا۔ بہت ایزیلی وہ یاد کر لیتے تھے، اور فرگمنٹری وے میں لکھا ہوا بھی رہتا تھا سب کے ساتھ، سب کے پاس۔</w:t>
      </w:r>
    </w:p>
    <w:p>
      <w:r>
        <w:rPr>
          <w:b/>
        </w:rPr>
        <w:t xml:space="preserve">[15:49] </w:t>
      </w:r>
      <w:r>
        <w:t>yaani poora poora Quran, yaani aik binding mein to nahi hota tha prophet ke zamane mein, lekin fragmentary way mein sara Quran kuch un ke paas, kuch un ke paas, kuch un ke paas maujood rehta tha.</w:t>
      </w:r>
    </w:p>
    <w:p>
      <w:pPr>
        <w:jc w:val="right"/>
      </w:pPr>
      <w:r>
        <w:t>یعنی پورا پورا قرآن، یعنی ایک بائنڈنگ میں تو نہیں ہوتا تھا پرافٹ کے زمانے میں، لیکن فرگمنٹری وے میں سارا قرآن کچھ ان کے پاس، کچھ ان کے پاس، کچھ ان کے پاس موجود رہتا تھا۔</w:t>
      </w:r>
    </w:p>
    <w:p>
      <w:r>
        <w:rPr>
          <w:b/>
        </w:rPr>
        <w:t xml:space="preserve">[16:04] </w:t>
      </w:r>
      <w:r>
        <w:t>likhte the log. to prophet ki jab death hui jis saal, us saal angel Jibrael jo revelation jo laya karte the,</w:t>
      </w:r>
    </w:p>
    <w:p>
      <w:pPr>
        <w:jc w:val="right"/>
      </w:pPr>
      <w:r>
        <w:t>لکھتے تھے لوگ۔ تو پرافٹ کی جب ڈیتھ ہوئی جس سال، اس سال اینجل جبرائیل جو ریولیشن جو لایا کرتے تھے،</w:t>
      </w:r>
    </w:p>
    <w:p>
      <w:r>
        <w:rPr>
          <w:b/>
        </w:rPr>
        <w:t xml:space="preserve">[16:20] </w:t>
      </w:r>
      <w:r>
        <w:t>woh aap ke paas do baar aaye. is ko kehte hain Arabic kitabon mein "Ardh Akhira" aur "Ardh Aula".</w:t>
      </w:r>
    </w:p>
    <w:p>
      <w:pPr>
        <w:jc w:val="right"/>
      </w:pPr>
      <w:r>
        <w:t>وہ آپ کے پاس دو بار آئے۔ اس کو کہتے ہیں عربی کتابوں میں "ارض اخیرہ" اور "ارض اولی"۔</w:t>
      </w:r>
    </w:p>
    <w:p>
      <w:r>
        <w:rPr>
          <w:b/>
        </w:rPr>
        <w:t xml:space="preserve">[16:29] </w:t>
      </w:r>
      <w:r>
        <w:t>yaani poora Quran Jibrael ne parh kar sunaya, aur phir aap ne un ke samne poora Quran parh kar sunaya. aik baar. phir doosri baar aise hua ke Jibrael aaye, poora Quran, yaani 114 chapters,</w:t>
      </w:r>
    </w:p>
    <w:p>
      <w:pPr>
        <w:jc w:val="right"/>
      </w:pPr>
      <w:r>
        <w:t>یعنی پورا قرآن جبرائیل نے پڑھ کر سنایا، اور پھر آپ نے ان کے سامنے پورا قرآن پڑھ کر سنایا۔ ایک بار۔ پھر دوسری بار ایسے ہوا کہ جبرائیل آئے، پورا قرآن، یعنی 114 چیپٹرز،</w:t>
      </w:r>
    </w:p>
    <w:p>
      <w:r>
        <w:rPr>
          <w:b/>
        </w:rPr>
        <w:t xml:space="preserve">[16:45] </w:t>
      </w:r>
      <w:r>
        <w:t>Al-Fatiha Naas tak, Jibrael ne parh kar sunaya, phir aap ne Jibrael ko parh kar sunaya. to yeh do baar hua aap ki death se pehle.</w:t>
      </w:r>
    </w:p>
    <w:p>
      <w:pPr>
        <w:jc w:val="right"/>
      </w:pPr>
      <w:r>
        <w:t>الفاتحہ الناس تک، جبرائیل نے پڑھ کر سنایا، پھر آپ نے جبرائیل کو پڑھ کر سنایا۔ تو یہ دو بار ہوا آپ کی ڈیتھ سے پہلے۔</w:t>
      </w:r>
    </w:p>
    <w:p>
      <w:r>
        <w:rPr>
          <w:b/>
        </w:rPr>
        <w:t xml:space="preserve">[16:57] </w:t>
      </w:r>
      <w:r>
        <w:t>to compilation jis ko kehte hain, woh prophet ke zamane hi mein ho chuka tha. doosri baat jo hai, woh yeh hai ke second caliph ke first caliph mein, first caliph ke zamane mein,</w:t>
      </w:r>
    </w:p>
    <w:p>
      <w:pPr>
        <w:jc w:val="right"/>
      </w:pPr>
      <w:r>
        <w:t>تو کمپائلیشن جس کو کہتے ہیں، وہ پرافٹ کے زمانے ہی میں ہو چکا تھا۔ دوسری بات جو ہے، وہ یہ ہے کہ سیکنڈ کیلیف کے فرسٹ کیلیف میں، فرسٹ کیلیف کے زمانے میں،</w:t>
      </w:r>
    </w:p>
    <w:p>
      <w:r>
        <w:rPr>
          <w:b/>
        </w:rPr>
        <w:t xml:space="preserve">[17:13] </w:t>
      </w:r>
      <w:r>
        <w:t>is ko likha gaya aik book form. yaani book form mein is waqt nahi tha. book form mein hua hai aap ki death ke baad, first caliph ke zamane mein, yaani Abu Bakr Siddiq ke zamane mein.</w:t>
      </w:r>
    </w:p>
    <w:p>
      <w:pPr>
        <w:jc w:val="right"/>
      </w:pPr>
      <w:r>
        <w:t>اس کو لکھا گیا ایک بک فارم۔ یعنی بک فارم میں اس وقت نہیں تھا۔ بک فارم میں ہوا ہے آپ کی ڈیتھ کے بعد، فرسٹ کیلیف کے زمانے میں، یعنی ابوبکر صدیق کے زمانے میں۔</w:t>
      </w:r>
    </w:p>
    <w:p>
      <w:r>
        <w:rPr>
          <w:b/>
        </w:rPr>
        <w:t xml:space="preserve">[17:26] </w:t>
      </w:r>
      <w:r>
        <w:t>to jo book form mein jo banaya gaya tha, woh tha square. is ki shape jo thi, woh square shape thi. isi liye is ko kehte hain "Rabba".</w:t>
      </w:r>
    </w:p>
    <w:p>
      <w:pPr>
        <w:jc w:val="right"/>
      </w:pPr>
      <w:r>
        <w:t>تو جو بک فارم میں جو بنایا گیا تھا، وہ تھا اسکوئر۔ اس کی شیپ جو تھی، وہ اسکوئر شیپ تھی۔ اسی لیے اس کو کہتے ہیں "ربا"۔</w:t>
      </w:r>
    </w:p>
    <w:p>
      <w:r>
        <w:rPr>
          <w:b/>
        </w:rPr>
        <w:t xml:space="preserve">[17:37] </w:t>
      </w:r>
      <w:r>
        <w:t>is ka naam "Rabba" means chokor ya square. to "Rabba" ki sirf shakal mein woh banaya gaya, likha gaya.</w:t>
      </w:r>
    </w:p>
    <w:p>
      <w:pPr>
        <w:jc w:val="right"/>
      </w:pPr>
      <w:r>
        <w:t>اس کا نام "ربا" مینز چوکور یا اسکوئر۔ تو "ربا" کی صرف شکل میں وہ بنایا گیا، لکھا گیا۔</w:t>
      </w:r>
    </w:p>
    <w:p>
      <w:r>
        <w:rPr>
          <w:b/>
        </w:rPr>
        <w:t xml:space="preserve">[17:48] </w:t>
      </w:r>
      <w:r>
        <w:t>ab woh aik authentic copy in logon ke mind mein, logon ki memory mein to sara Quran tha, hazaron hazar logon ke mind memory mein.</w:t>
      </w:r>
    </w:p>
    <w:p>
      <w:pPr>
        <w:jc w:val="right"/>
      </w:pPr>
      <w:r>
        <w:t>اب وہ ایک اتھینٹک کاپی ان لوگوں کے مائنڈ میں، لوگوں کی میموری میں تو سارا قرآن تھا، ہزاروں ہزار لوگوں کے مائنڈ میموری میں۔</w:t>
      </w:r>
    </w:p>
    <w:p>
      <w:r>
        <w:rPr>
          <w:b/>
        </w:rPr>
        <w:t xml:space="preserve">[17:58] </w:t>
      </w:r>
      <w:r>
        <w:t>lekin yaani likhi hui shakal mein aur aik binding ki shakal mein aik copy tayyar hui first caliph ke zamane mein.</w:t>
      </w:r>
    </w:p>
    <w:p>
      <w:pPr>
        <w:jc w:val="right"/>
      </w:pPr>
      <w:r>
        <w:t>لیکن یعنی لکھی ہوئی شکل میں اور ایک بائنڈنگ کی شکل میں ایک کاپی تیار ہوئی فرسٹ کیلیف کے زمانے میں۔</w:t>
      </w:r>
    </w:p>
    <w:p>
      <w:r>
        <w:rPr>
          <w:b/>
        </w:rPr>
        <w:t xml:space="preserve">[18:10] </w:t>
      </w:r>
      <w:r>
        <w:t>woh copy rakh di gayi Hazrat Hafsa, jo aap ki yaani ahliya thin Rasool Allah ki, un ke paas rakh di gayi. to teesre caliph jo Usman jinka naam hai, un ke zamane mein yeh hua ke is aap ne Hazrat Hafsa se woh single copy jo thi, woh mangwai,</w:t>
      </w:r>
    </w:p>
    <w:p>
      <w:pPr>
        <w:jc w:val="right"/>
      </w:pPr>
      <w:r>
        <w:t>وہ کاپی رکھ دی گئی حضرت حفصہ، جو آپ کی یعنی اہلیہ تھیں رسول اللہ کی، ان کے پاس رکھ دی گئی۔ تو تیسرے قریب جو عثمان جن کا نام ہے، ان کے زمانے میں یہ ہوا کہ اس آپ نے حضرت حفصہ سے وہ سنگل کاپی جو تھی، وہ منگوائی،</w:t>
      </w:r>
    </w:p>
    <w:p>
      <w:r>
        <w:rPr>
          <w:b/>
        </w:rPr>
        <w:t xml:space="preserve">[18:32] </w:t>
      </w:r>
      <w:r>
        <w:t>aur sarkari intezam mein is ki bohat si copy tayyar ki gayi. bohat si copy. aur phir is ko binding ki gayi.</w:t>
      </w:r>
    </w:p>
    <w:p>
      <w:pPr>
        <w:jc w:val="right"/>
      </w:pPr>
      <w:r>
        <w:t>اور سرکاری اہتمام میں اس کی بہت سی کاپی تیار کی گئی۔ بہت سی کاپی۔ اور پھر اس کو بائنڈنگ کی گئی۔</w:t>
      </w:r>
    </w:p>
    <w:p>
      <w:r>
        <w:rPr>
          <w:b/>
        </w:rPr>
        <w:t xml:space="preserve">[18:43] </w:t>
      </w:r>
      <w:r>
        <w:t>yeh jo copies thin, un ko kyun ke is waqt Islam ka yaani bohat door tak phail chuka tha Islam ka area, to har jagah jo badi badi masjidain thin, wahan par rakhwa diya gaya ke is ko log parhen, is se copy karen, yeh authentic copy hai.</w:t>
      </w:r>
    </w:p>
    <w:p>
      <w:pPr>
        <w:jc w:val="right"/>
      </w:pPr>
      <w:r>
        <w:t>یہ جو کاپیز تھیں، ان کو کیونکہ اس وقت اسلام کا یعنی بہت دور تک پھیل چکا تھا اسلام کا ایریا، تو ہر جگہ جو بڑی بڑی مسجدیں تھیں، وہاں پر رکھوا دیا گیا کہ اس کو لوگ پڑھیں، اس سے کاپی کریں، یہ اتھینٹک کاپی ہے۔</w:t>
      </w:r>
    </w:p>
    <w:p>
      <w:r>
        <w:rPr>
          <w:b/>
        </w:rPr>
        <w:t xml:space="preserve">[19:06] </w:t>
      </w:r>
      <w:r>
        <w:t>to utra Quran 23 saal mein, aur prophet ke zamane hi mein woh compile ho chuka tha. Hazrat Abu Bakr ne jo first caliph the, unhon ne is ki copy tayyar ki binding ki surat mein, aur third caliph jo the, unhon ne is copy se copy banwai.</w:t>
      </w:r>
    </w:p>
    <w:p>
      <w:pPr>
        <w:jc w:val="right"/>
      </w:pPr>
      <w:r>
        <w:t>تو اترا قرآن 23 سال میں، اور پرافٹ کے زمانے ہی میں وہ کمپائل ہو چکا تھا۔ حضرت ابوبکر نے جو فرسٹ قالیف تھے، انہوں نے اس کی کاپی تیار کی بائنڈنگ کی صورت میں، اور تھرڈ قالی جو تھے، انہوں نے اس کاپی سے کاپی بنوائی۔</w:t>
      </w:r>
    </w:p>
    <w:p>
      <w:r>
        <w:rPr>
          <w:b/>
        </w:rPr>
        <w:t xml:space="preserve">[19:23] </w:t>
      </w:r>
      <w:r>
        <w:t>bas yeh hai qissa. ab unhon ne likh diya ke 13 saal baad compile kiya gaya. yeh bilkul baseless baat hai.</w:t>
      </w:r>
    </w:p>
    <w:p>
      <w:pPr>
        <w:jc w:val="right"/>
      </w:pPr>
      <w:r>
        <w:t>بس یہ ہے قصہ۔ اب انہوں نے لکھ دیا کہ 13 سال بعد کمپائل کیا گیا۔ یہ بالکل بیسلیس بات ہے۔</w:t>
      </w:r>
    </w:p>
    <w:p>
      <w:r>
        <w:rPr>
          <w:b/>
        </w:rPr>
        <w:t xml:space="preserve">[19:33] </w:t>
      </w:r>
      <w:r>
        <w:t>to dekhiye,</w:t>
      </w:r>
    </w:p>
    <w:p>
      <w:pPr>
        <w:jc w:val="right"/>
      </w:pPr>
      <w:r>
        <w:t>تو دیکھیے،</w:t>
      </w:r>
    </w:p>
    <w:p>
      <w:r>
        <w:rPr>
          <w:b/>
        </w:rPr>
        <w:t xml:space="preserve">[19:37] </w:t>
      </w:r>
      <w:r>
        <w:t>aksar log yeh samajhte hain ke quran aaj kal jo bohat parha ja raha hai dunya bhar mein, to is ki wajah yeh hai ke jo militancy ho rahi hai quran ke naam par, is ki wajah se quran news mein aa gaya hai.</w:t>
      </w:r>
    </w:p>
    <w:p>
      <w:pPr>
        <w:jc w:val="right"/>
      </w:pPr>
      <w:r>
        <w:t>اکثر لوگ یہ سمجھتے ہیں کہ قرآن آج کل جو بہت پڑھا جا رہا ہے دنیا بھر میں، تو اس کی وجہ یہ ہے کہ جو ملٹینسی ہو رہی ہے قرآن کے نام پر، اس کی وجہ سے قرآن نیوز میں آ گیا ہے۔</w:t>
      </w:r>
    </w:p>
    <w:p>
      <w:r>
        <w:rPr>
          <w:b/>
        </w:rPr>
        <w:t xml:space="preserve">[19:53] </w:t>
      </w:r>
      <w:r>
        <w:t>is liye quran parha ja raha hai. lekin yeh baat partially theek ho sakti hai. partially.</w:t>
      </w:r>
    </w:p>
    <w:p>
      <w:pPr>
        <w:jc w:val="right"/>
      </w:pPr>
      <w:r>
        <w:t>اس لیے قرآن پڑھا جا رہا ہے۔ لیکن یہ بات پارشلی ٹھیک ہو سکتی ہے۔ پارشلی۔</w:t>
      </w:r>
    </w:p>
    <w:p>
      <w:r>
        <w:rPr>
          <w:b/>
        </w:rPr>
        <w:t xml:space="preserve">[20:02] </w:t>
      </w:r>
      <w:r>
        <w:t>is se zyada nahin. zyada bari wajah doosri hai. woh kya? scientific era jo aaya hai, scientific age jo aaya hai,</w:t>
      </w:r>
    </w:p>
    <w:p>
      <w:pPr>
        <w:jc w:val="right"/>
      </w:pPr>
      <w:r>
        <w:t>اس سے زیادہ نہیں۔ زیادہ بڑی وجہ دوسری ہے۔ وہ کیا؟ سائنٹیفک ایرا جو آیا ہے، سائنٹیفک ایج جو آیا ہے،</w:t>
      </w:r>
    </w:p>
    <w:p>
      <w:r>
        <w:rPr>
          <w:b/>
        </w:rPr>
        <w:t xml:space="preserve">[20:15] </w:t>
      </w:r>
      <w:r>
        <w:t>yeh is ka phenomenon hai. yeh is ka phenomenon hai. yaani scientific, aap jante hain ke scientific zamana jo aaya hai, is mein har cheez ki, har cheez ko revise kiya gaya,</w:t>
      </w:r>
    </w:p>
    <w:p>
      <w:pPr>
        <w:jc w:val="right"/>
      </w:pPr>
      <w:r>
        <w:t>یہ اس کا فیناومینا ہے۔ یہ اس کا فیناومینا ہے۔ یعنی سائنٹیفک، آپ جانتے ہیں کہ سائنٹیفک زمانہ جو آیا ہے، اس میں ہر چیز کی، ہر چیز کو ریوائز کیا گیا،</w:t>
      </w:r>
    </w:p>
    <w:p>
      <w:r>
        <w:rPr>
          <w:b/>
        </w:rPr>
        <w:t xml:space="preserve">[20:33] </w:t>
      </w:r>
      <w:r>
        <w:t>har cheez ki phir se parha gaya, har cheez ki</w:t>
      </w:r>
    </w:p>
    <w:p>
      <w:pPr>
        <w:jc w:val="right"/>
      </w:pPr>
      <w:r>
        <w:t>ہر چیز کی پھر سے پڑھا گیا، ہر چیز کی</w:t>
      </w:r>
    </w:p>
    <w:p>
      <w:r>
        <w:rPr>
          <w:b/>
        </w:rPr>
        <w:t xml:space="preserve">[20:40] </w:t>
      </w:r>
      <w:r>
        <w:t>ko phir se scrutiny ki gayi. to bohat si baatein jo pehle zamane mein logon ne apna li theen, pata chala ke woh to suppression tha, woh to mythology thi,</w:t>
      </w:r>
    </w:p>
    <w:p>
      <w:pPr>
        <w:jc w:val="right"/>
      </w:pPr>
      <w:r>
        <w:t>کو پھر سے اسکروٹنی کی گئی۔ تو بہت سی باتیں جو پہلے زمانے میں لوگوں نے اپنا لی تھیں، پتہ چلا کہ وہ تو سپریسیشن تھا، وہ تو مائتھالوجی تھی،</w:t>
      </w:r>
    </w:p>
    <w:p>
      <w:r>
        <w:rPr>
          <w:b/>
        </w:rPr>
        <w:t xml:space="preserve">[20:55] </w:t>
      </w:r>
      <w:r>
        <w:t>woh to history nahin thi. yeh sab science ke zamane mein clear ho gaya. ab yeh pata chala ke doosre jitne bhi religion hain, with only exception of the quran, sab ke sab preservation haalat mein nahin hain.</w:t>
      </w:r>
    </w:p>
    <w:p>
      <w:pPr>
        <w:jc w:val="right"/>
      </w:pPr>
      <w:r>
        <w:t>وہ تو ہسٹری نہیں تھی۔ یہ سب سائنس کے زمانے میں کلیئر ہو گیا۔ اب یہ پتہ چلا کہ دوسرے جتنے بھی ریلیجن ہیں، ود اونلی ایکسیپشن آف دا قرآن، سب کے سب پریزرو حالت میں نہیں ہیں۔</w:t>
      </w:r>
    </w:p>
    <w:p>
      <w:r>
        <w:rPr>
          <w:b/>
        </w:rPr>
        <w:t xml:space="preserve">[21:15] </w:t>
      </w:r>
      <w:r>
        <w:t>yaani originally un ka jo jo tha, jo original form tha un ka, woh aaj maujood nahin hai. destroyed form hai un ka jo aaj maujood hai.</w:t>
      </w:r>
    </w:p>
    <w:p>
      <w:pPr>
        <w:jc w:val="right"/>
      </w:pPr>
      <w:r>
        <w:t>یعنی اوریجنلی ان کا جو جو تھا، جو اوریجنل فارم تھا ان کا، وہ آج موجود نہیں ہے۔ ڈسٹرڈ فارم ہے ان کا جو آج موجود ہے۔</w:t>
      </w:r>
    </w:p>
    <w:p>
      <w:r>
        <w:rPr>
          <w:b/>
        </w:rPr>
        <w:t xml:space="preserve">[21:26] </w:t>
      </w:r>
      <w:r>
        <w:t>to quran isi haalat mein preserve hai. to yeh</w:t>
      </w:r>
    </w:p>
    <w:p>
      <w:pPr>
        <w:jc w:val="right"/>
      </w:pPr>
      <w:r>
        <w:t>تو قرآن اسی حالت میں پریزرو ہے۔ تو یہ</w:t>
      </w:r>
    </w:p>
    <w:p>
      <w:r>
        <w:rPr>
          <w:b/>
        </w:rPr>
        <w:t xml:space="preserve">[21:35] </w:t>
      </w:r>
      <w:r>
        <w:t>is cheez ne logon ko idhar in ka dhyan pada hai ke aakhir quran mein kya baat aisi hai ke woh</w:t>
      </w:r>
    </w:p>
    <w:p>
      <w:pPr>
        <w:jc w:val="right"/>
      </w:pPr>
      <w:r>
        <w:t>اس چیز نے لوگوں کو ادھر ان کا دھیان پڑا ہے کہ آخر قرآن میں کیا بات ایسی ہے کہ وہ</w:t>
      </w:r>
    </w:p>
    <w:p>
      <w:r>
        <w:rPr>
          <w:b/>
        </w:rPr>
        <w:t xml:space="preserve">[21:49] </w:t>
      </w:r>
      <w:r>
        <w:t>abhi bhi isi haalat mein maujood hai. aap dekhein ke ek misaal mein deta hoon is ki jo maine kaha. ek misaal deta hoon.</w:t>
      </w:r>
    </w:p>
    <w:p>
      <w:pPr>
        <w:jc w:val="right"/>
      </w:pPr>
      <w:r>
        <w:t>ابھی بھی اسی حالت میں موجود ہے۔ آپ دیکھیں کہ ایک مثال میں دیتا ہوں اس کی جو میں نے کہا۔ ایک مثال دیتا ہوں۔</w:t>
      </w:r>
    </w:p>
    <w:p>
      <w:r>
        <w:rPr>
          <w:b/>
        </w:rPr>
        <w:t xml:space="preserve">[22:01] </w:t>
      </w:r>
      <w:r>
        <w:t>yeh mere paas doosra paper hai. yeh times of India. yeh hai 4 October ka.</w:t>
      </w:r>
    </w:p>
    <w:p>
      <w:pPr>
        <w:jc w:val="right"/>
      </w:pPr>
      <w:r>
        <w:t>یہ میرے پاس دوسرا پیپر ہے۔ یہ ٹائمز آف انڈیا۔ یہ ہے چار اکتوبر کا۔</w:t>
      </w:r>
    </w:p>
    <w:p>
      <w:r>
        <w:rPr>
          <w:b/>
        </w:rPr>
        <w:t xml:space="preserve">[22:13] </w:t>
      </w:r>
      <w:r>
        <w:t>4 October ke mein sabhi paper ko, yaani October ke fourth ko, sabhi papers mein ek bohat thi, yaani startling news aayi thi.</w:t>
      </w:r>
    </w:p>
    <w:p>
      <w:pPr>
        <w:jc w:val="right"/>
      </w:pPr>
      <w:r>
        <w:t>چار اکتوبر کے میں سبھی پیپر کو، یعنی اکتوبر کے فورتھ کو، سبھی پیپرز میں ایک بہت تھی، یعنی سٹارٹلنگ نیوز آئی تھی۔</w:t>
      </w:r>
    </w:p>
    <w:p>
      <w:r>
        <w:rPr>
          <w:b/>
        </w:rPr>
        <w:t xml:space="preserve">[22:26] </w:t>
      </w:r>
      <w:r>
        <w:t>aap sab ne is ko parha hoga. woh yeh ke America ke do scientist</w:t>
      </w:r>
    </w:p>
    <w:p>
      <w:pPr>
        <w:jc w:val="right"/>
      </w:pPr>
      <w:r>
        <w:t>آپ سب نے اس کو پڑھا ہوگا۔ وہ یہ کہ امریکہ کے دو سائنٹسٹ</w:t>
      </w:r>
    </w:p>
    <w:p>
      <w:r>
        <w:rPr>
          <w:b/>
        </w:rPr>
        <w:t xml:space="preserve">[22:43] </w:t>
      </w:r>
      <w:r>
        <w:t>ko Nobel prize diya gaya hai 2006 ka physics mein.</w:t>
      </w:r>
    </w:p>
    <w:p>
      <w:pPr>
        <w:jc w:val="right"/>
      </w:pPr>
      <w:r>
        <w:t>کو نوبل پرائز دیا گیا ہے 2006 کا فزکس میں۔</w:t>
      </w:r>
    </w:p>
    <w:p>
      <w:r>
        <w:rPr>
          <w:b/>
        </w:rPr>
        <w:t xml:space="preserve">[22:54] </w:t>
      </w:r>
      <w:r>
        <w:t>un mein se ek hain</w:t>
      </w:r>
    </w:p>
    <w:p>
      <w:pPr>
        <w:jc w:val="right"/>
      </w:pPr>
      <w:r>
        <w:t>ان میں سے ایک ہیں</w:t>
      </w:r>
    </w:p>
    <w:p>
      <w:r>
        <w:rPr>
          <w:b/>
        </w:rPr>
        <w:t xml:space="preserve">[23:05] </w:t>
      </w:r>
      <w:r>
        <w:t>George</w:t>
      </w:r>
    </w:p>
    <w:p>
      <w:pPr>
        <w:jc w:val="right"/>
      </w:pPr>
      <w:r>
        <w:t>جارج</w:t>
      </w:r>
    </w:p>
    <w:p>
      <w:r>
        <w:rPr>
          <w:b/>
        </w:rPr>
        <w:t xml:space="preserve">[23:09] </w:t>
      </w:r>
      <w:r>
        <w:t>Mathen aur doosre hain George Smoot. dono American professor hain aur physics ka Nobel prize unhein diya gaya hai.</w:t>
      </w:r>
    </w:p>
    <w:p>
      <w:pPr>
        <w:jc w:val="right"/>
      </w:pPr>
      <w:r>
        <w:t>میتھن اور دوسرے ہیں جارج سموتھ۔ دونوں امریکن پروفیسر ہیں اور فزکس کا نوبل پرائز انہیں دیا گیا ہے۔</w:t>
      </w:r>
    </w:p>
    <w:p>
      <w:r>
        <w:rPr>
          <w:b/>
        </w:rPr>
        <w:t xml:space="preserve">[23:22] </w:t>
      </w:r>
      <w:r>
        <w:t>yeh kis baat par diya gaya? yeh diya gaya hai ke unhon ne research ki hai</w:t>
      </w:r>
    </w:p>
    <w:p>
      <w:pPr>
        <w:jc w:val="right"/>
      </w:pPr>
      <w:r>
        <w:t>یہ کس بات پر دیا گیا؟ یہ دیا گیا ہے کہ انہوں نے ریسرچ کی ہے</w:t>
      </w:r>
    </w:p>
    <w:p>
      <w:r>
        <w:rPr>
          <w:b/>
        </w:rPr>
        <w:t xml:space="preserve">[23:31] </w:t>
      </w:r>
      <w:r>
        <w:t>yeh big bang theory jo hai, is ke upar unhon ne research ki hai.</w:t>
      </w:r>
    </w:p>
    <w:p>
      <w:pPr>
        <w:jc w:val="right"/>
      </w:pPr>
      <w:r>
        <w:t>یہ بگ بینگ تھیوری جو ہے، اس کے اوپر انہوں نے ریسرچ کی ہے۔</w:t>
      </w:r>
    </w:p>
    <w:p>
      <w:r>
        <w:rPr>
          <w:b/>
        </w:rPr>
        <w:t xml:space="preserve">[23:44] </w:t>
      </w:r>
      <w:r>
        <w:t>aap ko maloom hoga ke 1989 mein ek bheja gaya tha space mein ek rocket, America ne bheja tha.</w:t>
      </w:r>
    </w:p>
    <w:p>
      <w:pPr>
        <w:jc w:val="right"/>
      </w:pPr>
      <w:r>
        <w:t>آپ کو معلوم ہوگا کہ 1989 میں ایک بھیجا گیا تھا سپیس میں ایک راکٹ، امریکہ نے بھیجا تھا۔</w:t>
      </w:r>
    </w:p>
    <w:p>
      <w:r>
        <w:rPr>
          <w:b/>
        </w:rPr>
        <w:t xml:space="preserve">[23:58] </w:t>
      </w:r>
      <w:r>
        <w:t>woh isi ke liye bheja gaya tha kyun ke</w:t>
      </w:r>
    </w:p>
    <w:p>
      <w:pPr>
        <w:jc w:val="right"/>
      </w:pPr>
      <w:r>
        <w:t>وہ اسی کے لیے بھیجا گیا تھا کیونکہ</w:t>
      </w:r>
    </w:p>
    <w:p>
      <w:r>
        <w:rPr>
          <w:b/>
        </w:rPr>
        <w:t xml:space="preserve">[24:07] </w:t>
      </w:r>
      <w:r>
        <w:t>jo discovery hui thi ke big bang jo hua jab universe shuru hui, is big bang ke radiation abhi bhi maujood hain,</w:t>
      </w:r>
    </w:p>
    <w:p>
      <w:pPr>
        <w:jc w:val="right"/>
      </w:pPr>
      <w:r>
        <w:t>جو ڈسکوری ہوئی تھی کہ بگ بینگ جو ہوا جب یونیورس شروع ہوئی، اس بگ بینگ کے ریڈی ایشن ابھی بھی موجود ہیں،</w:t>
      </w:r>
    </w:p>
    <w:p>
      <w:r>
        <w:rPr>
          <w:b/>
        </w:rPr>
        <w:t xml:space="preserve">[24:21] </w:t>
      </w:r>
      <w:r>
        <w:t>yani upar space ke upar ke hisse mein.</w:t>
      </w:r>
    </w:p>
    <w:p>
      <w:pPr>
        <w:jc w:val="right"/>
      </w:pPr>
      <w:r>
        <w:t>یعنی اوپر سپیس کے اوپر کے حصے میں۔</w:t>
      </w:r>
    </w:p>
    <w:p>
      <w:r>
        <w:rPr>
          <w:b/>
        </w:rPr>
        <w:t xml:space="preserve">[24:30] </w:t>
      </w:r>
      <w:r>
        <w:t>to is ko is ke photo lene ke liye aur is pe research karne ke liye ek rocket bheja gaya.</w:t>
      </w:r>
    </w:p>
    <w:p>
      <w:pPr>
        <w:jc w:val="right"/>
      </w:pPr>
      <w:r>
        <w:t>تو اس کو اس کے فوٹو لینے کے لیے اور اس پہ ریسرچ کرنے کے لیے ایک راکٹ بھیجا گیا۔</w:t>
      </w:r>
    </w:p>
    <w:p>
      <w:r>
        <w:rPr>
          <w:b/>
        </w:rPr>
        <w:t xml:space="preserve">[24:42] </w:t>
      </w:r>
      <w:r>
        <w:t>yeh bheja gaya tha 1989 mein. To is ne wahan par bahut sare photo liye</w:t>
      </w:r>
    </w:p>
    <w:p>
      <w:pPr>
        <w:jc w:val="right"/>
      </w:pPr>
      <w:r>
        <w:t>یہ بھیجا گیا تھا 1989 میں۔ تو اس نے وہاں پر بہت سارے فوٹو لیے</w:t>
      </w:r>
    </w:p>
    <w:p>
      <w:r>
        <w:rPr>
          <w:b/>
        </w:rPr>
        <w:t xml:space="preserve">[24:53] </w:t>
      </w:r>
      <w:r>
        <w:t>aur woh photo NASA ke daftar mein aaye. Un photos ka unhon ne bahut dinon tak research kiya.</w:t>
      </w:r>
    </w:p>
    <w:p>
      <w:pPr>
        <w:jc w:val="right"/>
      </w:pPr>
      <w:r>
        <w:t>اور وہ فوٹو ناسا کے دفتر میں آئے۔ ان فوٹوز کا انہوں نے بہت دنوں تک ریسرچ کیا۔</w:t>
      </w:r>
    </w:p>
    <w:p>
      <w:r>
        <w:rPr>
          <w:b/>
        </w:rPr>
        <w:t xml:space="preserve">[25:04] </w:t>
      </w:r>
      <w:r>
        <w:t>Research karne ke baad unhon ne kuch aisi baatein daryaft keen jis se big bang theory par ek nayi light padti thi, yani zyada strong support mili ke big bang ka waqea hua hai.</w:t>
      </w:r>
    </w:p>
    <w:p>
      <w:pPr>
        <w:jc w:val="right"/>
      </w:pPr>
      <w:r>
        <w:t>ریسرچ کرنے کے بعد انہوں نے کچھ ایسی باتیں دریافت کیں جس سے بگ بینگ تھیوری پر ایک نئی لائٹ پڑتی تھی، یعنی زیادہ اسٹرانگ سپورٹ ملی کہ بگ بینگ کا واقعہ ہوا ہے۔</w:t>
      </w:r>
    </w:p>
    <w:p>
      <w:r>
        <w:rPr>
          <w:b/>
        </w:rPr>
        <w:t xml:space="preserve">[25:20] </w:t>
      </w:r>
      <w:r>
        <w:t>To bahut is mein mehnat ki unhon ne aur bahut mehnat karne ke baad aur bahut hi pinpoint kiya unhon ne ek dam ke big bang ka jo hua explosion woh kab hua?</w:t>
      </w:r>
    </w:p>
    <w:p>
      <w:pPr>
        <w:jc w:val="right"/>
      </w:pPr>
      <w:r>
        <w:t>تو بہت اس میں محنت کی انہوں نے اور بہت محنت کرنے کے بعد اور بہت ہی پن پوائنٹ کیا انہوں نے ایک دم کہ بگ بینگ کا جو ہوا ایکسپلوژن وہ کب ہوا؟</w:t>
      </w:r>
    </w:p>
    <w:p>
      <w:r>
        <w:rPr>
          <w:b/>
        </w:rPr>
        <w:t xml:space="preserve">[25:37] </w:t>
      </w:r>
      <w:r>
        <w:t>To 15 billion years pehle hua. Ab yeh bilkul pakki hui hui baat ke hamari universe ka ki jo beginning hai, woh 15 billion years pehle hui hai,</w:t>
      </w:r>
    </w:p>
    <w:p>
      <w:pPr>
        <w:jc w:val="right"/>
      </w:pPr>
      <w:r>
        <w:t>تو 15 بلین ایئرز پہلے ہوا۔ اب یہ بالکل پکی ہوئی ہوئی بات کہ ہماری یونیورس کا کی جو بگننگ ہے، وہ 15 بلین ایئرز پہلے ہوئی ہے،</w:t>
      </w:r>
    </w:p>
    <w:p>
      <w:r>
        <w:rPr>
          <w:b/>
        </w:rPr>
        <w:t xml:space="preserve">[25:51] </w:t>
      </w:r>
      <w:r>
        <w:t>yani scientifically yeh cheez prove ho gayi hai. Is is is ke baad isi liye unhein Nobel Prize diya gaya. Ab dekhiye ke yeh jo yeh jo discovery hai,</w:t>
      </w:r>
    </w:p>
    <w:p>
      <w:pPr>
        <w:jc w:val="right"/>
      </w:pPr>
      <w:r>
        <w:t>یعنی سائنٹیفیکلی یہ چیز پروف ہو گئی ہے۔ اس اس اس کے بعد اسی لیے انہیں نوبل پرائز دیا گیا۔ اب دیکھیے کہ یہ جو یہ جو ڈسکوری ہے،</w:t>
      </w:r>
    </w:p>
    <w:p>
      <w:r>
        <w:rPr>
          <w:b/>
        </w:rPr>
        <w:t xml:space="preserve">[26:07] </w:t>
      </w:r>
      <w:r>
        <w:t>is ne hazaron saal ke ek notion ko bilkul destroy kar diya. Hazaron saal ke. Yeh</w:t>
      </w:r>
    </w:p>
    <w:p>
      <w:pPr>
        <w:jc w:val="right"/>
      </w:pPr>
      <w:r>
        <w:t>اس نے ہزاروں سال کے ایک نوشن کو بالکل ڈسٹرائے کر دیا۔ ہزاروں سال کے۔ یہ</w:t>
      </w:r>
    </w:p>
    <w:p>
      <w:r>
        <w:rPr>
          <w:b/>
        </w:rPr>
        <w:t xml:space="preserve">[26:19] </w:t>
      </w:r>
      <w:r>
        <w:t>yeh mere haath mein book hai. Yeh Swami Vaswani, yeh bahut hi well known speaker hain aur aksar aate rehte hain.</w:t>
      </w:r>
    </w:p>
    <w:p>
      <w:pPr>
        <w:jc w:val="right"/>
      </w:pPr>
      <w:r>
        <w:t>یہ میرے ہاتھ میں بک ہے۔ یہ سوامی واسوانی، یہ بہت ہی ویل نون سپیکر ہیں اور اکثر آتے رہتے ہیں۔</w:t>
      </w:r>
    </w:p>
    <w:p>
      <w:r>
        <w:rPr>
          <w:b/>
        </w:rPr>
        <w:t xml:space="preserve">[26:31] </w:t>
      </w:r>
      <w:r>
        <w:t>Yeh shayad daily aate hon TV par. To Hindu philosophers ka yeh kehna aaya bahut pehle se ke Hinduism eternal religion hai,</w:t>
      </w:r>
    </w:p>
    <w:p>
      <w:pPr>
        <w:jc w:val="right"/>
      </w:pPr>
      <w:r>
        <w:t>یہ شاید ڈیلی آتے ہوں ٹی وی پر۔ تو ہندو فلاسفرز کا یہ کہنا آیا بہت پہلے سے کہ ہندوازم ایٹرنل ریلیجن ہے،</w:t>
      </w:r>
    </w:p>
    <w:p>
      <w:r>
        <w:rPr>
          <w:b/>
        </w:rPr>
        <w:t xml:space="preserve">[26:46] </w:t>
      </w:r>
      <w:r>
        <w:t>eternal religion yani hamesha se hai. Is ki koi beginning nahi hai, is ki is ki koi beginning nahi hai.</w:t>
      </w:r>
    </w:p>
    <w:p>
      <w:pPr>
        <w:jc w:val="right"/>
      </w:pPr>
      <w:r>
        <w:t>ایٹرنل ریلیجن یعنی ہمیشہ سے ہے۔ اس کی کوئی بگننگ نہیں ہے، اس کی اس کی کوئی بگننگ نہیں ہے۔</w:t>
      </w:r>
    </w:p>
    <w:p>
      <w:r>
        <w:rPr>
          <w:b/>
        </w:rPr>
        <w:t xml:space="preserve">[26:59] </w:t>
      </w:r>
      <w:r>
        <w:t>To isi ko is kitaab mein unhon ne dohraya hai. Is kitaab ka title hai "Harra I Am I MA Hindu" ke wah</w:t>
      </w:r>
    </w:p>
    <w:p>
      <w:pPr>
        <w:jc w:val="right"/>
      </w:pPr>
      <w:r>
        <w:t>تو اسی کو اس کتاب میں انہوں نے دہرایا ہے۔ اس کتاب کا ٹائٹل ہے "حررا آئی ایم آئی ایم اے ہندو" کہ واہ</w:t>
      </w:r>
    </w:p>
    <w:p>
      <w:r>
        <w:rPr>
          <w:b/>
        </w:rPr>
        <w:t xml:space="preserve">[27:14] </w:t>
      </w:r>
      <w:r>
        <w:t>! Main ek Hindu hoon. To is mein unhon ne</w:t>
      </w:r>
    </w:p>
    <w:p>
      <w:pPr>
        <w:jc w:val="right"/>
      </w:pPr>
      <w:r>
        <w:t>! میں ایک ہندو ہوں۔ تو اس میں انہوں نے</w:t>
      </w:r>
    </w:p>
    <w:p>
      <w:r>
        <w:rPr>
          <w:b/>
        </w:rPr>
        <w:t xml:space="preserve">[27:21] </w:t>
      </w:r>
      <w:r>
        <w:t>yeh likha hai, isi likha hai, matlab isi baat ko dohraya hai jo saare Hindu philosophers maante hain.</w:t>
      </w:r>
    </w:p>
    <w:p>
      <w:pPr>
        <w:jc w:val="right"/>
      </w:pPr>
      <w:r>
        <w:t>یہ لکھا ہے، اسی لکھا ہے، مطلب اسی بات کو دہرایا ہے جو سارے ہندو فلاسفرز مانتے ہیں۔</w:t>
      </w:r>
    </w:p>
    <w:p>
      <w:r>
        <w:rPr>
          <w:b/>
        </w:rPr>
        <w:t xml:space="preserve">[27:31] </w:t>
      </w:r>
      <w:r>
        <w:t>To is mein unhon ne likha hai ke Hinduism has existed eternally without a founder.</w:t>
      </w:r>
    </w:p>
    <w:p>
      <w:pPr>
        <w:jc w:val="right"/>
      </w:pPr>
      <w:r>
        <w:t>تو اس میں انہوں نے لکھا ہے کہ ہندوازم ہیز ایگزسٹڈ ایٹرنلی ودا آؤٹ ا فاؤنڈر۔</w:t>
      </w:r>
    </w:p>
    <w:p>
      <w:r>
        <w:rPr>
          <w:b/>
        </w:rPr>
        <w:t xml:space="preserve">[27:45] </w:t>
      </w:r>
      <w:r>
        <w:t>Hinduism has existed eternally without a founder. To Hinduism ka koi founder nahi hai aur eternity se woh hai, hamesha se hai.</w:t>
      </w:r>
    </w:p>
    <w:p>
      <w:pPr>
        <w:jc w:val="right"/>
      </w:pPr>
      <w:r>
        <w:t>ہندوازم ہیز ایگزسٹڈ ایٹرنلی ودا آؤٹ ا فاؤنڈر۔ تو ہندوازم کا کوئی فاؤنڈر نہیں ہے اور ایٹرنیٹی سے وہ ہے، ہمیشہ سے ہے۔</w:t>
      </w:r>
    </w:p>
    <w:p>
      <w:r>
        <w:rPr>
          <w:b/>
        </w:rPr>
        <w:t xml:space="preserve">[27:58] </w:t>
      </w:r>
      <w:r>
        <w:t>Woh ab aap dekhiye ke jab science ne yeh prove kar diya ke hamesha se to yeh universe hai hi nahi, yeh duniya hai hi nahi hamesha se, yeh sirf 15 billion saal se hai.</w:t>
      </w:r>
    </w:p>
    <w:p>
      <w:pPr>
        <w:jc w:val="right"/>
      </w:pPr>
      <w:r>
        <w:t>وہ اب آپ دیکھیے کہ جب سائنس نے یہ پروف کر دیا کہ ہمیشہ سے تو یہ یونیورس ہے ہی نہیں، یہ دنیا ہے ہی نہیں ہمیشہ سے، یہ صرف 15 بلین سال سے ہے۔</w:t>
      </w:r>
    </w:p>
    <w:p>
      <w:r>
        <w:rPr>
          <w:b/>
        </w:rPr>
        <w:t xml:space="preserve">[28:11] </w:t>
      </w:r>
      <w:r>
        <w:t>Aur tab, aur tab to bilkul aag thi, tab to yahan koi insaan nahi ho sakta tha, koi book nahi ho sakti thi. Bahut dinon ke baad jab thandi hui aur yeh zameen par life support system aaya, tab insaan shuru hua.</w:t>
      </w:r>
    </w:p>
    <w:p>
      <w:pPr>
        <w:jc w:val="right"/>
      </w:pPr>
      <w:r>
        <w:t>اور تب، اور تب تو بالکل اگ تھی، تب تو یہاں کوئی انسان نہیں ہو سکتا تھا، کوئی بک نہیں ہو سکتی تھی۔ بہت دنوں کے بعد جب ٹھنڈی ہوئی اور یہ زمین پر لائف سپورٹ سسٹم آیا، تب انسان شروع ہوا۔</w:t>
      </w:r>
    </w:p>
    <w:p>
      <w:r>
        <w:rPr>
          <w:b/>
        </w:rPr>
        <w:t xml:space="preserve">[28:27] </w:t>
      </w:r>
      <w:r>
        <w:t>Woh to bahut aur bhi bahut zyada kam ho jata hai. To behal, 15 billion saal pehle is duniya ka wajood hi nahi tha.</w:t>
      </w:r>
    </w:p>
    <w:p>
      <w:pPr>
        <w:jc w:val="right"/>
      </w:pPr>
      <w:r>
        <w:t>وہ تو بہت اور بھی بہت زیادہ کم ہو جاتا ہے۔ تو بہرحال، 15 بلین سال پہلے اس دنیا کا وجود ہی نہیں تھا۔</w:t>
      </w:r>
    </w:p>
    <w:p>
      <w:r>
        <w:rPr>
          <w:b/>
        </w:rPr>
        <w:t xml:space="preserve">[28:37] </w:t>
      </w:r>
      <w:r>
        <w:t>Jab wajood hi nahi tha to kahan se Hinduism wahan tak maujood hota? Jab duniya hi ka wajood nahi hai to to is mein Hinduism kahan se maujood rehta hai? Kahan rehta hai?</w:t>
      </w:r>
    </w:p>
    <w:p>
      <w:pPr>
        <w:jc w:val="right"/>
      </w:pPr>
      <w:r>
        <w:t>جب وجود ہی نہیں تھا تو کہاں سے ہندوازم وہاں تک موجود ہوتا؟ جب دنیا ہی کا وجود نہیں ہے تو تو اس میں ہندوازم کہاں سے موجود رہتا ہے؟ کہاں رہتا ہے؟</w:t>
      </w:r>
    </w:p>
    <w:p>
      <w:r>
        <w:rPr>
          <w:b/>
        </w:rPr>
        <w:t xml:space="preserve">[28:46] </w:t>
      </w:r>
      <w:r>
        <w:t>Woh koi insaan nahi tha, kuch bhi nahi tha. Ab yeh discard ho gaya, yeh concept discard ho gaya ke koi aisa, aisi philosophy hai ya koi aisa religion hai jo eternally chala ja raha hai yahan par, kyunke eternity to khud duniya mein nahi hai,</w:t>
      </w:r>
    </w:p>
    <w:p>
      <w:pPr>
        <w:jc w:val="right"/>
      </w:pPr>
      <w:r>
        <w:t>وہ کوئی انسان نہیں تھا، کچھ بھی نہیں تھا۔ اب یہ ڈسکارڈ ہو گیا، یہ کانسیپٹ ڈسکارڈ ہو گیا کہ کوئی ایسا، ایسی فلاسفی ہے یا کوئی ایسا ریلیجن ہے جو ایٹرنلی چلا جا رہا ہے یہاں پر، کیونکہ ایٹرنٹی تو خود دنیا میں نہیں ہے،</w:t>
      </w:r>
    </w:p>
    <w:p>
      <w:r>
        <w:rPr>
          <w:b/>
        </w:rPr>
        <w:t xml:space="preserve">[29:07] </w:t>
      </w:r>
      <w:r>
        <w:t>to woh kahan se rahega? Yeh farq hai. Dekhiye, har religion mein, kyunke baat ko mera manna yeh hai ke har religion shuru mein bilkul sahi tha,</w:t>
      </w:r>
    </w:p>
    <w:p>
      <w:pPr>
        <w:jc w:val="right"/>
      </w:pPr>
      <w:r>
        <w:t>تو وہ کہاں سے رہے گا؟ یہ فرق ہے۔ دیکھیے، ہر ریلیجن میں، کیونکہ بات کو میرا ماننا یہ ہے کہ ہر ریلیجن شروع میں بالکل صحیح تھا،</w:t>
      </w:r>
    </w:p>
    <w:p>
      <w:r>
        <w:rPr>
          <w:b/>
        </w:rPr>
        <w:t xml:space="preserve">[29:24] </w:t>
      </w:r>
      <w:r>
        <w:t>shuru mein har religion ek sa tha, lekin baad ko is mein aise bigaad aaye, aise is mein alteration hue, insaan ne apni taraf se badhaya.</w:t>
      </w:r>
    </w:p>
    <w:p>
      <w:pPr>
        <w:jc w:val="right"/>
      </w:pPr>
      <w:r>
        <w:t>شروع میں ہر ریلیجن ایک سا تھا، لیکن بعد کو اس میں ایسے بگاڑ آئے، ایسے اس میں الٹریشن ہوئے، انسان نے اپنی طرف سے بڑھایا۔</w:t>
      </w:r>
    </w:p>
    <w:p>
      <w:r>
        <w:rPr>
          <w:b/>
        </w:rPr>
        <w:t xml:space="preserve">[29:36] </w:t>
      </w:r>
      <w:r>
        <w:t>To woh cheez aaj science ke zamane mein pata chal gaya ke yeh to sahi nahi hai. Jaise ke Hinduism mein jo eternity ka jo concept hai, woh kahan se aaya?</w:t>
      </w:r>
    </w:p>
    <w:p>
      <w:pPr>
        <w:jc w:val="right"/>
      </w:pPr>
      <w:r>
        <w:t>تو وہ چیز آج سائنس کے زمانے میں پتہ چل گیا کہ یہ تو صحیح نہیں ہے۔ جیسے کہ ہندوازم میں جو ایٹرنٹی کا جو کانسیپٹ ہے، وہ کہاں سے آیا؟</w:t>
      </w:r>
    </w:p>
    <w:p>
      <w:r>
        <w:rPr>
          <w:b/>
        </w:rPr>
        <w:t xml:space="preserve">[29:45] </w:t>
      </w:r>
      <w:r>
        <w:t>yeh aaya hai greek philosophers ke haan se. aap jante hain ke philosophers jo hain, yeh mante chale aa rahe hain ke matter hamesha se hai.</w:t>
      </w:r>
    </w:p>
    <w:p>
      <w:pPr>
        <w:jc w:val="right"/>
      </w:pPr>
      <w:r>
        <w:t>یہ آیا ہے گریک فلاسفرز کے ہاں سے۔ آپ جانتے ہیں کہ فلاسفرز جو ہیں، یہ مانتے چلے آ رہے ہیں کہ میٹر ہمیشہ سے ہے۔</w:t>
      </w:r>
    </w:p>
    <w:p>
      <w:r>
        <w:rPr>
          <w:b/>
        </w:rPr>
        <w:t xml:space="preserve">[29:58] </w:t>
      </w:r>
      <w:r>
        <w:t>matter ki eternity ko mante chale aa rahe hain. woh jis ko hum apni kitabon mein parhte the ke maada qadeem hai, lekin ab yeh pata chala ke 15 billion saal se pehle to kuch tha hi nahin.</w:t>
      </w:r>
    </w:p>
    <w:p>
      <w:pPr>
        <w:jc w:val="right"/>
      </w:pPr>
      <w:r>
        <w:t>میٹر کی ایٹرنٹی کو مانتے چلے آ رہے ہیں۔ وہ جس کو ہم اپنی کتابوں میں پڑھتے تھے کہ مادہ قدیم ہے، لیکن اب یہ پتہ چلا کہ 15 بلین سال سے پہلے تو کچھ تھا ہی نہیں۔</w:t>
      </w:r>
    </w:p>
    <w:p>
      <w:r>
        <w:rPr>
          <w:b/>
        </w:rPr>
        <w:t xml:space="preserve">[30:16] </w:t>
      </w:r>
      <w:r>
        <w:t>is ke baad se yeh shuru hua hai, yeh duniya ka hungama. to yeh philosophy jo insani mind ki ka production tha, insaan ne soch soch kar ke ek philosophy banayi, us ko base kar ke, us ko le kar ke mazhab mein unhon ne is ki theology banali.</w:t>
      </w:r>
    </w:p>
    <w:p>
      <w:pPr>
        <w:jc w:val="right"/>
      </w:pPr>
      <w:r>
        <w:t>اس کے بعد سے یہ شروع ہوا ہے، یہ دنیا کا ہنگامہ۔ تو یہ فلاسفی جو انسانی مائنڈ کی کا پروڈکشن تھا، انسان نے سوچ سوچ کر کے ایک فلاسفی بنائی، اس کو بیس کر کے، اس کو لے کر کے مذہب میں انہوں نے اس کی تھیالوجی بنا لی۔</w:t>
      </w:r>
    </w:p>
    <w:p>
      <w:r>
        <w:rPr>
          <w:b/>
        </w:rPr>
        <w:t xml:space="preserve">[30:38] </w:t>
      </w:r>
      <w:r>
        <w:t>to yeh theology philosophy pe base karti thi jo man made thi. nateeja kya hua? ke woh science ke zamane mein woh pata chala ke woh to baseless hai.</w:t>
      </w:r>
    </w:p>
    <w:p>
      <w:pPr>
        <w:jc w:val="right"/>
      </w:pPr>
      <w:r>
        <w:t>تو یہ تھیالوجی فلاسفی پہ بیس کرتی تھی جو مین میڈ تھی۔ نتیجہ کیا ہوا؟ کہ وہ سائنس کے زمانے میں وہ پتہ چلا کہ وہ تو بیسلیس ہے۔</w:t>
      </w:r>
    </w:p>
    <w:p>
      <w:r>
        <w:rPr>
          <w:b/>
        </w:rPr>
        <w:t xml:space="preserve">[30:53] </w:t>
      </w:r>
      <w:r>
        <w:t>yeh baat quran mein nahin hai. aisi koi cheez abhi tak daryaft nahin hui jo jis mein quran mein aisi koi ghalati hai.</w:t>
      </w:r>
    </w:p>
    <w:p>
      <w:pPr>
        <w:jc w:val="right"/>
      </w:pPr>
      <w:r>
        <w:t>یہ بات قرآن میں نہیں ہے۔ ایسی کوئی چیز ابھی تک دریافت نہیں ہوئی جو جس میں قرآن میں ایسی کوئی غلطی ہے۔</w:t>
      </w:r>
    </w:p>
    <w:p>
      <w:r>
        <w:rPr>
          <w:b/>
        </w:rPr>
        <w:t xml:space="preserve">[31:07] </w:t>
      </w:r>
      <w:r>
        <w:t>to</w:t>
      </w:r>
    </w:p>
    <w:p>
      <w:pPr>
        <w:jc w:val="right"/>
      </w:pPr>
      <w:r>
        <w:t>تو</w:t>
      </w:r>
    </w:p>
    <w:p>
      <w:r>
        <w:rPr>
          <w:b/>
        </w:rPr>
        <w:t xml:space="preserve">[31:11] </w:t>
      </w:r>
      <w:r>
        <w:t>main yahan par yeh kahunga ke sari duniya mein jo quran ka, quran ki study barh rahi hai, hum khud hamare jo book store rakhe aate hain, idhar udhar, jahan bhi, abhi dilli mein rakha gaya tha aur idhar udhar barabar rakhe aate hain.</w:t>
      </w:r>
    </w:p>
    <w:p>
      <w:pPr>
        <w:jc w:val="right"/>
      </w:pPr>
      <w:r>
        <w:t>میں یہاں پر یہ کہوں گا کہ ساری دنیا میں جو قرآن کا، قرآن کی اسٹڈی بڑھ رہی ہے، ہم خود ہمارے جو اسٹار بک اسٹار رکھے آتے ہیں، ادھر ادھر، جہاں بھی، ابھی دلی میں رکھا گیا تھا اور ادھر ادھر برابر رکھے آتے ہیں۔</w:t>
      </w:r>
    </w:p>
    <w:p>
      <w:r>
        <w:rPr>
          <w:b/>
        </w:rPr>
        <w:t xml:space="preserve">[31:29] </w:t>
      </w:r>
      <w:r>
        <w:t>book store har jagah ki report yeh hai ke sab se zyada log quran aa kar le aate hain, sab se zyada. yaani aur kitaben agar 25 nikalti hongi to quran 75 nikalta hai.</w:t>
      </w:r>
    </w:p>
    <w:p>
      <w:pPr>
        <w:jc w:val="right"/>
      </w:pPr>
      <w:r>
        <w:t>بک اسٹار ہر جگہ کی رپورٹ یہ ہے کہ سب سے زیادہ لوگ قرآن آ کر لے آتے ہیں، سب سے زیادہ۔ یعنی اور کتابیں اگر 25 نکلتی ہوں گی تو قرآن 75 نکلتا ہے۔</w:t>
      </w:r>
    </w:p>
    <w:p>
      <w:r>
        <w:rPr>
          <w:b/>
        </w:rPr>
        <w:t xml:space="preserve">[31:43] </w:t>
      </w:r>
      <w:r>
        <w:t>har jagah ka tajurba yahi hai. log quran chahte hain, quran chahte hain, quran chahte hain. to is ko dekh kar mujhe quran ki ek ayat yaad aayi, quran ki surah al an'am, yaani chapter number six,</w:t>
      </w:r>
    </w:p>
    <w:p>
      <w:pPr>
        <w:jc w:val="right"/>
      </w:pPr>
      <w:r>
        <w:t>ہر جگہ کا تجربہ یہی ہے۔ لوگ قرآن چاہتے ہیں، قرآن چاہتے ہیں، قرآن چاہتے ہیں۔ تو اس کو دیکھ کر مجھے قرآن کی ایک آیت یاد آئی، قرآن کی سورہ الانعام، یعنی چیپٹر نمبر سکس،</w:t>
      </w:r>
    </w:p>
    <w:p>
      <w:r>
        <w:rPr>
          <w:b/>
        </w:rPr>
        <w:t xml:space="preserve">[31:59] </w:t>
      </w:r>
      <w:r>
        <w:t>verse number 19. six 19 mein yeh ayat hai ke</w:t>
      </w:r>
    </w:p>
    <w:p>
      <w:pPr>
        <w:jc w:val="right"/>
      </w:pPr>
      <w:r>
        <w:t>ورس نمبر 19۔ سکس 19 میں یہ آیت ہے کہ</w:t>
      </w:r>
    </w:p>
    <w:p>
      <w:r>
        <w:rPr>
          <w:b/>
        </w:rPr>
        <w:t xml:space="preserve">[32:11] </w:t>
      </w:r>
      <w:r>
        <w:t>ke qul, yaani peghambar se kaha gaya ke qul qul ala al quran</w:t>
      </w:r>
    </w:p>
    <w:p>
      <w:pPr>
        <w:jc w:val="right"/>
      </w:pPr>
      <w:r>
        <w:t>کہ قل، یعنی پیغمبر سے کہا گیا کہ کہو قل قل علی القرآن</w:t>
      </w:r>
    </w:p>
    <w:p>
      <w:r>
        <w:rPr>
          <w:b/>
        </w:rPr>
        <w:t xml:space="preserve">[32:27] </w:t>
      </w:r>
      <w:r>
        <w:t>yaani yeh quran utra hai mere paas ke ke main is ko tumhare tak, tum ko pohanchaoon aur jis ko woh pohanche, wa balagh yaani mujh par quran utra hai taake is ko main tumhare pohanchaoon aur phir jis tak woh pohanche,</w:t>
      </w:r>
    </w:p>
    <w:p>
      <w:pPr>
        <w:jc w:val="right"/>
      </w:pPr>
      <w:r>
        <w:t>یعنی یہ قرآن اترا ہے میرے پاس کہ کہ میں اس کو تمہارے تک، تم کو پہنچاؤں اور جس کو وہ پہنچے، وم بلغ یعنی مجھ پر قرآن اترا ہے تاکہ اس کو میں تمہارے پہنچاؤں اور پھر جس تک وہ پہنچے،</w:t>
      </w:r>
    </w:p>
    <w:p>
      <w:r>
        <w:rPr>
          <w:b/>
        </w:rPr>
        <w:t xml:space="preserve">[32:53] </w:t>
      </w:r>
      <w:r>
        <w:t>and to and to whom, so ever it reaches. is se kya maloom hua ke quran ka pohanchna logon tak yeh hamara farz hai.</w:t>
      </w:r>
    </w:p>
    <w:p>
      <w:pPr>
        <w:jc w:val="right"/>
      </w:pPr>
      <w:r>
        <w:t>اینڈ ٹو اینڈ ٹو ہوم، سو ایور اٹ ریچز۔ اس سے کیا معلوم ہوا کہ قرآن کا پہنچنا لوگوں تک یہ ہمارا فرض ہے۔</w:t>
      </w:r>
    </w:p>
    <w:p>
      <w:r>
        <w:rPr>
          <w:b/>
        </w:rPr>
        <w:t xml:space="preserve">[33:08] </w:t>
      </w:r>
      <w:r>
        <w:t>rasool Allah ka farz tha ke apne zamane mein jo log the, us tak woh quran ko pohancha dein. baat ko yaani quran ka pohanchna kaise pohanchega?</w:t>
      </w:r>
    </w:p>
    <w:p>
      <w:pPr>
        <w:jc w:val="right"/>
      </w:pPr>
      <w:r>
        <w:t>رسول اللہ کا فرض تھا کہ اپنے زمانے میں جو لوگ تھے، اس تک وہ قرآن کو پہنچا دیں۔ بات کو یعنی قرآن کا پہنچنا کیسے پہنچے گا؟</w:t>
      </w:r>
    </w:p>
    <w:p>
      <w:r>
        <w:rPr>
          <w:b/>
        </w:rPr>
        <w:t xml:space="preserve">[33:19] </w:t>
      </w:r>
      <w:r>
        <w:t>wa balagh and to whom, whom so ever it reaches. yeh hamare zariye se pohanchega? to quran ko pohanchna yeh hamara sab se bara farz hai,</w:t>
      </w:r>
    </w:p>
    <w:p>
      <w:pPr>
        <w:jc w:val="right"/>
      </w:pPr>
      <w:r>
        <w:t>وم بلغ اینڈ ٹو ہوم، ہوم سو ایور اٹ ریچز۔ یہ ہمارے ذریعے سے پہنچے گا۔ تو قرآن کو پہنچانا یہ ہمارا سب سے بڑا فرض ہے،</w:t>
      </w:r>
    </w:p>
    <w:p>
      <w:r>
        <w:rPr>
          <w:b/>
        </w:rPr>
        <w:t xml:space="preserve">[33:33] </w:t>
      </w:r>
      <w:r>
        <w:t>sab se bara farz hai ke quran ko hum pohancha dein. isi ke liye hum hamara hum ek sahi tarjuma tayyar kar rahe hain quran ka English mein. ab jante hain, aaj kal English jo hai, 70 percent log duniya ki English janne lage hain.</w:t>
      </w:r>
    </w:p>
    <w:p>
      <w:pPr>
        <w:jc w:val="right"/>
      </w:pPr>
      <w:r>
        <w:t>سب سے بڑا فرض ہے کہ قرآن کو ہم پہنچا دیں۔ اسی کے لیے ہم ہمارا ہم ایک صحیح ترجمہ تیار کر رہے ہیں قرآن کا انگلش میں۔ اب جانتے ہیں، آج کل انگلش جو ہے، 70 پرسنٹ لوگ دنیا کی انگلش جاننے لگے ہیں۔</w:t>
      </w:r>
    </w:p>
    <w:p>
      <w:r>
        <w:rPr>
          <w:b/>
        </w:rPr>
        <w:t xml:space="preserve">[33:48] </w:t>
      </w:r>
      <w:r>
        <w:t>pehli bar history mein international language bani hai, pehli bar. is se pehle kabhi bhi international language duniya mein maujood nahin thi.</w:t>
      </w:r>
    </w:p>
    <w:p>
      <w:pPr>
        <w:jc w:val="right"/>
      </w:pPr>
      <w:r>
        <w:t>پہلی بار ہسٹری میں انٹرنیشنل لینگویج بنی ہے، پہلی بار۔ اس سے پہلے کبھی بھی انٹرنیشنل لینگویج دنیا میں موجود نہیں تھی۔</w:t>
      </w:r>
    </w:p>
    <w:p>
      <w:r>
        <w:rPr>
          <w:b/>
        </w:rPr>
        <w:t xml:space="preserve">[33:58] </w:t>
      </w:r>
      <w:r>
        <w:t>to yeh pehli bar yeh mauqa mila hai ke yeh kisi ek zaban mein idhar is sari duniya mein pohancha diya jaye. to quran ko pohanchna yeh Khuda ki scheme mein shamil hai,</w:t>
      </w:r>
    </w:p>
    <w:p>
      <w:pPr>
        <w:jc w:val="right"/>
      </w:pPr>
      <w:r>
        <w:t>تو یہ پہلی بار یہ موقع ملا ہے کہ یہ کسی ایک زبان میں ادھر اس ساری دنیا میں پہنچا دیا جائے۔ تو قرآن کو پہنچانا یہ خدا کی اسکیم میں شامل ہے،</w:t>
      </w:r>
    </w:p>
    <w:p>
      <w:r>
        <w:rPr>
          <w:b/>
        </w:rPr>
        <w:t xml:space="preserve">[34:16] </w:t>
      </w:r>
      <w:r>
        <w:t>Khuda ki scheme mein. to ek taraf to quran mehfooz hai, preserved hai. phir communication ka zamana aa gaya hai, printing ka zamana aa gaya hai.</w:t>
      </w:r>
    </w:p>
    <w:p>
      <w:pPr>
        <w:jc w:val="right"/>
      </w:pPr>
      <w:r>
        <w:t>خدا کی اسکیم میں۔ تو ایک طرف تو قرآن محفوظ ہے، پریزروڈ ہے۔ پھر کمیونیکیشن کا زمانہ آ گیا ہے، پرنٹنگ کا زمانہ آ گیا ہے۔</w:t>
      </w:r>
    </w:p>
    <w:p>
      <w:r>
        <w:rPr>
          <w:b/>
        </w:rPr>
        <w:t xml:space="preserve">[34:28] </w:t>
      </w:r>
      <w:r>
        <w:t>aap ek jagah quran ko chhaap kar sari duniya mein is ko pohancha sakte hain. yeh sab facilities kabhi duniya mein maujood nahin thin.</w:t>
      </w:r>
    </w:p>
    <w:p>
      <w:pPr>
        <w:jc w:val="right"/>
      </w:pPr>
      <w:r>
        <w:t>آپ ایک جگہ قرآن کو چھاپ کر ساری دنیا میں اس کو پہنچا سکتے ہیں۔ یہ سب فیسلیٹیز کبھی دنیا میں موجود نہیں تھیں۔</w:t>
      </w:r>
    </w:p>
    <w:p>
      <w:r>
        <w:rPr>
          <w:b/>
        </w:rPr>
        <w:t xml:space="preserve">[34:38] </w:t>
      </w:r>
      <w:r>
        <w:t>to main samajhta hoon ke quran mein yeh jo</w:t>
      </w:r>
    </w:p>
    <w:p>
      <w:pPr>
        <w:jc w:val="right"/>
      </w:pPr>
      <w:r>
        <w:t>تو میں سمجھتا ہوں کہ قرآن میں یہ جو</w:t>
      </w:r>
    </w:p>
    <w:p>
      <w:r>
        <w:rPr>
          <w:b/>
        </w:rPr>
        <w:t xml:space="preserve">[34:49] </w:t>
      </w:r>
      <w:r>
        <w:t>quran ki yeh jo unique sifat hai ke woh preserved form mein abhi bhi maujood hai, woh isi liye hai ke is ko is ki pure form mein pohanchaya ja sake.</w:t>
      </w:r>
    </w:p>
    <w:p>
      <w:pPr>
        <w:jc w:val="right"/>
      </w:pPr>
      <w:r>
        <w:t>قرآن کی یہ جو یونیک صفت ہے کہ وہ پریزروڈ فارم میں ابھی بھی موجود ہے، وہ اسی لیے ہے کہ اس کو اس کی پیور فارم میں پہنچایا جا سکے۔</w:t>
      </w:r>
    </w:p>
    <w:p>
      <w:r>
        <w:rPr>
          <w:b/>
        </w:rPr>
        <w:t xml:space="preserve">[34:59] </w:t>
      </w:r>
      <w:r>
        <w:t>agar quran bigad chuka hota to aap kya pohanchate? to yeh main samajhta hoon ke yeh yeh Allah taala ke ki planning hai ke sari duniya mein quran ko parhne ka ek shauq paida ho gaya hai.</w:t>
      </w:r>
    </w:p>
    <w:p>
      <w:pPr>
        <w:jc w:val="right"/>
      </w:pPr>
      <w:r>
        <w:t>اگر قرآن بگڑ چکا ہوتا تو آپ کیا پہنچاتے؟ تو یہ میں سمجھتا ہوں کہ یہ یہ اللہ تعالیٰ کے کی پلاننگ ہے کہ ساری دنیا میں قرآن کو پڑھنے کا ایک شوق پیدا ہو گیا ہے۔</w:t>
      </w:r>
    </w:p>
    <w:p>
      <w:r>
        <w:rPr>
          <w:b/>
        </w:rPr>
        <w:t xml:space="preserve">[35:11] </w:t>
      </w:r>
      <w:r>
        <w:t>sari duniya mein aaj best seller hai quran, best seller. jahan bhi aap dekhen, kisi book fair mein, kisi book shop mein log quran ko kharidte hue milenge aap ko.</w:t>
      </w:r>
    </w:p>
    <w:p>
      <w:pPr>
        <w:jc w:val="right"/>
      </w:pPr>
      <w:r>
        <w:t>ساری دنیا میں آج بیسٹ سیلر ہے قرآن، بیسٹ سیلر۔ جہاں بھی آپ دیکھیں، کسی بک فیئر میں، کسی بک شاپ میں لوگ قرآن کو خریدتے ہوئے ملیں گے آپ کو۔</w:t>
      </w:r>
    </w:p>
    <w:p>
      <w:r>
        <w:rPr>
          <w:b/>
        </w:rPr>
        <w:t xml:space="preserve">[35:27] </w:t>
      </w:r>
      <w:r>
        <w:t>aur isi liye is tarah se quran mein ek commercial value paida ho gayi ke quran chhaapo aur becho, kyunke log kharidte hain is ko. to is commercial value ki wajah se bohat se publishers yeh kaam karne lage hain.</w:t>
      </w:r>
    </w:p>
    <w:p>
      <w:pPr>
        <w:jc w:val="right"/>
      </w:pPr>
      <w:r>
        <w:t>اور اسی لیے اس طرح سے قرآن میں ایک کمرشل ویلیو پیدا ہوگئی کہ قرآن چھاپو اور بیچو، کیونکہ لوگ خریدتے ہیں اس کو۔ تو اس کمرشل ویلیو کی وجہ سے بہت سے پبلشرز یہ کام کرنے لگے ہیں۔</w:t>
      </w:r>
    </w:p>
    <w:p>
      <w:r>
        <w:rPr>
          <w:b/>
        </w:rPr>
        <w:t xml:space="preserve">[35:43] </w:t>
      </w:r>
      <w:r>
        <w:t>ab yeh taaza jo report aai hai google ki, maloom hua ke internet pe log parh rahe hain quran ko. kaisi ajeeb baat hai!</w:t>
      </w:r>
    </w:p>
    <w:p>
      <w:pPr>
        <w:jc w:val="right"/>
      </w:pPr>
      <w:r>
        <w:t>اب یہ تازہ جو رپورٹ آئی ہے گوگل کی، معلوم ہوا کہ انٹرنیٹ پہ لوگ پڑھ رہے ہیں قرآن کو۔ کیسی عجیب بات ہے!</w:t>
      </w:r>
    </w:p>
    <w:p>
      <w:r>
        <w:rPr>
          <w:b/>
        </w:rPr>
        <w:t xml:space="preserve">[35:53] </w:t>
      </w:r>
      <w:r>
        <w:t>ek waqt tha ke quran ko log zabaan se suntay thay, phir waqt aaya ke is ko haath se likhnay lagay, phir waqt aaya ke woh chhapnay laga.</w:t>
      </w:r>
    </w:p>
    <w:p>
      <w:pPr>
        <w:jc w:val="right"/>
      </w:pPr>
      <w:r>
        <w:t>ایک وقت تھا کہ قرآن کو لوگ زبان سے سنتے تھے، پھر وقت آیا کہ اس کو ہاتھ سے لکھنے لگے، پھر وقت آیا کہ وہ چھپنے لگا۔</w:t>
      </w:r>
    </w:p>
    <w:p>
      <w:r>
        <w:rPr>
          <w:b/>
        </w:rPr>
        <w:t xml:space="preserve">[36:04] </w:t>
      </w:r>
      <w:r>
        <w:t>ab woh waqt aaya hai ke internet ke zariye woh saari duniya mein pahunch raha hai. Shayad isi ko quran mein daba kaha gaya ho.</w:t>
      </w:r>
    </w:p>
    <w:p>
      <w:pPr>
        <w:jc w:val="right"/>
      </w:pPr>
      <w:r>
        <w:t>اب وہ وقت آیا ہے کہ انٹرنیٹ کے ذریعے وہ ساری دنیا میں پہنچ رہا ہے۔ شاید اسی کو قرآن میں دابا کہا گیا ہو۔</w:t>
      </w:r>
    </w:p>
    <w:p>
      <w:r>
        <w:rPr>
          <w:b/>
        </w:rPr>
        <w:t xml:space="preserve">[36:14] </w:t>
      </w:r>
      <w:r>
        <w:t>mukhtalif tareeqon se quran, khuda, khuda jo hai, quran ko saari duniya mein pahuncha raha hai.</w:t>
      </w:r>
    </w:p>
    <w:p>
      <w:pPr>
        <w:jc w:val="right"/>
      </w:pPr>
      <w:r>
        <w:t>مختلف طریقوں سے قرآن، خدا، خدا جو ہے، قرآن کو ساری دنیا میں پہنچا رہا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