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Help of God June 16, 2019 Maulana Wahiduddin Khan</w:t>
      </w:r>
    </w:p>
    <w:p>
      <w:r>
        <w:t>https://www.youtube.com/watch?v=vdk0WUiHoOY</w:t>
      </w:r>
    </w:p>
    <w:p>
      <w:r>
        <w:rPr>
          <w:b/>
        </w:rPr>
        <w:t xml:space="preserve">[00:14] </w:t>
      </w:r>
      <w:r>
        <w:t>Uh, Dhawa Travel has been one of, uh, an integral part of, uh, CPS Dhawa activities. Many members, uh, from different parts of the country have been traveling, uh, for Dhawa purposes, and this has not only given amazing experiences but has also helped in formation and creation of new Dhawa Hub.</w:t>
      </w:r>
    </w:p>
    <w:p>
      <w:pPr>
        <w:jc w:val="right"/>
      </w:pPr>
      <w:r>
        <w:t>Uh, Dhawa Travel has been one of, uh, an integral part of, uh, CPS Dhawa activities. Many members, uh, from different parts of the country have been traveling, uh, for Dhawa purposes, and this has not only given amazing experiences but has also helped in formation and creation of new Dhawa Hub.</w:t>
      </w:r>
    </w:p>
    <w:p>
      <w:r>
        <w:rPr>
          <w:b/>
        </w:rPr>
        <w:t xml:space="preserve">[00:35] </w:t>
      </w:r>
      <w:r>
        <w:t>Recently, uh, four representatives, uh, from four different areas, representatives went to Jodhpur from Mumbai, Hyderabad, Chennai, and Delhi.</w:t>
      </w:r>
    </w:p>
    <w:p>
      <w:pPr>
        <w:jc w:val="right"/>
      </w:pPr>
      <w:r>
        <w:t>Recently, uh, four representatives, uh, from four different areas, representatives went to Jodhpur from Mumbai, Hyderabad, Chennai, and Delhi.</w:t>
      </w:r>
    </w:p>
    <w:p>
      <w:r>
        <w:rPr>
          <w:b/>
        </w:rPr>
        <w:t xml:space="preserve">[00:46] </w:t>
      </w:r>
      <w:r>
        <w:t>They traveled to Jodhpur on the 14th and 15th, and, uh, we have today with us, uh, uh, members who've had, uh, this Dhawa experience and team formation in Jodhpur today with us.</w:t>
      </w:r>
    </w:p>
    <w:p>
      <w:pPr>
        <w:jc w:val="right"/>
      </w:pPr>
      <w:r>
        <w:t>They traveled to Jodhpur on the 14th and 15th, and, uh, we have today with us, uh, uh, members who've had, uh, this Dhawa experience and team formation in Jodhpur today with us.</w:t>
      </w:r>
    </w:p>
    <w:p>
      <w:r>
        <w:rPr>
          <w:b/>
        </w:rPr>
        <w:t xml:space="preserve">[01:00] </w:t>
      </w:r>
      <w:r>
        <w:t>So I will request, uh, Sajid Anwar Sahib, uh, who is from the Mumbai team, to come and share with all of us, uh, their experience in Jodhpur and the new Dhawa Hub that has been created in Rajasthan.</w:t>
      </w:r>
    </w:p>
    <w:p>
      <w:pPr>
        <w:jc w:val="right"/>
      </w:pPr>
      <w:r>
        <w:t>So I will request, uh, Sajid Anwar Sahib, uh, who is from the Mumbai team, to come and share with all of us, uh, their experience in Jodhpur and the new Dhawa Hub that has been created in Rajasthan.</w:t>
      </w:r>
    </w:p>
    <w:p>
      <w:r>
        <w:rPr>
          <w:b/>
        </w:rPr>
        <w:t xml:space="preserve">[01:13] </w:t>
      </w:r>
      <w:r>
        <w:t>So I'll request, uh, Sajid Anwar Sahib to come and share with all of us his experience.</w:t>
      </w:r>
    </w:p>
    <w:p>
      <w:pPr>
        <w:jc w:val="right"/>
      </w:pPr>
      <w:r>
        <w:t>So I'll request, uh, Sajid Anwar Sahib to come and share with all of us his experience.</w:t>
      </w:r>
    </w:p>
    <w:p>
      <w:r>
        <w:rPr>
          <w:b/>
        </w:rPr>
        <w:t xml:space="preserve">[01:18] </w:t>
      </w:r>
      <w:r>
        <w:t>Alhamdulillah Rabb al-Aalameen, Bismillah al-Rahman al-Rahim.</w:t>
      </w:r>
    </w:p>
    <w:p>
      <w:pPr>
        <w:jc w:val="right"/>
      </w:pPr>
      <w:r>
        <w:t>الحمدللہ رب العالمین، بسم اللہ الرحمن الرحیم۔</w:t>
      </w:r>
    </w:p>
    <w:p>
      <w:r>
        <w:rPr>
          <w:b/>
        </w:rPr>
        <w:t xml:space="preserve">[01:27] </w:t>
      </w:r>
      <w:r>
        <w:t>yeh jo hamara trip hua, yeh Mumbai team ke sath Chennai ki team thi, aur Hyderabad ki team thi, aur Delhi ki team thi.</w:t>
      </w:r>
    </w:p>
    <w:p>
      <w:pPr>
        <w:jc w:val="right"/>
      </w:pPr>
      <w:r>
        <w:t>یہ جو ہمارا ٹرپ ہوا، یہ ممبئی ٹیم کے ساتھ چنئی کی ٹیم تھی، اور حیدرآباد کی ٹیم تھی، اور دہلی کی ٹیم تھی۔</w:t>
      </w:r>
    </w:p>
    <w:p>
      <w:r>
        <w:rPr>
          <w:b/>
        </w:rPr>
        <w:t xml:space="preserve">[01:38] </w:t>
      </w:r>
      <w:r>
        <w:t>to yeh hamara 30wan trip tha, jo trip ki shuruaat jo hui thi 2014 January se hui thi. To Jodhpur ke liye hum log 13 tareekh ko rawana hue, 13 June ko, Mumbai se, aur doosray jo Chennai, Hyderabad, aur Delhi ki team ke saathi jo hain woh bhi ek din aagay ya usi din rawana hue.</w:t>
      </w:r>
    </w:p>
    <w:p>
      <w:pPr>
        <w:jc w:val="right"/>
      </w:pPr>
      <w:r>
        <w:t>تو یہ ہمارا تیسواں ٹرپ تھا، جو ٹرپ کی شروعات جو ہوئی تھی 2014 جنوری سے ہوئی تھی۔ تو جودھپور کے لیے ہم لوگ 13 تاریخ کو روانہ ہوئے، 13 جون کو، ممبئی سے، اور دوسرے جو چنئی، حیدرآباد، اور دہلی کی ٹیم کے ساتھی جو ہیں وہ بھی ایک دن آگے یا اسی دن روانہ ہوئے۔</w:t>
      </w:r>
    </w:p>
    <w:p>
      <w:r>
        <w:rPr>
          <w:b/>
        </w:rPr>
        <w:t xml:space="preserve">[02:03] </w:t>
      </w:r>
      <w:r>
        <w:t>to hum log sab log ek sath 14 ko pahunch gaye thay, subah subah, saaray saathi 14 ko hum log morning mein pahunch gaye. Is ke baad jo hamara wahan pe total hum log 8, 8 people thay, 8 persons.</w:t>
      </w:r>
    </w:p>
    <w:p>
      <w:pPr>
        <w:jc w:val="right"/>
      </w:pPr>
      <w:r>
        <w:t>تو ہم لوگ سب لوگ ایک ساتھ 14 کو پہنچ گئے تھے، صبح صبح، سارے ساتھی 14 کو ہم لوگ مارننگ میں پہنچ گئے۔ اس کے بعد جو ہمارا وہاں پہ ٹوٹل ہم لوگ 8، 8 پیپل تھے، 8 پرسنز۔</w:t>
      </w:r>
    </w:p>
    <w:p>
      <w:r>
        <w:rPr>
          <w:b/>
        </w:rPr>
        <w:t xml:space="preserve">[02:18] </w:t>
      </w:r>
      <w:r>
        <w:t>do din ka hamara program tha Jodhpur ke andar, aur wahan Jodhpur ki team ke saathi aaye, aur Pali ek jagah hai, wahan se lag bhag 100 kilometer ki doori pe, wahan se bhi saathi aaye thay.</w:t>
      </w:r>
    </w:p>
    <w:p>
      <w:pPr>
        <w:jc w:val="right"/>
      </w:pPr>
      <w:r>
        <w:t>دو دن کا ہمارا پروگرام تھا جودھپور کے اندر، اور وہاں جودھپور کی ٹیم کے ساتھی آئے، اور پالی ایک جگہ ہے، وہاں سے لگ بھگ 100 کلومیٹر کی دوری پہ، وہاں سے بھی ساتھی آئے تھے۔</w:t>
      </w:r>
    </w:p>
    <w:p>
      <w:r>
        <w:rPr>
          <w:b/>
        </w:rPr>
        <w:t xml:space="preserve">[02:29] </w:t>
      </w:r>
      <w:r>
        <w:t>to Jodhpur aur Pali, do jagah ki teamen wahan pe jo hain shareek huin, aur hum log jo hain, chaar team jo hain India ke alag alag ilaqay se wahan shareek hue.</w:t>
      </w:r>
    </w:p>
    <w:p>
      <w:pPr>
        <w:jc w:val="right"/>
      </w:pPr>
      <w:r>
        <w:t>تو جودھپور اور پالی، دو جگہ کی ٹیمیں وہاں پہ جو ہیں شریک ہوئیں، اور ہم لوگ جو ہیں، چار ٹیم جو ہیں انڈیا کے الگ الگ علاقے سے وہاں شریک ہوئے۔</w:t>
      </w:r>
    </w:p>
    <w:p>
      <w:r>
        <w:rPr>
          <w:b/>
        </w:rPr>
        <w:t xml:space="preserve">[02:39] </w:t>
      </w:r>
      <w:r>
        <w:t>to do din ka jo program tha us ko hum ne is tareeqay se divide kiya tha ke pehla din jo hai hum ne formal meetings rakhi theen, jo khaas taur se Muslim audience thay, educated audience of Jodhpur.</w:t>
      </w:r>
    </w:p>
    <w:p>
      <w:pPr>
        <w:jc w:val="right"/>
      </w:pPr>
      <w:r>
        <w:t>تو دو دن کا جو پروگرام تھا اس کو ہم نے اس طریقے سے ڈیوائیڈ کیا تھا کہ پہلا دن جو ہے ہم نے فارمل میٹنگز رکھی تھیں، جو خاص طور سے مسلم آڈینس تھے، ایجوکیٹڈ آڈینس آف جودھپور۔</w:t>
      </w:r>
    </w:p>
    <w:p>
      <w:r>
        <w:rPr>
          <w:b/>
        </w:rPr>
        <w:t xml:space="preserve">[02:53] </w:t>
      </w:r>
      <w:r>
        <w:t>un ke sath thi hamari ek individual meeting thi shuru mein, first half mein, Juma se pehle, aur Juma ke baad jo hai hamari jo hai ek, yani jo hai ijtimaai, ijtimaai meeting aap samjhen woh thi.</w:t>
      </w:r>
    </w:p>
    <w:p>
      <w:pPr>
        <w:jc w:val="right"/>
      </w:pPr>
      <w:r>
        <w:t>ان کے ساتھ تھی ہماری ایک انڈیویجول میٹنگ تھی شروع میں، فرسٹ ہاف میں، جمعہ سے پہلے، اور جمعہ کے بعد جو ہے ہماری جو ہے ایک، یعنی جو ہے اجتماعی، اجتماعی میٹنگ آپ سمجھیں وہ تھی۔</w:t>
      </w:r>
    </w:p>
    <w:p>
      <w:r>
        <w:rPr>
          <w:b/>
        </w:rPr>
        <w:t xml:space="preserve">[03:05] </w:t>
      </w:r>
      <w:r>
        <w:t>pehla din ka program yeh tha. Doosray din ka program hum ne rakha tha sirf jo hai Jodhpur aur Pali ki jo hamari risala aur jo mission se juray hue saathi hain un ke sath hamara informal interaction.</w:t>
      </w:r>
    </w:p>
    <w:p>
      <w:pPr>
        <w:jc w:val="right"/>
      </w:pPr>
      <w:r>
        <w:t>پہلا دن کا پروگرام یہ تھا۔ دوسرے دن کا پروگرام ہم نے رکھا تھا صرف جو ہے جودھپور اور پالی کی جو ہماری رسالہ اور جو مشن سے جڑے ہوئے ساتھی ہیں ان کے ساتھ ہمارا انفارمل انٹریکشن۔</w:t>
      </w:r>
    </w:p>
    <w:p>
      <w:r>
        <w:rPr>
          <w:b/>
        </w:rPr>
        <w:t xml:space="preserve">[03:19] </w:t>
      </w:r>
      <w:r>
        <w:t>aur yeh dono program jo hai jaisa hum ne plan kiya tha waisa hi Alhamdulillah hua. To is ke kuch feedbacks hain jo main aap se share karunga yahan pe.</w:t>
      </w:r>
    </w:p>
    <w:p>
      <w:pPr>
        <w:jc w:val="right"/>
      </w:pPr>
      <w:r>
        <w:t>اور یہ دونوں پروگرام جو ہے جیسا ہم نے پلان کیا تھا ویسا ہی الحمدللہ ہوا۔ تو اس کے کچھ فیڈ بیکس ہیں جو میں آپ سے شیئر کروں گا یہاں پہ۔</w:t>
      </w:r>
    </w:p>
    <w:p>
      <w:r>
        <w:rPr>
          <w:b/>
        </w:rPr>
        <w:t xml:space="preserve">[03:32] </w:t>
      </w:r>
      <w:r>
        <w:t>to sab se pehli jo cheez thi ke wahan jo hamari jo individual meeting hui woh wahan ki ek university hai Maulana Abul Kalam Azad University, jo ke private university hai, un ke woh jo hai treasurer hain Janab Ateeq Sahib.</w:t>
      </w:r>
    </w:p>
    <w:p>
      <w:pPr>
        <w:jc w:val="right"/>
      </w:pPr>
      <w:r>
        <w:t>تو سب سے پہلی جو چیز تھی کہ وہاں جو ہماری جو انڈیویجول میٹنگ ہوئی وہ وہاں کی ایک یونیورسٹی ہے مولانا ابوالکلام آزاد یونیورسٹی، جو کہ پرائیویٹ یونیورسٹی ہے، ان کے وہ جو ہے ٹریزرر ہیں جناب عتیق صاحب۔</w:t>
      </w:r>
    </w:p>
    <w:p>
      <w:r>
        <w:rPr>
          <w:b/>
        </w:rPr>
        <w:t xml:space="preserve">[03:46] </w:t>
      </w:r>
      <w:r>
        <w:t>un ke sath hamari individual meeting thi first half mein. To k</w:t>
      </w:r>
    </w:p>
    <w:p>
      <w:pPr>
        <w:jc w:val="right"/>
      </w:pPr>
      <w:r>
        <w:t>ان کے ساتھ ہماری انڈیویجول میٹنگ تھی فرسٹ ہاف میں۔ تو ک</w:t>
      </w:r>
    </w:p>
    <w:p>
      <w:r>
        <w:rPr>
          <w:b/>
        </w:rPr>
        <w:t xml:space="preserve">[03:51] </w:t>
      </w:r>
      <w:r>
        <w:t>un kaun Sahib? Ateeq Sahib. Achha. To Ateeq Sahib wahan ke treasurer hain aur unhon ne humein poora time diya, poora first half unhon ne Juma se pehle humein diya.</w:t>
      </w:r>
    </w:p>
    <w:p>
      <w:pPr>
        <w:jc w:val="right"/>
      </w:pPr>
      <w:r>
        <w:t>ون کون صاحب؟ عتیق صاحب۔ اچھا۔ تو عتیق صاحب وہاں کے ٹریزرر ہیں اور انہوں نے ہمیں پورا ٹائم دیا، پورا فرسٹ ہاف انہوں نے جمعہ سے پہلے ہمیں دیا۔</w:t>
      </w:r>
    </w:p>
    <w:p>
      <w:r>
        <w:rPr>
          <w:b/>
        </w:rPr>
        <w:t xml:space="preserve">[04:02] </w:t>
      </w:r>
      <w:r>
        <w:t>aur hum logon ne apni CPS ki activities un ke sath share keen, hum log kya kar rahe hain aur hamara yahan aanay ka maqsad kya hai. To un ka jo feedback tha woh yeh tha ke jo hai yahi kaam hai aur yahi hamara jo hai hope hai, aur is ko aap log jaari rakhen, aur hamari duaen jo hain aap logon ke sath hain.</w:t>
      </w:r>
    </w:p>
    <w:p>
      <w:pPr>
        <w:jc w:val="right"/>
      </w:pPr>
      <w:r>
        <w:t>اور ہم لوگوں نے اپنی سی پی ایس کی ایکٹیویٹیز ان کے ساتھ شیئر کیں، ہم لوگ کیا کر رہے ہیں اور ہمارا یہاں آنے کا مقصد کیا ہے۔ تو ان کا جو فیڈ بیک تھا وہ یہ تھا کہ جو ہے یہی کام ہے اور یہی ہمارا جو ہے ہوپ ہے، اور اس کو آپ لوگ جاری رکھیں، اور ہماری دعائیں جو ہیں آپ لوگوں کے ساتھ ہیں۔</w:t>
      </w:r>
    </w:p>
    <w:p>
      <w:r>
        <w:rPr>
          <w:b/>
        </w:rPr>
        <w:t xml:space="preserve">[04:21] </w:t>
      </w:r>
      <w:r>
        <w:t>to yeh</w:t>
      </w:r>
    </w:p>
    <w:p>
      <w:pPr>
        <w:jc w:val="right"/>
      </w:pPr>
      <w:r>
        <w:t>تو یہ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