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Philosophy of Creation October 16, 2011 Maulana Wahiduddin Khan</w:t>
      </w:r>
    </w:p>
    <w:p>
      <w:r>
        <w:t>https://www.youtube.com/watch?v=gqpHYng16s4</w:t>
      </w:r>
    </w:p>
    <w:p>
      <w:r>
        <w:rPr>
          <w:b/>
        </w:rPr>
        <w:t xml:space="preserve">[00:15] </w:t>
      </w:r>
      <w:r>
        <w:t>Bismillah al-Rahman al-Rahim, wa Salla Allahu ala al-Nabi al-Kareem.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aaj ka topic hai "The Philosophy of Creation", yaani takhleeq ka falsafa.</w:t>
      </w:r>
    </w:p>
    <w:p>
      <w:pPr>
        <w:jc w:val="right"/>
      </w:pPr>
      <w:r>
        <w:t>آج کا ٹاپک ہے "The Philosophy of Creation"، یعنی تخلیق کا فلسفہ۔</w:t>
      </w:r>
    </w:p>
    <w:p>
      <w:r>
        <w:rPr>
          <w:b/>
        </w:rPr>
        <w:t xml:space="preserve">[00:55] </w:t>
      </w:r>
      <w:r>
        <w:t>yeh bohat purana topic hai, yaani yunani philosophers se le kar ab tak is par beshumar kitabein likhi gayi hain,</w:t>
      </w:r>
    </w:p>
    <w:p>
      <w:pPr>
        <w:jc w:val="right"/>
      </w:pPr>
      <w:r>
        <w:t>یہ بہت پرانا ٹاپک ہے، یعنی یونانی فلاسفرز سے لے کر اب تک اس پر بے شمار کتابیں لکھی گئی ہیں،</w:t>
      </w:r>
    </w:p>
    <w:p>
      <w:r>
        <w:rPr>
          <w:b/>
        </w:rPr>
        <w:t xml:space="preserve">[01:08] </w:t>
      </w:r>
      <w:r>
        <w:t>aur abhi tak is ki koi falsafi daryaft nahi hui. jitni bhi kitabein likhi gayi hain, woh sab confusion hi confusion is mein hain.</w:t>
      </w:r>
    </w:p>
    <w:p>
      <w:pPr>
        <w:jc w:val="right"/>
      </w:pPr>
      <w:r>
        <w:t>اور ابھی تک اس کی کوئی فلسفی دریافت نہیں ہوئی۔ جتنی بھی کتابیں لکھی گئی ہیں، وہ سب کنفیوژن ہی کنفیوژن اس میں ہیں۔</w:t>
      </w:r>
    </w:p>
    <w:p>
      <w:r>
        <w:rPr>
          <w:b/>
        </w:rPr>
        <w:t xml:space="preserve">[01:21] </w:t>
      </w:r>
      <w:r>
        <w:t>halankeh is ki ahmiyat zyada hai. is ko kehte hain, yaani falsafiyana studies mein is ke liye ek term hai, "Ontology".</w:t>
      </w:r>
    </w:p>
    <w:p>
      <w:pPr>
        <w:jc w:val="right"/>
      </w:pPr>
      <w:r>
        <w:t>حالانکہ اس کی اہمیت زیادہ ہے۔ اس کو کہتے ہیں، یعنی فلسفیانہ اسٹڈیز میں اس کے لیے ایک ٹرم ہے، "Ontology"۔</w:t>
      </w:r>
    </w:p>
    <w:p>
      <w:r>
        <w:rPr>
          <w:b/>
        </w:rPr>
        <w:t xml:space="preserve">[01:40] </w:t>
      </w:r>
      <w:r>
        <w:t>buniyadi taur par yeh metaphysics ka ek branch hai, yaani takhleeq mein ma'nawiyat ki talash, takhleeq ki ba-ma'ni tawjeeh karne ki koshish.</w:t>
      </w:r>
    </w:p>
    <w:p>
      <w:pPr>
        <w:jc w:val="right"/>
      </w:pPr>
      <w:r>
        <w:t>بنیادی طور پر یہ میٹا فزکس کا ایک برانچ ہے، یعنی تخلیق میں معنویت کی تلاش، تخلیق کی بامعنی توجیح کرنے کی کوشش۔</w:t>
      </w:r>
    </w:p>
    <w:p>
      <w:r>
        <w:rPr>
          <w:b/>
        </w:rPr>
        <w:t xml:space="preserve">[01:58] </w:t>
      </w:r>
      <w:r>
        <w:t>is ko kehte hain "Ontology".</w:t>
      </w:r>
    </w:p>
    <w:p>
      <w:pPr>
        <w:jc w:val="right"/>
      </w:pPr>
      <w:r>
        <w:t>اس کو کہتے ہیں "Ontology"۔</w:t>
      </w:r>
    </w:p>
    <w:p>
      <w:r>
        <w:rPr>
          <w:b/>
        </w:rPr>
        <w:t xml:space="preserve">[02:03] </w:t>
      </w:r>
      <w:r>
        <w:t>to lekin bohat ajeeb baat hai ke saare philosophers ka yeh subject raha hai, lekin koi bhi philosopher aisa nahi hai jis ne "Ontology" ka koi tasalli bakhsh wazahat diya ho logon ke liye.</w:t>
      </w:r>
    </w:p>
    <w:p>
      <w:pPr>
        <w:jc w:val="right"/>
      </w:pPr>
      <w:r>
        <w:t>تو لیکن بہت عجیب بات ہے کہ سارے فلاسفرز کا یہ سبجیکٹ رہا ہے، لیکن کوئی بھی فلاسفر ایسا نہیں ہے جس نے "Ontology" کا کوئی تسلی بخش وضاحت دیا ہو لوگوں کے لیے۔</w:t>
      </w:r>
    </w:p>
    <w:p>
      <w:r>
        <w:rPr>
          <w:b/>
        </w:rPr>
        <w:t xml:space="preserve">[02:24] </w:t>
      </w:r>
      <w:r>
        <w:t>yeh bohat ajeeb baat hai. dekhiye, Quran mein hai, Surah Al-Muminun mein, chapter number 23 mein, "أفحسبتم أنما خلقناكم عبثاً وإنكم إلينا لا ترجعون".</w:t>
      </w:r>
    </w:p>
    <w:p>
      <w:pPr>
        <w:jc w:val="right"/>
      </w:pPr>
      <w:r>
        <w:t>یہ بہت عجیب بات ہے۔ دیکھئے، قرآن میں ہے، سورہ المومنون میں، چیپٹر نمبر 23 میں، "أفحسبتم أنما خلقناکم عبثاً وإنكم إلينا لا ترجعون"۔</w:t>
      </w:r>
    </w:p>
    <w:p>
      <w:r>
        <w:rPr>
          <w:b/>
        </w:rPr>
        <w:t xml:space="preserve">[02:47] </w:t>
      </w:r>
      <w:r>
        <w:t>Do you think we have created you without purpose? kya tum samajhte ho ke hum ne tum ko paida kiya be-maqsad, abath?</w:t>
      </w:r>
    </w:p>
    <w:p>
      <w:pPr>
        <w:jc w:val="right"/>
      </w:pPr>
      <w:r>
        <w:t>Do you think we have created you without purpose؟ کیا تم سمجھتے ہو کہ ہم نے تم کو پیدا کیا بے مقصد، عبث؟</w:t>
      </w:r>
    </w:p>
    <w:p>
      <w:r>
        <w:rPr>
          <w:b/>
        </w:rPr>
        <w:t xml:space="preserve">[03:02] </w:t>
      </w:r>
      <w:r>
        <w:t>to Quran ka yeh challenge hai ke Allah ki takhleeq jo hai, woh ba-maqsad takhleeq hai, abath nahi hai. lekin poori tareekh mein jo philosophers hain, jo informers hain, jo musleh-een hain,</w:t>
      </w:r>
    </w:p>
    <w:p>
      <w:pPr>
        <w:jc w:val="right"/>
      </w:pPr>
      <w:r>
        <w:t>تو قرآن کا یہ چیلنج ہے کہ اللہ کی تخلیق جو ہے، وہ بامقصد تخلیق ہے، عبث نہیں ہے۔ لیکن پوری تاریخ میں جو فلاسفرز ہیں، جو انفارمرز ہیں، جو مصلحین ہیں،</w:t>
      </w:r>
    </w:p>
    <w:p>
      <w:r>
        <w:rPr>
          <w:b/>
        </w:rPr>
        <w:t xml:space="preserve">[03:16] </w:t>
      </w:r>
      <w:r>
        <w:t>jo thinkers hain, woh direct ya indirect yahi samajhte rahe ke kainat ka koi maqsad nahi hai.</w:t>
      </w:r>
    </w:p>
    <w:p>
      <w:pPr>
        <w:jc w:val="right"/>
      </w:pPr>
      <w:r>
        <w:t>جو تھنکرز ہیں، وہ ڈائریکٹ یا ان ڈائریکٹ یہی سمجھتے رہے کہ کائنات کا کوئی مقصد نہیں ہے۔</w:t>
      </w:r>
    </w:p>
    <w:p>
      <w:r>
        <w:rPr>
          <w:b/>
        </w:rPr>
        <w:t xml:space="preserve">[03:28] </w:t>
      </w:r>
      <w:r>
        <w:t>yeh bohat bara challenge hai deen-e-tauheed ke khilaaf. hum yeh mante hain ke is kainat ko Allah ne paida kiya ba-ma'ni taur par, ba-maqsad taur par.</w:t>
      </w:r>
    </w:p>
    <w:p>
      <w:pPr>
        <w:jc w:val="right"/>
      </w:pPr>
      <w:r>
        <w:t>یہ بہت بڑا چیلنج ہے دینِ توحید کے خلاف۔ ہم یہ مانتے ہیں کہ اس کائنات کو اللہ نے پیدا کیا بامعنی طور پر، بامقصد طور پر۔</w:t>
      </w:r>
    </w:p>
    <w:p>
      <w:r>
        <w:rPr>
          <w:b/>
        </w:rPr>
        <w:t xml:space="preserve">[03:43] </w:t>
      </w:r>
      <w:r>
        <w:t>lekin mazhab se bahar jo studies hoti hain, philosophy mein, metaphysics mein, aur doosre shobon mein, un ka mutafiqah yeh yeh faisla hai ke is kainat ka koi maqsad nahi hai.</w:t>
      </w:r>
    </w:p>
    <w:p>
      <w:pPr>
        <w:jc w:val="right"/>
      </w:pPr>
      <w:r>
        <w:t>لیکن مذہب سے باہر جو اسٹڈیز ہوتی ہیں، فلاسفی میں، میٹا فزکس میں، اور دوسرے شعبوں میں، ان کا متفقہ یہ یہ فیصلہ ہے کہ اس کائنات کا کوئی مقصد نہیں ہے۔</w:t>
      </w:r>
    </w:p>
    <w:p>
      <w:r>
        <w:rPr>
          <w:b/>
        </w:rPr>
        <w:t xml:space="preserve">[04:08] </w:t>
      </w:r>
      <w:r>
        <w:t>ek philosopher ne kaha ke is dunya mein har cheez khoobsurat hai, siwaye insaan ke. insaan hi aisi cheez hai jo khoobsurat nahi.</w:t>
      </w:r>
    </w:p>
    <w:p>
      <w:pPr>
        <w:jc w:val="right"/>
      </w:pPr>
      <w:r>
        <w:t>ایک فلاسفر نے کہا کہ اس دنیا میں ہر چیز خوبصورت ہے، سوائے انسان کے۔ انسان ہی ایسی چیز ہے جو خوبصورت نہیں۔</w:t>
      </w:r>
    </w:p>
    <w:p>
      <w:r>
        <w:rPr>
          <w:b/>
        </w:rPr>
        <w:t xml:space="preserve">[04:22] </w:t>
      </w:r>
      <w:r>
        <w:t>ek kitab hai, is ka naam hai "Mind the Unknown". is mein poori kitab ka khulasa yahi hai ke insaan ko janne ki har koshish nakaam hai.</w:t>
      </w:r>
    </w:p>
    <w:p>
      <w:pPr>
        <w:jc w:val="right"/>
      </w:pPr>
      <w:r>
        <w:t>ایک کتاب ہے، اس کا نام ہے "Mind the Unknown"۔ اس میں پوری کتاب کا خلاصہ یہی ہے کہ انسان کو جاننے کی ہر کوشش ناکام ہے۔</w:t>
      </w:r>
    </w:p>
    <w:p>
      <w:r>
        <w:rPr>
          <w:b/>
        </w:rPr>
        <w:t xml:space="preserve">[04:37] </w:t>
      </w:r>
      <w:r>
        <w:t>insaan ko wazahat nahi kar sakte hum. Bertrand Russell ke bare mein kaha jata hai ke he was a philosopher of no philosophy.</w:t>
      </w:r>
    </w:p>
    <w:p>
      <w:pPr>
        <w:jc w:val="right"/>
      </w:pPr>
      <w:r>
        <w:t>انسان کو وضاحت نہیں کر سکتے ہم۔ برٹن ارسل کے بارے میں کہا جاتا ہے کہ he was a philosopher of no philosophy۔</w:t>
      </w:r>
    </w:p>
    <w:p>
      <w:r>
        <w:rPr>
          <w:b/>
        </w:rPr>
        <w:t xml:space="preserve">[04:49] </w:t>
      </w:r>
      <w:r>
        <w:t>magar is ma'ne mein, "Ontology" ke ma'ne mein dekha jaye to jitne philosopher hain, sab par yeh saadiq aata hai, they were philosophers of no philosophy.</w:t>
      </w:r>
    </w:p>
    <w:p>
      <w:pPr>
        <w:jc w:val="right"/>
      </w:pPr>
      <w:r>
        <w:t>مگر اس معنی میں، "Ontology" کے معنی میں دیکھا جائے تو جتنے فلاسفر ہیں، سب پر یہ صادق آتا ہے، they were philosophers of no philosophy۔</w:t>
      </w:r>
    </w:p>
    <w:p>
      <w:r>
        <w:rPr>
          <w:b/>
        </w:rPr>
        <w:t xml:space="preserve">[05:00] </w:t>
      </w:r>
      <w:r>
        <w:t>main bohat dinon se is par sochta raha hoon ke kya wajah hai ke Quran to kehta hai ke yeh kainat, yeh takhleeq ba-maqsad taur par hui hai.</w:t>
      </w:r>
    </w:p>
    <w:p>
      <w:pPr>
        <w:jc w:val="right"/>
      </w:pPr>
      <w:r>
        <w:t>میں بہت دنوں سے اس پر سوچتا رہا ہوں کہ کیا وجہ ہے کہ قرآن تو کہتا ہے کہ یہ کائنات، یہ تخلیق بامقصد طور پر ہوئی ہے۔</w:t>
      </w:r>
    </w:p>
    <w:p>
      <w:r>
        <w:rPr>
          <w:b/>
        </w:rPr>
        <w:t xml:space="preserve">[05:13] </w:t>
      </w:r>
      <w:r>
        <w:t>lekin jo Quran se bahar ya mazhab se bahar jo studies ki ja rahi hain, hazaron saal se, woh sab kisi maqsad-iyat ko daryaft karne mein nakaam hain.</w:t>
      </w:r>
    </w:p>
    <w:p>
      <w:pPr>
        <w:jc w:val="right"/>
      </w:pPr>
      <w:r>
        <w:t>لیکن جو قرآن سے باہر یا مذہب سے باہر جو اسٹڈیز کی جا رہی ہیں، ہزاروں سال سے، وہ سب کسی مقصدیت کو دریافت کرنے میں ناکام ہیں۔</w:t>
      </w:r>
    </w:p>
    <w:p>
      <w:r>
        <w:rPr>
          <w:b/>
        </w:rPr>
        <w:t xml:space="preserve">[05:28] </w:t>
      </w:r>
      <w:r>
        <w:t>Why is this contradiction</w:t>
      </w:r>
    </w:p>
    <w:p>
      <w:pPr>
        <w:jc w:val="right"/>
      </w:pPr>
      <w:r>
        <w:t>Why is this contradiction</w:t>
      </w:r>
    </w:p>
    <w:p>
      <w:r>
        <w:rPr>
          <w:b/>
        </w:rPr>
        <w:t xml:space="preserve">[05:32] </w:t>
      </w:r>
      <w:r>
        <w:t>? yaani Quran ke ailaan mein aur insani ilm mein yeh contradiction kyun hai?</w:t>
      </w:r>
    </w:p>
    <w:p>
      <w:pPr>
        <w:jc w:val="right"/>
      </w:pPr>
      <w:r>
        <w:t>؟ یعنی قرآن کے اعلان میں اور انسانی علم میں یہ contradiction کیوں ہے؟</w:t>
      </w:r>
    </w:p>
    <w:p>
      <w:r>
        <w:rPr>
          <w:b/>
        </w:rPr>
        <w:t xml:space="preserve">[05:43] </w:t>
      </w:r>
      <w:r>
        <w:t>is ka</w:t>
      </w:r>
    </w:p>
    <w:p>
      <w:pPr>
        <w:jc w:val="right"/>
      </w:pPr>
      <w:r>
        <w:t>اس کا</w:t>
      </w:r>
    </w:p>
    <w:p>
      <w:r>
        <w:rPr>
          <w:b/>
        </w:rPr>
        <w:t xml:space="preserve">[05:46] </w:t>
      </w:r>
      <w:r>
        <w:t>is ko daryaft karna goya is challenge ka jawab dena hai, is tahaddi ka jawab dena hai.</w:t>
      </w:r>
    </w:p>
    <w:p>
      <w:pPr>
        <w:jc w:val="right"/>
      </w:pPr>
      <w:r>
        <w:t>اس کو دریافت کرنا گویا اس چیلنج کا جواب دینا ہے، اس تحدی کا جواب دینا ہے۔</w:t>
      </w:r>
    </w:p>
    <w:p>
      <w:r>
        <w:rPr>
          <w:b/>
        </w:rPr>
        <w:t xml:space="preserve">[05:56] </w:t>
      </w:r>
      <w:r>
        <w:t>jahan tak maine samjha hai, is ka buniyadi sabab yeh hai ke hamare philosophers ya hamare reformers ka yardstick galat hai.</w:t>
      </w:r>
    </w:p>
    <w:p>
      <w:pPr>
        <w:jc w:val="right"/>
      </w:pPr>
      <w:r>
        <w:t>جہاں تک میں نے سمجھا ہے، اس کا بنیادی سبب یہ ہے کہ ہمارے فلاسفرز یا ہمارے ریفارمرز کا یارڈسٹری غلط ہے۔</w:t>
      </w:r>
    </w:p>
    <w:p>
      <w:r>
        <w:rPr>
          <w:b/>
        </w:rPr>
        <w:t xml:space="preserve">[06:09] </w:t>
      </w:r>
      <w:r>
        <w:t>woh ghalat yardstick se zindagi ko janchte hain. yaani jo Khuda ka yardstick hai, us se nahi, ek aur se.</w:t>
      </w:r>
    </w:p>
    <w:p>
      <w:pPr>
        <w:jc w:val="right"/>
      </w:pPr>
      <w:r>
        <w:t>وہ غلط یارڈسٹرک سے زندگی کو جانچتے ہیں۔ یعنی جو خدا کا یارڈسٹرک ہے، اس سے نہیں، ایک اور سے۔</w:t>
      </w:r>
    </w:p>
    <w:p>
      <w:r>
        <w:rPr>
          <w:b/>
        </w:rPr>
        <w:t xml:space="preserve">[06:20] </w:t>
      </w:r>
      <w:r>
        <w:t>is ka matlab hai ke jo Khuda ki schema of things hai, us se bekhabari ki wajah se yeh paida hua hai. saara mamla is liye hai ke logon ko pata hi nahi ke Khuda ki, yaani creator ki, creator ki schema of things kya hai,</w:t>
      </w:r>
    </w:p>
    <w:p>
      <w:pPr>
        <w:jc w:val="right"/>
      </w:pPr>
      <w:r>
        <w:t>اس کا معنی ہے کہ جو خدا کی اسکیما آف تھنگز ہے، اس سے بے خبری کی وجہ سے یہ پیدا ہوا ہے۔ سارا معاملہ اس لیے ہے کہ لوگوں کو پتہ ہی نہیں کہ خدا کی، یعنی کریٹر کی، کریٹر کی اسکیما آف تھنگز کیا ہے،</w:t>
      </w:r>
    </w:p>
    <w:p>
      <w:r>
        <w:rPr>
          <w:b/>
        </w:rPr>
        <w:t xml:space="preserve">[06:39] </w:t>
      </w:r>
      <w:r>
        <w:t>us se bekhabar hain.</w:t>
      </w:r>
    </w:p>
    <w:p>
      <w:pPr>
        <w:jc w:val="right"/>
      </w:pPr>
      <w:r>
        <w:t>اس سے بے خبر ہیں۔</w:t>
      </w:r>
    </w:p>
    <w:p>
      <w:r>
        <w:rPr>
          <w:b/>
        </w:rPr>
        <w:t xml:space="preserve">[06:44] </w:t>
      </w:r>
      <w:r>
        <w:t>is wajah se woh explain nahi kar paate woh is ko.</w:t>
      </w:r>
    </w:p>
    <w:p>
      <w:pPr>
        <w:jc w:val="right"/>
      </w:pPr>
      <w:r>
        <w:t>اس وجہ سے وہ ایکسپلین نہیں کر پاتے وہ اس کو۔</w:t>
      </w:r>
    </w:p>
    <w:p>
      <w:r>
        <w:rPr>
          <w:b/>
        </w:rPr>
        <w:t xml:space="preserve">[06:50] </w:t>
      </w:r>
      <w:r>
        <w:t>yeh kya hai? dekhiye, is ko samajhne ke liye humein ek ek aur baat jaan na parhe ga ke aadmi buniyadi tor par perfectionist hota hai.</w:t>
      </w:r>
    </w:p>
    <w:p>
      <w:pPr>
        <w:jc w:val="right"/>
      </w:pPr>
      <w:r>
        <w:t>یہ کیا ہے؟ دیکھئے، اس کو سمجھنے کے لیے ہمیں ایک ایک اور بات جاننا پڑے گا کہ آدمی بنیادی طور پر پرفیکشنسٹ ہوتا ہے۔</w:t>
      </w:r>
    </w:p>
    <w:p>
      <w:r>
        <w:rPr>
          <w:b/>
        </w:rPr>
        <w:t xml:space="preserve">[07:04] </w:t>
      </w:r>
      <w:r>
        <w:t>Everyone is born perfectionist, born idealist</w:t>
      </w:r>
    </w:p>
    <w:p>
      <w:pPr>
        <w:jc w:val="right"/>
      </w:pPr>
      <w:r>
        <w:t>Everyone is born perfectionist, born idealist</w:t>
      </w:r>
    </w:p>
    <w:p>
      <w:r>
        <w:rPr>
          <w:b/>
        </w:rPr>
        <w:t xml:space="preserve">[07:09] </w:t>
      </w:r>
      <w:r>
        <w:t>. hum mein se har shakhs apne mind mein ek ideal concept leye hue hai. ideal life, ideal society, ideal marriage, ideal hukoomat, ideal system, yeh humare andar inter woven hai.</w:t>
      </w:r>
    </w:p>
    <w:p>
      <w:pPr>
        <w:jc w:val="right"/>
      </w:pPr>
      <w:r>
        <w:t>۔ ہم میں سے ہر شخص اپنے مائنڈ میں ایک آئیڈیل کانسیپٹ لے ہوئے ہے۔ آئیڈیل لائف، آئیڈیل سوسائٹی، آئیڈیل میرج، آئیڈیل حکومت، آئیڈیل سسٹم، یہ ہمارے اندر انٹر وون ہے۔</w:t>
      </w:r>
    </w:p>
    <w:p>
      <w:r>
        <w:rPr>
          <w:b/>
        </w:rPr>
        <w:t xml:space="preserve">[07:28] </w:t>
      </w:r>
      <w:r>
        <w:t>toh humara jo mindset hai, woh base karta hai ideal par, perfection par. is mindset ko le kar hum chahte hain ex</w:t>
      </w:r>
    </w:p>
    <w:p>
      <w:pPr>
        <w:jc w:val="right"/>
      </w:pPr>
      <w:r>
        <w:t>تو ہمارا جو مائنڈ سیٹ ہے، وہ بیس کرتا ہے آئیڈیل پر، پرفیکشن پر۔ اس مائنڈ سیٹ کو لے کر ہم چاہتے ہیں ایکس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