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Study of The Quran 23 June 2019 - Maulana Wahiduddin Khan</w:t>
      </w:r>
    </w:p>
    <w:p>
      <w:r>
        <w:t>https://www.youtube.com/watch?v=tFQnqhFtPko</w:t>
      </w:r>
    </w:p>
    <w:p>
      <w:r>
        <w:rPr>
          <w:b/>
        </w:rPr>
        <w:t xml:space="preserve">[00:13] </w:t>
      </w:r>
      <w:r>
        <w:t>Bismillah Rehman ur Rahim, 23 June 2019.</w:t>
      </w:r>
    </w:p>
    <w:p>
      <w:pPr>
        <w:jc w:val="right"/>
      </w:pPr>
      <w:r>
        <w:t>بسم اللہ الرحمن الرحیم، 23 جون 2019۔</w:t>
      </w:r>
    </w:p>
    <w:p>
      <w:r>
        <w:rPr>
          <w:b/>
        </w:rPr>
        <w:t xml:space="preserve">[00:24] </w:t>
      </w:r>
      <w:r>
        <w:t>ek Hadees jo bohat dinon se mein sochta raha hoon ke is ka matlab kya hai.</w:t>
      </w:r>
    </w:p>
    <w:p>
      <w:pPr>
        <w:jc w:val="right"/>
      </w:pPr>
      <w:r>
        <w:t>ایک حدیث جو بہت دنوں سے میں سوچتا رہا ہوں کہ اس کا مطلب کیا ہے۔</w:t>
      </w:r>
    </w:p>
    <w:p>
      <w:r>
        <w:rPr>
          <w:b/>
        </w:rPr>
        <w:t xml:space="preserve">[00:33] </w:t>
      </w:r>
      <w:r>
        <w:t>is ke alfaaz hain: "la" Quran ke baray mein hai, "la tanqadi ajaa'ibuhu".</w:t>
      </w:r>
    </w:p>
    <w:p>
      <w:pPr>
        <w:jc w:val="right"/>
      </w:pPr>
      <w:r>
        <w:t>اس کے الفاظ ہیں: "لا" قرآن کے بارے میں ہے، "لا تنقضی عجائبہ"۔</w:t>
      </w:r>
    </w:p>
    <w:p>
      <w:r>
        <w:rPr>
          <w:b/>
        </w:rPr>
        <w:t xml:space="preserve">[00:44] </w:t>
      </w:r>
      <w:r>
        <w:t>Quran ke ajaa'ib kabhi khatam nahi hon gay.</w:t>
      </w:r>
    </w:p>
    <w:p>
      <w:pPr>
        <w:jc w:val="right"/>
      </w:pPr>
      <w:r>
        <w:t>قرآن کے عجائب کبھی ختم نہیں ہوں گے۔</w:t>
      </w:r>
    </w:p>
    <w:p>
      <w:r>
        <w:rPr>
          <w:b/>
        </w:rPr>
        <w:t xml:space="preserve">[00:51] </w:t>
      </w:r>
      <w:r>
        <w:t>toh aaj hi mujh par yeh wazeh hua ke Hadees ko parhne ke liye, Hadees ko samajhne ke liye,</w:t>
      </w:r>
    </w:p>
    <w:p>
      <w:pPr>
        <w:jc w:val="right"/>
      </w:pPr>
      <w:r>
        <w:t>تو آج ہی مجھ پر یہ واضح ہوا کہ حدیث کو پڑھنے کے لیے، حدیث کو سمجھنے کے لیے،</w:t>
      </w:r>
    </w:p>
    <w:p>
      <w:r>
        <w:rPr>
          <w:b/>
        </w:rPr>
        <w:t xml:space="preserve">[01:03] </w:t>
      </w:r>
      <w:r>
        <w:t>bohat ziyada creative mind chahiye.</w:t>
      </w:r>
    </w:p>
    <w:p>
      <w:pPr>
        <w:jc w:val="right"/>
      </w:pPr>
      <w:r>
        <w:t>بہت زیادہ کریٹیو مائنڈ چاہیے۔</w:t>
      </w:r>
    </w:p>
    <w:p>
      <w:r>
        <w:rPr>
          <w:b/>
        </w:rPr>
        <w:t xml:space="preserve">[01:10] </w:t>
      </w:r>
      <w:r>
        <w:t>alfaaz mein jo gum rahe, woh Quran ko samajh nahi sakte.</w:t>
      </w:r>
    </w:p>
    <w:p>
      <w:pPr>
        <w:jc w:val="right"/>
      </w:pPr>
      <w:r>
        <w:t>الفاظ میں جو گم رہے، وہ قرآن کو سمجھ نہیں سکتے۔</w:t>
      </w:r>
    </w:p>
    <w:p>
      <w:r>
        <w:rPr>
          <w:b/>
        </w:rPr>
        <w:t xml:space="preserve">[01:18] </w:t>
      </w:r>
      <w:r>
        <w:t>creative mind. toh yeh jo Hadees hai: "la tanqadi ajaa'ibuhu", Quran ke ajaa'ib, Quran ke marvels, kabhi khatam nahi hon gay.</w:t>
      </w:r>
    </w:p>
    <w:p>
      <w:pPr>
        <w:jc w:val="right"/>
      </w:pPr>
      <w:r>
        <w:t>کریٹیو مائنڈ۔ تو یہ جو حدیث ہے: "لا تنقضی عجائبہ"، قرآن کے عجائب، قرآن کے مارولز، کبھی ختم نہیں ہوں گے۔</w:t>
      </w:r>
    </w:p>
    <w:p>
      <w:r>
        <w:rPr>
          <w:b/>
        </w:rPr>
        <w:t xml:space="preserve">[01:35] </w:t>
      </w:r>
      <w:r>
        <w:t>toh is ka matlab kya hai? aam tor par is ko baseerat ke mani mein liya jata hai, ya fazail ke mani mein.</w:t>
      </w:r>
    </w:p>
    <w:p>
      <w:pPr>
        <w:jc w:val="right"/>
      </w:pPr>
      <w:r>
        <w:t>تو اس کا مطلب کیا ہے؟ عام طور پر اس کو بصیرت کے معنی میں لیا جاتا ہے، یا فضائل کے معنی میں۔</w:t>
      </w:r>
    </w:p>
    <w:p>
      <w:r>
        <w:rPr>
          <w:b/>
        </w:rPr>
        <w:t xml:space="preserve">[01:45] </w:t>
      </w:r>
      <w:r>
        <w:t>nahi, is ka matlab dekhiye yeh hai ke Quran ek aisi kitaab hai jo poori history ko cover kar rahi hai,</w:t>
      </w:r>
    </w:p>
    <w:p>
      <w:pPr>
        <w:jc w:val="right"/>
      </w:pPr>
      <w:r>
        <w:t>نہیں، اس کا مطلب دیکھیں یہ ہے کہ قرآن ایک ایسی کتاب ہے جو پوری ہسٹری کو کور کر رہی ہے،</w:t>
      </w:r>
    </w:p>
    <w:p>
      <w:r>
        <w:rPr>
          <w:b/>
        </w:rPr>
        <w:t xml:space="preserve">[02:00] </w:t>
      </w:r>
      <w:r>
        <w:t>poori human history ko.</w:t>
      </w:r>
    </w:p>
    <w:p>
      <w:pPr>
        <w:jc w:val="right"/>
      </w:pPr>
      <w:r>
        <w:t>پوری ہیومن ہسٹری کو۔</w:t>
      </w:r>
    </w:p>
    <w:p>
      <w:r>
        <w:rPr>
          <w:b/>
        </w:rPr>
        <w:t xml:space="preserve">[02:06] </w:t>
      </w:r>
      <w:r>
        <w:t>poori human history ko cover kar rahi hai. toh zahir hai ke is mein aisi baatein hongi jo poori human history ke baray mein hongi.</w:t>
      </w:r>
    </w:p>
    <w:p>
      <w:pPr>
        <w:jc w:val="right"/>
      </w:pPr>
      <w:r>
        <w:t>پوری ہیومن ہسٹری کو کور کر رہی ہے۔ تو ظاہر ہے کہ اس میں ایسی باتیں ہوں گی جو پوری ہیومن ہسٹری کے بارے میں ہوں گی۔</w:t>
      </w:r>
    </w:p>
    <w:p>
      <w:r>
        <w:rPr>
          <w:b/>
        </w:rPr>
        <w:t xml:space="preserve">[02:22] </w:t>
      </w:r>
      <w:r>
        <w:t>toh isi cheez ko ajaa'ib kaha gaya. ajaa'ib ke mani koi ajuboon ki baatein nahi hain. yahi mani hain ke human history ke poore daur ko woh cover kar raha hai,</w:t>
      </w:r>
    </w:p>
    <w:p>
      <w:pPr>
        <w:jc w:val="right"/>
      </w:pPr>
      <w:r>
        <w:t>تو اسی چیز کو عجائب کہا گیا۔ عجائب کے معنی کوئی عجوبوں کی باتیں نہیں ہیں۔ یہی معنی ہیں کہ ہیومن ہسٹری کے پورے دور کو وہ کور کر رہا ہے،</w:t>
      </w:r>
    </w:p>
    <w:p>
      <w:r>
        <w:rPr>
          <w:b/>
        </w:rPr>
        <w:t xml:space="preserve">[02:40] </w:t>
      </w:r>
      <w:r>
        <w:t>ibtedai daur ko bhi, baad ke daur ko bhi.</w:t>
      </w:r>
    </w:p>
    <w:p>
      <w:pPr>
        <w:jc w:val="right"/>
      </w:pPr>
      <w:r>
        <w:t>ابتدائی دور کو بھی، بعد کے دور کو بھی۔</w:t>
      </w:r>
    </w:p>
    <w:p>
      <w:r>
        <w:rPr>
          <w:b/>
        </w:rPr>
        <w:t xml:space="preserve">[02:47] </w:t>
      </w:r>
      <w:r>
        <w:t>is tarah sochte sochte mujhe ek Hadees yaad aayi. ek Hadees mein hai ke: "layla al amr ma balagh an nahar".</w:t>
      </w:r>
    </w:p>
    <w:p>
      <w:pPr>
        <w:jc w:val="right"/>
      </w:pPr>
      <w:r>
        <w:t>اس طرح سوچتے سوچتے مجھے ایک حدیث یاد آئی۔ ایک حدیث میں ہے کہ: "لیلا الامر ما بلغ النہار"۔</w:t>
      </w:r>
    </w:p>
    <w:p>
      <w:r>
        <w:rPr>
          <w:b/>
        </w:rPr>
        <w:t xml:space="preserve">[03:09] </w:t>
      </w:r>
      <w:r>
        <w:t>yeh Makki zabaan ki Hadees hai. Makki daur mein jab bohat ziyada log mukhalifat kar rahe thay toh Rasool Allah Sal Allahu Alaihi Wasallam ek martaba bethe hue thay Kaba ke saaye mein.</w:t>
      </w:r>
    </w:p>
    <w:p>
      <w:pPr>
        <w:jc w:val="right"/>
      </w:pPr>
      <w:r>
        <w:t>یہ مکی زبان کی حدیث ہے۔ مکی دور میں جب بہت زیادہ لوگ مخالفت کر رہے تھے تو رسول اللہ صلی اللہ علیہ وسلم ایک مرتبہ بیٹھے ہوئے تھے کعبہ کے سائے میں۔</w:t>
      </w:r>
    </w:p>
    <w:p>
      <w:r>
        <w:rPr>
          <w:b/>
        </w:rPr>
        <w:t xml:space="preserve">[03:25] </w:t>
      </w:r>
      <w:r>
        <w:t>kuch Sahaba aaye, unhon ne kaha ke dekhiye itni museebatein pad rahi hain, aap dua kijiye toh Rasool Allah ne is waqt farmaya tha, Makki daur mein, ke: "wallah ma balagh an nahar".</w:t>
      </w:r>
    </w:p>
    <w:p>
      <w:pPr>
        <w:jc w:val="right"/>
      </w:pPr>
      <w:r>
        <w:t>کچھ صحابہ آئے، انہوں نے کہا کہ دیکھیے اتنی مصیبتیں پڑ رہی ہیں، آپ دعا کیجیے۔ تو رسول اللہ نے اس وقت فرمایا تھا، مکی دور میں، کہ: "واللہ ما بلغ النہار"۔</w:t>
      </w:r>
    </w:p>
    <w:p>
      <w:r>
        <w:rPr>
          <w:b/>
        </w:rPr>
        <w:t xml:space="preserve">[03:46] </w:t>
      </w:r>
      <w:r>
        <w:t>lekin tum jaldi kar rahe ho. yani Khuda ki qasam, yeh deen, yeh Quran ki dawat, Quran ka mission, pohnchega wahan tak jahan tak</w:t>
      </w:r>
    </w:p>
    <w:p>
      <w:pPr>
        <w:jc w:val="right"/>
      </w:pPr>
      <w:r>
        <w:t>لیکن تم جلدی کر رہے ہو۔ یعنی خدا کی قسم، یہ دین، یہ قرآن کی دعوت، قرآن کا مشن، پہنچے گا وہاں تک جہاں تک</w:t>
      </w:r>
    </w:p>
    <w:p>
      <w:r>
        <w:rPr>
          <w:b/>
        </w:rPr>
        <w:t xml:space="preserve">[04:09] </w:t>
      </w:r>
      <w:r>
        <w:t>pohnchte hain din aur raat. is par sochte sochte mujhe samajh mein aaya ke jis zamane mein</w:t>
      </w:r>
    </w:p>
    <w:p>
      <w:pPr>
        <w:jc w:val="right"/>
      </w:pPr>
      <w:r>
        <w:t>پہنچتے ہیں دن اور رات۔ اس پر سوچتے سوچتے مجھے سمجھ میں آیا کہ جس زمانے میں</w:t>
      </w:r>
    </w:p>
    <w:p>
      <w:r>
        <w:rPr>
          <w:b/>
        </w:rPr>
        <w:t xml:space="preserve">[04:23] </w:t>
      </w:r>
      <w:r>
        <w:t>British Empire apne peak par thi, peak par, yani Hong Kong se le kar ke Deodar tar tak, har jagah British jack lehra raha tha.</w:t>
      </w:r>
    </w:p>
    <w:p>
      <w:pPr>
        <w:jc w:val="right"/>
      </w:pPr>
      <w:r>
        <w:t>برٹش ایمپائر اپنے پیک پر تھی، پیک پر، یعنی ہانگ کانگ سے لے کر کے ڈیوڈارٹر تک، ہر جگہ برٹش جیک لہرا رہا تھا۔</w:t>
      </w:r>
    </w:p>
    <w:p>
      <w:r>
        <w:rPr>
          <w:b/>
        </w:rPr>
        <w:t xml:space="preserve">[04:39] </w:t>
      </w:r>
      <w:r>
        <w:t>to is zamane mein kisi ne kaha tha ke:</w:t>
      </w:r>
    </w:p>
    <w:p>
      <w:pPr>
        <w:jc w:val="right"/>
      </w:pPr>
      <w:r>
        <w:t>تو اس زمانے میں کسی نے کہا تھا کہ:</w:t>
      </w:r>
    </w:p>
    <w:p>
      <w:r>
        <w:rPr>
          <w:b/>
        </w:rPr>
        <w:t xml:space="preserve">[04:47] </w:t>
      </w:r>
      <w:r>
        <w:t>"the sun never set on the British Empire".</w:t>
      </w:r>
    </w:p>
    <w:p>
      <w:pPr>
        <w:jc w:val="right"/>
      </w:pPr>
      <w:r>
        <w:t>"دا سن نیور سیٹ ان دا برٹش ایمپائر"۔</w:t>
      </w:r>
    </w:p>
    <w:p>
      <w:r>
        <w:rPr>
          <w:b/>
        </w:rPr>
        <w:t xml:space="preserve">[04:54] </w:t>
      </w:r>
      <w:r>
        <w:t>yani</w:t>
      </w:r>
    </w:p>
    <w:p>
      <w:pPr>
        <w:jc w:val="right"/>
      </w:pPr>
      <w:r>
        <w:t>یعنی</w:t>
      </w:r>
    </w:p>
    <w:p>
      <w:r>
        <w:rPr>
          <w:b/>
        </w:rPr>
        <w:t xml:space="preserve">[04:59] </w:t>
      </w:r>
      <w:r>
        <w:t>British Empire ke upar suraj kabhi gharoob nahi hota. yani woh pura hemisphere jo hai, woh cover karta hai.</w:t>
      </w:r>
    </w:p>
    <w:p>
      <w:pPr>
        <w:jc w:val="right"/>
      </w:pPr>
      <w:r>
        <w:t>برٹش ایمپائر کے اوپر سورج کبھی غروب نہیں ہوتا۔ یعنی وہ پورا ہیمی اسفیئر جو ہے، وہ کور کرتا ہے۔</w:t>
      </w:r>
    </w:p>
    <w:p>
      <w:r>
        <w:rPr>
          <w:b/>
        </w:rPr>
        <w:t xml:space="preserve">[05:10] </w:t>
      </w:r>
      <w:r>
        <w:t>to har har jagah kahin na kahin suraj maujood hota hai, roshni maujood hoti hai is ki.</w:t>
      </w:r>
    </w:p>
    <w:p>
      <w:pPr>
        <w:jc w:val="right"/>
      </w:pPr>
      <w:r>
        <w:t>تو ہر ہر جگہ کہیں نہ کہیں سورج موجود ہوتا ہے، روشنی موجود ہوتی ہے اس کی۔</w:t>
      </w:r>
    </w:p>
    <w:p>
      <w:r>
        <w:rPr>
          <w:b/>
        </w:rPr>
        <w:t xml:space="preserve">[05:20] </w:t>
      </w:r>
      <w:r>
        <w:t>to is ko sochte hue maine socha ke hadith mein jo baat hai, ek khaas usloob mein ek bahut badi tareekhi haqeeqat ko bataya gaya.</w:t>
      </w:r>
    </w:p>
    <w:p>
      <w:pPr>
        <w:jc w:val="right"/>
      </w:pPr>
      <w:r>
        <w:t>تو اس کو سوچتے ہوئے میں نے سوچا کہ حدیث میں جو بات ہے، ایک خاص اسلوب میں ایک بہت بڑی تاریخی حقیقت کو بتایا گیا۔</w:t>
      </w:r>
    </w:p>
    <w:p>
      <w:r>
        <w:rPr>
          <w:b/>
        </w:rPr>
        <w:t xml:space="preserve">[05:35] </w:t>
      </w:r>
      <w:r>
        <w:t>tareekhi haqeeqat yeh jo hadith hai ke: "Wallah yeh mamla, yeh deen, pohnchega wahan tak jahan tak raat aur din pohnchte hain".</w:t>
      </w:r>
    </w:p>
    <w:p>
      <w:pPr>
        <w:jc w:val="right"/>
      </w:pPr>
      <w:r>
        <w:t>تاریخی حقیقت یہ جو حدیث ہے کہ: "واللہ یہ معاملہ، یہ دین، پہنچے گا وہاں تک جہاں تک رات اور دن پہنچتے ہیں"۔</w:t>
      </w:r>
    </w:p>
    <w:p>
      <w:r>
        <w:rPr>
          <w:b/>
        </w:rPr>
        <w:t xml:space="preserve">[05:51] </w:t>
      </w:r>
      <w:r>
        <w:t>yeh ek usloob hai. is usloob mein ek tareekhi historical fact ko bataya gaya hai. wahi wahi fact jo baad ke zamane mein, British Empire ke zamane mein,</w:t>
      </w:r>
    </w:p>
    <w:p>
      <w:pPr>
        <w:jc w:val="right"/>
      </w:pPr>
      <w:r>
        <w:t>یہ ایک اسلوب ہے۔ اس اسلوب میں ایک تاریخی ہسٹوریکل فیکٹ کو بتایا گیا ہے۔ وہی وہی فیکٹ جو بعد کے زمانے میں، برٹش ایمپائر کے زمانے میں،</w:t>
      </w:r>
    </w:p>
    <w:p>
      <w:r>
        <w:rPr>
          <w:b/>
        </w:rPr>
        <w:t xml:space="preserve">[06:05] </w:t>
      </w:r>
      <w:r>
        <w:t>in in alfaaz mein bataya gaya ke: "the sun never set on the British Empire". yeh dekhiye, ab logon ne is ko bahut hi ghata kar dekha hai.</w:t>
      </w:r>
    </w:p>
    <w:p>
      <w:pPr>
        <w:jc w:val="right"/>
      </w:pPr>
      <w:r>
        <w:t>ان ان الفاظ میں بتایا گیا کہ: "دا سن نیئر سیٹ ان دا برٹش ایمپائر"۔ یہ دیکھیے، اب لوگوں نے اس کو بہت ہی گھٹا کر دیکھا ہے۔</w:t>
      </w:r>
    </w:p>
    <w:p>
      <w:r>
        <w:rPr>
          <w:b/>
        </w:rPr>
        <w:t xml:space="preserve">[06:21] </w:t>
      </w:r>
      <w:r>
        <w:t>saare log jab British Empire aaya to us ke khilaaf ho gaye aur sab lage jihad karne. achha, yeh socha nahi ke is jihad mein sirf musalmani kyun maare gaye?</w:t>
      </w:r>
    </w:p>
    <w:p>
      <w:pPr>
        <w:jc w:val="right"/>
      </w:pPr>
      <w:r>
        <w:t>سارے لوگ جب برٹش ایمپائر آیا تو اس کے خلاف ہو گئے اور سب لگے جہاد کرنے۔ اچھا، یہ سوچا نہیں کہ اس جہاد میں صرف مسلمانی کیوں مارے گئے؟</w:t>
      </w:r>
    </w:p>
    <w:p>
      <w:r>
        <w:rPr>
          <w:b/>
        </w:rPr>
        <w:t xml:space="preserve">[06:36] </w:t>
      </w:r>
      <w:r>
        <w:t>musalmani kyun ko haar hui? agar yeh jihad waqai maani mein Allah ka jihad hota to musalmanon ko kamyabi hoti hai.</w:t>
      </w:r>
    </w:p>
    <w:p>
      <w:pPr>
        <w:jc w:val="right"/>
      </w:pPr>
      <w:r>
        <w:t>مسلمانی کیوں کو ہار ہوئی؟ اگر یہ جہاد واقعی معنی میں اللہ کا جہاد ہوتا تو مسلمانوں کو کامیابی ہوتی ہے۔</w:t>
      </w:r>
    </w:p>
    <w:p>
      <w:r>
        <w:rPr>
          <w:b/>
        </w:rPr>
        <w:t xml:space="preserve">[06:48] </w:t>
      </w:r>
      <w:r>
        <w:t>kyunki Quran mein saaf saaf hai ke agar tum Allah ke liye koshish karoge to Allah tum ko kamyabi ata farmayega.</w:t>
      </w:r>
    </w:p>
    <w:p>
      <w:pPr>
        <w:jc w:val="right"/>
      </w:pPr>
      <w:r>
        <w:t>کیونکہ قرآن میں صاف صاف ہے کہ اگر تم اللہ کے لیے کوشش کرو گے تو اللہ تم کو کامیابی عطا فرمائے گا۔</w:t>
      </w:r>
    </w:p>
    <w:p>
      <w:r>
        <w:rPr>
          <w:b/>
        </w:rPr>
        <w:t xml:space="preserve">[06:58] </w:t>
      </w:r>
      <w:r>
        <w:t>to yeh Allah ke liye the hi nahi. yeh jo pachas baras balke sau baras tak British Empire ke khilaaf musalman ladte rahe, woh jihad fi sabilillah tha hi nahi.</w:t>
      </w:r>
    </w:p>
    <w:p>
      <w:pPr>
        <w:jc w:val="right"/>
      </w:pPr>
      <w:r>
        <w:t>تو یہ اللہ کے لیے تھے ہی نہیں۔ یہ جو پچاس برس بلکہ سو برس تک برٹش ایمپائر کے خلاف مسلمان لڑتے رہے، وہ جہاد فی سبیل اللہ تھا ہی نہیں۔</w:t>
      </w:r>
    </w:p>
    <w:p>
      <w:r>
        <w:rPr>
          <w:b/>
        </w:rPr>
        <w:t xml:space="preserve">[07:13] </w:t>
      </w:r>
      <w:r>
        <w:t>agar hota to zaroor Allah ki madad hoti hai.</w:t>
      </w:r>
    </w:p>
    <w:p>
      <w:pPr>
        <w:jc w:val="right"/>
      </w:pPr>
      <w:r>
        <w:t>اگر ہوتا تو ضرور اللہ کی مدد ہوتی ہے۔</w:t>
      </w:r>
    </w:p>
    <w:p>
      <w:r>
        <w:rPr>
          <w:b/>
        </w:rPr>
        <w:t xml:space="preserve">[07:19] </w:t>
      </w:r>
      <w:r>
        <w:t>yeh saare Muslim leader jo hain, ab bekhabari ke, yani blind alley mein jihad kar rahe the.</w:t>
      </w:r>
    </w:p>
    <w:p>
      <w:pPr>
        <w:jc w:val="right"/>
      </w:pPr>
      <w:r>
        <w:t>یہ سارے مسلم لیڈر جو ہیں، اب بے خبری کے، یعنی بلائنڈ ایلی میں جہاد کر رہے تھے۔</w:t>
      </w:r>
    </w:p>
    <w:p>
      <w:r>
        <w:rPr>
          <w:b/>
        </w:rPr>
        <w:t xml:space="preserve">[07:32] </w:t>
      </w:r>
      <w:r>
        <w:t>bekhabari ki blind alley, yani bekhabari ke andhere mein. yeh bahut bada Allah ka rehmat ka darwaza khula khula tha.</w:t>
      </w:r>
    </w:p>
    <w:p>
      <w:pPr>
        <w:jc w:val="right"/>
      </w:pPr>
      <w:r>
        <w:t>بے خبری کی بلائنڈ ایلی، یعنی بے خبری کے اندھیرے میں۔ یہ بہت بڑا اللہ کا رحمت کا دروازہ کھلا کھلا تھا۔</w:t>
      </w:r>
    </w:p>
    <w:p>
      <w:r>
        <w:rPr>
          <w:b/>
        </w:rPr>
        <w:t xml:space="preserve">[07:48] </w:t>
      </w:r>
      <w:r>
        <w:t>duniya mein sab se bada Empire qaim hua hai, British Empire. yeh sab se bada. to British Empire ke zamane mein kya hua?</w:t>
      </w:r>
    </w:p>
    <w:p>
      <w:pPr>
        <w:jc w:val="right"/>
      </w:pPr>
      <w:r>
        <w:t>دنیا میں سب سے بڑا ایمپائر قائم ہوا ہے، برٹش ایمپائر۔ یہ سب سے بڑا۔ تو برٹش ایمپائر کے زمانے میں کیا ہوا؟</w:t>
      </w:r>
    </w:p>
    <w:p>
      <w:r>
        <w:rPr>
          <w:b/>
        </w:rPr>
        <w:t xml:space="preserve">[08:01] </w:t>
      </w:r>
      <w:r>
        <w:t>British Empire ke zamane mein kya hua? saari duniya ek ek system, ek political system ke under mein aa gayi.</w:t>
      </w:r>
    </w:p>
    <w:p>
      <w:pPr>
        <w:jc w:val="right"/>
      </w:pPr>
      <w:r>
        <w:t>برٹش ایمپائر کے زمانے میں کیا ہوا؟ ساری دنیا ایک ایک سسٹم، ایک پولیٹیکل سسٹم کے انڈر میں آ گئی۔</w:t>
      </w:r>
    </w:p>
    <w:p>
      <w:r>
        <w:rPr>
          <w:b/>
        </w:rPr>
        <w:t xml:space="preserve">[08:11] </w:t>
      </w:r>
      <w:r>
        <w:t>saari duniya. is ka maani kya ho gaya? ke saari duniya mein aap ko safar karna mumkin ho gaya. maslan maine ek baar to safar kiya tha Dilli se Tokyo.</w:t>
      </w:r>
    </w:p>
    <w:p>
      <w:pPr>
        <w:jc w:val="right"/>
      </w:pPr>
      <w:r>
        <w:t>ساری دنیا۔ اس کا معنی کیا ہو گیا؟ کہ ساری دنیا میں آپ کو سفر کرنا ممکن ہو گیا۔ مثلاً میں نے ایک بار تو سفر کیا تھا دلی سے ٹوکیو۔</w:t>
      </w:r>
    </w:p>
    <w:p>
      <w:r>
        <w:rPr>
          <w:b/>
        </w:rPr>
        <w:t xml:space="preserve">[08:27] </w:t>
      </w:r>
      <w:r>
        <w:t>ja gaya America. America ka safar tha woh. to America mein gaya Dilli se Tokyo ki taraf se. yani ek hemisphere wapsi meri hui Los Angeles se Dilli.</w:t>
      </w:r>
    </w:p>
    <w:p>
      <w:pPr>
        <w:jc w:val="right"/>
      </w:pPr>
      <w:r>
        <w:t>جا گیا امریکہ۔ امریکہ کا سفر تھا وہ۔ تو امریکہ میں گیا دلی سے ٹوکیو کی طرف سے۔ یعنی ایک ہیمی اسفیئر واپسی میری ہوئی لارج اینجلس سے دلی۔</w:t>
      </w:r>
    </w:p>
    <w:p>
      <w:r>
        <w:rPr>
          <w:b/>
        </w:rPr>
        <w:t xml:space="preserve">[08:42] </w:t>
      </w:r>
      <w:r>
        <w:t>to doosra hemisphere hai. hemisphere hai. to pura kiraye arz maine tay kiya tha.</w:t>
      </w:r>
    </w:p>
    <w:p>
      <w:pPr>
        <w:jc w:val="right"/>
      </w:pPr>
      <w:r>
        <w:t>تو دوسرا ہیمی اسفیئر ہے۔ ہیمی اسفیئر ہے۔ تو پورا کرائے عرض میں نے طے کیا تھا۔</w:t>
      </w:r>
    </w:p>
    <w:p>
      <w:r>
        <w:rPr>
          <w:b/>
        </w:rPr>
        <w:t xml:space="preserve">[08:52] </w:t>
      </w:r>
      <w:r>
        <w:t>to main sochta tha ke yeh pehle zamane mein to yeh mumkin nahi tha. to kaise mumkin hua? sirf ek passport.</w:t>
      </w:r>
    </w:p>
    <w:p>
      <w:pPr>
        <w:jc w:val="right"/>
      </w:pPr>
      <w:r>
        <w:t>تو میں سوچتا تھا کہ یہ پہلے زمانے میں تو یہ ممکن نہیں تھا۔ تو کیسے ممکن ہوا؟ صرف ایک پاسپورٹ۔</w:t>
      </w:r>
    </w:p>
    <w:p>
      <w:r>
        <w:rPr>
          <w:b/>
        </w:rPr>
        <w:t xml:space="preserve">[09:02] </w:t>
      </w:r>
      <w:r>
        <w:t>mere paas ek passport tha</w:t>
      </w:r>
    </w:p>
    <w:p>
      <w:pPr>
        <w:jc w:val="right"/>
      </w:pPr>
      <w:r>
        <w:t>میرے پاس ایک پاسپورٹ تھا</w:t>
      </w:r>
    </w:p>
    <w:p>
      <w:r>
        <w:rPr>
          <w:b/>
        </w:rPr>
        <w:t xml:space="preserve">[09:07] </w:t>
      </w:r>
      <w:r>
        <w:t>aur is ko endorse kar diya</w:t>
      </w:r>
    </w:p>
    <w:p>
      <w:pPr>
        <w:jc w:val="right"/>
      </w:pPr>
      <w:r>
        <w:t>اور اس کو انڈورس کر دیا</w:t>
      </w:r>
    </w:p>
    <w:p>
      <w:r>
        <w:rPr>
          <w:b/>
        </w:rPr>
        <w:t xml:space="preserve">[09:13] </w:t>
      </w:r>
      <w:r>
        <w:t>dilli airport par. phir endorse kiya tokyo airport par. phir large airport par. to</w:t>
      </w:r>
    </w:p>
    <w:p>
      <w:pPr>
        <w:jc w:val="right"/>
      </w:pPr>
      <w:r>
        <w:t>دلی ایئرپورٹ پر۔ پھر انڈورس کیا ٹوکیو ایئرپورٹ پر۔ پھر لارج ایئرپورٹ پر۔ تو</w:t>
      </w:r>
    </w:p>
    <w:p>
      <w:r>
        <w:rPr>
          <w:b/>
        </w:rPr>
        <w:t xml:space="preserve">[09:24] </w:t>
      </w:r>
      <w:r>
        <w:t>sirf sirf sirf passport meri jeb mein tha. mere liye mumkin hoga ke main sari dunya ka safar karoon.</w:t>
      </w:r>
    </w:p>
    <w:p>
      <w:pPr>
        <w:jc w:val="right"/>
      </w:pPr>
      <w:r>
        <w:t>صرف صرف صرف پاسپورٹ میری جیب میں تھا۔ میرے لیے ممکن ہوگا کہ میں ساری دنیا کا سفر کروں۔</w:t>
      </w:r>
    </w:p>
    <w:p>
      <w:r>
        <w:rPr>
          <w:b/>
        </w:rPr>
        <w:t xml:space="preserve">[09:37] </w:t>
      </w:r>
      <w:r>
        <w:t>to yeh jo hadith hai, is ke maani hain ke ek waqt, ek waqt zamana aaye ga jab ke sari dunya ke darwaze dawat ke liye khul jayen ge.</w:t>
      </w:r>
    </w:p>
    <w:p>
      <w:pPr>
        <w:jc w:val="right"/>
      </w:pPr>
      <w:r>
        <w:t>تو یہ جو حدیث ہے، اس کے معنی ہیں کہ ایک وقت، ایک وقت زمانہ آئے گا جب کہ ساری دنیا کے دروازے دعوت کے لیے کھل جائیں گے۔</w:t>
      </w:r>
    </w:p>
    <w:p>
      <w:r>
        <w:rPr>
          <w:b/>
        </w:rPr>
        <w:t xml:space="preserve">[09:49] </w:t>
      </w:r>
      <w:r>
        <w:t>yeh matlab tha. islam ka nishana hai jang, larai nahi hai. islam ka nishana hai dawat pohanchana hai.</w:t>
      </w:r>
    </w:p>
    <w:p>
      <w:pPr>
        <w:jc w:val="right"/>
      </w:pPr>
      <w:r>
        <w:t>یہ مطلب تھا۔ اسلام کا نشانہ ہے جنگ، لڑائی نہیں ہے۔ اسلام کا نشانہ ہے دعوت پہنچانا ہے۔</w:t>
      </w:r>
    </w:p>
    <w:p>
      <w:r>
        <w:rPr>
          <w:b/>
        </w:rPr>
        <w:t xml:space="preserve">[09:59] </w:t>
      </w:r>
      <w:r>
        <w:t>quran jaisa hadith mein aata hai ke har har ghar mein koi quran dakhil ho jaye ga, allah ka kalma dakhil ho jaye ga.</w:t>
      </w:r>
    </w:p>
    <w:p>
      <w:pPr>
        <w:jc w:val="right"/>
      </w:pPr>
      <w:r>
        <w:t>قرآن جیسا حدیث میں آتا ہے کہ ہر ہر گھر میں کوئی قرآن داخل ہو جائے گا، اللہ کا کلمہ داخل ہو جائے گا۔</w:t>
      </w:r>
    </w:p>
    <w:p>
      <w:r>
        <w:rPr>
          <w:b/>
        </w:rPr>
        <w:t xml:space="preserve">[10:11] </w:t>
      </w:r>
      <w:r>
        <w:t>to woh baat jo jo baad ke zamane mein in in alfaaz mein kahi gayi thi ke british empire ka suraj kabhi gharoob nahi hota,</w:t>
      </w:r>
    </w:p>
    <w:p>
      <w:pPr>
        <w:jc w:val="right"/>
      </w:pPr>
      <w:r>
        <w:t>تو وہ بات جو جو بعد کے زمانے میں ان ان الفاظ میں کہی گئی تھی کہ برٹش ایمپائر کا سورج کبھی غروب نہیں ہوتا،</w:t>
      </w:r>
    </w:p>
    <w:p>
      <w:r>
        <w:rPr>
          <w:b/>
        </w:rPr>
        <w:t xml:space="preserve">[10:27] </w:t>
      </w:r>
      <w:r>
        <w:t>to wahi baat pehle daur awwal mein hadith mein surah alf in alfaaz mein kahi gayi thi ke yeh deen wahan tak pohanche ga jahan tak suraj, jahan tak raat aur din pohanchte hain.</w:t>
      </w:r>
    </w:p>
    <w:p>
      <w:pPr>
        <w:jc w:val="right"/>
      </w:pPr>
      <w:r>
        <w:t>تو وہی بات پہلے دور اول میں حدیث میں سورہ الف ان الفاظ میں کہی گئی تھی کہ یہ دین وہاں تک پہنچے گا جہاں تک سورج، جہاں تک رات اور دن پہنچتے ہیں۔</w:t>
      </w:r>
    </w:p>
    <w:p>
      <w:r>
        <w:rPr>
          <w:b/>
        </w:rPr>
        <w:t xml:space="preserve">[10:42] </w:t>
      </w:r>
      <w:r>
        <w:t>to dekhiye, main yahi keh raha hoon ke quran ko samajhne ke liye aap ko zamane ko samajhna pare ga. kyunke zamane ki zuban mein hai quran.</w:t>
      </w:r>
    </w:p>
    <w:p>
      <w:pPr>
        <w:jc w:val="right"/>
      </w:pPr>
      <w:r>
        <w:t>تو دیکھیے، میں یہی کہہ رہا ہوں کہ قرآن کو سمجھنے کے لیے آپ کو زمانے کو سمجھنا پڑے گا۔ کیونکہ زمانے کی زبان میں ہے قرآن۔</w:t>
      </w:r>
    </w:p>
    <w:p>
      <w:r>
        <w:rPr>
          <w:b/>
        </w:rPr>
        <w:t xml:space="preserve">[10:53] </w:t>
      </w:r>
      <w:r>
        <w:t>log samajhte hain ke jab woh quran arabi zuban mein hai, sahih hai ke arabi zuban mein hai, lekin woh woh zamane ke usloob mein hai. zamane ke usloob mein.</w:t>
      </w:r>
    </w:p>
    <w:p>
      <w:pPr>
        <w:jc w:val="right"/>
      </w:pPr>
      <w:r>
        <w:t>لوگ سمجھتے ہیں کہ جب وہ قرآن عربی زبان میں ہے، صحیح ہے کہ عربی زبان میں ہے، لیکن وہ وہ زمانے کے اسلوب میں ہے۔ زمانے کے اسلوب میں۔</w:t>
      </w:r>
    </w:p>
    <w:p>
      <w:r>
        <w:rPr>
          <w:b/>
        </w:rPr>
        <w:t xml:space="preserve">[11:07] </w:t>
      </w:r>
      <w:r>
        <w:t>to ek taraf aap ko tribal age jo tha, us ke usloob ko samajhna pare ga. doosri taraf jo certificate age hai, us ko samajhna pare ga.</w:t>
      </w:r>
    </w:p>
    <w:p>
      <w:pPr>
        <w:jc w:val="right"/>
      </w:pPr>
      <w:r>
        <w:t>تو ایک طرف آپ کو ٹرائبل ایج جو تھا، اس کے اسلوب کو سمجھنا پڑے گا۔ دوسری طرف جو سرٹیفیکیٹ ایج ہے، اس کو سمجھنا پڑے گا۔</w:t>
      </w:r>
    </w:p>
    <w:p>
      <w:r>
        <w:rPr>
          <w:b/>
        </w:rPr>
        <w:t xml:space="preserve">[11:20] </w:t>
      </w:r>
      <w:r>
        <w:t>tab aap poori history jo jis ko jo quran mein refer ki gayi hai, quran mein poori human history refer ki gayi hai.</w:t>
      </w:r>
    </w:p>
    <w:p>
      <w:pPr>
        <w:jc w:val="right"/>
      </w:pPr>
      <w:r>
        <w:t>تب آپ پوری ہسٹری جو جس کو جو قرآن میں ریفر کی گئی ہے، قرآن میں پوری ہیومن ہسٹری ریفر کی گئی ہے۔</w:t>
      </w:r>
    </w:p>
    <w:p>
      <w:r>
        <w:rPr>
          <w:b/>
        </w:rPr>
        <w:t xml:space="preserve">[11:32] </w:t>
      </w:r>
      <w:r>
        <w:t>to us ko aap jab samajh payen ge, jab ke har daur ke idiom ko aap samajh payen. agar aap har daur ke idiom ko na samjhen to aap quran ko nahi samajh payen ge.</w:t>
      </w:r>
    </w:p>
    <w:p>
      <w:pPr>
        <w:jc w:val="right"/>
      </w:pPr>
      <w:r>
        <w:t>تو اس کو آپ جب سمجھ پائیں گے، جب کہ ہر دور کے ایڈیم کو آپ سمجھ پائیں۔ اگر آپ ہر دور کے ایڈیم کو نہ سمجھیں تو آپ قرآن کو نہیں سمجھ پائیں گے۔</w:t>
      </w:r>
    </w:p>
    <w:p>
      <w:r>
        <w:rPr>
          <w:b/>
        </w:rPr>
        <w:t xml:space="preserve">[11:49] </w:t>
      </w:r>
      <w:r>
        <w:t>to quran to jo hadith hai, woh jo maine hadith parhi aap ke samne, us ko samajhne ke liye yeh samajhna pare ga ke ek daur aaye ga jab ke letters freedom ka daur hoga.</w:t>
      </w:r>
    </w:p>
    <w:p>
      <w:pPr>
        <w:jc w:val="right"/>
      </w:pPr>
      <w:r>
        <w:t>تو قرآن تو جو حدیث ہے، وہ جو میں نے حدیث پڑھی آپ کے سامنے، اس کو سمجھنے کے لیے یہ سمجھنا پڑے گا کہ ایک دور آئے گا جب کہ لیٹرس فریڈم کا دور ہوگا۔</w:t>
      </w:r>
    </w:p>
    <w:p>
      <w:r>
        <w:rPr>
          <w:b/>
        </w:rPr>
        <w:t xml:space="preserve">[12:06] </w:t>
      </w:r>
      <w:r>
        <w:t>travel khul jaye ga, communication bohat barh jaye ga, aur aadmi ke liye mumkin hoga ke ho jaye ga ke poori dunya ka safar sirf ek passport le kar kar kar sake.</w:t>
      </w:r>
    </w:p>
    <w:p>
      <w:pPr>
        <w:jc w:val="right"/>
      </w:pPr>
      <w:r>
        <w:t>ٹریول کھل جائے گا، کمیونیکیشن بہت بڑھ جائے گا، اور آدمی کے لیے ممکن ہوگا کہ ہو جائے گا کہ پوری دنیا کا سفر صرف ایک پاسپورٹ لے کر کر کر سکے۔</w:t>
      </w:r>
    </w:p>
    <w:p>
      <w:r>
        <w:rPr>
          <w:b/>
        </w:rPr>
        <w:t xml:space="preserve">[12:22] </w:t>
      </w:r>
      <w:r>
        <w:t>passport aur visa. bas ek chota sa aap jante hain ke ek hota hai passport.</w:t>
      </w:r>
    </w:p>
    <w:p>
      <w:pPr>
        <w:jc w:val="right"/>
      </w:pPr>
      <w:r>
        <w:t>پاسپورٹ اور ویزا۔ بس ایک چھوٹا سا آپ جانتے ہیں کہ ایک ہوتا ہے پاسپورٹ۔</w:t>
      </w:r>
    </w:p>
    <w:p>
      <w:r>
        <w:rPr>
          <w:b/>
        </w:rPr>
        <w:t xml:space="preserve">[12:31] </w:t>
      </w:r>
      <w:r>
        <w:t>to aap ki jeb mein passport ho aur us mein visa ka endorsement ho, to aap sari dunya aap is mein chalen.</w:t>
      </w:r>
    </w:p>
    <w:p>
      <w:pPr>
        <w:jc w:val="right"/>
      </w:pPr>
      <w:r>
        <w:t>تو آپ کی جیب میں پاسپورٹ ہو اور اس میں ویزا کا انڈورسمنٹ ہو، تو آپ ساری دنیا آپ اس میں چلیں۔</w:t>
      </w:r>
    </w:p>
    <w:p>
      <w:r>
        <w:rPr>
          <w:b/>
        </w:rPr>
        <w:t xml:space="preserve">[12:40] </w:t>
      </w:r>
      <w:r>
        <w:t>kai log roken ge nahi, aap ko koi dawat aur dawat kijiye. to dawat ke aalami imkan ko bataya gaya hai.</w:t>
      </w:r>
    </w:p>
    <w:p>
      <w:pPr>
        <w:jc w:val="right"/>
      </w:pPr>
      <w:r>
        <w:t>کئی لوگ روکیں گے نہیں، آپ کو کوئی دعوت اور دعوت کیجئے۔ تو دعوت کے عالمی امکان کو بتایا گیا ہے۔</w:t>
      </w:r>
    </w:p>
    <w:p>
      <w:r>
        <w:rPr>
          <w:b/>
        </w:rPr>
        <w:t xml:space="preserve">[12:52] </w:t>
      </w:r>
      <w:r>
        <w:t>to allah taala ki hikmat thi ke british empire ke zariye se poori dunya ko ek dunya bana diya jaye, jahan chahe aap jayen, jahan chahe.</w:t>
      </w:r>
    </w:p>
    <w:p>
      <w:pPr>
        <w:jc w:val="right"/>
      </w:pPr>
      <w:r>
        <w:t>تو اللہ تعالیٰ کی حکمت تھی کہ برٹش ایمپائر کے ذریعے سے پوری دنیا کو ایک دنیا بنا دیا جائے، جہاں چاہے آپ جائیں، جہاں چاہے۔</w:t>
      </w:r>
    </w:p>
    <w:p>
      <w:r>
        <w:rPr>
          <w:b/>
        </w:rPr>
        <w:t xml:space="preserve">[13:02] </w:t>
      </w:r>
      <w:r>
        <w:t>aur british aur doosri baat is mein isi zamane mein yeh hui ke british press aaya, communication aaya, aur</w:t>
      </w:r>
    </w:p>
    <w:p>
      <w:pPr>
        <w:jc w:val="right"/>
      </w:pPr>
      <w:r>
        <w:t>اور برٹش اور دوسری بات اس میں اسی زمانے میں یہ ہوئی کہ برٹش پریس آیا، کمیونیکیشن آیا، اور</w:t>
      </w:r>
    </w:p>
    <w:p>
      <w:r>
        <w:rPr>
          <w:b/>
        </w:rPr>
        <w:t xml:space="preserve">[13:13] </w:t>
      </w:r>
      <w:r>
        <w:t>english language</w:t>
      </w:r>
    </w:p>
    <w:p>
      <w:pPr>
        <w:jc w:val="right"/>
      </w:pPr>
      <w:r>
        <w:t>انگلش لینگویج</w:t>
      </w:r>
    </w:p>
    <w:p>
      <w:r>
        <w:rPr>
          <w:b/>
        </w:rPr>
        <w:t xml:space="preserve">[13:18] </w:t>
      </w:r>
      <w:r>
        <w:t>international language ban gayi. yeh tareekh mein pehli baar hua hai, history mein pehli baar hua hai ke ek zuban international language ban gayi.</w:t>
      </w:r>
    </w:p>
    <w:p>
      <w:pPr>
        <w:jc w:val="right"/>
      </w:pPr>
      <w:r>
        <w:t>انٹرنیشنل لینگویج بن گئی۔ یہ تاریخ میں پہلی بار ہوا ہے، ہسٹری میں پہلی بار ہوا ہے کہ ایک زبان انٹرنیشنل لینگویج بن گئی۔</w:t>
      </w:r>
    </w:p>
    <w:p>
      <w:r>
        <w:rPr>
          <w:b/>
        </w:rPr>
        <w:t xml:space="preserve">[13:33] </w:t>
      </w:r>
      <w:r>
        <w:t>aap sirf angrezi janiye to sari dunya ka ka safar kar sakte hain. aap ke paas aap jeb mein</w:t>
      </w:r>
    </w:p>
    <w:p>
      <w:pPr>
        <w:jc w:val="right"/>
      </w:pPr>
      <w:r>
        <w:t>آپ صرف انگریزی جانیں تو ساری دنیا کا کا سفر کر سکتے ہیں۔ آپ کے پاس آپ جیب میں</w:t>
      </w:r>
    </w:p>
    <w:p>
      <w:r>
        <w:rPr>
          <w:b/>
        </w:rPr>
        <w:t xml:space="preserve">[13:45] </w:t>
      </w:r>
      <w:r>
        <w:t>passport ho to aap sari dunya mein ja sakte hain. to yeh daur hai ke aap ke paas passport ho, visa ho, aap english language jante hon to sari dunya mein jaiye.</w:t>
      </w:r>
    </w:p>
    <w:p>
      <w:pPr>
        <w:jc w:val="right"/>
      </w:pPr>
      <w:r>
        <w:t>پاسپورٹ ہو تو آپ ساری دنیا میں جا سکتے ہیں۔ تو یہ دور ہے کہ آپ کے پاس پاسپورٹ ہو، ویزا ہو، آپ انگلش لینگویج جانتے ہوں تو ساری دنیا میں جائیے۔</w:t>
      </w:r>
    </w:p>
    <w:p>
      <w:r>
        <w:rPr>
          <w:b/>
        </w:rPr>
        <w:t xml:space="preserve">[13:58] </w:t>
      </w:r>
      <w:r>
        <w:t>free entry entry aap ke liye hai aur dawat ko phailaiye, dawat ko phailaiye, quran ko phailaiye. yeh matlab hai is ka.</w:t>
      </w:r>
    </w:p>
    <w:p>
      <w:pPr>
        <w:jc w:val="right"/>
      </w:pPr>
      <w:r>
        <w:t>فری انٹری انٹری آپ کے لیے ہے اور دعوت کو پھیلائیے، دعوت کو پھیلائیے، قرآن کو پھیلائیے۔ یہ مطلب ہے اس کا۔</w:t>
      </w:r>
    </w:p>
    <w:p>
      <w:r>
        <w:rPr>
          <w:b/>
        </w:rPr>
        <w:t xml:space="preserve">[14:09] </w:t>
      </w:r>
      <w:r>
        <w:t>toh quran ko samajhne ke liye koi fanni nuqta janna kafi nahi hai.</w:t>
      </w:r>
    </w:p>
    <w:p>
      <w:pPr>
        <w:jc w:val="right"/>
      </w:pPr>
      <w:r>
        <w:t>تو قرآن کو سمجھنے کے لیے کوئی فنی نقطہ جاننا کافی نہیں ہے۔</w:t>
      </w:r>
    </w:p>
    <w:p>
      <w:r>
        <w:rPr>
          <w:b/>
        </w:rPr>
        <w:t xml:space="preserve">[14:20] </w:t>
      </w:r>
      <w:r>
        <w:t>misalan ek aalim thay, unhon ne sara arbon ka jo ashaar hain, kalam, us ko rat dala.</w:t>
      </w:r>
    </w:p>
    <w:p>
      <w:pPr>
        <w:jc w:val="right"/>
      </w:pPr>
      <w:r>
        <w:t>مثلاً ایک عالم تھے، انہوں نے سارا عربوں کا جو اشعار ہیں، کلام، اس کو رٹ ڈالا۔</w:t>
      </w:r>
    </w:p>
    <w:p>
      <w:r>
        <w:rPr>
          <w:b/>
        </w:rPr>
        <w:t xml:space="preserve">[14:34] </w:t>
      </w:r>
      <w:r>
        <w:t>hazaron hazar ashaar un ko yaad thay. lekin mein mein jahan tak mein mein mein ne parha hai, woh quran ke magz ko samajh sake, samajh nahi sake.</w:t>
      </w:r>
    </w:p>
    <w:p>
      <w:pPr>
        <w:jc w:val="right"/>
      </w:pPr>
      <w:r>
        <w:t>ہزاروں ہزار اشعار ان کو یاد تھے۔ لیکن میں میں جہاں تک میں میں میں نے پڑھا ہے، وہ قرآن کے مغز کو سمجھ سکے، سمجھ نہیں سکے۔</w:t>
      </w:r>
    </w:p>
    <w:p>
      <w:r>
        <w:rPr>
          <w:b/>
        </w:rPr>
        <w:t xml:space="preserve">[14:46] </w:t>
      </w:r>
      <w:r>
        <w:t>woh quran ka jo magz hai, dawat, dawat, dawat, wahi nahi samjha unhon ne.</w:t>
      </w:r>
    </w:p>
    <w:p>
      <w:pPr>
        <w:jc w:val="right"/>
      </w:pPr>
      <w:r>
        <w:t>وہ قرآن کا جو مغز ہے، دعوت، دعوت، دعوت، وہی نہیں سمجھا انہوں نے۔</w:t>
      </w:r>
    </w:p>
    <w:p>
      <w:r>
        <w:rPr>
          <w:b/>
        </w:rPr>
        <w:t xml:space="preserve">[14:57] </w:t>
      </w:r>
      <w:r>
        <w:t>quran ka magz hai dawat, dawat ilal Allah. isi ko samajhne se nahi samajh paye woh. kyunke sirf aap arab arab shairon ke kalam ko rat dalen, yeh kafi nahi hai.</w:t>
      </w:r>
    </w:p>
    <w:p>
      <w:pPr>
        <w:jc w:val="right"/>
      </w:pPr>
      <w:r>
        <w:t>قرآن کا مغز ہے دعوت، دعوت الی اللہ۔ اسی کو سمجھنے سے نہیں سمجھ پائے وہ۔ کیونکہ صرف آپ عرب عرب شاعروں کے کلام کو رٹ ڈالیں، یہ کافی نہیں ہے۔</w:t>
      </w:r>
    </w:p>
    <w:p>
      <w:r>
        <w:rPr>
          <w:b/>
        </w:rPr>
        <w:t xml:space="preserve">[15:14] </w:t>
      </w:r>
      <w:r>
        <w:t>aap ko history ko janna pare ga, aap ko jagah ko janna pare ga, aap ko age ko janna pare ga, daur, aap ko science ko janna pare ga.</w:t>
      </w:r>
    </w:p>
    <w:p>
      <w:pPr>
        <w:jc w:val="right"/>
      </w:pPr>
      <w:r>
        <w:t>آپ کو ہسٹری کو جاننا پڑے گا، آپ کو جگہ کو جاننا پڑے گا، آپ کو ایج کو جاننا پڑے گا، دور، آپ کو سائنس کو جاننا پڑے گا۔</w:t>
      </w:r>
    </w:p>
    <w:p>
      <w:r>
        <w:rPr>
          <w:b/>
        </w:rPr>
        <w:t xml:space="preserve">[15:27] </w:t>
      </w:r>
      <w:r>
        <w:t>tab aap janen ge quran ko. sirf kalam arab ko agar rat dalen aap toh is se aap quran ko samajh nahi sakte.</w:t>
      </w:r>
    </w:p>
    <w:p>
      <w:pPr>
        <w:jc w:val="right"/>
      </w:pPr>
      <w:r>
        <w:t>تب آپ جانیں گے قرآن کو۔ صرف کلام عرب کو اگر رٹ ڈالیں آپ تو اس سے آپ قرآن کو سمجھ نہیں سکتے۔</w:t>
      </w:r>
    </w:p>
    <w:p>
      <w:r>
        <w:rPr>
          <w:b/>
        </w:rPr>
        <w:t xml:space="preserve">[15:41] </w:t>
      </w:r>
      <w:r>
        <w:t>misalan dekhiye, ek shair ka shair hai</w:t>
      </w:r>
    </w:p>
    <w:p>
      <w:pPr>
        <w:jc w:val="right"/>
      </w:pPr>
      <w:r>
        <w:t>مثلاً دیکھیے، ایک شاعر کا شعر ہے</w:t>
      </w:r>
    </w:p>
    <w:p>
      <w:r>
        <w:rPr>
          <w:b/>
        </w:rPr>
        <w:t xml:space="preserve">[15:48] </w:t>
      </w:r>
      <w:r>
        <w:t>ke "falm yabqa min al-udwan dunahum kama danu". "falm yabqa min al-udwan dunahum kama danu".</w:t>
      </w:r>
    </w:p>
    <w:p>
      <w:pPr>
        <w:jc w:val="right"/>
      </w:pPr>
      <w:r>
        <w:t>کہ "فلم یبقا من العدوان دنہم کما دانو"۔ "فلم یبقا من العدوان دنہم کما دانو"۔</w:t>
      </w:r>
    </w:p>
    <w:p>
      <w:r>
        <w:rPr>
          <w:b/>
        </w:rPr>
        <w:t xml:space="preserve">[16:01] </w:t>
      </w:r>
      <w:r>
        <w:t>ek ek tribe ka shair doosre tribe ke bare mein keh raha hai ke hum se in se kat kat put hui, unhon ne kuch kiya hamare khilaf.</w:t>
      </w:r>
    </w:p>
    <w:p>
      <w:pPr>
        <w:jc w:val="right"/>
      </w:pPr>
      <w:r>
        <w:t>ایک ایک ٹرائب کا شاعر دوسرے ٹرائب کے بارے میں کہہ رہا ہے کہ ہم سے ان سے کٹ کٹ پٹ ہوئی، انہوں نے کچھ کیا ہمارے خلاف۔</w:t>
      </w:r>
    </w:p>
    <w:p>
      <w:r>
        <w:rPr>
          <w:b/>
        </w:rPr>
        <w:t xml:space="preserve">[16:14] </w:t>
      </w:r>
      <w:r>
        <w:t>toh hum ne jawab diya aur koi udwan yani ziyadati chori hi nahi.</w:t>
      </w:r>
    </w:p>
    <w:p>
      <w:pPr>
        <w:jc w:val="right"/>
      </w:pPr>
      <w:r>
        <w:t>تو ہم نے جواب دیا اور کوئی عدوان یعنی زیادتی چھوڑی ہی نہیں۔</w:t>
      </w:r>
    </w:p>
    <w:p>
      <w:r>
        <w:rPr>
          <w:b/>
        </w:rPr>
        <w:t xml:space="preserve">[16:24] </w:t>
      </w:r>
      <w:r>
        <w:t>hum ne jaisa unhon ne kiya tha, waisa hum ne un se intiqam liya. farz kiye ke is shair ko janen aap toh yahi toh janen ge ke is zamane mein, is zamane mein jo culture tha, woh culture tha mabni par intiqam, revenge.</w:t>
      </w:r>
    </w:p>
    <w:p>
      <w:pPr>
        <w:jc w:val="right"/>
      </w:pPr>
      <w:r>
        <w:t>ہم نے جیسا انہوں نے کیا تھا، ویسا ہم نے ان سے انتقام لیا۔ فرض کیے کہ اس شعر کو جانیں آپ تو یہی تو جانیں گے کہ اس زمانے میں، اس زمانے میں جو کلچر تھا، وہ کلچر تھا مبنی پر انتقام، ریونج۔</w:t>
      </w:r>
    </w:p>
    <w:p>
      <w:r>
        <w:rPr>
          <w:b/>
        </w:rPr>
        <w:t xml:space="preserve">[16:44] </w:t>
      </w:r>
      <w:r>
        <w:t>yeh toh janen ge aap. aur beshumar baatein hain, is se aap bekhabar rahen ge jin ka taluq tareekh se hai, jin ka taluq tareekh se hai.</w:t>
      </w:r>
    </w:p>
    <w:p>
      <w:pPr>
        <w:jc w:val="right"/>
      </w:pPr>
      <w:r>
        <w:t>یہ تو جانیں گے آپ۔ اور بے شمار باتیں ہیں، اس سے آپ بے خبر رہیں گے جن کا تعلق تاریخ سے ہے، جن کا تعلق تاریخ سے ہے۔</w:t>
      </w:r>
    </w:p>
    <w:p>
      <w:r>
        <w:rPr>
          <w:b/>
        </w:rPr>
        <w:t xml:space="preserve">[16:58] </w:t>
      </w:r>
      <w:r>
        <w:t>ab toh woh daur hi khatam ho gaya. intiqami daur jo hua karta tha is zamane mein, jab ke tribal culture tha, woh khatam ho gaya.</w:t>
      </w:r>
    </w:p>
    <w:p>
      <w:pPr>
        <w:jc w:val="right"/>
      </w:pPr>
      <w:r>
        <w:t>اب تو وہ دور ہی ختم ہو گیا۔ انتقامی دور جو ہوا کرتا تھا اس زمانے میں، جب کہ ٹرائبل کلچر تھا، وہ ختم ہو گیا۔</w:t>
      </w:r>
    </w:p>
    <w:p>
      <w:r>
        <w:rPr>
          <w:b/>
        </w:rPr>
        <w:t xml:space="preserve">[17:11] </w:t>
      </w:r>
      <w:r>
        <w:t>"falm yabqa min al-udwan dunahum kama danu". ab woh daur nahi hai.</w:t>
      </w:r>
    </w:p>
    <w:p>
      <w:pPr>
        <w:jc w:val="right"/>
      </w:pPr>
      <w:r>
        <w:t>"فلم یبقا من العدوان دنہم کما دانو"۔ اب وہ دور نہیں ہے۔</w:t>
      </w:r>
    </w:p>
    <w:p>
      <w:r>
        <w:rPr>
          <w:b/>
        </w:rPr>
        <w:t xml:space="preserve">[17:20] </w:t>
      </w:r>
      <w:r>
        <w:t>ab toh aap jante hain ke world government hai, ab united nations hain, duniya mein bohat sare taluqat hain.</w:t>
      </w:r>
    </w:p>
    <w:p>
      <w:pPr>
        <w:jc w:val="right"/>
      </w:pPr>
      <w:r>
        <w:t>اب تو آپ جانتے ہیں کہ ورلڈ گورنمنٹ ہے، اب یونائٹڈ نیشنز ہیں، دنیا میں بہت سارے تعلقات ہیں۔</w:t>
      </w:r>
    </w:p>
    <w:p>
      <w:r>
        <w:rPr>
          <w:b/>
        </w:rPr>
        <w:t xml:space="preserve">[17:36] </w:t>
      </w:r>
      <w:r>
        <w:t>toh ab woh woh woh nahi. ab aap ab har cheez ko aap negotiation se woh tay kar sakte hain, decide kar sakte hain.</w:t>
      </w:r>
    </w:p>
    <w:p>
      <w:pPr>
        <w:jc w:val="right"/>
      </w:pPr>
      <w:r>
        <w:t>تو اب وہ وہ وہ نہیں۔ اب آپ اب ہر چیز کو آپ نیگوشی ایشن سے وہ طے کر سکتے ہیں، ڈیسائیڈ کر سکتے ہیں۔</w:t>
      </w:r>
    </w:p>
    <w:p>
      <w:r>
        <w:rPr>
          <w:b/>
        </w:rPr>
        <w:t xml:space="preserve">[17:49] </w:t>
      </w:r>
      <w:r>
        <w:t>ab ladne ki zaroorat hi nahi hai. aap dekhiye, sukhar balwar mein jo atom bomb giraye gaye thay, ab kahan giraye?</w:t>
      </w:r>
    </w:p>
    <w:p>
      <w:pPr>
        <w:jc w:val="right"/>
      </w:pPr>
      <w:r>
        <w:t>اب لڑنے کی ضرورت ہی نہیں ہے۔ آپ دیکھیے، سکھر بلوار میں جو ایٹم بم گرائے گئے تھے، اب کہاں گرائے؟</w:t>
      </w:r>
    </w:p>
    <w:p>
      <w:r>
        <w:rPr>
          <w:b/>
        </w:rPr>
        <w:t xml:space="preserve">[17:58] </w:t>
      </w:r>
      <w:r>
        <w:t>kaun girata hai? ab bhi pachas countries ke pas atom bomb hai aur ikhtilafat paida hote hain, lekin koi atom bomb nahi nahi girata.</w:t>
      </w:r>
    </w:p>
    <w:p>
      <w:pPr>
        <w:jc w:val="right"/>
      </w:pPr>
      <w:r>
        <w:t>کون گراتا ہے؟ اب بھی پچاس کنٹریز کے پاس ایٹم بم ہے اور اختلافات پیدا ہوتے ہیں، لیکن کوئی ایٹم بم نہیں نہیں گراتا۔</w:t>
      </w:r>
    </w:p>
    <w:p>
      <w:r>
        <w:rPr>
          <w:b/>
        </w:rPr>
        <w:t xml:space="preserve">[18:10] </w:t>
      </w:r>
      <w:r>
        <w:t>kyunke woh daur khatam ho gaya. woh daur khatam ho gaya. toh ab yeh yeh aap ko janna pare ga, warna aap kahen ge ke aaj bhi jihad farz hai.</w:t>
      </w:r>
    </w:p>
    <w:p>
      <w:pPr>
        <w:jc w:val="right"/>
      </w:pPr>
      <w:r>
        <w:t>کیونکہ وہ دور ختم ہو گیا۔ وہ دور ختم ہو گیا۔ تو اب یہ یہ آپ کو جاننا پڑے گا، ورنہ آپ کہیں گے کہ آج بھی جہاد فرض ہے۔</w:t>
      </w:r>
    </w:p>
    <w:p>
      <w:r>
        <w:rPr>
          <w:b/>
        </w:rPr>
        <w:t xml:space="preserve">[18:22] </w:t>
      </w:r>
      <w:r>
        <w:t>aur aap kahen ge</w:t>
      </w:r>
    </w:p>
    <w:p>
      <w:pPr>
        <w:jc w:val="right"/>
      </w:pPr>
      <w:r>
        <w:t>اور آپ کہیں گے</w:t>
      </w:r>
    </w:p>
    <w:p>
      <w:r>
        <w:rPr>
          <w:b/>
        </w:rPr>
        <w:t xml:space="preserve">[18:26] </w:t>
      </w:r>
      <w:r>
        <w:t>jaise ek madrasa mein mujhe pata chala ke ek khula tha ek shahar mein, wahan par furusiya se kaha karte thay. furusiya yani yani woh ghoda daudana.</w:t>
      </w:r>
    </w:p>
    <w:p>
      <w:pPr>
        <w:jc w:val="right"/>
      </w:pPr>
      <w:r>
        <w:t>جیسے ایک مدرسہ میں مجھے پتہ چلا کہ ایک کھلا تھا ایک شہر میں، وہاں پر فروشیہ سے کہا کرتے تھے۔ فروشیہ یعنی یعنی وہ گھوڑا دوڑانا۔</w:t>
      </w:r>
    </w:p>
    <w:p>
      <w:r>
        <w:rPr>
          <w:b/>
        </w:rPr>
        <w:t xml:space="preserve">[18:41] </w:t>
      </w:r>
      <w:r>
        <w:t>aap bataiye ke ghoda ghoda daudane ka zamana hi khatam ho gaya. furusiya ka zamana hi khatam ho gaya. woh ghoda dauda rahe hain.</w:t>
      </w:r>
    </w:p>
    <w:p>
      <w:pPr>
        <w:jc w:val="right"/>
      </w:pPr>
      <w:r>
        <w:t>آپ بتائیے کہ گھوڑا گھوڑا دوڑانے کا زمانہ ہی ختم ہو گیا۔ فروشیہ کا زمانہ ہی ختم ہو گیا۔ وہ گھوڑا دوڑا رہے ہیں۔</w:t>
      </w:r>
    </w:p>
    <w:p>
      <w:r>
        <w:rPr>
          <w:b/>
        </w:rPr>
        <w:t xml:space="preserve">[18:52] </w:t>
      </w:r>
      <w:r>
        <w:t>toh quran ko samajhne ke liye yaad rakhiye, koi bhi ek cheez kafi nahi hai. na arabi zaban kafi hai, na tribal culture ko janna kafi hai.</w:t>
      </w:r>
    </w:p>
    <w:p>
      <w:pPr>
        <w:jc w:val="right"/>
      </w:pPr>
      <w:r>
        <w:t>تو قرآن کو سمجھنے کے لیے یاد رکھیے، کوئی بھی ایک چیز کافی نہیں ہے۔ نہ عربی زبان کافی ہے، نہ ٹرائبل کلچر کو جاننا کافی ہے۔</w:t>
      </w:r>
    </w:p>
    <w:p>
      <w:r>
        <w:rPr>
          <w:b/>
        </w:rPr>
        <w:t xml:space="preserve">[19:05] </w:t>
      </w:r>
      <w:r>
        <w:t>aap ko history ko janna pare ga, zamane ko janna pare ga, tehzeeb ko janna pare ga. tab aap quran ko samjhen ge. to main apni aik misaal main ne di ke main bohat dinon se yeh janta tha ke hadees mein aya hai ke yeh deen wahan tak pohnche ga jahan tak raat aur din pohnchte hain.</w:t>
      </w:r>
    </w:p>
    <w:p>
      <w:pPr>
        <w:jc w:val="right"/>
      </w:pPr>
      <w:r>
        <w:t>آپ کو ہسٹری کو جاننا پڑے گا، زمانے کو جاننا پڑے گا، تہذیب کو جاننا پڑے گا۔ تب آپ قرآن کو سمجھیں گے۔ تو میں اپنی ایک مثال میں نے دی کہ میں بہت دنوں سے یہ جانتا تھا کہ حدیث میں آیا ہے کہ یہ دین وہاں تک پہنچے گا جہاں تک رات اور دن پہنچتے ہیں۔</w:t>
      </w:r>
    </w:p>
    <w:p>
      <w:r>
        <w:rPr>
          <w:b/>
        </w:rPr>
        <w:t xml:space="preserve">[19:28] </w:t>
      </w:r>
      <w:r>
        <w:t>to is hadees ko is waqt main samajh paaya jab ke British Empire ka jo phailaao tha, us ko main ne jaana aur us ko is zamane mein nahi ke ab ghore par sawar hon ge aur jang karen ge aur jang kar ke sari dunya mein phailaen,</w:t>
      </w:r>
    </w:p>
    <w:p>
      <w:pPr>
        <w:jc w:val="right"/>
      </w:pPr>
      <w:r>
        <w:t>تو اس حدیث کو اس وقت میں سمجھ پایا جب کہ برٹش ایمپائر کا جو پھیلاؤ تھا، اس کو میں نے جانا اور اس کو اس زمانے میں نہیں کہ اب گھوڑے پر سوار ہوں گے اور جنگ کریں گے اور جنگ کر کے ساری دنیا میں پھیلائیں،</w:t>
      </w:r>
    </w:p>
    <w:p>
      <w:r>
        <w:rPr>
          <w:b/>
        </w:rPr>
        <w:t xml:space="preserve">[19:46] </w:t>
      </w:r>
      <w:r>
        <w:t>pohnch jaen ge. nahi, aik dasa door aye ga, sari dunya mein peace aye ga, aa jayega. aap ki jeb mein aik chota sa passport hoga aur us mein visa hoga aur phir jahan jahan chahiye jaiye, koi rukawat nahi hai aur dawat phailaie, quran ko phailaie.</w:t>
      </w:r>
    </w:p>
    <w:p>
      <w:pPr>
        <w:jc w:val="right"/>
      </w:pPr>
      <w:r>
        <w:t>پہنچ جائیں گے۔ نہیں، ایک داسا دور آئے گا، ساری دنیا میں پیس آئے گا، آ جائے گا۔ آپ کی جیب میں ایک چھوٹا سا پاسپورٹ ہوگا اور اس میں ویزا ہوگا اور پھر جہاں جہاں چاہیے جائیے، کوئی رکاوٹ نہیں ہے اور دعوت پھیلائیے، قرآن کو پھیلائیے۔</w:t>
      </w:r>
    </w:p>
    <w:p>
      <w:r>
        <w:rPr>
          <w:b/>
        </w:rPr>
        <w:t xml:space="preserve">[20:08] </w:t>
      </w:r>
      <w:r>
        <w:t>to quran ko samajhne ke liye is zamane mein jo woh jo hadees hai ke "la taqdi aja'ibuhu", us ke aja'ib kabhi khatam nahi honge.</w:t>
      </w:r>
    </w:p>
    <w:p>
      <w:pPr>
        <w:jc w:val="right"/>
      </w:pPr>
      <w:r>
        <w:t>تو قرآن کو سمجھنے کے لیے اس زمانے میں جو وہ جو حدیث ہے کہ "لا تقدی عجائبہ"، اس کے عجائب کبھی ختم نہیں ہوں گے۔</w:t>
      </w:r>
    </w:p>
    <w:p>
      <w:r>
        <w:rPr>
          <w:b/>
        </w:rPr>
        <w:t xml:space="preserve">[20:20] </w:t>
      </w:r>
      <w:r>
        <w:t>to aja'ib ka ilm bhi chahiye aap ko. jo aja'ib hain, us ki zaban kya hogi, us ka idiom kya hoga, us ki tareekh kya hogi, woh sab janen ge.</w:t>
      </w:r>
    </w:p>
    <w:p>
      <w:pPr>
        <w:jc w:val="right"/>
      </w:pPr>
      <w:r>
        <w:t>تو عجائب کا علم بھی چاہیے آپ کو۔ جو عجائب ہیں، اس کی زبان کیا ہوگی، اس کا ایڈیم کیا ہوگا، اس کی تاریخ کیا ہوگی، وہ سب جانیں گے۔</w:t>
      </w:r>
    </w:p>
    <w:p>
      <w:r>
        <w:rPr>
          <w:b/>
        </w:rPr>
        <w:t xml:space="preserve">[20:33] </w:t>
      </w:r>
      <w:r>
        <w:t>aap tab samjhen ge.</w:t>
      </w:r>
    </w:p>
    <w:p>
      <w:pPr>
        <w:jc w:val="right"/>
      </w:pPr>
      <w:r>
        <w:t>آپ تب سمجھیں گے۔</w:t>
      </w:r>
    </w:p>
    <w:p>
      <w:r>
        <w:rPr>
          <w:b/>
        </w:rPr>
        <w:t xml:space="preserve">[20:38] </w:t>
      </w:r>
      <w:r>
        <w:t>to quran ko is zamane mein samajhna yani 21 century mein larai ki zaroorat nahi, qital ki zaroorat nahi, sirf ilm ki zaroorat hai.</w:t>
      </w:r>
    </w:p>
    <w:p>
      <w:pPr>
        <w:jc w:val="right"/>
      </w:pPr>
      <w:r>
        <w:t>تو قرآن کو اس زمانے میں سمجھنا یعنی 21 سینچری میں لڑائی کی ضرورت نہیں، قتال کی ضرورت نہیں، صرف علم کی ضرورت ہے۔</w:t>
      </w:r>
    </w:p>
    <w:p>
      <w:r>
        <w:rPr>
          <w:b/>
        </w:rPr>
        <w:t xml:space="preserve">[20:51] </w:t>
      </w:r>
      <w:r>
        <w:t>ilm</w:t>
      </w:r>
    </w:p>
    <w:p>
      <w:pPr>
        <w:jc w:val="right"/>
      </w:pPr>
      <w:r>
        <w:t>علم</w:t>
      </w:r>
    </w:p>
    <w:p>
      <w:r>
        <w:rPr>
          <w:b/>
        </w:rPr>
        <w:t xml:space="preserve">[20:55] </w:t>
      </w:r>
      <w:r>
        <w:t>aap ko bain ul aqwami ilm mein chahiye. to aap quran ko samajh sakte hain, dawat ka plan bana sakte hain</w:t>
      </w:r>
    </w:p>
    <w:p>
      <w:pPr>
        <w:jc w:val="right"/>
      </w:pPr>
      <w:r>
        <w:t>آپ کو بین الاقوامی علم میں چاہیے۔ تو آپ قرآن کو سمجھ سکتے ہیں، دعوت کا پلان بنا سکتے ہیں</w:t>
      </w:r>
    </w:p>
    <w:p>
      <w:r>
        <w:rPr>
          <w:b/>
        </w:rPr>
        <w:t xml:space="preserve">[21:10] </w:t>
      </w:r>
      <w:r>
        <w:t>waghera.</w:t>
      </w:r>
    </w:p>
    <w:p>
      <w:pPr>
        <w:jc w:val="right"/>
      </w:pPr>
      <w:r>
        <w:t>وغیرہ۔</w:t>
      </w:r>
    </w:p>
    <w:p>
      <w:r>
        <w:rPr>
          <w:b/>
        </w:rPr>
        <w:t xml:space="preserve">[21:14] </w:t>
      </w:r>
      <w:r>
        <w:t>to yeh aaj subah main soch raha tha, yeh baaten to yeh baaten mere mind mein aeen ke log jo hain, koi aik baat pakar lete hain, samajhte hain ke woh kar lo to quran samajh jaoge.</w:t>
      </w:r>
    </w:p>
    <w:p>
      <w:pPr>
        <w:jc w:val="right"/>
      </w:pPr>
      <w:r>
        <w:t>تو یہ آج صبح میں سوچ رہا تھا، یہ باتیں تو یہ باتیں میرے مائنڈ میں آئیں کہ لوگ جو ہیں، کوئی ایک بات پکڑ لیتے ہیں، سمجھتے ہیں کہ وہ کر لو تو قرآن سمجھ جاؤ گے۔</w:t>
      </w:r>
    </w:p>
    <w:p>
      <w:r>
        <w:rPr>
          <w:b/>
        </w:rPr>
        <w:t xml:space="preserve">[21:30] </w:t>
      </w:r>
      <w:r>
        <w:t>misalan nau sirf, nau sirf ke bahar barh jaoge to quran samajh jaoge. kalam-e-arab yaad kar lo, bohat sara to woh us ke bahar barh jaoge.</w:t>
      </w:r>
    </w:p>
    <w:p>
      <w:pPr>
        <w:jc w:val="right"/>
      </w:pPr>
      <w:r>
        <w:t>مثلاً نو صرف، نو صرف کے باہر بڑھ جاؤ گے تو قرآن سمجھ جاؤ گے۔ کلام عرب یاد کر لو، بہت سارا تو وہ اس کے باہر بڑھ جاؤ گے۔</w:t>
      </w:r>
    </w:p>
    <w:p>
      <w:r>
        <w:rPr>
          <w:b/>
        </w:rPr>
        <w:t xml:space="preserve">[21:46] </w:t>
      </w:r>
      <w:r>
        <w:t>nizam ko samajh lo to quran ke bahar barh jaoge. yeh sab, yeh sab quran ko understandable karna hai. yeh sab cheezen quran ko understandable karna hai.</w:t>
      </w:r>
    </w:p>
    <w:p>
      <w:pPr>
        <w:jc w:val="right"/>
      </w:pPr>
      <w:r>
        <w:t>نظم کو سمجھ لو تو قرآن کے باہر بڑھ جاؤ گے۔ یہ سب، یہ سب قرآن کو انڈرسٹیبلٹ کرنا ہے۔ یہ سب چیزیں قرآن کو انڈرسٹیبلٹ کرنا ہے۔</w:t>
      </w:r>
    </w:p>
    <w:p>
      <w:r>
        <w:rPr>
          <w:b/>
        </w:rPr>
        <w:t xml:space="preserve">[22:00] </w:t>
      </w:r>
      <w:r>
        <w:t>quran poori tareekh-e-bashri ko, poori human history ko cover kar raha hai.</w:t>
      </w:r>
    </w:p>
    <w:p>
      <w:pPr>
        <w:jc w:val="right"/>
      </w:pPr>
      <w:r>
        <w:t>قرآن پوری تاریخ بشری کو، پوری ہیومن ہسٹری کو کور کر رہا ہے۔</w:t>
      </w:r>
    </w:p>
    <w:p>
      <w:r>
        <w:rPr>
          <w:b/>
        </w:rPr>
        <w:t xml:space="preserve">[22:11] </w:t>
      </w:r>
      <w:r>
        <w:t>yani</w:t>
      </w:r>
    </w:p>
    <w:p>
      <w:pPr>
        <w:jc w:val="right"/>
      </w:pPr>
      <w:r>
        <w:t>یعنی</w:t>
      </w:r>
    </w:p>
    <w:p>
      <w:r>
        <w:rPr>
          <w:b/>
        </w:rPr>
        <w:t xml:space="preserve">[22:15] </w:t>
      </w:r>
      <w:r>
        <w:t>toofan-e-Nuh jo aaya tha, phir jo tareekh mein jo bohat sare waqiat the, woh sab ko quran ishare zabani cover kiye hue hain.</w:t>
      </w:r>
    </w:p>
    <w:p>
      <w:pPr>
        <w:jc w:val="right"/>
      </w:pPr>
      <w:r>
        <w:t>طوفان نوح جو آیا تھا، پھر جو تاریخ میں جو بہت سارے واقعات تھے، وہ سب کو قرآن اشارے زبانی کور کیے ہوئے ہیں۔</w:t>
      </w:r>
    </w:p>
    <w:p>
      <w:r>
        <w:rPr>
          <w:b/>
        </w:rPr>
        <w:t xml:space="preserve">[22:26] </w:t>
      </w:r>
      <w:r>
        <w:t>to in ko, in sab ko aap ko janna pare ga. tab aap samjhen ge quran kya cheez hai aur phir quran mein kya hikmat hai, kya planning hai,</w:t>
      </w:r>
    </w:p>
    <w:p>
      <w:pPr>
        <w:jc w:val="right"/>
      </w:pPr>
      <w:r>
        <w:t>تو ان کو، ان سب کو آپ کو جاننا پڑے گا۔ تب آپ سمجھیں گے قرآن کیا چیز ہے اور پھر قرآن میں کیا حکمت ہے، کیا پلاننگ ہے،</w:t>
      </w:r>
    </w:p>
    <w:p>
      <w:r>
        <w:rPr>
          <w:b/>
        </w:rPr>
        <w:t xml:space="preserve">[22:40] </w:t>
      </w:r>
      <w:r>
        <w:t>quran ka kya nishana hai, quran ki dawat kya hai, quran ka mission kya hai. is baat ko aap samajh paenge.</w:t>
      </w:r>
    </w:p>
    <w:p>
      <w:pPr>
        <w:jc w:val="right"/>
      </w:pPr>
      <w:r>
        <w:t>قرآن کا کیا نشانہ ہے، قرآن کی دعوت کیا ہے، قرآن کا مشن کیا ہے۔ اس بات کو آپ سمجھ پائیں گے۔</w:t>
      </w:r>
    </w:p>
    <w:p>
      <w:r>
        <w:rPr>
          <w:b/>
        </w:rPr>
        <w:t xml:space="preserve">[22:52] </w:t>
      </w:r>
      <w:r>
        <w:t>la taqdi aja'ibuhu ka matlab yahi hai. itne ziyada us ke aja'ib honge, itne ziyada us ke pehlu honge ke kabhi khatam khatam nahi honge.</w:t>
      </w:r>
    </w:p>
    <w:p>
      <w:pPr>
        <w:jc w:val="right"/>
      </w:pPr>
      <w:r>
        <w:t>لا تقدی عجائبہ کا مطلب یہی ہے۔ اتنے زیادہ اس کے عجائب ہوں گے، اتنے زیادہ اس کے پہلو ہوں گے کہ کبھی ختم ختم نہیں ہوں گے۔</w:t>
      </w:r>
    </w:p>
    <w:p>
      <w:r>
        <w:rPr>
          <w:b/>
        </w:rPr>
        <w:t xml:space="preserve">[23:05] </w:t>
      </w:r>
      <w:r>
        <w:t>tareekh ka aik daur aye ga, doosra daur aye ga, teesra daur aye ga aur woh sab quran ko cover kar raha hoga.</w:t>
      </w:r>
    </w:p>
    <w:p>
      <w:pPr>
        <w:jc w:val="right"/>
      </w:pPr>
      <w:r>
        <w:t>تاریخ کا ایک دور آئے گا، دوسرا دور آئے گا، تیسرا دور آئے گا اور وہ سب قرآن کو کور کر رہا ہوگا۔</w:t>
      </w:r>
    </w:p>
    <w:p>
      <w:r>
        <w:rPr>
          <w:b/>
        </w:rPr>
        <w:t xml:space="preserve">[23:16] </w:t>
      </w:r>
      <w:r>
        <w:t>to kaisi ajeeb baat hai! yeh quran ke kitab-ul-Ilahi hone ka saboot hai ke woh kaise us ko mustaqbil ka ilm hua, quran ko aur us ki baaten us mein aa gaein.</w:t>
      </w:r>
    </w:p>
    <w:p>
      <w:pPr>
        <w:jc w:val="right"/>
      </w:pPr>
      <w:r>
        <w:t>تو کیسی عجیب بات ہے! یہ قرآن کے کتاب الہی ہونے کا ثبوت ہے کہ وہ کیسے اس کو مستقبل کا علم ہوا، قرآن کو اور اس کی باتیں اس میں آ گئیں۔</w:t>
      </w:r>
    </w:p>
    <w:p>
      <w:r>
        <w:rPr>
          <w:b/>
        </w:rPr>
        <w:t xml:space="preserve">[23:34] </w:t>
      </w:r>
      <w:r>
        <w:t>kaise hua? yani abhi main aik kitab, aik kitab likh raha hoon to us mein aik ajeeb baat meri samajh aai ke saare teen hazar saal pehle,</w:t>
      </w:r>
    </w:p>
    <w:p>
      <w:pPr>
        <w:jc w:val="right"/>
      </w:pPr>
      <w:r>
        <w:t>کیسے ہوا؟ یعنی ابھی میں ایک کتاب، ایک کتاب لکھ رہا ہوں تو اس میں ایک عجیب بات میری سمجھ آئی کہ ساڑھے تین ہزار سال پہلے،</w:t>
      </w:r>
    </w:p>
    <w:p>
      <w:r>
        <w:rPr>
          <w:b/>
        </w:rPr>
        <w:t xml:space="preserve">[23:52] </w:t>
      </w:r>
      <w:r>
        <w:t>saare teen hazar saal pehle Hazrat Musa ko Allah Ta'ala ne jawab diya tha ke "lan tarani! aye Musa, hum is ko to dekh nahi sakte,</w:t>
      </w:r>
    </w:p>
    <w:p>
      <w:pPr>
        <w:jc w:val="right"/>
      </w:pPr>
      <w:r>
        <w:t>ساڑھے تین ہزار سال پہلے حضرت موسیٰ کو اللہ تعالیٰ نے جواب دیا تھا کہ "لن ترانی! اے موسیٰ، ہم اس کو تو دیکھ نہیں سکتے،</w:t>
      </w:r>
    </w:p>
    <w:p>
      <w:r>
        <w:rPr>
          <w:b/>
        </w:rPr>
        <w:t xml:space="preserve">[24:07] </w:t>
      </w:r>
      <w:r>
        <w:t>balke dekho pahaar ki taraf aur jab Allah tajalli dalega to rayze rayze ho jayega." is ka matlab kya tha? ke Musa ne jo kaha tha, Allah Ta'ala ne us ka matlab kya tha?</w:t>
      </w:r>
    </w:p>
    <w:p>
      <w:pPr>
        <w:jc w:val="right"/>
      </w:pPr>
      <w:r>
        <w:t>بلکہ دیکھو پہاڑ کی طرف اور جب اللہ تجلی ڈالے گا تو ریزے ریزے ہو جائے گا۔" اس کا معنی کیا تھا؟ کہ موسیٰ نے جو کہا تھا، اللہ تعالیٰ نے اس کا مطلب کیا تھا؟</w:t>
      </w:r>
    </w:p>
    <w:p>
      <w:r>
        <w:rPr>
          <w:b/>
        </w:rPr>
        <w:t xml:space="preserve">[24:20] </w:t>
      </w:r>
      <w:r>
        <w:t>us ka matlab yeh tha ke "aye Musa, Allah Rabb-ul-Alameen ko tum barah-e-rast nahi dekh sakte,</w:t>
      </w:r>
    </w:p>
    <w:p>
      <w:pPr>
        <w:jc w:val="right"/>
      </w:pPr>
      <w:r>
        <w:t>اس کا مطلب یہ تھا کہ "اے موسیٰ، اللہ رب العالمین کو تم براہ راست نہیں دیکھ سکتے،</w:t>
      </w:r>
    </w:p>
    <w:p>
      <w:r>
        <w:rPr>
          <w:b/>
        </w:rPr>
        <w:t xml:space="preserve">[24:29] </w:t>
      </w:r>
      <w:r>
        <w:t>balkay khuda ki takhleeq ko jano. takhleeq ko jaan ke tum khaliq ko daryaft karoge. khaliq ke ko dekhna barah-e-rast nahi ho sakta.</w:t>
      </w:r>
    </w:p>
    <w:p>
      <w:pPr>
        <w:jc w:val="right"/>
      </w:pPr>
      <w:r>
        <w:t>بلکہ خدا کی تخلیق کو جانو۔ تخلیق کو جان کے تم خالق کو دریافت کرو گے۔ خالق کے کو دیکھنا براہ راست نہیں ہو سکتا۔</w:t>
      </w:r>
    </w:p>
    <w:p>
      <w:r>
        <w:rPr>
          <w:b/>
        </w:rPr>
        <w:t xml:space="preserve">[24:42] </w:t>
      </w:r>
      <w:r>
        <w:t>takhleeq ko jano, takhleeq ko daryaft karo, phir takhleeq ke wastay se tum khaliq tak pahunchoge." to yeh jo rehnumai thi, yeh ab se char char sau sal pehle</w:t>
      </w:r>
    </w:p>
    <w:p>
      <w:pPr>
        <w:jc w:val="right"/>
      </w:pPr>
      <w:r>
        <w:t>تخلیق کو جانو، تخلیق کو دریافت کرو، پھر تخلیق کے واسطے سے تم خالق تک پہنچو گے۔" تو یہ جو رہنمائی تھی، یہ اب سے چار چار سو سال پہلے</w:t>
      </w:r>
    </w:p>
    <w:p>
      <w:r>
        <w:rPr>
          <w:b/>
        </w:rPr>
        <w:t xml:space="preserve">[25:04] </w:t>
      </w:r>
      <w:r>
        <w:t>galileo ki doraniye mein khuli.</w:t>
      </w:r>
    </w:p>
    <w:p>
      <w:pPr>
        <w:jc w:val="right"/>
      </w:pPr>
      <w:r>
        <w:t>گلیلیوں کی دورانیے میں کھلی۔</w:t>
      </w:r>
    </w:p>
    <w:p>
      <w:r>
        <w:rPr>
          <w:b/>
        </w:rPr>
        <w:t xml:space="preserve">[25:08] </w:t>
      </w:r>
      <w:r>
        <w:t>galileo ki doraniye mein aur mera andaza yeh hai ke woh jo hadith hai ke "an allaha ala bir-rajul al-fajir", ghaliban ar-rajul al-fajir se murad galileo hai.</w:t>
      </w:r>
    </w:p>
    <w:p>
      <w:pPr>
        <w:jc w:val="right"/>
      </w:pPr>
      <w:r>
        <w:t>گلیلیوں کی دورانیے میں اور میرا اندازہ یہ ہے کہ وہ جو حدیث ہے کہ "ان اللہ علی بالرجل الفاجر"، غالباً الرجل الفاجر سے مراد گلیلیوں ہے۔</w:t>
      </w:r>
    </w:p>
    <w:p>
      <w:r>
        <w:rPr>
          <w:b/>
        </w:rPr>
        <w:t xml:space="preserve">[25:22] </w:t>
      </w:r>
      <w:r>
        <w:t>is par mein aik kitab likh raha hoon, is ka naam hoga "discovery of god". to to mere tajrubay ke mutabiq "la tuqaddar aja'ibuhu" ka matlab yeh hai ke tamam adwar ko, tamam history ko quran cover kiye hue hain.</w:t>
      </w:r>
    </w:p>
    <w:p>
      <w:pPr>
        <w:jc w:val="right"/>
      </w:pPr>
      <w:r>
        <w:t>اس پر میں ایک کتاب لکھ رہا ہوں، اس کا نام ہوگا "ڈسکوری آف گاڈ"۔ تو تو میرے تجربے کے مطابق "لا تقدی عجائبہ" کا مطلب یہ ہے کہ تمام ادوار کو، تمام ہسٹری کو قرآن کور کیے ہوئے ہیں۔</w:t>
      </w:r>
    </w:p>
    <w:p>
      <w:r>
        <w:rPr>
          <w:b/>
        </w:rPr>
        <w:t xml:space="preserve">[25:42] </w:t>
      </w:r>
      <w:r>
        <w:t>to tum khaliq ka allah arab arab ko dato to is se ke sab ko tum quran ko samajh loge, nahi samajh sakte.</w:t>
      </w:r>
    </w:p>
    <w:p>
      <w:pPr>
        <w:jc w:val="right"/>
      </w:pPr>
      <w:r>
        <w:t>تو تم خالق کا اللہ عرب عرب کو ڈاٹو تو اس سے کہ سب کو تم قرآن کو سمجھ لو گے، نہیں سمجھ سکتے۔</w:t>
      </w:r>
    </w:p>
    <w:p>
      <w:r>
        <w:rPr>
          <w:b/>
        </w:rPr>
        <w:t xml:space="preserve">[25:53] </w:t>
      </w:r>
      <w:r>
        <w:t>to mein yeh nahi keh raha hoon ke har aadmi itaat hasil kare, mein yeh nahi keh raha hoon, lekin kuch log bator farz kifaya itaat hasil karein aur doosre log un se mustafeed hon.</w:t>
      </w:r>
    </w:p>
    <w:p>
      <w:pPr>
        <w:jc w:val="right"/>
      </w:pPr>
      <w:r>
        <w:t>تو میں یہ نہیں کہہ رہا ہوں کہ ہر آدمی اطاعت حاصل کرے، میں یہ نہیں کہہ رہا ہوں، لیکن کچھ لوگ بطور فرض کفایہ اطاعت حاصل کریں اور دوسرے لوگ ان سے استفادہ کریں۔</w:t>
      </w:r>
    </w:p>
    <w:p>
      <w:r>
        <w:rPr>
          <w:b/>
        </w:rPr>
        <w:t xml:space="preserve">[26:12] </w:t>
      </w:r>
      <w:r>
        <w:t>kuch log bator farz kifaya itaat hasil karein aur baqi log un se mustafeed hon, yeh mein keh raha hoon.</w:t>
      </w:r>
    </w:p>
    <w:p>
      <w:pPr>
        <w:jc w:val="right"/>
      </w:pPr>
      <w:r>
        <w:t>کچھ لوگ بطور فرض کفایہ اطاعت حاصل کریں اور بقیہ لوگ ان سے استفادہ کریں، یہ میں کہہ رہا ہوں۔</w:t>
      </w:r>
    </w:p>
    <w:p>
      <w:r>
        <w:rPr>
          <w:b/>
        </w:rPr>
        <w:t xml:space="preserve">[26:25] </w:t>
      </w:r>
      <w:r>
        <w:t>to mein samajhta hoon ke sab se bari rukawat jo quran ko samajhne mein hai, woh ta'assub ki deewarein hain. aap jante hain ke musalmanon mein firqay banay hue hain, giroh banay hue hain, madaris banay hue hain.</w:t>
      </w:r>
    </w:p>
    <w:p>
      <w:pPr>
        <w:jc w:val="right"/>
      </w:pPr>
      <w:r>
        <w:t>تو میں سمجھتا ہوں کہ سب سے بڑی رکاوٹ جو قرآن کو سمجھنے میں ہے، وہ تعصب کی دیواریں ہیں۔ آپ جانتے ہیں کہ مسلمانوں میں فرقے بنے ہوئے ہیں، گروہ بنے ہوئے ہیں، مدرسے بنے ہوئے ہیں۔</w:t>
      </w:r>
    </w:p>
    <w:p>
      <w:r>
        <w:rPr>
          <w:b/>
        </w:rPr>
        <w:t xml:space="preserve">[26:42] </w:t>
      </w:r>
      <w:r>
        <w:t>to agar aik shakhs paida ho jaye kisi giroh mein aur woh ehteram mutala'a kar ke jaane quran ke rumooz ko, to doosre giroh walay ta'assub ki wajah se is ko na samajhte, na de, na mutala'a karte hain.</w:t>
      </w:r>
    </w:p>
    <w:p>
      <w:pPr>
        <w:jc w:val="right"/>
      </w:pPr>
      <w:r>
        <w:t>تو اگر ایک شخص پیدا ہو جائے کسی گروہ میں اور وہ احترام مطالعہ کر کے جانے قرآن کے رموز کو، تو دوسرے گروہ والے تعصب کی وجہ سے اس کو نہ سمجھتے، نہ دے، نہ مطالعہ کرتے ہیں۔</w:t>
      </w:r>
    </w:p>
    <w:p>
      <w:r>
        <w:rPr>
          <w:b/>
        </w:rPr>
        <w:t xml:space="preserve">[26:58] </w:t>
      </w:r>
      <w:r>
        <w:t>ta'assub ki deewarein har jagah khari hui hain. kitna hi bara aalim paida ho jaye aik giroh mein, to doosra giroh wala is ko is ko iqrar nahi karta.</w:t>
      </w:r>
    </w:p>
    <w:p>
      <w:pPr>
        <w:jc w:val="right"/>
      </w:pPr>
      <w:r>
        <w:t>تعصب کی دیواریں ہر جگہ کھڑی ہوئی ہیں۔ کتنا ہی بڑا عالم پیدا ہو جائے ایک گروہ میں، تو دوسرا گروہ والا اس کو اس کو اقرار نہیں کرتا۔</w:t>
      </w:r>
    </w:p>
    <w:p>
      <w:r>
        <w:rPr>
          <w:b/>
        </w:rPr>
        <w:t xml:space="preserve">[27:10] </w:t>
      </w:r>
      <w:r>
        <w:t>to iqrar na karna yeh sab se bari rukawat ban gayi hai. allah ka jo intezam hai, allah paida karta hai har daur mein aisay afraad, aisay afraad jo</w:t>
      </w:r>
    </w:p>
    <w:p>
      <w:pPr>
        <w:jc w:val="right"/>
      </w:pPr>
      <w:r>
        <w:t>تو اقرار نہ کرنا یہ سب سے بڑی رکاوٹ بن گئی ہے۔ اللہ کا جو انتظام ہے، اللہ پیدا کرتا ہے ہر دور میں ایسے افراد، ایسے افراد جو</w:t>
      </w:r>
    </w:p>
    <w:p>
      <w:r>
        <w:rPr>
          <w:b/>
        </w:rPr>
        <w:t xml:space="preserve">[27:28] </w:t>
      </w:r>
      <w:r>
        <w:t>wasee ilm hasil karein.</w:t>
      </w:r>
    </w:p>
    <w:p>
      <w:pPr>
        <w:jc w:val="right"/>
      </w:pPr>
      <w:r>
        <w:t>وسیع علم حاصل کریں۔</w:t>
      </w:r>
    </w:p>
    <w:p>
      <w:r>
        <w:rPr>
          <w:b/>
        </w:rPr>
        <w:t xml:space="preserve">[27:35] </w:t>
      </w:r>
      <w:r>
        <w:t>lekin jo girohi jo culture bana hua hai, to us ki wajah se aik giroh ke log doosre giroh ke ko acknowledge nahi karte, woh us ko us ko etiraf nahi karte.</w:t>
      </w:r>
    </w:p>
    <w:p>
      <w:pPr>
        <w:jc w:val="right"/>
      </w:pPr>
      <w:r>
        <w:t>لیکن جو گروہی جو کلچر بنا ہوا ہے، تو اس کی وجہ سے ایک گروہ کے لوگ دوسرے گروہ کے کو اکنالج نہیں کرتے، وہ اس کو اس کو اعتراف نہیں کرتے۔</w:t>
      </w:r>
    </w:p>
    <w:p>
      <w:r>
        <w:rPr>
          <w:b/>
        </w:rPr>
        <w:t xml:space="preserve">[27:50] </w:t>
      </w:r>
      <w:r>
        <w:t>to aisay log paida hote hain, lekin log is se bekhabar rehte hain. to ta'assub ki wajah se yeh ho raha hai, warna allah khol raha hai uloom ko har aadmi ke upar nahi,</w:t>
      </w:r>
    </w:p>
    <w:p>
      <w:pPr>
        <w:jc w:val="right"/>
      </w:pPr>
      <w:r>
        <w:t>تو ایسے لوگ پیدا ہوتے ہیں، لیکن لوگ اس سے بے خبر رہتے ہیں۔ تو تعصب کی وجہ سے یہ ہو رہا ہے، ورنہ اللہ کھول رہا ہے علوم کو ہر آدمی کے اوپر نہیں،</w:t>
      </w:r>
    </w:p>
    <w:p>
      <w:r>
        <w:rPr>
          <w:b/>
        </w:rPr>
        <w:t xml:space="preserve">[28:08] </w:t>
      </w:r>
      <w:r>
        <w:t>aisay afraad ke upar jo mukhtalif girohon mein paida ho rahe hain.</w:t>
      </w:r>
    </w:p>
    <w:p>
      <w:pPr>
        <w:jc w:val="right"/>
      </w:pPr>
      <w:r>
        <w:t>ایسے افراد کے اوپر جو مختلف گروہوں میں پیدا ہو رہے ہیں۔</w:t>
      </w:r>
    </w:p>
    <w:p>
      <w:r>
        <w:rPr>
          <w:b/>
        </w:rPr>
        <w:t xml:space="preserve">[28:15] </w:t>
      </w:r>
      <w:r>
        <w:t>to mein samajhta hoon ke sirf ta'assub ko khatam karna kafi hai. sirf ta'assub ko agar ta'assub ko khatam kar dein, ta'assub matlab ba'is ke apne giroh ka aadmi hai to us ko samjhein ke aalim hai,</w:t>
      </w:r>
    </w:p>
    <w:p>
      <w:pPr>
        <w:jc w:val="right"/>
      </w:pPr>
      <w:r>
        <w:t>تو میں سمجھتا ہوں کہ صرف تعصب کو ختم کرنا کافی ہے۔ صرف تعصب کو اگر تعصب کو ختم کر دیں، تعصب مطلب باعث کہ اپنے گروہ کا آدمی ہے تو اس کو سمجھیں کہ عالم ہے،</w:t>
      </w:r>
    </w:p>
    <w:p>
      <w:r>
        <w:rPr>
          <w:b/>
        </w:rPr>
        <w:t xml:space="preserve">[28:33] </w:t>
      </w:r>
      <w:r>
        <w:t>doosre giroh ka aadmi hai to us ko aalim hi nahi samjhenge,</w:t>
      </w:r>
    </w:p>
    <w:p>
      <w:pPr>
        <w:jc w:val="right"/>
      </w:pPr>
      <w:r>
        <w:t>دوسرے گروہ کا آدمی ہے تو اس کو عالم ہی نہیں سمجھیں گے،</w:t>
      </w:r>
    </w:p>
    <w:p>
      <w:r>
        <w:rPr>
          <w:b/>
        </w:rPr>
        <w:t xml:space="preserve">[28:42] </w:t>
      </w:r>
      <w:r>
        <w:t>aalim hi nahi samjhenge. aap apne giroh ka aadmi hai to baray baray ilqab dein ge, bohat baray baray ilqab, hamare hi ilqab, aur doosre giroh ka aadmi hai to us ko qazi, us ko naam bhi nahi, us ko nahi lenge.</w:t>
      </w:r>
    </w:p>
    <w:p>
      <w:pPr>
        <w:jc w:val="right"/>
      </w:pPr>
      <w:r>
        <w:t>عالم ہی نہیں سمجھیں گے۔ آپ اپنے گروہ کا آدمی ہے تو بڑے بڑے القاب دیں گے، بہت بڑے بڑے القاب، ہمارے ہی القاب، اور دوسرے گروہ کا آدمی ہے تو اس کو قاضی، اس کو نام بھی نہیں، اس کو نہیں لیں گے۔</w:t>
      </w:r>
    </w:p>
    <w:p>
      <w:r>
        <w:rPr>
          <w:b/>
        </w:rPr>
        <w:t xml:space="preserve">[28:57] </w:t>
      </w:r>
      <w:r>
        <w:t>doosre doosre giroh ka aadmi hai, naam bhi nahi lenge. aur doosri yeh ke khula open discussion musalmanon mein nahi, isi liye ta'assub ki wajah se,</w:t>
      </w:r>
    </w:p>
    <w:p>
      <w:pPr>
        <w:jc w:val="right"/>
      </w:pPr>
      <w:r>
        <w:t>دوسرے دوسرے گروہ کا آدمی ہے، نام بھی نہیں لیں گے۔ اور دوسری یہ کہ کھلا اوپن ڈسکشن مسلمانوں میں نہیں، اسی لیے تعصب کی وجہ سے،</w:t>
      </w:r>
    </w:p>
    <w:p>
      <w:r>
        <w:rPr>
          <w:b/>
        </w:rPr>
        <w:t xml:space="preserve">[29:12] </w:t>
      </w:r>
      <w:r>
        <w:t>ta'assub ki wajah se musalmanon mein open discussion ka wajood hi nahi hai.</w:t>
      </w:r>
    </w:p>
    <w:p>
      <w:pPr>
        <w:jc w:val="right"/>
      </w:pPr>
      <w:r>
        <w:t>تعصب کی وجہ سے مسلمانوں میں اوپن ڈسکشن کا وجود ہی نہیں ہے۔</w:t>
      </w:r>
    </w:p>
    <w:p>
      <w:r>
        <w:rPr>
          <w:b/>
        </w:rPr>
        <w:t xml:space="preserve">[29:20] </w:t>
      </w:r>
      <w:r>
        <w:t>open discussion ka wajood hi nahi hai.</w:t>
      </w:r>
    </w:p>
    <w:p>
      <w:pPr>
        <w:jc w:val="right"/>
      </w:pPr>
      <w:r>
        <w:t>اوپن ڈسکشن کا وجود ہی نہیں ہے۔</w:t>
      </w:r>
    </w:p>
    <w:p>
      <w:r>
        <w:rPr>
          <w:b/>
        </w:rPr>
        <w:t xml:space="preserve">[29:31] </w:t>
      </w:r>
      <w:r>
        <w:t>mein bohat si misalein de sakta hoon, lekin mein samajhta hoon ke musalmanon ki zaroorat nahi hai.</w:t>
      </w:r>
    </w:p>
    <w:p>
      <w:pPr>
        <w:jc w:val="right"/>
      </w:pPr>
      <w:r>
        <w:t>میں بہت سی مثالیں دے سکتا ہوں، لیکن میں سمجھتا ہوں کہ مسلمانوں کی ضرورت نہیں ہے۔</w:t>
      </w:r>
    </w:p>
    <w:p>
      <w:r>
        <w:rPr>
          <w:b/>
        </w:rPr>
        <w:t xml:space="preserve">[29:39] </w:t>
      </w:r>
      <w:r>
        <w:t>log khud is ko samajh sakte hain ke open discussion musalmanon mein hai hi nahi, woh ta'assub har taraf hai, ta'assub ki deewarein hain.</w:t>
      </w:r>
    </w:p>
    <w:p>
      <w:pPr>
        <w:jc w:val="right"/>
      </w:pPr>
      <w:r>
        <w:t>لوگ خود اس کو سمجھ سکتے ہیں کہ اوپن ڈسکشن مسلمانوں میں ہے ہی نہیں، وہ تعصب ہر طرف ہے، تعصب کی دیواریں ہیں۔</w:t>
      </w:r>
    </w:p>
    <w:p>
      <w:r>
        <w:rPr>
          <w:b/>
        </w:rPr>
        <w:t xml:space="preserve">[29:55] </w:t>
      </w:r>
      <w:r>
        <w:t>to har zamanay mein allah</w:t>
      </w:r>
    </w:p>
    <w:p>
      <w:pPr>
        <w:jc w:val="right"/>
      </w:pPr>
      <w:r>
        <w:t>تو ہر زمانے میں اللہ</w:t>
      </w:r>
    </w:p>
    <w:p>
      <w:r>
        <w:rPr>
          <w:b/>
        </w:rPr>
        <w:t xml:space="preserve">[30:04] </w:t>
      </w:r>
      <w:r>
        <w:t>aise afraad paida karta hai jo quran ke haqaaq ko kholte hain.</w:t>
      </w:r>
    </w:p>
    <w:p>
      <w:pPr>
        <w:jc w:val="right"/>
      </w:pPr>
      <w:r>
        <w:t>ایسے افراد پیدا کرتا ہے جو قرآن کے حقائق کو کھولتے ہیں۔</w:t>
      </w:r>
    </w:p>
    <w:p>
      <w:r>
        <w:rPr>
          <w:b/>
        </w:rPr>
        <w:t xml:space="preserve">[30:16] </w:t>
      </w:r>
      <w:r>
        <w:t>jaise ek hadith hai: "in allaha yubasu ala rasi kull" yani har sau saal par allah aise afraad paida karega jo deen ki tajdeed karenge.</w:t>
      </w:r>
    </w:p>
    <w:p>
      <w:pPr>
        <w:jc w:val="right"/>
      </w:pPr>
      <w:r>
        <w:t>جیسے ایک حدیث ہے: "إن الله يبس على راس كل"، یعنی ہر سو سال پر اللہ ایسے افراد پیدا کرے گا جو دین کی تجدید کریں گے۔</w:t>
      </w:r>
    </w:p>
    <w:p>
      <w:r>
        <w:rPr>
          <w:b/>
        </w:rPr>
        <w:t xml:space="preserve">[30:34] </w:t>
      </w:r>
      <w:r>
        <w:t>iska matlab yahi hai ke uloom ko janne wale, quran ke rumooz ko samajhne wale paida hote rahenge, afraad, lekin ta'assub ki wajah se log aitraaf nahi karenge, unse faida nahi uthayenge.</w:t>
      </w:r>
    </w:p>
    <w:p>
      <w:pPr>
        <w:jc w:val="right"/>
      </w:pPr>
      <w:r>
        <w:t>اس کا مطلب یہی ہے کہ علوم کو جاننے والے، قرآن کے رموز کو سمجھنے والے پیدا ہوتے رہیں گے، افراد، لیکن تعصب کی وجہ سے لوگ اعتراف نہیں کریں گے، ان سے فائدہ نہیں اٹھائیں گے۔</w:t>
      </w:r>
    </w:p>
    <w:p>
      <w:r>
        <w:rPr>
          <w:b/>
        </w:rPr>
        <w:t xml:space="preserve">[30:55] </w:t>
      </w:r>
      <w:r>
        <w:t>ab aaj kal kya hai? bas apne giroh ke afraad ko samajhte hain ke wahi sab kuch hai, unke liye bade bade ilqaab hain, bahut bade bade ilqaab, aur doosron ke liye koi yani mamooli tareeqe se unka zikr kiya jata hai.</w:t>
      </w:r>
    </w:p>
    <w:p>
      <w:pPr>
        <w:jc w:val="right"/>
      </w:pPr>
      <w:r>
        <w:t>اب آج کل کیا ہے؟ بس اپنے گروہ کے افراد کو سمجھتے ہیں کہ وہی سب کچھ ہے، ان کے لیے بڑے بڑے القاب ہیں، بہت بڑے بڑے القاب، اور دوسروں کے لیے کوئی یعنی معمولی طریقے سے ان کا ذکر کیا جاتا ہے۔</w:t>
      </w:r>
    </w:p>
    <w:p>
      <w:r>
        <w:rPr>
          <w:b/>
        </w:rPr>
        <w:t xml:space="preserve">[31:17] </w:t>
      </w:r>
      <w:r>
        <w:t>to yeh yani giroh bandi aur firqa bandi jo hai, yeh bahut door tak iska risaan pahunch raha hai, bahut door tak.</w:t>
      </w:r>
    </w:p>
    <w:p>
      <w:pPr>
        <w:jc w:val="right"/>
      </w:pPr>
      <w:r>
        <w:t>تو یہ یعنی گروہ بندی اور فرقہ بندی جو ہے، یہ بہت دور تک اس کا رسان پہنچ رہا ہے، بہت دور تک۔</w:t>
      </w:r>
    </w:p>
    <w:p>
      <w:r>
        <w:rPr>
          <w:b/>
        </w:rPr>
        <w:t xml:space="preserve">[31:32] </w:t>
      </w:r>
      <w:r>
        <w:t>to yeh aaj meri kuch thought mere zehen mein aaye ke quran ko samajhne ke liye kya kya cheezein zaroori hain.</w:t>
      </w:r>
    </w:p>
    <w:p>
      <w:pPr>
        <w:jc w:val="right"/>
      </w:pPr>
      <w:r>
        <w:t>تو یہ آج میری کچھ تھاٹ میرے ذہن میں آئے کہ قرآن کو سمجھنے کے لیے کیا کیا چیزیں ضروری ہیں۔</w:t>
      </w:r>
    </w:p>
    <w:p>
      <w:r>
        <w:rPr>
          <w:b/>
        </w:rPr>
        <w:t xml:space="preserve">[31:46] </w:t>
      </w:r>
      <w:r>
        <w:t>rawayati soch, rawayati maharat kaafi nahi hai.</w:t>
      </w:r>
    </w:p>
    <w:p>
      <w:pPr>
        <w:jc w:val="right"/>
      </w:pPr>
      <w:r>
        <w:t>روایتی سوچ، روایتی مہارت کافی نہیں ہے۔</w:t>
      </w:r>
    </w:p>
    <w:p>
      <w:r>
        <w:rPr>
          <w:b/>
        </w:rPr>
        <w:t xml:space="preserve">[31:57] </w:t>
      </w:r>
      <w:r>
        <w:t>to meri dua hai ke allah taala hum ko tofeeq de ke hum giroh bandi se, ta'assubaat se bahar nikal kar baaton ko samjhein aur quran ke haqaaq ko haqaaq tak pahunchayein.</w:t>
      </w:r>
    </w:p>
    <w:p>
      <w:pPr>
        <w:jc w:val="right"/>
      </w:pPr>
      <w:r>
        <w:t>تو میری دعا ہے کہ اللہ تعالیٰ ہم کو توفیق دے کہ ہم گروہ بندی سے، تعصبات سے باہر نکل کر باتوں کو سمجھیں اور قرآن کے حقائق کو حقائق تک پہنچیں۔</w:t>
      </w:r>
    </w:p>
    <w:p>
      <w:r>
        <w:rPr>
          <w:b/>
        </w:rPr>
        <w:t xml:space="preserve">[32:16] </w:t>
      </w:r>
      <w:r>
        <w:t>aur jo quran ka yeh jo pehlu hai ke "la tanqadi ajaa'ibuhu", tareekh ke tamam adwaar ko cover kar raha hai, quran usko samjhein taake quran ko par ek bada yaqeen hasil karein,</w:t>
      </w:r>
    </w:p>
    <w:p>
      <w:pPr>
        <w:jc w:val="right"/>
      </w:pPr>
      <w:r>
        <w:t>اور جو قرآن کا یہ جو پہلو ہے کہ "لا تنقضی عجائبہ"، تاریخ کے تمام ادوار کو کور کر رہا ہے، قرآن اس کو سمجھیں تاکہ قرآن کو پر ایک بڑا یقین حاصل کریں،</w:t>
      </w:r>
    </w:p>
    <w:p>
      <w:r>
        <w:rPr>
          <w:b/>
        </w:rPr>
        <w:t xml:space="preserve">[32:35] </w:t>
      </w:r>
      <w:r>
        <w:t>inshallah. to meri dua hai ke allah taala mujh ko aur aap ko is khule pan ki tofeeq ata farmaye, yeh openness ki tofeeq ata farmaye.</w:t>
      </w:r>
    </w:p>
    <w:p>
      <w:pPr>
        <w:jc w:val="right"/>
      </w:pPr>
      <w:r>
        <w:t>انشاءاللہ۔ تو میری دعا ہے کہ اللہ تعالیٰ مجھ کو اور آپ کو اس کھلے پن کی توفیق عطا فرمائے، یہ اوپننس کی توفیق عطا فرمائے۔</w:t>
      </w:r>
    </w:p>
    <w:p>
      <w:r>
        <w:rPr>
          <w:b/>
        </w:rPr>
        <w:t xml:space="preserve">[32:47] </w:t>
      </w:r>
      <w:r>
        <w:t>assalam o alaikum wa rehmatullah.</w:t>
      </w:r>
    </w:p>
    <w:p>
      <w:pPr>
        <w:jc w:val="right"/>
      </w:pPr>
      <w:r>
        <w:t>السلام علیکم ورحمۃ اللہ۔</w:t>
      </w:r>
    </w:p>
    <w:p>
      <w:r>
        <w:rPr>
          <w:b/>
        </w:rPr>
        <w:t xml:space="preserve">[33:03] </w:t>
      </w:r>
      <w:r>
        <w:t>okay, so we will start with the question answer and comment session. we request all the online viewers that when you post your comments or questions, please mention your location.</w:t>
      </w:r>
    </w:p>
    <w:p>
      <w:pPr>
        <w:jc w:val="right"/>
      </w:pPr>
      <w:r>
        <w:t>اوکے، سو وی ویل سٹارٹ ود دی کوئسچن انسر اینڈ کمنٹ سیشن۔ وی ریکویسٹ ال دی ان لائن ویوورز دیٹ وین یو پوسٹ یور کمنٹس اور کوئسچنز، پلیز مینشن یور لوکیشن۔</w:t>
      </w:r>
    </w:p>
    <w:p>
      <w:r>
        <w:rPr>
          <w:b/>
        </w:rPr>
        <w:t xml:space="preserve">[33:15] </w:t>
      </w:r>
      <w:r>
        <w:t>maulana, sab se pehle comments lena chahenge. yeh comment bheja hai miss dania mustafa ne, ah pakistan se.</w:t>
      </w:r>
    </w:p>
    <w:p>
      <w:pPr>
        <w:jc w:val="right"/>
      </w:pPr>
      <w:r>
        <w:t>مولانا، سب سے پہلے کمنٹس لینا چاہیں گے۔ یہ کمنٹ بھیجا ہے مس دانیہ مصطفیٰ نے، اہ پاکستان سے۔</w:t>
      </w:r>
    </w:p>
    <w:p>
      <w:r>
        <w:rPr>
          <w:b/>
        </w:rPr>
        <w:t xml:space="preserve">[33:23] </w:t>
      </w:r>
      <w:r>
        <w:t>unhone likha hai: "thank you maulana sahib for sharing with us with such profound wisdom. such a blessing to have a scholar like you." rashid ansari sahib ne merit se likha hai: "maulana, yeh bahut hi important hai ke quran ko samajhne ke liye hamein har tarah ke ilm se waqif hona padega." jazak allah.</w:t>
      </w:r>
    </w:p>
    <w:p>
      <w:pPr>
        <w:jc w:val="right"/>
      </w:pPr>
      <w:r>
        <w:t>انہوں نے لکھا ہے: "تھینک یو مولانا صاحب فار شیئرنگ ود اس ود سچ پروفاؤنڈ وزڈم۔ سچ ا بلیسنگ ٹو ہیو ا سکالر لائک یو۔" راشد انصاری صاحب نے میرٹ سے لکھا ہے: "مولانا، یہ بہت ہی امپورٹنٹ ہے کہ قرآن کو سمجھنے کے لیے ہمیں ہر طرح کے علم سے واقف ہونا پڑے گا۔" جزاک اللہ۔</w:t>
      </w:r>
    </w:p>
    <w:p>
      <w:r>
        <w:rPr>
          <w:b/>
        </w:rPr>
        <w:t xml:space="preserve">[33:47] </w:t>
      </w:r>
      <w:r>
        <w:t>maulana muhammad irfan rashidi sahib ne likha hai nagpur se: "ta'assub ki deewarein quran ko samajhne mein sab se badi rukawat hain." jazak allah maulana sahib.</w:t>
      </w:r>
    </w:p>
    <w:p>
      <w:pPr>
        <w:jc w:val="right"/>
      </w:pPr>
      <w:r>
        <w:t>مولانا محمد عرفان رشیدی صاحب نے لکھا ہے ناگپور سے: "تعصب کی دیواریں قرآن کو سمجھنے میں سب سے بڑی رکاوٹ ہیں۔" جزاک اللہ مولانا صاحب۔</w:t>
      </w:r>
    </w:p>
    <w:p>
      <w:r>
        <w:rPr>
          <w:b/>
        </w:rPr>
        <w:t xml:space="preserve">[34:01] </w:t>
      </w:r>
      <w:r>
        <w:t>allah hamein shehar sadar ata kare. sajid anwar sahib ne mumbai se likha hai: "to disown the activities of those muslims who act against the true teachings of islam is a must in entire muslim ummah.</w:t>
      </w:r>
    </w:p>
    <w:p>
      <w:pPr>
        <w:jc w:val="right"/>
      </w:pPr>
      <w:r>
        <w:t>اللہ ہمیں شہر صدر عطا کرے۔ ساجد انور صاحب نے ممبئی سے لکھا ہے: "ٹو ڈس اون دی ایکٹیویٹیز اف دوز مسلمز ہو ایکٹ اگینسٹ دا ٹرو ٹیچنگز اف اسلام از ا مسٹ ان انٹائر مسلم امہ۔</w:t>
      </w:r>
    </w:p>
    <w:p>
      <w:r>
        <w:rPr>
          <w:b/>
        </w:rPr>
        <w:t xml:space="preserve">[34:17] </w:t>
      </w:r>
      <w:r>
        <w:t>even the prophet had disowned the activities of those muslims in his time who had acted contrary to his commands." maulana sawal lena chahenge.</w:t>
      </w:r>
    </w:p>
    <w:p>
      <w:pPr>
        <w:jc w:val="right"/>
      </w:pPr>
      <w:r>
        <w:t>ایون دا پرافٹ ہیڈ ڈس اون دا ایکٹیویٹیز اف دوز مسلمز ان ہز ٹائم ہو ہیڈ ایکٹڈ کنٹری ٹو ہز کمانڈز۔" مولانا سوال لینا چاہیں گے۔</w:t>
      </w:r>
    </w:p>
    <w:p>
      <w:r>
        <w:rPr>
          <w:b/>
        </w:rPr>
        <w:t xml:space="preserve">[34:30] </w:t>
      </w:r>
      <w:r>
        <w:t>yeh sawal bheja hai congo central africa se muhammad akhlaq mewati sahib ne. unhone likha hai: "what is the best way to learn quran for non arabic speaker?</w:t>
      </w:r>
    </w:p>
    <w:p>
      <w:pPr>
        <w:jc w:val="right"/>
      </w:pPr>
      <w:r>
        <w:t>یہ سوال بھیجا ہے کانگو سینٹرل افریقہ سے محمد اخلاق میواتی صاحب نے۔ انہوں نے لکھا ہے: "واٹ از دا بیسٹ وے ٹو لرن قرآن فار نان عربک سپیکر؟</w:t>
      </w:r>
    </w:p>
    <w:p>
      <w:r>
        <w:rPr>
          <w:b/>
        </w:rPr>
        <w:t xml:space="preserve">[34:47] </w:t>
      </w:r>
      <w:r>
        <w:t>why do we have multiple interpretations of quran? how someone new like me can choose the right interpretation?"</w:t>
      </w:r>
    </w:p>
    <w:p>
      <w:pPr>
        <w:jc w:val="right"/>
      </w:pPr>
      <w:r>
        <w:t>وائی ڈو وی ہیو ملٹیپل انٹرپریٹیشنز اف قرآن؟ ہاؤ سم ون نیو لائک می کین چوز دا رائٹ انٹرپریٹیشن؟"</w:t>
      </w:r>
    </w:p>
    <w:p>
      <w:r>
        <w:rPr>
          <w:b/>
        </w:rPr>
        <w:t xml:space="preserve">[35:00] </w:t>
      </w:r>
      <w:r>
        <w:t>ka matlab maulana, unke actually ek sawal ke do hisse hain. pehla hissa to unhone aap se poocha hai ke ek non arabic speaker quran ko kaise samjhe?</w:t>
      </w:r>
    </w:p>
    <w:p>
      <w:pPr>
        <w:jc w:val="right"/>
      </w:pPr>
      <w:r>
        <w:t>کا مطلب مولانا، ان کے ایکچولی ایک سوال کے دو حصے ہیں۔ پہلا حصہ تو انہوں نے آپ سے پوچھا ہے کہ ایک نان عربک سپیکر قرآن کو کیسے سمجھے؟</w:t>
      </w:r>
    </w:p>
    <w:p>
      <w:r>
        <w:rPr>
          <w:b/>
        </w:rPr>
        <w:t xml:space="preserve">[35:12] </w:t>
      </w:r>
      <w:r>
        <w:t>aur jo doosra hissa hai sawal ka, woh yeh hai ke itne zyada interpretations available hain abhi, ah ah ke kaise choose karein ke sahi interpretation konsa hai quran ka?</w:t>
      </w:r>
    </w:p>
    <w:p>
      <w:pPr>
        <w:jc w:val="right"/>
      </w:pPr>
      <w:r>
        <w:t>اور جو دوسرا حصہ ہے سوال کا، وہ یہ ہے کہ اتنے زیادہ انٹرپریٹیشنز اویلیبل ہیں ابھی، اہ اہ کہ کیسے چوز کریں کہ صحیح انٹرپریٹیشن کونسا ہے قرآن کا؟</w:t>
      </w:r>
    </w:p>
    <w:p>
      <w:r>
        <w:rPr>
          <w:b/>
        </w:rPr>
        <w:t xml:space="preserve">[35:27] </w:t>
      </w:r>
      <w:r>
        <w:t>dekhiye, pehli baat to yeh ke arabi zaban bahut hi aasan zaban hai. koi bhi aadmi agar sincere hai to bahut aasani se woh arabi seekh sakta hai.</w:t>
      </w:r>
    </w:p>
    <w:p>
      <w:pPr>
        <w:jc w:val="right"/>
      </w:pPr>
      <w:r>
        <w:t>دیکھیے، پہلی بات تو یہ کہ عربی زبان بہت ہی آسان زبان ہے۔ کوئی بھی آدمی اگر سنسیئر ہے تو بہت آسانی سے وہ عربی سیکھ سکتا ہے۔</w:t>
      </w:r>
    </w:p>
    <w:p>
      <w:r>
        <w:rPr>
          <w:b/>
        </w:rPr>
        <w:t xml:space="preserve">[35:42] </w:t>
      </w:r>
      <w:r>
        <w:t>doosri taraf yeh ke arabi koi shart lazim nahi hai quran samajhne ke liye. quran ke tarjume, tafaseer har zaban mein maujood hain.</w:t>
      </w:r>
    </w:p>
    <w:p>
      <w:pPr>
        <w:jc w:val="right"/>
      </w:pPr>
      <w:r>
        <w:t>دوسری طرف یہ کہ عربی کوئی شرط لازم نہیں ہے قرآن سمجھنے کے لیے۔ قرآن کے ترجمے، تفسیریں ہر زبان میں موجود ہیں۔</w:t>
      </w:r>
    </w:p>
    <w:p>
      <w:r>
        <w:rPr>
          <w:b/>
        </w:rPr>
        <w:t xml:space="preserve">[35:53] </w:t>
      </w:r>
      <w:r>
        <w:t>har zaban mein sab se badi cheez jo chahiye, woh aqal hai. agar aap ke paas aqal ho to bas kaafi hai.</w:t>
      </w:r>
    </w:p>
    <w:p>
      <w:pPr>
        <w:jc w:val="right"/>
      </w:pPr>
      <w:r>
        <w:t>ہر زبان میں سب سے بڑی چیز جو چاہیے، وہ عقل ہے۔ اگر آپ کے پاس عقل ہو تو بس کافی ہے۔</w:t>
      </w:r>
    </w:p>
    <w:p>
      <w:r>
        <w:rPr>
          <w:b/>
        </w:rPr>
        <w:t xml:space="preserve">[36:04] </w:t>
      </w:r>
      <w:r>
        <w:t>woh kisi bhi kisi bhi zaban mein aap padhiye,</w:t>
      </w:r>
    </w:p>
    <w:p>
      <w:pPr>
        <w:jc w:val="right"/>
      </w:pPr>
      <w:r>
        <w:t>وہ کسی بھی کسی بھی زبان میں آپ پڑھیے،</w:t>
      </w:r>
    </w:p>
    <w:p>
      <w:r>
        <w:rPr>
          <w:b/>
        </w:rPr>
        <w:t xml:space="preserve">[36:10] </w:t>
      </w:r>
      <w:r>
        <w:t>yeh koi rukawat rukawat nahi hai jo log samajhte hain. Koi bhi rukawat Quran ko samajhne ke liye maujood nahi hai.</w:t>
      </w:r>
    </w:p>
    <w:p>
      <w:pPr>
        <w:jc w:val="right"/>
      </w:pPr>
      <w:r>
        <w:t>یہ کوئی رکاوٹ رکاوٹ نہیں ہے جو لوگ سمجھتے ہیں۔ کوئی بھی رکاوٹ قرآن کو سمجھنے کے لیے موجود نہیں ہے۔</w:t>
      </w:r>
    </w:p>
    <w:p>
      <w:r>
        <w:rPr>
          <w:b/>
        </w:rPr>
        <w:t xml:space="preserve">[36:21] </w:t>
      </w:r>
      <w:r>
        <w:t>main yaqeen ke sath keh sakta hoon. Aur doosri cheez jo hai, woh cheez kya hai?</w:t>
      </w:r>
    </w:p>
    <w:p>
      <w:pPr>
        <w:jc w:val="right"/>
      </w:pPr>
      <w:r>
        <w:t>میں یقین کے ساتھ کہہ سکتا ہوں۔ اور دوسری چیز جو ہے، وہ چیز کیا ہے؟</w:t>
      </w:r>
    </w:p>
    <w:p>
      <w:r>
        <w:rPr>
          <w:b/>
        </w:rPr>
        <w:t xml:space="preserve">[36:29] </w:t>
      </w:r>
      <w:r>
        <w:t>keh bohat sare interpretation. Ji, yeh bhi to bekar baat hai. Konsi duniya mein aisi cheez bhi interpretation na ho? Konsay bataiye?</w:t>
      </w:r>
    </w:p>
    <w:p>
      <w:pPr>
        <w:jc w:val="right"/>
      </w:pPr>
      <w:r>
        <w:t>کہ بہت سارے انٹرپریٹیشن۔ جی، یہ بھی تو بیکار بات ہے۔ کون سی دنیا میں ایسی چیز بھی انٹرپریشن نہ ہو؟ کون سے بتائیے؟</w:t>
      </w:r>
    </w:p>
    <w:p>
      <w:r>
        <w:rPr>
          <w:b/>
        </w:rPr>
        <w:t xml:space="preserve">[36:38] </w:t>
      </w:r>
      <w:r>
        <w:t>bimari har doctor alag alag batata hai is ke baray mein. To kya log ilaj nahi karte?</w:t>
      </w:r>
    </w:p>
    <w:p>
      <w:pPr>
        <w:jc w:val="right"/>
      </w:pPr>
      <w:r>
        <w:t>بیماری ہر ڈاکٹر الگ الگ بتاتا ہے اس کے بارے میں۔ تو کیا لوگ علاج نہیں کرتے؟</w:t>
      </w:r>
    </w:p>
    <w:p>
      <w:r>
        <w:rPr>
          <w:b/>
        </w:rPr>
        <w:t xml:space="preserve">[36:48] </w:t>
      </w:r>
      <w:r>
        <w:t>log ilaj nahi karte? Dukandari, dukandar jo bechte hain saman alag alag dhang se, woh batate hain. To kya log dukandari band ho gayi hai?</w:t>
      </w:r>
    </w:p>
    <w:p>
      <w:pPr>
        <w:jc w:val="right"/>
      </w:pPr>
      <w:r>
        <w:t>لوگ علاج نہیں کرتے؟ دکانداری، دکاندار جو بیچتے ہیں سامان الگ الگ ڈھنگ سے، وہ بتاتے ہیں۔ تو کیا لوگ دکانداری بند ہو گئی ہے؟</w:t>
      </w:r>
    </w:p>
    <w:p>
      <w:r>
        <w:rPr>
          <w:b/>
        </w:rPr>
        <w:t xml:space="preserve">[37:00] </w:t>
      </w:r>
      <w:r>
        <w:t>yeh konsi cheez aisi hai jis mein interpretation, diverse interpretation na ho? Yeh rukawat konsi hai? Apni aql ko istemal kijiye, apni common sense ko istemal kijiye.</w:t>
      </w:r>
    </w:p>
    <w:p>
      <w:pPr>
        <w:jc w:val="right"/>
      </w:pPr>
      <w:r>
        <w:t>یہ کون سی چیز ایسی ہے جس میں انٹرپریشن، ڈائیورس انٹرپریشن نہ ہو؟ یہ رکاوٹ کون سی ہے؟ اپنی عقل کو استعمال کیجئے، اپنی کامن سینس کو استعمال کیجئے۔</w:t>
      </w:r>
    </w:p>
    <w:p>
      <w:r>
        <w:rPr>
          <w:b/>
        </w:rPr>
        <w:t xml:space="preserve">[37:12] </w:t>
      </w:r>
      <w:r>
        <w:t>yeh sab bilkul yaani aise log yeh baatein karte hain jo serious, sincere nahi hain. Wahi aadmi apne baray mein, apne business ke baray mein, apne job ke baray mein, apne ilaj ke baray mein sincere hota to wahi sawal nahi, sawal nahi karta.</w:t>
      </w:r>
    </w:p>
    <w:p>
      <w:pPr>
        <w:jc w:val="right"/>
      </w:pPr>
      <w:r>
        <w:t>یہ سب بالکل یعنی ایسے لوگ یہ باتیں کرتے ہیں جو سیریس، سنسیئر نہیں ہیں۔ وہی آدمی اپنے بارے میں، اپنے بزنس کے بارے میں، اپنے جاب کے بارے میں، اپنے علاج کے بارے میں سنسیئر ہوتا تو وہی سوال نہیں، سوال نہیں کرتا۔</w:t>
      </w:r>
    </w:p>
    <w:p>
      <w:r>
        <w:rPr>
          <w:b/>
        </w:rPr>
        <w:t xml:space="preserve">[37:30] </w:t>
      </w:r>
      <w:r>
        <w:t>aur yahan sawal kar raha hai.</w:t>
      </w:r>
    </w:p>
    <w:p>
      <w:pPr>
        <w:jc w:val="right"/>
      </w:pPr>
      <w:r>
        <w:t>اور یہاں سوال کر رہا ہے۔</w:t>
      </w:r>
    </w:p>
    <w:p>
      <w:r>
        <w:rPr>
          <w:b/>
        </w:rPr>
        <w:t xml:space="preserve">[37:35] </w:t>
      </w:r>
      <w:r>
        <w:t>main nahi manta ke yeh koi sawal hai. Jab aap ka beta bimar hota hai to sheher mein hazaron doctor hotay hain.</w:t>
      </w:r>
    </w:p>
    <w:p>
      <w:pPr>
        <w:jc w:val="right"/>
      </w:pPr>
      <w:r>
        <w:t>میں نہیں مانتا کہ یہ کوئی سوال ہے۔ جب آپ کا بیٹا بیمار ہوتا ہے تو شہر میں ہزاروں ڈاکٹر ہوتے ہیں۔</w:t>
      </w:r>
    </w:p>
    <w:p>
      <w:r>
        <w:rPr>
          <w:b/>
        </w:rPr>
        <w:t xml:space="preserve">[37:44] </w:t>
      </w:r>
      <w:r>
        <w:t>to kya aap is mein phans jatay hain aur ilaj nahi kar patay? In ke paas jaon, in ke paas jaon, in ke paas jaon? Kon aisa baap hoga jo apne bete ke ilaj ke liye is liye na kar paye ke bohat se doctor hain?</w:t>
      </w:r>
    </w:p>
    <w:p>
      <w:pPr>
        <w:jc w:val="right"/>
      </w:pPr>
      <w:r>
        <w:t>تو کیا آپ اس میں پھنس جاتے ہیں اور علاج نہیں کر پاتے؟ ان کے پاس جاؤں، ان کے پاس جاؤں، ان کے پاس جاؤں؟ کون ایسا باپ ہوگا جو اپنے بیٹے کے علاج کے لیے اس لیے نہ کر پائے کہ بہت سے ڈاکٹر ہیں؟</w:t>
      </w:r>
    </w:p>
    <w:p>
      <w:r>
        <w:rPr>
          <w:b/>
        </w:rPr>
        <w:t xml:space="preserve">[38:01] </w:t>
      </w:r>
      <w:r>
        <w:t>to kya karein? Aap sincere hona, aap ka</w:t>
      </w:r>
    </w:p>
    <w:p>
      <w:pPr>
        <w:jc w:val="right"/>
      </w:pPr>
      <w:r>
        <w:t>تو کیا کریں؟ آپ سنسیئر ہونا، آپ کا</w:t>
      </w:r>
    </w:p>
    <w:p>
      <w:r>
        <w:rPr>
          <w:b/>
        </w:rPr>
        <w:t xml:space="preserve">[38:09] </w:t>
      </w:r>
      <w:r>
        <w:t>dimagh mein aql hona kafi hai aap ke liye ke aap aik right doctor ko choose karein aur us se ilaj karein. To har mamle mein aap us ko solve kar letay hain.</w:t>
      </w:r>
    </w:p>
    <w:p>
      <w:pPr>
        <w:jc w:val="right"/>
      </w:pPr>
      <w:r>
        <w:t>دماغ میں عقل ہونا کافی ہے آپ کے لیے کہ آپ ایک رائٹ ڈاکٹر کو چوز کریں اور اس سے علاج کریں۔ تو ہر معاملے میں آپ اس کو سالو کر لیتے ہیں۔</w:t>
      </w:r>
    </w:p>
    <w:p>
      <w:r>
        <w:rPr>
          <w:b/>
        </w:rPr>
        <w:t xml:space="preserve">[38:22] </w:t>
      </w:r>
      <w:r>
        <w:t>sirf deeni ka mamla aisa solve nahi hota. Yeh yeh sab bekar baat hai. Mere nazdeek yeh koi baatein nahi hain.</w:t>
      </w:r>
    </w:p>
    <w:p>
      <w:pPr>
        <w:jc w:val="right"/>
      </w:pPr>
      <w:r>
        <w:t>صرف دینی کا معاملہ ایسا سالو نہیں ہوتا۔ یہ یہ سب بیکار بات ہے۔ میرے نزدیک یہ کوئی باتیں نہیں ہیں۔</w:t>
      </w:r>
    </w:p>
    <w:p>
      <w:r>
        <w:rPr>
          <w:b/>
        </w:rPr>
        <w:t xml:space="preserve">[38:33] </w:t>
      </w:r>
      <w:r>
        <w:t>Maulana, agla comment bheja hai Delhi se Dr. Naghma Siddiqui ne. Unhon ne likha hai: "Maulana, jazak Allah for explaining the importance of overcoming bias and understanding the historical age to understand Quran and the global opportunities that the present age has opened for spreading the Quranic message through universal dawah.</w:t>
      </w:r>
    </w:p>
    <w:p>
      <w:pPr>
        <w:jc w:val="right"/>
      </w:pPr>
      <w:r>
        <w:t>مولانا، اگلا کمنٹ بھیجا ہے دلی سے ڈاکٹر نغمہ صدیقی نے۔ انہوں نے لکھا ہے: "مولانا، جزاک اللہ فار ایکسپلیننگ دی امپورٹنس اف اوورکمنگ بائس اینڈ انڈرسٹینڈنگ دی ہسٹوریکل ایج ٹو انڈرسٹینڈ قرآن اینڈ دی گلوبل اپرچونیٹیز دیٹ دی پریزنٹ ایج ہیز اوپنڈ فار سپریڈنگ دی قرآنک میسج تھرو یونیورسل دعویٰ۔</w:t>
      </w:r>
    </w:p>
    <w:p>
      <w:r>
        <w:rPr>
          <w:b/>
        </w:rPr>
        <w:t xml:space="preserve">[39:01] </w:t>
      </w:r>
      <w:r>
        <w:t>Inshallah, Maulana, I re dedicate my life to this mission. May God help me to achieve this. Inshallah." Maulana, agla comment Kashmir se bheja hai Miss Mehak Fayyaz Khan ne.</w:t>
      </w:r>
    </w:p>
    <w:p>
      <w:pPr>
        <w:jc w:val="right"/>
      </w:pPr>
      <w:r>
        <w:t>انشاءاللہ، مولانا، آئی ری ڈیڈیکیٹ مائی لائف ٹو دس مشن۔ می گاڈ ہیلپ می ٹو اچیو دس۔ انشاءاللہ۔" مولانا، اگلا کمنٹ کشمیر سے بھیجا ہے مس میہک فیاض خان نے۔</w:t>
      </w:r>
    </w:p>
    <w:p>
      <w:r>
        <w:rPr>
          <w:b/>
        </w:rPr>
        <w:t xml:space="preserve">[39:17] </w:t>
      </w:r>
      <w:r>
        <w:t>Unhon ne likha hai: "I gained new things today. It is not just about interpretation, but it is about right interpretation considering the cultural, historical, linguistic and social conditions of that particular time.</w:t>
      </w:r>
    </w:p>
    <w:p>
      <w:pPr>
        <w:jc w:val="right"/>
      </w:pPr>
      <w:r>
        <w:t>انہوں نے لکھا ہے: "آئی گین نیو تھنگ ٹوڈے۔ اٹ از ناٹ جسٹ اباؤٹ انٹرپریٹیشن، بٹ اٹ از اباؤٹ رائٹس انٹرپریٹیشن کنسیڈرنگ دی کلچرل، ہسٹوریکل، لنگوسٹک اینڈ سوشل کنڈیشنز اف دیٹ پرٹیکولر ٹائم۔</w:t>
      </w:r>
    </w:p>
    <w:p>
      <w:r>
        <w:rPr>
          <w:b/>
        </w:rPr>
        <w:t xml:space="preserve">[39:36] </w:t>
      </w:r>
      <w:r>
        <w:t>Such a beautiful and meaningful lecture. Thanks Maulana sahib." Sajid Anwar sahib ne Mumbai se likha hai: "Maulana, very thrilling explanation of the Hadith that the miracles of the Quran will never end.</w:t>
      </w:r>
    </w:p>
    <w:p>
      <w:pPr>
        <w:jc w:val="right"/>
      </w:pPr>
      <w:r>
        <w:t>سچ ا بیوٹی فل اینڈ میننگ فل لیکچر۔ تھینکس مولانا صاحب۔" ساجد انور صاحب نے ممبئی سے لکھا ہے: "مولانا، ویری تھرلنگ ایکسپلینیشن اف دا حدیث دیٹ دا میریکلز اف دا قرآن ول نیور اینڈ۔</w:t>
      </w:r>
    </w:p>
    <w:p>
      <w:r>
        <w:rPr>
          <w:b/>
        </w:rPr>
        <w:t xml:space="preserve">[39:51] </w:t>
      </w:r>
      <w:r>
        <w:t>The points of universal knowledge and freeing oneself from all kinds of prejudices were extremely important.</w:t>
      </w:r>
    </w:p>
    <w:p>
      <w:pPr>
        <w:jc w:val="right"/>
      </w:pPr>
      <w:r>
        <w:t>دی پوائنٹس اف یونیورسل نالج اینڈ فرینگ ون سیلف فرام ال کائنڈز اف پریجوڈسز وار ایکسٹریملی امپورٹنٹ۔</w:t>
      </w:r>
    </w:p>
    <w:p>
      <w:r>
        <w:rPr>
          <w:b/>
        </w:rPr>
        <w:t xml:space="preserve">[40:02] </w:t>
      </w:r>
      <w:r>
        <w:t>I will try to inculcate both of them to the best of my capacity. Inshallah." Maulana, agla sawal bheja hai Mr. Rajesh Bhatia ne.</w:t>
      </w:r>
    </w:p>
    <w:p>
      <w:pPr>
        <w:jc w:val="right"/>
      </w:pPr>
      <w:r>
        <w:t>آئی ویل ٹرائی ٹو انکلکیٹ بوتھ اف دیم ٹو دا بیسٹ اف مائی کپیسٹی۔ انشاءاللہ۔" مولانا، اگلا سوال بھیجا ہے مسٹر راجش بھاٹیہ نے۔</w:t>
      </w:r>
    </w:p>
    <w:p>
      <w:r>
        <w:rPr>
          <w:b/>
        </w:rPr>
        <w:t xml:space="preserve">[40:15] </w:t>
      </w:r>
      <w:r>
        <w:t>Unhon ne location nahi likhi hai apni. Un ka sawal hai: "How can Muslims integrate positively with non-Muslims to create harmony?</w:t>
      </w:r>
    </w:p>
    <w:p>
      <w:pPr>
        <w:jc w:val="right"/>
      </w:pPr>
      <w:r>
        <w:t>انہوں نے لوکیشن نہیں لکھی ہے اپنی۔ ان کا سوال ہے: "ہاؤ کین مسلمز انٹیگریٹ پوزیٹیولی ود نان مسلمز ٹو کریٹ ہارمونی؟</w:t>
      </w:r>
    </w:p>
    <w:p>
      <w:r>
        <w:rPr>
          <w:b/>
        </w:rPr>
        <w:t xml:space="preserve">[40:27] </w:t>
      </w:r>
      <w:r>
        <w:t>Would it be right for Muslims to disown Muslims who negatively interpret Islam?"</w:t>
      </w:r>
    </w:p>
    <w:p>
      <w:pPr>
        <w:jc w:val="right"/>
      </w:pPr>
      <w:r>
        <w:t>وڈ اٹ بی رائٹ فار مسلمز ٹو ڈس اون مسلمز ہو نیگیٹیولی انٹرپریٹ اسلام؟"</w:t>
      </w:r>
    </w:p>
    <w:p>
      <w:r>
        <w:rPr>
          <w:b/>
        </w:rPr>
        <w:t xml:space="preserve">[40:41] </w:t>
      </w:r>
      <w:r>
        <w:t>Bhai, dekhiye, main to samajhta hoon ke zindagi ke do formulay hain. Har field mein woh apply kar rahe hain.</w:t>
      </w:r>
    </w:p>
    <w:p>
      <w:pPr>
        <w:jc w:val="right"/>
      </w:pPr>
      <w:r>
        <w:t>بھائی، دیکھیے، میں تو سمجھتا ہوں کہ زندگی کے دو فارمولے ہیں۔ ہر فیلڈ میں وہ اپلائی کر رہے ہیں۔</w:t>
      </w:r>
    </w:p>
    <w:p>
      <w:r>
        <w:rPr>
          <w:b/>
        </w:rPr>
        <w:t xml:space="preserve">[40:51] </w:t>
      </w:r>
      <w:r>
        <w:t>Aap aik formula yeh hai ke aisi field duniya mein hoti hai, aisi field jahan aap aur doosra aadmi dono aik raah ke hotay hain.</w:t>
      </w:r>
    </w:p>
    <w:p>
      <w:pPr>
        <w:jc w:val="right"/>
      </w:pPr>
      <w:r>
        <w:t>آپ ایک فارمولا یہ ہے کہ ایسی فیلڈ دنیا میں ہوتی ہے، ایسی فیلڈ جہاں آپ اور دوسرا آدمی دونوں ایک راہ کے ہوتے ہیں۔</w:t>
      </w:r>
    </w:p>
    <w:p>
      <w:r>
        <w:rPr>
          <w:b/>
        </w:rPr>
        <w:t xml:space="preserve">[41:07] </w:t>
      </w:r>
      <w:r>
        <w:t>To is mein kya hota hai ke "I am right, you are also right." Maslan dekhiye, suraj</w:t>
      </w:r>
    </w:p>
    <w:p>
      <w:pPr>
        <w:jc w:val="right"/>
      </w:pPr>
      <w:r>
        <w:t>تو اس میں کیا ہوتا ہے کہ "آئی ایم رائٹ، یو آر السو رائٹ۔" مثلاً دیکھیے، سورج</w:t>
      </w:r>
    </w:p>
    <w:p>
      <w:r>
        <w:rPr>
          <w:b/>
        </w:rPr>
        <w:t xml:space="preserve">[41:22] </w:t>
      </w:r>
      <w:r>
        <w:t>ab ab is zamane mein yeh mana jata hai ke suraj nahi ghoom raha hai, zameen ghoom rahi hai. To is mein kya hai? Is mein sab ka aik "I am right, you are also right." Yaani har jagah ke log yeh mante hain,</w:t>
      </w:r>
    </w:p>
    <w:p>
      <w:pPr>
        <w:jc w:val="right"/>
      </w:pPr>
      <w:r>
        <w:t>اب اب اس زمانے میں یہ مانا جاتا ہے کہ سورج نہیں گھوم رہا ہے، زمین گھوم رہی ہے۔ تو اس میں کیا ہے؟ اس میں سب کا ایک "آئی ایم رائٹ، یو آر السو رائٹ۔" یعنی ہر جگہ کے لوگ یہ مانتے ہیں،</w:t>
      </w:r>
    </w:p>
    <w:p>
      <w:r>
        <w:rPr>
          <w:b/>
        </w:rPr>
        <w:t xml:space="preserve">[41:37] </w:t>
      </w:r>
      <w:r>
        <w:t>ehl-e-ilm ke suraj zameen suraj ke gird ghhoom rahi hai. to is mein yeh formula hai ke "i am right, you are also right." kuch aur field hai jis mein yeh formula nahi chalta.</w:t>
      </w:r>
    </w:p>
    <w:p>
      <w:pPr>
        <w:jc w:val="right"/>
      </w:pPr>
      <w:r>
        <w:t>اہل علم کہ سورج زمین سورج کے گرد گھوم رہی ہے۔ تو اس میں یہ فارمولا ہے کہ "آئی ایم رائٹ، یو آر السو رائٹ۔" کچھ اور فیلڈ ہے جس میں یہ فارمولا نہیں چلتا۔</w:t>
      </w:r>
    </w:p>
    <w:p>
      <w:r>
        <w:rPr>
          <w:b/>
        </w:rPr>
        <w:t xml:space="preserve">[41:56] </w:t>
      </w:r>
      <w:r>
        <w:t>to wahan par kya hota hai ke mutual,</w:t>
      </w:r>
    </w:p>
    <w:p>
      <w:pPr>
        <w:jc w:val="right"/>
      </w:pPr>
      <w:r>
        <w:t>تو وہاں پر کیا ہوتا ہے کہ میوچول،</w:t>
      </w:r>
    </w:p>
    <w:p>
      <w:r>
        <w:rPr>
          <w:b/>
        </w:rPr>
        <w:t xml:space="preserve">[42:04] </w:t>
      </w:r>
      <w:r>
        <w:t>yani mutual discussion hota hai, aapas mein samajhte hain baaton ko aur adjust karte hain ek doosre se.</w:t>
      </w:r>
    </w:p>
    <w:p>
      <w:pPr>
        <w:jc w:val="right"/>
      </w:pPr>
      <w:r>
        <w:t>یعنی میوچول ڈسکشن ہوتا ہے، آپس میں سمجھتے ہیں باتوں کو اور ایڈجسٹ کرتے ہیں ایک دوسرے سے۔</w:t>
      </w:r>
    </w:p>
    <w:p>
      <w:r>
        <w:rPr>
          <w:b/>
        </w:rPr>
        <w:t xml:space="preserve">[42:16] </w:t>
      </w:r>
      <w:r>
        <w:t>yeh yeh bhi formula chal raha hai, dono formulay chal rahe hain. to aap ko jahan woh formula applicable dikhai parre ke "i am right, you are also right," us ko apply kijiye.</w:t>
      </w:r>
    </w:p>
    <w:p>
      <w:pPr>
        <w:jc w:val="right"/>
      </w:pPr>
      <w:r>
        <w:t>یہ یہ بھی فارمولہ چل رہا ہے، دونوں فارمولے چل رہے ہیں۔ تو آپ کو جہاں وہ فارمولا ایپلیکیبل دکھائی پڑے کہ "آئی ایم رائٹ، یو آر السو رائٹ،" اس کو اپلائی کیجئے۔</w:t>
      </w:r>
    </w:p>
    <w:p>
      <w:r>
        <w:rPr>
          <w:b/>
        </w:rPr>
        <w:t xml:space="preserve">[42:32] </w:t>
      </w:r>
      <w:r>
        <w:t>aur jahan yeh formula aap ko applicable maloom ho ke ke jis ko hum kehte hain ke "let us agree to disagree," yeh bhi ek formula hai.</w:t>
      </w:r>
    </w:p>
    <w:p>
      <w:pPr>
        <w:jc w:val="right"/>
      </w:pPr>
      <w:r>
        <w:t>اور جہاں یہ فارمولا آپ کو ایپلیکیبل معلوم ہو کہ کہ جس کو ہم کہتے ہیں کہ "لیٹ اس ایگری ٹو ڈس ایگری،" یہ بھی ایک فارمولا ہے۔</w:t>
      </w:r>
    </w:p>
    <w:p>
      <w:r>
        <w:rPr>
          <w:b/>
        </w:rPr>
        <w:t xml:space="preserve">[42:49] </w:t>
      </w:r>
      <w:r>
        <w:t>"let us agree to disagree." to jahan woh aap ne qabool ho to woh woh apply kar lijiye. yeh to zindagi ka, yani zindagi mein hota hi hota hai.</w:t>
      </w:r>
    </w:p>
    <w:p>
      <w:pPr>
        <w:jc w:val="right"/>
      </w:pPr>
      <w:r>
        <w:t>"لیٹ اس ایگری ٹو ڈس ایگری۔" تو جہاں وہ آپ نے قبول ہو تو وہ وہ اپلائی کر لیجئے۔ یہ تو زندگی کا، یعنی زندگی میں ہوتا ہی ہوتا ہے۔</w:t>
      </w:r>
    </w:p>
    <w:p>
      <w:r>
        <w:rPr>
          <w:b/>
        </w:rPr>
        <w:t xml:space="preserve">[43:00] </w:t>
      </w:r>
      <w:r>
        <w:t>aisa hai, hota hi hota hai ke kahin aap yeh formula apply karte hain, kahin woh formula apply karte hain. yani kahin to "let us agree to disagree" ka formula apply karte hain,</w:t>
      </w:r>
    </w:p>
    <w:p>
      <w:pPr>
        <w:jc w:val="right"/>
      </w:pPr>
      <w:r>
        <w:t>ایسا ہے، ہوتا ہی ہوتا ہے کہ کہیں آپ یہ فارمولا اپلائی کرتے ہیں، کہیں وہ فارمولا اپلائی کرتے ہیں۔ یعنی کہیں تو "لیٹ اس ایگری ٹو ڈس ایگری" کا فارمولا اپلائی کرتے ہیں،</w:t>
      </w:r>
    </w:p>
    <w:p>
      <w:r>
        <w:rPr>
          <w:b/>
        </w:rPr>
        <w:t xml:space="preserve">[43:16] </w:t>
      </w:r>
      <w:r>
        <w:t>kahin yeh formula ke "i am right, you are also right." to yeh yeh koi masla nahi hai. jis jis field mein aap deal kar rahe hon, us ko samajh lein ke woh kis kis field ki ka woh baat hai.</w:t>
      </w:r>
    </w:p>
    <w:p>
      <w:pPr>
        <w:jc w:val="right"/>
      </w:pPr>
      <w:r>
        <w:t>کہیں یہ فارمولا کہ "آئی ایم رائٹ، یو آر السو رائٹ۔" تو یہ یہ کوئی مسئلہ نہیں ہے۔ جس جس فیلڈ میں آپ ڈیل کر رہے ہوں، اس کو سمجھ لیں کہ وہ کس کس فیلڈ کی کا وہ بات ہے۔</w:t>
      </w:r>
    </w:p>
    <w:p>
      <w:r>
        <w:rPr>
          <w:b/>
        </w:rPr>
        <w:t xml:space="preserve">[43:38] </w:t>
      </w:r>
      <w:r>
        <w:t>wahan woh apply kar lijiye. mein to aise hi karta hoon. mein dono, dono, dono field mein se mujhe har aadmi ki taraf mujhe bhi nipatna parta hai.</w:t>
      </w:r>
    </w:p>
    <w:p>
      <w:pPr>
        <w:jc w:val="right"/>
      </w:pPr>
      <w:r>
        <w:t>وہاں وہ اپلائی کر لیجئے۔ میں تو ایسے ہی کرتا ہوں۔ میں دونوں، دونوں، دونوں فیلڈ میں سے مجھے ہر آدمی کی طرف مجھے بھی نپٹنا پڑتا ہے۔</w:t>
      </w:r>
    </w:p>
    <w:p>
      <w:r>
        <w:rPr>
          <w:b/>
        </w:rPr>
        <w:t xml:space="preserve">[43:54] </w:t>
      </w:r>
      <w:r>
        <w:t>to mein dono mein se ek formula apply kar leta hoon. to is mein, is mein, is mein mushkil kya hai?</w:t>
      </w:r>
    </w:p>
    <w:p>
      <w:pPr>
        <w:jc w:val="right"/>
      </w:pPr>
      <w:r>
        <w:t>تو میں دونوں میں سے ایک فارمولا اپلائی کر لیتا ہوں۔ تو اس میں، اس میں، اس میں مشکل کیا ہے؟</w:t>
      </w:r>
    </w:p>
    <w:p>
      <w:r>
        <w:rPr>
          <w:b/>
        </w:rPr>
        <w:t xml:space="preserve">[44:08] </w:t>
      </w:r>
      <w:r>
        <w:t>mein to koi real problem nahi samajhta is ko.</w:t>
      </w:r>
    </w:p>
    <w:p>
      <w:pPr>
        <w:jc w:val="right"/>
      </w:pPr>
      <w:r>
        <w:t>میں تو کوئی ریئل پرابلم نہیں سمجھتا اس کو۔</w:t>
      </w:r>
    </w:p>
    <w:p>
      <w:r>
        <w:rPr>
          <w:b/>
        </w:rPr>
        <w:t xml:space="preserve">[44:19] </w:t>
      </w:r>
      <w:r>
        <w:t>maulana, agla sawal Ahmedabad se Waseem Ahmed sahib ne bheja hai. unhone likha hai: "maulana, how can a person become more responsible in life?</w:t>
      </w:r>
    </w:p>
    <w:p>
      <w:pPr>
        <w:jc w:val="right"/>
      </w:pPr>
      <w:r>
        <w:t>مولانا، اگلا سوال احمد آباد سے وسیم احمد صاحب نے بھیجا ہے۔ انہوں نے لکھا ہے: "مولانا، ہاؤ کین ا پرسن بیکم مور رسپانسبل ان لائف؟</w:t>
      </w:r>
    </w:p>
    <w:p>
      <w:r>
        <w:rPr>
          <w:b/>
        </w:rPr>
        <w:t xml:space="preserve">[44:31] </w:t>
      </w:r>
      <w:r>
        <w:t>my question is, is being responsible an acquired trait, or a person is born with such a quality." dekhiye, aaj hi ki baat hai, aaj hamare ek, hamari jo team hai,</w:t>
      </w:r>
    </w:p>
    <w:p>
      <w:pPr>
        <w:jc w:val="right"/>
      </w:pPr>
      <w:r>
        <w:t>مائی کوئسچن از، از بینگ رسپانسبل اینڈ ایکوائرڈ ٹریٹ، اور ا پرسن از بورن ود سچ ا کوالٹی۔" دیکھیے، آج ہی کی بات ہے، آج ہمارے ایک، ہماری جو ٹیم ہے،</w:t>
      </w:r>
    </w:p>
    <w:p>
      <w:r>
        <w:rPr>
          <w:b/>
        </w:rPr>
        <w:t xml:space="preserve">[44:48] </w:t>
      </w:r>
      <w:r>
        <w:t>is team ke ek saathi aaj maujood nahi hain</w:t>
      </w:r>
    </w:p>
    <w:p>
      <w:pPr>
        <w:jc w:val="right"/>
      </w:pPr>
      <w:r>
        <w:t>اس ٹیم کے ایک ساتھی آج موجود نہیں ہیں</w:t>
      </w:r>
    </w:p>
    <w:p>
      <w:r>
        <w:rPr>
          <w:b/>
        </w:rPr>
        <w:t xml:space="preserve">[44:53] </w:t>
      </w:r>
      <w:r>
        <w:t>kyun ke un ke uncle ka inteqal ho gaya. abhi subah mujhe khabar mili. mein chahta tha ke un se telephone par baat karoon lekin baat nahi ho saki.</w:t>
      </w:r>
    </w:p>
    <w:p>
      <w:pPr>
        <w:jc w:val="right"/>
      </w:pPr>
      <w:r>
        <w:t>کیونکہ ان کے انکل کا انتقال ہو گیا۔ ابھی صبح مجھے خبر ملی۔ میں چاہتا تھا کہ ان سے ٹیلی فون پر بات کروں لیکن بات نہیں ہو سکی۔</w:t>
      </w:r>
    </w:p>
    <w:p>
      <w:r>
        <w:rPr>
          <w:b/>
        </w:rPr>
        <w:t xml:space="preserve">[45:06] </w:t>
      </w:r>
      <w:r>
        <w:t>to ab har har maut, chahe ab kisi ki bhi ho, yeh batati hai ke waqt bohat kam hai.</w:t>
      </w:r>
    </w:p>
    <w:p>
      <w:pPr>
        <w:jc w:val="right"/>
      </w:pPr>
      <w:r>
        <w:t>تو اب ہر ہر موت، چاہے اب کسی کی بھی ہو، یہ بتاتی ہے کہ وقت بہت کم ہے۔</w:t>
      </w:r>
    </w:p>
    <w:p>
      <w:r>
        <w:rPr>
          <w:b/>
        </w:rPr>
        <w:t xml:space="preserve">[45:20] </w:t>
      </w:r>
      <w:r>
        <w:t>serious ho jao, waqt bohat kam hai. serious ho jao. agar aadmi yahi soche ke waqt bohat kam hai, mujhe serious banna hai, to har aadmi serious ho jaye.</w:t>
      </w:r>
    </w:p>
    <w:p>
      <w:pPr>
        <w:jc w:val="right"/>
      </w:pPr>
      <w:r>
        <w:t>سیریس ہو جاؤ، وقت بہت کم ہے۔ سیریس ہو جاؤ۔ اگر آدمی یہی سوچے کہ وقت بہت کم ہے، مجھے سیریس بننا ہے، تو ہر آدمی سیریس ہو جائے۔</w:t>
      </w:r>
    </w:p>
    <w:p>
      <w:r>
        <w:rPr>
          <w:b/>
        </w:rPr>
        <w:t xml:space="preserve">[45:32] </w:t>
      </w:r>
      <w:r>
        <w:t>koi masla hi na rahe. sab log bilkul right way mein sochein. to log aam taur par be khabar rehte hain ke ab hamare paas time bohat kam hai.</w:t>
      </w:r>
    </w:p>
    <w:p>
      <w:pPr>
        <w:jc w:val="right"/>
      </w:pPr>
      <w:r>
        <w:t>کوئی مسئلہ ہی نہ رہے۔ سب لوگ بالکل رائٹ وے میں سوچیں۔ تو لوگ عام طور پر بے خبر رہتے ہیں کہ اب ہمارے پاس ٹائم بہت کم ہے۔</w:t>
      </w:r>
    </w:p>
    <w:p>
      <w:r>
        <w:rPr>
          <w:b/>
        </w:rPr>
        <w:t xml:space="preserve">[45:45] </w:t>
      </w:r>
      <w:r>
        <w:t>is se be khabar rehte hain. agar is se ba khabar ho jayein ke time bohat kam hai, bohat time bohat kam hai,</w:t>
      </w:r>
    </w:p>
    <w:p>
      <w:pPr>
        <w:jc w:val="right"/>
      </w:pPr>
      <w:r>
        <w:t>اس سے بے خبر رہتے ہیں۔ اگر اس سے باخبر ہو جائیں کہ ٹائم بہت کم ہے، بہت ٹائم بہت کم ہے،</w:t>
      </w:r>
    </w:p>
    <w:p>
      <w:r>
        <w:rPr>
          <w:b/>
        </w:rPr>
        <w:t xml:space="preserve">[45:55] </w:t>
      </w:r>
      <w:r>
        <w:t>to har aadmi bilkul right way mein soche. koi mushkil cheez nahi hai. yeh</w:t>
      </w:r>
    </w:p>
    <w:p>
      <w:pPr>
        <w:jc w:val="right"/>
      </w:pPr>
      <w:r>
        <w:t>تو ہر آدمی بالکل رائٹ وے میں سوچے۔ کوئی مشکل چیز نہیں ہے۔ یہ</w:t>
      </w:r>
    </w:p>
    <w:p>
      <w:r>
        <w:rPr>
          <w:b/>
        </w:rPr>
        <w:t xml:space="preserve">[46:06] </w:t>
      </w:r>
      <w:r>
        <w:t>jaise mein ne socha, aaj jab khabar suni ke hamari team ke ek member ke uncle ke dete hue, yeh to mein ne socha ke mein meri umar, mein 90 plus ho chuka hoon.</w:t>
      </w:r>
    </w:p>
    <w:p>
      <w:pPr>
        <w:jc w:val="right"/>
      </w:pPr>
      <w:r>
        <w:t>جیسے میں نے سوچا، آج جب خبر سنی کہ ہماری ٹیم کے ایک ممبر کے انکل کے دیتے ہوئے، یہ تو میں نے سوچا کہ میں میری عمر، میں 90 پلس ہو چکا ہوں۔</w:t>
      </w:r>
    </w:p>
    <w:p>
      <w:r>
        <w:rPr>
          <w:b/>
        </w:rPr>
        <w:t xml:space="preserve">[46:20] </w:t>
      </w:r>
      <w:r>
        <w:t>to meri umar bhi waise hi hai ke subah ya shaam kisi bhi waqt mere liye paigham-e-ajal aa sakta hai.</w:t>
      </w:r>
    </w:p>
    <w:p>
      <w:pPr>
        <w:jc w:val="right"/>
      </w:pPr>
      <w:r>
        <w:t>تو میری عمر بھی ویسے ہی ہے کہ صبح یا شام کسی بھی وقت میرے لیے پیغام اجل آ سکتا ہے۔</w:t>
      </w:r>
    </w:p>
    <w:p>
      <w:r>
        <w:rPr>
          <w:b/>
        </w:rPr>
        <w:t xml:space="preserve">[46:30] </w:t>
      </w:r>
      <w:r>
        <w:t>to mein bohat hi serious ho gaya. har aadmi aise hi karta hai, kar kar sakta hai.</w:t>
      </w:r>
    </w:p>
    <w:p>
      <w:pPr>
        <w:jc w:val="right"/>
      </w:pPr>
      <w:r>
        <w:t>تو میں بہت ہی سیریس ہو گیا۔ ہر آدمی ایسے ہی کرتا ہے، کر کر سکتا ہے۔</w:t>
      </w:r>
    </w:p>
    <w:p>
      <w:r>
        <w:rPr>
          <w:b/>
        </w:rPr>
        <w:t xml:space="preserve">[46:43] </w:t>
      </w:r>
      <w:r>
        <w:t>maulana, agla comment bheja hai Maulana Israr Khatib sahib ne Chennai se. unhone likha hai: "maulana, i agree totally with you that what you said that traditional knowledge is only not enough to understand the Quran.</w:t>
      </w:r>
    </w:p>
    <w:p>
      <w:pPr>
        <w:jc w:val="right"/>
      </w:pPr>
      <w:r>
        <w:t>مولانا، اگلا کمنٹ بھیجا ہے مولانا اسرار خطیب صاحب نے چنئی سے۔ انہوں نے لکھا ہے: "مولانا، آئی ایگری ٹوٹلی ود یو دیٹ واٹ یو سیڈ دیٹ روایتی علم از اونلی ناٹ انف ٹو انڈرسٹینڈ دا قرآن۔</w:t>
      </w:r>
    </w:p>
    <w:p>
      <w:r>
        <w:rPr>
          <w:b/>
        </w:rPr>
        <w:t xml:space="preserve">[47:01] </w:t>
      </w:r>
      <w:r>
        <w:t>knowledge about modern age is also very necessary to understand Quran. i think that no one in Islamic world who knows modern age except you." Dr. Junaid Sheikh ne Mumbai se likha hai: "maulana, from today's class, i got new incentive to be open minded, unbiased and creative so that i can understand Quran in true sense.</w:t>
      </w:r>
    </w:p>
    <w:p>
      <w:pPr>
        <w:jc w:val="right"/>
      </w:pPr>
      <w:r>
        <w:t>نالج اباؤٹ ماڈرن ایج از السو ویری نیسیسری ٹو انڈرسٹینڈ قرآن۔ آئی تھنک دیٹ نو ون ان اسلامک ورلڈ ہو نوز ماڈرن ایج ایکسیپٹ یو۔" ڈاکٹر جنید شیخ نے ممبئی سے لکھا ہے: "مولانا، فرام ٹوڈے کلاس، آئی گاٹ نیو انسنٹیو ٹو بی اوپن مائنڈڈ، ان بائسڈ اینڈ کریٹیو سو دیٹ آئی کین انڈرسٹینڈ قرآن ان ٹرو سینس۔</w:t>
      </w:r>
    </w:p>
    <w:p>
      <w:r>
        <w:rPr>
          <w:b/>
        </w:rPr>
        <w:t xml:space="preserve">[47:29] </w:t>
      </w:r>
      <w:r>
        <w:t>jazak Allah Maulana sahib. "Maulana Yaqoob Umri ne Dilli se likha hai: "Maulana, da only condition to understand Quran is creative mind.</w:t>
      </w:r>
    </w:p>
    <w:p>
      <w:pPr>
        <w:jc w:val="right"/>
      </w:pPr>
      <w:r>
        <w:t>جزاک اللہ مولانا صاحب۔" مولانا یعقوب عمری نے دلی سے لکھا ہے: "مولانا، دا اونلی کنڈیشن ٹو انڈرسٹینڈ قرآن از کریٹیو مائنڈ۔</w:t>
      </w:r>
    </w:p>
    <w:p>
      <w:r>
        <w:rPr>
          <w:b/>
        </w:rPr>
        <w:t xml:space="preserve">[47:40] </w:t>
      </w:r>
      <w:r>
        <w:t>It is a new and most convincing point for me. Jazak Allah." Maulana, agla sawal lete hain.</w:t>
      </w:r>
    </w:p>
    <w:p>
      <w:pPr>
        <w:jc w:val="right"/>
      </w:pPr>
      <w:r>
        <w:t>اٹ از ا نیو اینڈ موسٹ کنونسنگ پوائنٹ فار می۔ جزاک اللہ۔" مولانا، اگلا سوال لیتے ہیں۔</w:t>
      </w:r>
    </w:p>
    <w:p>
      <w:r>
        <w:rPr>
          <w:b/>
        </w:rPr>
        <w:t xml:space="preserve">[47:48] </w:t>
      </w:r>
      <w:r>
        <w:t>Yeh ah sawal bheja hai Karim Nagar se Muhammad Imran Talha sahib ne. Unhon ne aap se poocha hai ke hamesha strong aur positive hum life mein kaise bane rahein, is ke bare mein bataein.</w:t>
      </w:r>
    </w:p>
    <w:p>
      <w:pPr>
        <w:jc w:val="right"/>
      </w:pPr>
      <w:r>
        <w:t>یہ اہ سوال بھیجا ہے کریم نگر سے محمد عمران طلحہ صاحب نے۔ انہوں نے آپ سے پوچھا ہے کہ ہمیشہ سٹرونگ اور پوزیٹیو ہم لائف میں کیسے بنے رہیں، اس کے بارے میں بتائیں۔</w:t>
      </w:r>
    </w:p>
    <w:p>
      <w:r>
        <w:rPr>
          <w:b/>
        </w:rPr>
        <w:t xml:space="preserve">[48:15] </w:t>
      </w:r>
      <w:r>
        <w:t>Is ko aap elaborate kar sakte hain.</w:t>
      </w:r>
    </w:p>
    <w:p>
      <w:pPr>
        <w:jc w:val="right"/>
      </w:pPr>
      <w:r>
        <w:t>اس کو آپ الیبریٹ کر سکتے ہیں۔</w:t>
      </w:r>
    </w:p>
    <w:p>
      <w:r>
        <w:rPr>
          <w:b/>
        </w:rPr>
        <w:t xml:space="preserve">[48:21] </w:t>
      </w:r>
      <w:r>
        <w:t>Maulana, aksar logon ke sath yeh hota hai ke weak moments ate hain life mein, ah aur tabhi woh ghaltiyan karta hai, ah aur slip bhi karta hai life mein.</w:t>
      </w:r>
    </w:p>
    <w:p>
      <w:pPr>
        <w:jc w:val="right"/>
      </w:pPr>
      <w:r>
        <w:t>مولانا، اکثر لوگوں کے ساتھ یہ ہوتا ہے کہ ویک مومنٹس آتے ہیں لائف میں، اہ اور تبھی وہ غلطیاں کرتا ہے، اہ اور سلپ بھی کرتا ہے لائف میں۔</w:t>
      </w:r>
    </w:p>
    <w:p>
      <w:r>
        <w:rPr>
          <w:b/>
        </w:rPr>
        <w:t xml:space="preserve">[48:32] </w:t>
      </w:r>
      <w:r>
        <w:t>To hamesha kya hum strong ban ke reh sakte hain? Strong personality kaise bana sakte hain apne aap ko? Aap ka sawal jo hai, mere khayal se, yani ambiguous sawal hai, clear nahi hai.</w:t>
      </w:r>
    </w:p>
    <w:p>
      <w:pPr>
        <w:jc w:val="right"/>
      </w:pPr>
      <w:r>
        <w:t>تو ہمیشہ کیا ہم سٹرونگ بن کے رہ سکتے ہیں؟ سٹرونگ پرسنیلٹی کیسے بنا سکتے ہیں اپنے آپ کو؟ آپ کا سوال جو ہے، میرے خیال سے، یعنی ایمبیگو سوال ہے، کلیئر نہیں ہے۔</w:t>
      </w:r>
    </w:p>
    <w:p>
      <w:r>
        <w:rPr>
          <w:b/>
        </w:rPr>
        <w:t xml:space="preserve">[48:50] </w:t>
      </w:r>
      <w:r>
        <w:t>Is liye ke jab bhi aap yeh dekhein ke aap ji is tarah nahi reh sake, kuch aap se ghalti ho gayi,</w:t>
      </w:r>
    </w:p>
    <w:p>
      <w:pPr>
        <w:jc w:val="right"/>
      </w:pPr>
      <w:r>
        <w:t>اس لیے کہ جب بھی آپ یہ دیکھیں کہ آپ جی اس طرح نہیں رہ سکے، کچھ آپ سے غلطی ہو گئی،</w:t>
      </w:r>
    </w:p>
    <w:p>
      <w:r>
        <w:rPr>
          <w:b/>
        </w:rPr>
        <w:t xml:space="preserve">[49:07] </w:t>
      </w:r>
      <w:r>
        <w:t>kuch aap ne kho diya, to dekhiye, ek hamesha chahe kuch bhi aap ke sath guzar jaye, lekin ek ek imkan baqi rehta hai, ek possibility hai, woh hai replanning.</w:t>
      </w:r>
    </w:p>
    <w:p>
      <w:pPr>
        <w:jc w:val="right"/>
      </w:pPr>
      <w:r>
        <w:t>کچھ آپ نے کھو دیا، تو دیکھیے، ایک ہمیشہ چاہے کچھ بھی آپ کے ساتھ گزر جائے، لیکن ایک ایک امکان باقی رہتا ہے، ایک پوسیبلیٹی ہے، وہ ہے ری پلاننگ۔</w:t>
      </w:r>
    </w:p>
    <w:p>
      <w:r>
        <w:rPr>
          <w:b/>
        </w:rPr>
        <w:t xml:space="preserve">[49:23] </w:t>
      </w:r>
      <w:r>
        <w:t>Replanning.</w:t>
      </w:r>
    </w:p>
    <w:p>
      <w:pPr>
        <w:jc w:val="right"/>
      </w:pPr>
      <w:r>
        <w:t>ری پلاننگ۔</w:t>
      </w:r>
    </w:p>
    <w:p>
      <w:r>
        <w:rPr>
          <w:b/>
        </w:rPr>
        <w:t xml:space="preserve">[49:26] </w:t>
      </w:r>
      <w:r>
        <w:t>Japan ke upar do atom bomb gira diye gaye, history mein kabhi kisi ke paas nahi giraye gaye the. Do atom bomb, phir bhi ek naya imkan baqi tha, replanning baqi thi, aur Japan phir rise kar gaya.</w:t>
      </w:r>
    </w:p>
    <w:p>
      <w:pPr>
        <w:jc w:val="right"/>
      </w:pPr>
      <w:r>
        <w:t>جاپان کے اوپر دو ایٹم بم گرا دیے گئے، ہسٹری میں کبھی کسی کے پاس نہیں گرائے گئے تھے۔ دو ایٹم بم، پھر بھی ایک نیا امکان باقی تھا، ری پلاننگ باقی تھی، اور جاپان پھر رائز کر گیا۔</w:t>
      </w:r>
    </w:p>
    <w:p>
      <w:r>
        <w:rPr>
          <w:b/>
        </w:rPr>
        <w:t xml:space="preserve">[49:42] </w:t>
      </w:r>
      <w:r>
        <w:t>To zindagi mein kuch bhi beet jaye, kuch bhi beet jaye, lekin hamesha ek possibility baqi rehti hai, aur woh hai replanning.</w:t>
      </w:r>
    </w:p>
    <w:p>
      <w:pPr>
        <w:jc w:val="right"/>
      </w:pPr>
      <w:r>
        <w:t>تو زندگی میں کچھ بھی بیت جائے، کچھ بھی بیت جائے، لیکن ہمیشہ ایک پوسیبلیٹی باقی رہتی ہے، اور وہ ہے ری پلاننگ۔</w:t>
      </w:r>
    </w:p>
    <w:p>
      <w:r>
        <w:rPr>
          <w:b/>
        </w:rPr>
        <w:t xml:space="preserve">[49:54] </w:t>
      </w:r>
      <w:r>
        <w:t>To aap replanning kijiye, replanning kijiye. Aap</w:t>
      </w:r>
    </w:p>
    <w:p>
      <w:pPr>
        <w:jc w:val="right"/>
      </w:pPr>
      <w:r>
        <w:t>تو آپ ری پلاننگ کیجئے، ری پلاننگ کیجئے۔ آپ</w:t>
      </w:r>
    </w:p>
    <w:p>
      <w:r>
        <w:rPr>
          <w:b/>
        </w:rPr>
        <w:t xml:space="preserve">[50:03] </w:t>
      </w:r>
      <w:r>
        <w:t>, main bohat se logon ko janta hoon jinhon ne replanning ki aur kamyab ho gaye.</w:t>
      </w:r>
    </w:p>
    <w:p>
      <w:pPr>
        <w:jc w:val="right"/>
      </w:pPr>
      <w:r>
        <w:t>، میں بہت سے لوگوں کو جانتا ہوں جنہوں نے ری پلاننگ کی اور کامیاب ہو گئے۔</w:t>
      </w:r>
    </w:p>
    <w:p>
      <w:r>
        <w:rPr>
          <w:b/>
        </w:rPr>
        <w:t xml:space="preserve">[50:12] </w:t>
      </w:r>
      <w:r>
        <w:t>Aap bhi kijiye.</w:t>
      </w:r>
    </w:p>
    <w:p>
      <w:pPr>
        <w:jc w:val="right"/>
      </w:pPr>
      <w:r>
        <w:t>آپ بھی کیجئے۔</w:t>
      </w:r>
    </w:p>
    <w:p>
      <w:r>
        <w:rPr>
          <w:b/>
        </w:rPr>
        <w:t xml:space="preserve">[50:22] </w:t>
      </w:r>
      <w:r>
        <w:t>Maulana, agla comment bheja hai. Mazhar, aaj mein aaj apna ek thought, aaj ka ek thought batata hoon aap ko.</w:t>
      </w:r>
    </w:p>
    <w:p>
      <w:pPr>
        <w:jc w:val="right"/>
      </w:pPr>
      <w:r>
        <w:t>مولانا، اگلا کمنٹ بھیجا ہے۔ مظہر، آج میں آج اپنا ایک تھاٹ، آج کا ایک تھاٹ بتاتا ہوں آپ کو۔</w:t>
      </w:r>
    </w:p>
    <w:p>
      <w:r>
        <w:rPr>
          <w:b/>
        </w:rPr>
        <w:t xml:space="preserve">[50:32] </w:t>
      </w:r>
      <w:r>
        <w:t>Is</w:t>
      </w:r>
    </w:p>
    <w:p>
      <w:pPr>
        <w:jc w:val="right"/>
      </w:pPr>
      <w:r>
        <w:t>اس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