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November 26, 2024</w:t>
      </w:r>
    </w:p>
    <w:p>
      <w:r>
        <w:t>https://youtu.be/AG1gtOdLvGs</w:t>
      </w:r>
    </w:p>
    <w:p>
      <w:r>
        <w:rPr>
          <w:b/>
        </w:rPr>
        <w:t xml:space="preserve">[00:14] </w:t>
      </w:r>
      <w:r>
        <w:t>Bismillah-hir-rahman-nir-rahim, Alhamdulillahi Rabbil Alameen, Was-salatu Was-salamu Ala Sayyidil Mursaleen Wa Ala Aalihi Wa Ashabihi Ajmaeen.</w:t>
      </w:r>
    </w:p>
    <w:p>
      <w:pPr>
        <w:jc w:val="right"/>
      </w:pPr>
      <w:r>
        <w:t>بسم اللہ الرحمن الرحیم، الحمدللہ رب العالمین، والصلاۃ والسلام علی سید المرسلین وعلی الہ واصحابہ اجمعین۔</w:t>
      </w:r>
    </w:p>
    <w:p>
      <w:r>
        <w:rPr>
          <w:b/>
        </w:rPr>
        <w:t xml:space="preserve">[00:24] </w:t>
      </w:r>
      <w:r>
        <w:t>mein Abdul Basit, hum log aaj CPS center hall mein ek aham mozu ko le kar hazir hue hain.</w:t>
      </w:r>
    </w:p>
    <w:p>
      <w:pPr>
        <w:jc w:val="right"/>
      </w:pPr>
      <w:r>
        <w:t>میں عبدالباسط، ہم لوگ آج سی پی ایس سینٹر ہال میں ایک اہم موضوع کو لے کر حاضر ہوئے ہیں۔</w:t>
      </w:r>
    </w:p>
    <w:p>
      <w:r>
        <w:rPr>
          <w:b/>
        </w:rPr>
        <w:t xml:space="preserve">[00:35] </w:t>
      </w:r>
      <w:r>
        <w:t>hamare sath jo mehman is mozu par tabadla khayal karenge, apne apne thoughts share karenge.</w:t>
      </w:r>
    </w:p>
    <w:p>
      <w:pPr>
        <w:jc w:val="right"/>
      </w:pPr>
      <w:r>
        <w:t>ہمارے ساتھ جو مہمان اس موضوع پر تبادلہ خیال کریں گے، اپنے اپنے تھاٹس شیئر کریں گے۔</w:t>
      </w:r>
    </w:p>
    <w:p>
      <w:r>
        <w:rPr>
          <w:b/>
        </w:rPr>
        <w:t xml:space="preserve">[00:44] </w:t>
      </w:r>
      <w:r>
        <w:t>main in ka mukhtasar sa taaruf kara doon ke sab se pehle hamare mehman hain Maulana Inayatullah Umri. Aap shehr Bangalore se aap ka taluq hai?</w:t>
      </w:r>
    </w:p>
    <w:p>
      <w:pPr>
        <w:jc w:val="right"/>
      </w:pPr>
      <w:r>
        <w:t>میں ان کا مختصر سا تعارف کرا دوں کہ سب سے پہلے ہمارے مہمان ہیں مولانا عنایت اللہ عمری۔ آپ شہر بنگلور سے آپ کا تعلق ہے؟</w:t>
      </w:r>
    </w:p>
    <w:p>
      <w:r>
        <w:rPr>
          <w:b/>
        </w:rPr>
        <w:t xml:space="preserve">[00:56] </w:t>
      </w:r>
      <w:r>
        <w:t>Aap mashallah Umarabad se farigh ut tahseel hain. Aap ne Maulana se bohat zyada istifada kiya hai.</w:t>
      </w:r>
    </w:p>
    <w:p>
      <w:pPr>
        <w:jc w:val="right"/>
      </w:pPr>
      <w:r>
        <w:t>آپ ماشاءاللہ عمر آباد سے فارغ التحصیل ہیں۔ آپ نے مولانا سے بہت زیادہ استفادہ کیا ہے۔</w:t>
      </w:r>
    </w:p>
    <w:p>
      <w:r>
        <w:rPr>
          <w:b/>
        </w:rPr>
        <w:t xml:space="preserve">[01:05] </w:t>
      </w:r>
      <w:r>
        <w:t>Alhamdulillah, Surah Baqarah ki ek tafseer aap ne likhi hai aur woh shaye bhi ho chuki hai.</w:t>
      </w:r>
    </w:p>
    <w:p>
      <w:pPr>
        <w:jc w:val="right"/>
      </w:pPr>
      <w:r>
        <w:t>الحمدللہ، سورہ بقرہ کی ایک تفسیر آپ نے لکھی ہے اور وہ شائع بھی ہو چکی ہے۔</w:t>
      </w:r>
    </w:p>
    <w:p>
      <w:r>
        <w:rPr>
          <w:b/>
        </w:rPr>
        <w:t xml:space="preserve">[01:16] </w:t>
      </w:r>
      <w:r>
        <w:t>Phir hamare doosre mehman hain Maulana Fayyazuddin Umri Sahab. Aap shehr Gulbarga se taluq rakhte hain.</w:t>
      </w:r>
    </w:p>
    <w:p>
      <w:pPr>
        <w:jc w:val="right"/>
      </w:pPr>
      <w:r>
        <w:t>پھر ہمارے دوسرے مہمان ہیں مولانا فیاض الدین عمری صاحب۔ آپ شہر گلبرگہ سے تعلق رکھتے ہیں۔</w:t>
      </w:r>
    </w:p>
    <w:p>
      <w:r>
        <w:rPr>
          <w:b/>
        </w:rPr>
        <w:t xml:space="preserve">[01:25] </w:t>
      </w:r>
      <w:r>
        <w:t>Aap mashallah Hafiz hain, Alam hain. Aap bhi Jamiat Darussalam Umarabad se farigh ut tahseel hain. Aap ne bhi Maulana Wahiduddin Khan Sahab se bohat zyada istifada kiya hai.</w:t>
      </w:r>
    </w:p>
    <w:p>
      <w:pPr>
        <w:jc w:val="right"/>
      </w:pPr>
      <w:r>
        <w:t>آپ ماشاءاللہ حافظ ہیں، عالم ہیں۔ آپ بھی جامعہ دارالسلام عمر آباد سے فارغ التحصیل ہیں۔ آپ نے بھی مولانا وحید الدین خان صاحب سے بہت زیادہ استفادہ کیا ہے۔</w:t>
      </w:r>
    </w:p>
    <w:p>
      <w:r>
        <w:rPr>
          <w:b/>
        </w:rPr>
        <w:t xml:space="preserve">[01:38] </w:t>
      </w:r>
      <w:r>
        <w:t>Aap mashallah Sahib e mutala shakhsiyat hain. Aap ka mutala mazhab par bhi hai aur secular subject par bhi hai.</w:t>
      </w:r>
    </w:p>
    <w:p>
      <w:pPr>
        <w:jc w:val="right"/>
      </w:pPr>
      <w:r>
        <w:t>آپ ماشاءاللہ صاحب مطالعہ شخصیت ہیں۔ آپ کا مطالعہ مذہب پر بھی ہے اور سیکولر سبجیکٹ پر بھی ہے۔</w:t>
      </w:r>
    </w:p>
    <w:p>
      <w:r>
        <w:rPr>
          <w:b/>
        </w:rPr>
        <w:t xml:space="preserve">[01:52] </w:t>
      </w:r>
      <w:r>
        <w:t>To hum apna mozu shuru karne se pehle ek bunyadi baat jo bohat zaroori hai, jo hamara aaj ka mozu hai,</w:t>
      </w:r>
    </w:p>
    <w:p>
      <w:pPr>
        <w:jc w:val="right"/>
      </w:pPr>
      <w:r>
        <w:t>تو ہم اپنا موضوع شروع کرنے سے پہلے ایک بنیادی بات جو بہت ضروری ہے، جو ہمارا آج کا موضوع ہے،</w:t>
      </w:r>
    </w:p>
    <w:p>
      <w:r>
        <w:rPr>
          <w:b/>
        </w:rPr>
        <w:t xml:space="preserve">[02:03] </w:t>
      </w:r>
      <w:r>
        <w:t>main is bare mein aap hazrat se kuch arz karna chahta hoon ke hamara aaj ka jo mozu hai woh hai marifat.</w:t>
      </w:r>
    </w:p>
    <w:p>
      <w:pPr>
        <w:jc w:val="right"/>
      </w:pPr>
      <w:r>
        <w:t>میں اس بارے میں آپ حضرات سے کچھ عرض کرنا چاہتا ہوں کہ ہمارا آج کا جو موضوع ہے وہ ہے معرفت۔</w:t>
      </w:r>
    </w:p>
    <w:p>
      <w:r>
        <w:rPr>
          <w:b/>
        </w:rPr>
        <w:t xml:space="preserve">[02:14] </w:t>
      </w:r>
      <w:r>
        <w:t>Marifat ka matlab hai imaan, tauheed.</w:t>
      </w:r>
    </w:p>
    <w:p>
      <w:pPr>
        <w:jc w:val="right"/>
      </w:pPr>
      <w:r>
        <w:t>معرفت کا مطلب ہے ایمان، توحید۔</w:t>
      </w:r>
    </w:p>
    <w:p>
      <w:r>
        <w:rPr>
          <w:b/>
        </w:rPr>
        <w:t xml:space="preserve">[02:20] </w:t>
      </w:r>
      <w:r>
        <w:t>Yeh Maulana Wahiduddin Khan, jo Islami tabqe mein maroof shakhsiyat hain, Islami halqe mein aap ko ek buland shakhsiyat, abqari shakhsiyat ke taur par dekha jata hai.</w:t>
      </w:r>
    </w:p>
    <w:p>
      <w:pPr>
        <w:jc w:val="right"/>
      </w:pPr>
      <w:r>
        <w:t>یہ مولانا وحید الدین خان، جو اسلامی طبقے میں معروف شخصیت ہیں، اسلامی حلقے میں آپ کو ایک بلند شخصیت، ابقری شخصیت کے طور پر دیکھا جاتا ہے۔</w:t>
      </w:r>
    </w:p>
    <w:p>
      <w:r>
        <w:rPr>
          <w:b/>
        </w:rPr>
        <w:t xml:space="preserve">[02:41] </w:t>
      </w:r>
      <w:r>
        <w:t>Aap ne marifat ke mozu par bohat zyada likha hai.</w:t>
      </w:r>
    </w:p>
    <w:p>
      <w:pPr>
        <w:jc w:val="right"/>
      </w:pPr>
      <w:r>
        <w:t>آپ نے معرفت کے موضوع پر بہت زیادہ لکھا ہے۔</w:t>
      </w:r>
    </w:p>
    <w:p>
      <w:r>
        <w:rPr>
          <w:b/>
        </w:rPr>
        <w:t xml:space="preserve">[02:47] </w:t>
      </w:r>
      <w:r>
        <w:t>Aap ki kitabein hain aur aap ke videos bhi hain. Main sirf yeh batana chahta hoon ke Maulana ko marifat milne se pehle un ki shakhsiyat kaisi thi?</w:t>
      </w:r>
    </w:p>
    <w:p>
      <w:pPr>
        <w:jc w:val="right"/>
      </w:pPr>
      <w:r>
        <w:t>آپ کی کتابیں ہیں اور آپ کے ویڈیوز بھی ہیں۔ میں صرف یہ بتانا چاہتا ہوں کہ مولانا کو معرفت ملنے سے پہلے ان کی شخصیت کیسی تھی؟</w:t>
      </w:r>
    </w:p>
    <w:p>
      <w:r>
        <w:rPr>
          <w:b/>
        </w:rPr>
        <w:t xml:space="preserve">[03:01] </w:t>
      </w:r>
      <w:r>
        <w:t>Marifat milne ke baad un ki shakhsiyat kya ho gayi? Main ek waqia zikr karna chahta hoon ke Maulana, mere khayal mein 1945 ka</w:t>
      </w:r>
    </w:p>
    <w:p>
      <w:pPr>
        <w:jc w:val="right"/>
      </w:pPr>
      <w:r>
        <w:t>معرفت ملنے کے بعد ان کی شخصیت کیا ہو گئی؟ میں ایک واقعہ ذکر کرنا چاہتا ہوں کہ مولانا، میرے خیال میں 1945 کا</w:t>
      </w:r>
    </w:p>
    <w:p>
      <w:r>
        <w:rPr>
          <w:b/>
        </w:rPr>
        <w:t xml:space="preserve">[03:12] </w:t>
      </w:r>
      <w:r>
        <w:t>yeh waqia hai, Maulana ke andar talash e haq ka ek junoon taari ho gaya. Maulana bechain rehte the.</w:t>
      </w:r>
    </w:p>
    <w:p>
      <w:pPr>
        <w:jc w:val="right"/>
      </w:pPr>
      <w:r>
        <w:t>یہ واقعہ ہے، مولانا کے اندر تلاش حق کا ایک جنون طاری ہو گیا۔ مولانا بے چین رہتے تھے۔</w:t>
      </w:r>
    </w:p>
    <w:p>
      <w:r>
        <w:rPr>
          <w:b/>
        </w:rPr>
        <w:t xml:space="preserve">[03:21] </w:t>
      </w:r>
      <w:r>
        <w:t>Maulana ne apna yeh waqia, apna yeh haal khud Arrisale mein likha hai. Maulana kehte hain ke main tadapta tha, main kehta tha, Khawand to.</w:t>
      </w:r>
    </w:p>
    <w:p>
      <w:pPr>
        <w:jc w:val="right"/>
      </w:pPr>
      <w:r>
        <w:t>مولانا نے اپنا یہ واقعہ، اپنا یہ حال خود الرسالے میں لکھا ہے۔ مولانا کہتے ہیں کہ میں تڑپتا تھا، میں کہتا تھا، خداوند تو۔</w:t>
      </w:r>
    </w:p>
    <w:p>
      <w:r>
        <w:rPr>
          <w:b/>
        </w:rPr>
        <w:t xml:space="preserve">[03:31] </w:t>
      </w:r>
      <w:r>
        <w:t>main kab tak tere aane ka intezar karunga?</w:t>
      </w:r>
    </w:p>
    <w:p>
      <w:pPr>
        <w:jc w:val="right"/>
      </w:pPr>
      <w:r>
        <w:t>میں کب تک تیرے آنے کا انتظار کروں گا؟</w:t>
      </w:r>
    </w:p>
    <w:p>
      <w:r>
        <w:rPr>
          <w:b/>
        </w:rPr>
        <w:t xml:space="preserve">[03:36] </w:t>
      </w:r>
      <w:r>
        <w:t>To isi talash o justuju ke silsile mein Maulana ne Lahore ka safar kiya tha. Wahan station pe Maulana kehte hain ke suit suit pant pehan kar ek aadmi wahan se ja raha tha.</w:t>
      </w:r>
    </w:p>
    <w:p>
      <w:pPr>
        <w:jc w:val="right"/>
      </w:pPr>
      <w:r>
        <w:t>تو اسی تلاش جستجو کے سلسلے میں مولانا نے لاہور کا سفر کیا تھا۔ وہاں اسٹیشن پہ مولانا کہتے ہیں کہ سوٹ سوٹ پینٹ پہن کر ایک آدمی وہاں سے جا رہا تھا۔</w:t>
      </w:r>
    </w:p>
    <w:p>
      <w:r>
        <w:rPr>
          <w:b/>
        </w:rPr>
        <w:t xml:space="preserve">[03:51] </w:t>
      </w:r>
      <w:r>
        <w:t>Main us ko dekh kar afsos kar raha tha ke us ke paas job hai, mere paas kuch nahi hai. Yeh us waqt ka alam hai jab aap ko abhi marifat nahi mili thi.</w:t>
      </w:r>
    </w:p>
    <w:p>
      <w:pPr>
        <w:jc w:val="right"/>
      </w:pPr>
      <w:r>
        <w:t>میں اس کو دیکھ کر افسوس کر رہا تھا کہ اس کے پاس جاب ہے، میرے پاس کچھ نہیں ہے۔ یہ اس وقت کا عالم ہے جب آپ کو ابھی معرفت نہیں ملی تھی۔</w:t>
      </w:r>
    </w:p>
    <w:p>
      <w:r>
        <w:rPr>
          <w:b/>
        </w:rPr>
        <w:t xml:space="preserve">[04:01] </w:t>
      </w:r>
      <w:r>
        <w:t>Aap ko God realization nahi hua tha to us waqt aap ka yeh alam</w:t>
      </w:r>
    </w:p>
    <w:p>
      <w:pPr>
        <w:jc w:val="right"/>
      </w:pPr>
      <w:r>
        <w:t>آپ کو گاڈ ریلیزیشن نہیں ہوا تھا تو اس وقت آپ کا یہ عالم</w:t>
      </w:r>
    </w:p>
    <w:p>
      <w:r>
        <w:rPr>
          <w:b/>
        </w:rPr>
        <w:t xml:space="preserve">[04:06] </w:t>
      </w:r>
      <w:r>
        <w:t>tha. Phir isi ke sath itna zyada aap ke andar mayoosi thi. Aap chahte the ke wahan par maujood ek jo khali engine ja raha tha, us mein gir kar kat kar mar jae.</w:t>
      </w:r>
    </w:p>
    <w:p>
      <w:pPr>
        <w:jc w:val="right"/>
      </w:pPr>
      <w:r>
        <w:t>تھا۔ پھر اسی کے ساتھ اتنا زیادہ آپ کے اندر مایوسی تھی۔ آپ چاہتے تھے کہ وہاں پر موجود ایک جو خالی انجن جا رہا تھا، اس میں گر کر کٹ کر مر جائے۔</w:t>
      </w:r>
    </w:p>
    <w:p>
      <w:r>
        <w:rPr>
          <w:b/>
        </w:rPr>
        <w:t xml:space="preserve">[04:20] </w:t>
      </w:r>
      <w:r>
        <w:t>Yeh un ki halat thi kab marifat se pehle? Lekin jab un ko Allah ki marifat mili, unhon ne mutala kiya, Allah se duaein keen to un ka to marifat milne ke baad ka haal batata hoon</w:t>
      </w:r>
    </w:p>
    <w:p>
      <w:pPr>
        <w:jc w:val="right"/>
      </w:pPr>
      <w:r>
        <w:t>یہ ان کی حالت تھی کب معرفت سے پہلے؟ لیکن جب ان کو اللہ کی معرفت ملی، انہوں نے مطالعہ کیا، اللہ سے دعائیں کیں تو ان کا تو معرفت ملنے کے بعد کا حال بتاتا ہوں</w:t>
      </w:r>
    </w:p>
    <w:p>
      <w:r>
        <w:rPr>
          <w:b/>
        </w:rPr>
        <w:t xml:space="preserve">[04:36] </w:t>
      </w:r>
      <w:r>
        <w:t>. Marifat milne ke baad Maulana ne apne aakhri dinon ka yeh waqia hai ke Maulana yeh chahte the ke mujhe aur thodi zindagi mile taake main logon ko bataoon.</w:t>
      </w:r>
    </w:p>
    <w:p>
      <w:pPr>
        <w:jc w:val="right"/>
      </w:pPr>
      <w:r>
        <w:t>۔ معرفت ملنے کے بعد مولانا نے اپنے آخری دنوں کا یہ واقعہ ہے کہ مولانا یہ چاہتے تھے کہ مجھے اور تھوڑی زندگی ملے تاکہ میں لوگوں کو بتاؤں۔</w:t>
      </w:r>
    </w:p>
    <w:p>
      <w:r>
        <w:rPr>
          <w:b/>
        </w:rPr>
        <w:t xml:space="preserve">[04:51] </w:t>
      </w:r>
      <w:r>
        <w:t>Logon ko main bataoon Allah ka paigham kya hai?</w:t>
      </w:r>
    </w:p>
    <w:p>
      <w:pPr>
        <w:jc w:val="right"/>
      </w:pPr>
      <w:r>
        <w:t>لوگوں کو میں بتاؤں اللہ کا پیغام کیا ہے؟</w:t>
      </w:r>
    </w:p>
    <w:p>
      <w:r>
        <w:rPr>
          <w:b/>
        </w:rPr>
        <w:t xml:space="preserve">[04:57] </w:t>
      </w:r>
      <w:r>
        <w:t>Yeh jo hum dekh rahe hain, CPS Hall, yeh jo CPS team hai, yeh sari marifat ke baad bani hui team</w:t>
      </w:r>
    </w:p>
    <w:p>
      <w:pPr>
        <w:jc w:val="right"/>
      </w:pPr>
      <w:r>
        <w:t>یہ جو ہم دیکھ رہے ہیں، سی پی ایس ہال، یہ جو سی پی ایس ٹیم ہے، یہ ساری معرفت کے بعد بنی ہوئی ٹیم</w:t>
      </w:r>
    </w:p>
    <w:p>
      <w:r>
        <w:rPr>
          <w:b/>
        </w:rPr>
        <w:t xml:space="preserve">[05:04] </w:t>
      </w:r>
      <w:r>
        <w:t>hai. Maarfat se pehle Maulana ke paas kuch nahi tha. To maarfat itni bari cheez hai. Yahi cheez Sahaba ki zindagi mein bhi hum dekhte hain ke Sahaba ko jis cheez ne hero banaya,</w:t>
      </w:r>
    </w:p>
    <w:p>
      <w:pPr>
        <w:jc w:val="right"/>
      </w:pPr>
      <w:r>
        <w:t>ہے۔ معرفت سے پہلے مولانا کے پاس کچھ نہیں تھا۔ تو معرفت اتنی بڑی چیز ہے۔ یہی چیز صحابہ کی زندگی میں بھی ہم دیکھتے ہیں کہ صحابہ کو جس چیز نے ہیرو بنایا،</w:t>
      </w:r>
    </w:p>
    <w:p>
      <w:r>
        <w:rPr>
          <w:b/>
        </w:rPr>
        <w:t xml:space="preserve">[05:17] </w:t>
      </w:r>
      <w:r>
        <w:t>wo sirf imaan tha. To imaan ki maarfat ki itni zyada ahmiyat hai.</w:t>
      </w:r>
    </w:p>
    <w:p>
      <w:pPr>
        <w:jc w:val="right"/>
      </w:pPr>
      <w:r>
        <w:t>وہ صرف ایمان تھا۔ تو ایمان کی معرفت کی اتنی زیادہ اہمیت ہے۔</w:t>
      </w:r>
    </w:p>
    <w:p>
      <w:r>
        <w:rPr>
          <w:b/>
        </w:rPr>
        <w:t xml:space="preserve">[05:23] </w:t>
      </w:r>
      <w:r>
        <w:t>To aaj hum is silsile mein hamare mehmanon se koshish karenge janne ki ke yeh maarfat-e-Rabb kya hai?</w:t>
      </w:r>
    </w:p>
    <w:p>
      <w:pPr>
        <w:jc w:val="right"/>
      </w:pPr>
      <w:r>
        <w:t>تو آج ہم اس سلسلے میں ہمارے مہمانوں سے کوشش کریں گے جاننے کی کہ یہ معرفت رب کیا ہے؟</w:t>
      </w:r>
    </w:p>
    <w:p>
      <w:r>
        <w:rPr>
          <w:b/>
        </w:rPr>
        <w:t xml:space="preserve">[05:36] </w:t>
      </w:r>
      <w:r>
        <w:t>Hum is ko kaise hasil kar kar sakte hain? Is silsile mein hamare liye kya kya rukawatein hain? Aur bhi doosre sawalat hain, inshallah hum jaan</w:t>
      </w:r>
    </w:p>
    <w:p>
      <w:pPr>
        <w:jc w:val="right"/>
      </w:pPr>
      <w:r>
        <w:t>ہم اس کو کیسے حاصل کر کر سکتے ہیں؟ اس سلسلے میں ہمارے لیے کیا کیا رکاوٹیں ہیں؟ اور بھی دوسرے سوالات ہیں، انشاءاللہ ہم جان</w:t>
      </w:r>
    </w:p>
    <w:p>
      <w:r>
        <w:rPr>
          <w:b/>
        </w:rPr>
        <w:t xml:space="preserve">[05:44] </w:t>
      </w:r>
      <w:r>
        <w:t>in ge. To sab se pehle hamare mehman Maulana Inayatullah sahib se sawal hai ke aap bataiye, maarfat-e-Rabb se kya murad hai?</w:t>
      </w:r>
    </w:p>
    <w:p>
      <w:pPr>
        <w:jc w:val="right"/>
      </w:pPr>
      <w:r>
        <w:t>یں گے۔ تو سب سے پہلے ہمارے مہمان مولانا عنایت اللہ صاحب سے سوال ہے کہ آپ بتائیے، معرفت رب سے کیا مراد ہے؟</w:t>
      </w:r>
    </w:p>
    <w:p>
      <w:r>
        <w:rPr>
          <w:b/>
        </w:rPr>
        <w:t xml:space="preserve">[05:59] </w:t>
      </w:r>
      <w:r>
        <w:t>Ji, jazak Allah khair. Aaj hum ko yeh mauqa dene ka</w:t>
      </w:r>
    </w:p>
    <w:p>
      <w:pPr>
        <w:jc w:val="right"/>
      </w:pPr>
      <w:r>
        <w:t>جی، جزاک اللہ خیر۔ آج ہم کو یہ موقع دینے کا</w:t>
      </w:r>
    </w:p>
    <w:p>
      <w:r>
        <w:rPr>
          <w:b/>
        </w:rPr>
        <w:t xml:space="preserve">[06:08] </w:t>
      </w:r>
      <w:r>
        <w:t>Dekhiye, sab se pehle main aap ko yeh arz kar doon ke jab bhi maarfat ki baat ki jati hai to log generally is ko Sufiyon se jod dete hain.</w:t>
      </w:r>
    </w:p>
    <w:p>
      <w:pPr>
        <w:jc w:val="right"/>
      </w:pPr>
      <w:r>
        <w:t>۔ دیکھیے، سب سے پہلے میں آپ کو یہ عرض کر دوں کہ جب بھی معرفت کی بات کی جاتی ہے تو لوگ جنرلی اس کو صوفیاء سے جوڑ دیتے ہیں۔</w:t>
      </w:r>
    </w:p>
    <w:p>
      <w:r>
        <w:rPr>
          <w:b/>
        </w:rPr>
        <w:t xml:space="preserve">[06:23] </w:t>
      </w:r>
      <w:r>
        <w:t>Jab hum maarfat ki baat karte hain ya Maulana maarfat ki baat karte hain to logon ko lagta hai ke Maulana bhi, un ke paas bhi Sufiyana type ki maarfat hai,</w:t>
      </w:r>
    </w:p>
    <w:p>
      <w:pPr>
        <w:jc w:val="right"/>
      </w:pPr>
      <w:r>
        <w:t>جب ہم معرفت کی بات کرتے ہیں یا مولانا معرفت کی بات کرتے ہیں تو لوگوں کو لگتا ہے کہ مولانا بھی، ان کے پاس بھی صوفیانہ ٹائپ کی معرفت ہے،</w:t>
      </w:r>
    </w:p>
    <w:p>
      <w:r>
        <w:rPr>
          <w:b/>
        </w:rPr>
        <w:t xml:space="preserve">[06:36] </w:t>
      </w:r>
      <w:r>
        <w:t>jis ke andar muraqba hai, jis ke andar mubtadiyana zikr o azkar hain. Aisa bilkul nahi hai.</w:t>
      </w:r>
    </w:p>
    <w:p>
      <w:pPr>
        <w:jc w:val="right"/>
      </w:pPr>
      <w:r>
        <w:t>جس کے اندر مراقبہ ہے، جس کے اندر مبتدیانہ ذکر و اذکار ہیں۔ ایسا بالکل نہیں ہے۔</w:t>
      </w:r>
    </w:p>
    <w:p>
      <w:r>
        <w:rPr>
          <w:b/>
        </w:rPr>
        <w:t xml:space="preserve">[06:47] </w:t>
      </w:r>
      <w:r>
        <w:t>Aur Maulana apne aap ke bare mein jo kehte the ke main ek Sufi tabiyat ka insaan hoon, wo saada zindagi ke talluq se hai.</w:t>
      </w:r>
    </w:p>
    <w:p>
      <w:pPr>
        <w:jc w:val="right"/>
      </w:pPr>
      <w:r>
        <w:t>اور مولانا اپنے آپ کے بارے میں جو کہتے تھے کہ میں ایک صوفی طبیعت کا انسان ہوں، وہ سادہ زندگی کے تعلق سے ہے۔</w:t>
      </w:r>
    </w:p>
    <w:p>
      <w:r>
        <w:rPr>
          <w:b/>
        </w:rPr>
        <w:t xml:space="preserve">[06:57] </w:t>
      </w:r>
      <w:r>
        <w:t>Warna Sufiyana culture ki baat nahi hai aur Sufiyana zehniyat ki baat nahi hai jab Maulana karte hain.</w:t>
      </w:r>
    </w:p>
    <w:p>
      <w:pPr>
        <w:jc w:val="right"/>
      </w:pPr>
      <w:r>
        <w:t>ورنہ صوفیانہ کلچر کی بات نہیں ہے اور صوفیانہ ذہنیت کی بات نہیں ہے جب مولانا کرتے ہیں۔</w:t>
      </w:r>
    </w:p>
    <w:p>
      <w:r>
        <w:rPr>
          <w:b/>
        </w:rPr>
        <w:t xml:space="preserve">[07:05] </w:t>
      </w:r>
      <w:r>
        <w:t>Aur doosri baat yeh hai ke yeh mauzu jo hai, Sufiyon ka nahi hai, Sufiya ka mauzu nahi hai. Yeh mauzu har insaan ka hai. Is liye ke Quran mein Allah taala ne bataya, 'Wa ma khalaqtul jinna wal insa illa li ya'budun' ke Allah ne insaan ko aur jinat ko, dono makhluqat ko ibaadat ke liye banaya hai.</w:t>
      </w:r>
    </w:p>
    <w:p>
      <w:pPr>
        <w:jc w:val="right"/>
      </w:pPr>
      <w:r>
        <w:t>اور دوسری بات یہ ہے کہ یہ موضوع جو ہے، صوفیوں کا نہیں ہے، صوفیاء کا موضوع نہیں ہے۔ یہ موضوع ہر انسان کا ہے۔ اس لیے کہ قرآن میں اللہ تعالیٰ نے بتایا، وَمَا خَلَقْتُ الْجِنَّ وَالْإِنْسَ إِلَّا لِيَعْبُدُونَ کہ اللہ نے انسان کو اور جنات کو، دونوں مخلوقات کو عبادت کے لیے بنایا ہے۔</w:t>
      </w:r>
    </w:p>
    <w:p>
      <w:r>
        <w:rPr>
          <w:b/>
        </w:rPr>
        <w:t xml:space="preserve">[07:27] </w:t>
      </w:r>
      <w:r>
        <w:t>Dekhiye, isi ki tafseer karte hue Ibn Abbas Razi Allahu Ta'ala anhu kehte hain ke 'Ay ay illa li ya'rifun' ke main ne jin aur ins ko meri maarfat ke liye banaya hai.</w:t>
      </w:r>
    </w:p>
    <w:p>
      <w:pPr>
        <w:jc w:val="right"/>
      </w:pPr>
      <w:r>
        <w:t>دیکھیے، اسی کی تفسیر کرتے ہوئے ابن عباس رضی اللہ تعالیٰ عنہ کہتے ہیں کہ اَيْ اَيْ اِلَّا لِيَعْرِفُونَ کہ میں نے جن اور انس کو میری معرفت کے لیے بنایا ہے۔</w:t>
      </w:r>
    </w:p>
    <w:p>
      <w:r>
        <w:rPr>
          <w:b/>
        </w:rPr>
        <w:t xml:space="preserve">[07:38] </w:t>
      </w:r>
      <w:r>
        <w:t>Dekhiye, yahan Quran mein ibaadat ka lafz hai aur Ibn Abbas ne jo hai na, maarfat ka lafz istemal kiya. Asal mein ibaadat nateeja hai maarfat ka.</w:t>
      </w:r>
    </w:p>
    <w:p>
      <w:pPr>
        <w:jc w:val="right"/>
      </w:pPr>
      <w:r>
        <w:t>دیکھیے، یہاں قرآن میں عبادت کا لفظ ہے اور ابن عباس نے جو ہے نا، معرفت کا لفظ استعمال کیا۔ اصل میں عبادت نتیجہ ہے معرفت کا۔</w:t>
      </w:r>
    </w:p>
    <w:p>
      <w:r>
        <w:rPr>
          <w:b/>
        </w:rPr>
        <w:t xml:space="preserve">[07:52] </w:t>
      </w:r>
      <w:r>
        <w:t>Jab ek insaan ko sachche ma'ano mein Allah ki daryaft hoti hai, Allah ki sachi pehchan hasil hoti hai to us ke nateeje ke taur par insaan ke andar apni aajizi ka ehsas hota hai.</w:t>
      </w:r>
    </w:p>
    <w:p>
      <w:pPr>
        <w:jc w:val="right"/>
      </w:pPr>
      <w:r>
        <w:t>جب ایک انسان کو سچے معنی میں اللہ کی دریافت ہوتی ہے، اللہ کی سچی پہچان حاصل ہوتی ہے تو اس کے نتیجے کے طور پر انسان کے اندر اپنی عاجزی کا احساس ہوتا ہے۔</w:t>
      </w:r>
    </w:p>
    <w:p>
      <w:r>
        <w:rPr>
          <w:b/>
        </w:rPr>
        <w:t xml:space="preserve">[08:05] </w:t>
      </w:r>
      <w:r>
        <w:t>Yeh ehsas hota hai ke main kuch nahi hoon, meri koi hesiyat nahi hai.</w:t>
      </w:r>
    </w:p>
    <w:p>
      <w:pPr>
        <w:jc w:val="right"/>
      </w:pPr>
      <w:r>
        <w:t>یہ احساس ہوتا ہے کہ میں کچھ نہیں ہوں، میری کوئی حیثیت نہیں ہے۔</w:t>
      </w:r>
    </w:p>
    <w:p>
      <w:r>
        <w:rPr>
          <w:b/>
        </w:rPr>
        <w:t xml:space="preserve">[08:10] </w:t>
      </w:r>
      <w:r>
        <w:t>Saari qudrat-e-kamilah Allah ke liye hai aur saara izzat meri taraf hai. Aur dekhiye, maarfat yeh mukhtalif kyun hai?</w:t>
      </w:r>
    </w:p>
    <w:p>
      <w:pPr>
        <w:jc w:val="right"/>
      </w:pPr>
      <w:r>
        <w:t>ساری قدرت کاملہ اللہ کے لیے ہے اور سارا عزت میری طرف ہے۔ اور دیکھیے، معرفت یہ مختلف کیوں ہے؟</w:t>
      </w:r>
    </w:p>
    <w:p>
      <w:r>
        <w:rPr>
          <w:b/>
        </w:rPr>
        <w:t xml:space="preserve">[08:24] </w:t>
      </w:r>
      <w:r>
        <w:t>Matlab sab log waise Allah ko mante hain aur aksar log yeh sawal bhi karte hain ke dekhiye, yeh mauzu to doosron ka hona chahiye jin ke paas deen nahi hai.</w:t>
      </w:r>
    </w:p>
    <w:p>
      <w:pPr>
        <w:jc w:val="right"/>
      </w:pPr>
      <w:r>
        <w:t>مطلب سب لوگ ویسے اللہ کو مانتے ہیں اور اکثر لوگ یہ سوال بھی کرتے ہیں کہ دیکھیے، یہ موضوع تو دوسروں کا ہونا چاہیے جن کے پاس دین نہیں ہے۔</w:t>
      </w:r>
    </w:p>
    <w:p>
      <w:r>
        <w:rPr>
          <w:b/>
        </w:rPr>
        <w:t xml:space="preserve">[08:36] </w:t>
      </w:r>
      <w:r>
        <w:t>Hum to Allah ko manne wale log hain. Hum, hum ko jo hai, yeh is bare mein maarfat ki hamein kya zaroorat hai? To main yeh batana chahta hoon ke yeh hamari zaroorat kyun hai?</w:t>
      </w:r>
    </w:p>
    <w:p>
      <w:pPr>
        <w:jc w:val="right"/>
      </w:pPr>
      <w:r>
        <w:t>ہم تو اللہ کو ماننے والے لوگ ہیں۔ ہم، ہم کو جو ہے، یہ اس بارے میں معرفت کی ہمیں کیا ضرورت ہے؟ تو میں یہ بتانا چاہتا ہوں کہ یہ ہماری ضرورت کیوں ہے؟</w:t>
      </w:r>
    </w:p>
    <w:p>
      <w:r>
        <w:rPr>
          <w:b/>
        </w:rPr>
        <w:t xml:space="preserve">[08:48] </w:t>
      </w:r>
      <w:r>
        <w:t>Ji, ek hota hai Allah ko janna ke aadmi ko apne khandan se, apne qabile se ya apni community ke beech mein rehte hue use pata chal jata hai ke ek Khuda hai, wo us ko janne lagta hai.</w:t>
      </w:r>
    </w:p>
    <w:p>
      <w:pPr>
        <w:jc w:val="right"/>
      </w:pPr>
      <w:r>
        <w:t>جی، ایک ہوتا ہے اللہ کو جاننا کہ آدمی کو اپنے خاندان سے، اپنے قبیلے سے یا اپنی کمیونٹی کے بیچ میں رہتے ہوئے اسے پتہ چل جاتا ہے کہ ایک خدا ہے، وہ اس کو جاننے لگتا ہے۔</w:t>
      </w:r>
    </w:p>
    <w:p>
      <w:r>
        <w:rPr>
          <w:b/>
        </w:rPr>
        <w:t xml:space="preserve">[09:04] </w:t>
      </w:r>
      <w:r>
        <w:t>Aur doosra ibaadat gahein hain, masajid hain, log wahan ja ke ibaadat karte hain to wo manne bhi lagta hai.</w:t>
      </w:r>
    </w:p>
    <w:p>
      <w:pPr>
        <w:jc w:val="right"/>
      </w:pPr>
      <w:r>
        <w:t>اور دوسرا عبادت گاہیں ہیں، مساجد ہیں، لوگ وہاں جا کے عبادت کرتے ہیں تو وہ ماننے بھی لگتا ہے۔</w:t>
      </w:r>
    </w:p>
    <w:p>
      <w:r>
        <w:rPr>
          <w:b/>
        </w:rPr>
        <w:t xml:space="preserve">[09:13] </w:t>
      </w:r>
      <w:r>
        <w:t>Ek hota hai ke wo jaan bhi raha hai aur doosra jo hai, maan bhi raha hai.</w:t>
      </w:r>
    </w:p>
    <w:p>
      <w:pPr>
        <w:jc w:val="right"/>
      </w:pPr>
      <w:r>
        <w:t>ایک ہوتا ہے کہ وہ جان بھی رہا ہے اور دوسرا جو ہے، مان بھی رہا ہے۔</w:t>
      </w:r>
    </w:p>
    <w:p>
      <w:r>
        <w:rPr>
          <w:b/>
        </w:rPr>
        <w:t xml:space="preserve">[09:19] </w:t>
      </w:r>
      <w:r>
        <w:t>Lekin jo jo cheez missing hoti hai, wo pehchanna hai aur maarfat ka ma'ani hi pehchanna hai. Dekhiye, is ko hum ek saada misaal ke zariye se samajhne ki koshish karte hain.</w:t>
      </w:r>
    </w:p>
    <w:p>
      <w:pPr>
        <w:jc w:val="right"/>
      </w:pPr>
      <w:r>
        <w:t>لیکن جو جو چیز مسنگ ہوتی ہے، وہ پہچاننا ہے اور معرفت کا معنی ہی پہچاننا ہے۔ دیکھیے، اس کو ہم ایک سادہ مثال کے ذریعے سے سمجھنے کی کوشش کرتے ہیں۔</w:t>
      </w:r>
    </w:p>
    <w:p>
      <w:r>
        <w:rPr>
          <w:b/>
        </w:rPr>
        <w:t xml:space="preserve">[09:33] </w:t>
      </w:r>
      <w:r>
        <w:t>Hum jante hain ke jadugrani Firon jinka Quran mein Allah ne zikr kiya hai, yeh jadugrani Firon jab un ko Allah ki pehchan nahi thi to wo ek Firon se ummeedein lagaye hue the.</w:t>
      </w:r>
    </w:p>
    <w:p>
      <w:pPr>
        <w:jc w:val="right"/>
      </w:pPr>
      <w:r>
        <w:t>ہم جانتے ہیں کہ جادوگرانی فرعون جن کا قرآن میں اللہ نے ذکر کیا ہے، یہ جادوگرانی فرعون جب ان کو اللہ کی پہچان نہیں تھی تو وہ ایک فرعون سے امیدیں لگائے ہوئے تھے۔</w:t>
      </w:r>
    </w:p>
    <w:p>
      <w:r>
        <w:rPr>
          <w:b/>
        </w:rPr>
        <w:t xml:space="preserve">[09:52] </w:t>
      </w:r>
      <w:r>
        <w:t>Wo keh rahe the ke agar hum ko ghulba milega to hum ko kya milne wala hai? Firon ne kaha ke tum ko to apne mukharribeen mein se bana loonga.</w:t>
      </w:r>
    </w:p>
    <w:p>
      <w:pPr>
        <w:jc w:val="right"/>
      </w:pPr>
      <w:r>
        <w:t>وہ کہہ رہے تھے کہ اگر ہم کو غلبہ ملے گا تو ہم کو کیا ملنے والا ہے؟ فرعون نے کہا کہ تم کو تو اپنے مخربین میں سے بنا لوں گا۔</w:t>
      </w:r>
    </w:p>
    <w:p>
      <w:r>
        <w:rPr>
          <w:b/>
        </w:rPr>
        <w:t xml:space="preserve">[10:04] </w:t>
      </w:r>
      <w:r>
        <w:t>to un ke andar woh jo hiras thi, woh jo dunya ki lalach thi, jo madhiyat ki ya materialism ki jo un ke andar chahat thi, achaanak jab woh waqea hua ke muqabla hua aur unhon ne apne laathi daal diye,</w:t>
      </w:r>
    </w:p>
    <w:p>
      <w:pPr>
        <w:jc w:val="right"/>
      </w:pPr>
      <w:r>
        <w:t>تو ان کے اندر وہ جو حرص تھی، وہ جو دنیا کی لالچ تھی، جو مادیت کی یا مٹیریلزم کی جو ان کے اندر چاہت تھی، اچانک جب وہ واقعہ ہوا کہ مقابلہ ہوا اور انہوں نے اپنے لاٹھی ڈال دیے،</w:t>
      </w:r>
    </w:p>
    <w:p>
      <w:r>
        <w:rPr>
          <w:b/>
        </w:rPr>
        <w:t xml:space="preserve">[10:24] </w:t>
      </w:r>
      <w:r>
        <w:t>woh jo kuch jadoogar karte hain, woh ek illusion hota hai. Yaani aankhon ka dhoka hota hai, woh reality nahi hoti hai.</w:t>
      </w:r>
    </w:p>
    <w:p>
      <w:pPr>
        <w:jc w:val="right"/>
      </w:pPr>
      <w:r>
        <w:t>وہ جو کچھ جادوگر کرتے ہیں، وہ ایک الیوژن ہوتا ہے۔ یعنی آنکھوں کا دھوکا ہوتا ہے، وہ ریلیٹی نہیں ہوتی ہے۔</w:t>
      </w:r>
    </w:p>
    <w:p>
      <w:r>
        <w:rPr>
          <w:b/>
        </w:rPr>
        <w:t xml:space="preserve">[10:33] </w:t>
      </w:r>
      <w:r>
        <w:t>un ko woh farq ko bohat achhe tareeqe se jadoogar jaante hain ke woh jo kuch karte hain, woh sirf nazar ka dhoka hota hai. Ek tarah ka illusion hota hai, woh illusion create karte hain.</w:t>
      </w:r>
    </w:p>
    <w:p>
      <w:pPr>
        <w:jc w:val="right"/>
      </w:pPr>
      <w:r>
        <w:t>ان کو وہ فرق کو بہت اچھے طریقے سے جادوگر جانتے ہیں کہ وہ جو کچھ کرتے ہیں، وہ صرف نظر کا دھوکا ہوتا ہے۔ ایک طرح کا الیوژن ہوتا ہے، وہ الیوژن کریٹ کرتے ہیں۔</w:t>
      </w:r>
    </w:p>
    <w:p>
      <w:r>
        <w:rPr>
          <w:b/>
        </w:rPr>
        <w:t xml:space="preserve">[10:45] </w:t>
      </w:r>
      <w:r>
        <w:t>yaani bayaan koi saanp nahi daud raha hota hai magar lagta hai logon ko ke koi saanp daud raha hai. To woh us ke expert the, woh us ke mahireen the, us fun ko jaante the.</w:t>
      </w:r>
    </w:p>
    <w:p>
      <w:pPr>
        <w:jc w:val="right"/>
      </w:pPr>
      <w:r>
        <w:t>یعنی بظاہر کوئی سانپ نہیں دوڑ رہا ہوتا ہے مگر لگتا ہے لوگوں کو کہ کوئی سانپ دوڑ رہا ہے۔ تو وہ اس کے ایکسپرٹ تھے، وہ اس کے ماہرین تھے، اس فن کو جانتے تھے۔</w:t>
      </w:r>
    </w:p>
    <w:p>
      <w:r>
        <w:rPr>
          <w:b/>
        </w:rPr>
        <w:t xml:space="preserve">[10:59] </w:t>
      </w:r>
      <w:r>
        <w:t>to unhon ne apni laathi daali</w:t>
      </w:r>
    </w:p>
    <w:p>
      <w:pPr>
        <w:jc w:val="right"/>
      </w:pPr>
      <w:r>
        <w:t>تو انہوں نے اپنی لاٹھی ڈالی</w:t>
      </w:r>
    </w:p>
    <w:p>
      <w:r>
        <w:rPr>
          <w:b/>
        </w:rPr>
        <w:t xml:space="preserve">[11:02] </w:t>
      </w:r>
      <w:r>
        <w:t>to woh illusion se lag raha tha ke woh azdahi aur saanp ban kar ke daud rahe hain. Hazrat Musa ne jaise hi apni laathi daali to un ko laga ke yeh to illusion nahi hai.</w:t>
      </w:r>
    </w:p>
    <w:p>
      <w:pPr>
        <w:jc w:val="right"/>
      </w:pPr>
      <w:r>
        <w:t>تو وہ الیوژن سے لگ رہا تھا کہ وہ ازدہی اور سانپ بن کر کے دوڑ رہے ہیں۔ حضرت موسیٰ نے جیسے ہی اپنی لاٹھی ڈالی تو ان کو لگا کہ یہ تو الیوژن نہیں ہے۔</w:t>
      </w:r>
    </w:p>
    <w:p>
      <w:r>
        <w:rPr>
          <w:b/>
        </w:rPr>
        <w:t xml:space="preserve">[11:16] </w:t>
      </w:r>
      <w:r>
        <w:t>yeh to nazar ka dhoka nahi hai. Yeh to bilkul jo hai na, change ho gaya hai. Jo laathi thi, woh azdahi mein convert ho gayi hai.</w:t>
      </w:r>
    </w:p>
    <w:p>
      <w:pPr>
        <w:jc w:val="right"/>
      </w:pPr>
      <w:r>
        <w:t>یہ تو نظر کا دھوکا نہیں ہے۔ یہ تو بالکل جو ہے نا، چینج ہو گیا ہے۔ جو لاٹھی تھی، وہ ازدہی میں کنورٹ ہو گئی ہے۔</w:t>
      </w:r>
    </w:p>
    <w:p>
      <w:r>
        <w:rPr>
          <w:b/>
        </w:rPr>
        <w:t xml:space="preserve">[11:25] </w:t>
      </w:r>
      <w:r>
        <w:t>woh us farq ko jaanne ki wajah se un ko laga ke yeh maamla jadoogari ka nahi hai.</w:t>
      </w:r>
    </w:p>
    <w:p>
      <w:pPr>
        <w:jc w:val="right"/>
      </w:pPr>
      <w:r>
        <w:t>وہ اس فرق کو جاننے کی وجہ سے ان کو لگا کہ یہ معاملہ جادوگری کا نہیں ہے۔</w:t>
      </w:r>
    </w:p>
    <w:p>
      <w:r>
        <w:rPr>
          <w:b/>
        </w:rPr>
        <w:t xml:space="preserve">[11:31] </w:t>
      </w:r>
      <w:r>
        <w:t>yeh Allah ki qudrat hi aisa kar sakti hai, insaan ke bas ki cheez nahi hai. Jaise hi unhon ne is laathi ke peeche Khuda ki azmat ko dekha, Khuda ki qudrat ka unhon ne nazara kiya to us laathi ke zariye se un ke andar Khuda ke bare mein aisa yaqeen, aisa ghair mutazalzil yaqeen un ke andar paida ho gaya.</w:t>
      </w:r>
    </w:p>
    <w:p>
      <w:pPr>
        <w:jc w:val="right"/>
      </w:pPr>
      <w:r>
        <w:t>یہ اللہ کی قدرت ہی ایسا کر سکتی ہے، انسان کے بس کی چیز نہیں ہے۔ جیسے ہی انہوں نے اس لاٹھی کے پیچھے خدا کی عظمت کو دیکھا، خدا کی قدرت کا انہوں نے نظارہ کیا تو اس لاٹھی کے ذریعے سے ان کے اندر خدا کے بارے میں ایسا یقین، ایسا غیر متزلزل یقین ان کے اندر پیدا ہو گیا۔</w:t>
      </w:r>
    </w:p>
    <w:p>
      <w:r>
        <w:rPr>
          <w:b/>
        </w:rPr>
        <w:t xml:space="preserve">[11:54] </w:t>
      </w:r>
      <w:r>
        <w:t>is ke baad hum jaante hain ke Firon ne un se kaha ke innahu lakabeerukumullazi allamakumus sahra dekho, tum chhote jadoogar ho, woh thoda bada jadoogar hai.</w:t>
      </w:r>
    </w:p>
    <w:p>
      <w:pPr>
        <w:jc w:val="right"/>
      </w:pPr>
      <w:r>
        <w:t>اس کے بعد ہم جانتے ہیں کہ فرعون نے ان سے کہا کہ إِنَّهُ لَكَبِيرُكُمُ الَّذِي عَلَّمَكُمُ السَّحْرَ دیکھو، تم چھوٹے جادوگر ہو، وہ تھوڑا بڑا جادوگر ہے۔</w:t>
      </w:r>
    </w:p>
    <w:p>
      <w:r>
        <w:rPr>
          <w:b/>
        </w:rPr>
        <w:t xml:space="preserve">[12:07] </w:t>
      </w:r>
      <w:r>
        <w:t>woh tum ko sikha sakta hai, woh fun ka mahir hai. To unhon ne kaha ke nahi, yeh jadoogari ka masla hai hi nahi.</w:t>
      </w:r>
    </w:p>
    <w:p>
      <w:pPr>
        <w:jc w:val="right"/>
      </w:pPr>
      <w:r>
        <w:t>وہ تم کو سکھا سکتا ہے، وہ فن کا ماہر ہے۔ تو انہوں نے کہا کہ نہیں، یہ جادوگری کا مسئلہ ہے ہی نہیں۔</w:t>
      </w:r>
    </w:p>
    <w:p>
      <w:r>
        <w:rPr>
          <w:b/>
        </w:rPr>
        <w:t xml:space="preserve">[12:17] </w:t>
      </w:r>
      <w:r>
        <w:t>woh foran sajde mein gir gaye. Unhon ne kaha ke aamanna birab bil aalameen rabb e Musa wa Haroon</w:t>
      </w:r>
    </w:p>
    <w:p>
      <w:pPr>
        <w:jc w:val="right"/>
      </w:pPr>
      <w:r>
        <w:t>وہ فوراً سجدے میں گر گئے۔ انہوں نے کہا کہ آمَنَّا بِرَبِّ الْعَالَمِينَ رَبِّ مُوسَى وَهَارُونَ</w:t>
      </w:r>
    </w:p>
    <w:p>
      <w:r>
        <w:rPr>
          <w:b/>
        </w:rPr>
        <w:t xml:space="preserve">[12:24] </w:t>
      </w:r>
      <w:r>
        <w:t>is ke baad jo un ke andar jo tabdeeli aayi, ab Firon ki taraf se dhamkiyan, yahan tak ke un ko saza bhi de di gayi ke un ke haath pair mukhalif simt kaat diye gaye.</w:t>
      </w:r>
    </w:p>
    <w:p>
      <w:pPr>
        <w:jc w:val="right"/>
      </w:pPr>
      <w:r>
        <w:t>اس کے بعد جو ان کے اندر جو تبدیلی آئی، اب فرعون کی طرف سے دھمکیاں، یہاں تک کہ ان کو سزا بھی دے دی گئی کہ ان کے ہاتھ پیر مخالف سمت کاٹ دیے گئے۔</w:t>
      </w:r>
    </w:p>
    <w:p>
      <w:r>
        <w:rPr>
          <w:b/>
        </w:rPr>
        <w:t xml:space="preserve">[12:34] </w:t>
      </w:r>
      <w:r>
        <w:t>ji, lekin is ke bawajood woh jis daryaft ko unhon ne paya tha, Allah ki jo marifat unhon ne paayi thi, us se mutazalzil hona, us se is mein aisa conviction tha ke unhon ne apni jaan de di magar Allah ki marifat</w:t>
      </w:r>
    </w:p>
    <w:p>
      <w:pPr>
        <w:jc w:val="right"/>
      </w:pPr>
      <w:r>
        <w:t>جی، لیکن اس کے باوجود وہ جس دریافت کو انہوں نے پایا تھا، اللہ کی جو معرفت انہوں نے پائی تھی، اس سے متزلزل ہونا، اس سے اس میں ایسا کنوکشن تھا کہ انہوں نے اپنی جان دے دی مگر اللہ کی معرفت</w:t>
      </w:r>
    </w:p>
    <w:p>
      <w:r>
        <w:rPr>
          <w:b/>
        </w:rPr>
        <w:t xml:space="preserve">[12:51] </w:t>
      </w:r>
      <w:r>
        <w:t>nahi chhodi. Yahi farq hota hai ke bohat se log wahan par Bani Israel bhi the, Allah ko jaanne wale, manne wale, magar un ke paas jo missing thi, woh daryaft thi, woh marifat thi, woh realization thi.</w:t>
      </w:r>
    </w:p>
    <w:p>
      <w:pPr>
        <w:jc w:val="right"/>
      </w:pPr>
      <w:r>
        <w:t>نہیں چھوڑی۔ یہی فرق ہوتا ہے کہ بہت سے لوگ وہاں پر بنی اسرائیل بھی تھے، اللہ کو جاننے والے، ماننے والے، مگر ان کے پاس جو مسنگ تھی، وہ دریافت تھی، وہ معرفت تھی، وہ ریلیزیشن تھی۔</w:t>
      </w:r>
    </w:p>
    <w:p>
      <w:r>
        <w:rPr>
          <w:b/>
        </w:rPr>
        <w:t xml:space="preserve">[13:04] </w:t>
      </w:r>
      <w:r>
        <w:t>hmm, baar baar Hazrat Musa ko un ko yaad dilana pada. Un ke saamne bohat se aise experience hote the ke un ko Bani Israel ne apni aankhon se dekha ke Khuda ne jo hai darya ko un ke liye kaat kar raaste bana diye hain, lekin</w:t>
      </w:r>
    </w:p>
    <w:p>
      <w:pPr>
        <w:jc w:val="right"/>
      </w:pPr>
      <w:r>
        <w:t>ہمم، بار بار حضرت موسیٰ کو ان کو یاد دلانا پڑا۔ ان کے سامنے بہت سے ایسے ایکسپیرینس ہوتے تھے کہ ان کو بنی اسرائیل نے اپنی آنکھوں سے دیکھا کہ خدا نے جو ہے دریا کو ان کے لیے کاٹ کر راستے بنا دیے ہیں، لیکن</w:t>
      </w:r>
    </w:p>
    <w:p>
      <w:r>
        <w:rPr>
          <w:b/>
        </w:rPr>
        <w:t xml:space="preserve">[13:20] </w:t>
      </w:r>
      <w:r>
        <w:t>phir bhi un ke andar conviction nahi jaaga, marifat nahi aa saki un ke andar. Jaisi marifat hum dekhte hain, yeh un jadoogari Firon ke andar aayi.</w:t>
      </w:r>
    </w:p>
    <w:p>
      <w:pPr>
        <w:jc w:val="right"/>
      </w:pPr>
      <w:r>
        <w:t>پھر بھی ان کے اندر کنوکشن نہیں جاگا، معرفت نہیں آ سکی ان کے اندر۔ جیسی معرفت ہم دیکھتے ہیں، یہ ان جادوگرانی فرعون کے اندر آئی۔</w:t>
      </w:r>
    </w:p>
    <w:p>
      <w:r>
        <w:rPr>
          <w:b/>
        </w:rPr>
        <w:t xml:space="preserve">[13:31] </w:t>
      </w:r>
      <w:r>
        <w:t>to yahi farq hai ke marifat jo hai, yeh jaanne manne se ek agla marhala hai, ek agla step hai.</w:t>
      </w:r>
    </w:p>
    <w:p>
      <w:pPr>
        <w:jc w:val="right"/>
      </w:pPr>
      <w:r>
        <w:t>تو یہی فرق ہے کہ معرفت جو ہے، یہ جاننے ماننے سے ایک اگلا مرحلہ ہے، ایک اگلا سٹیپ ہے۔</w:t>
      </w:r>
    </w:p>
    <w:p>
      <w:r>
        <w:rPr>
          <w:b/>
        </w:rPr>
        <w:t xml:space="preserve">[13:40] </w:t>
      </w:r>
      <w:r>
        <w:t>hmm, aur yeh sab ki zaroorat hai.</w:t>
      </w:r>
    </w:p>
    <w:p>
      <w:pPr>
        <w:jc w:val="right"/>
      </w:pPr>
      <w:r>
        <w:t>ہمم، اور یہ سب کی ضرورت ہے۔</w:t>
      </w:r>
    </w:p>
    <w:p>
      <w:r>
        <w:rPr>
          <w:b/>
        </w:rPr>
        <w:t xml:space="preserve">[13:43] </w:t>
      </w:r>
      <w:r>
        <w:t>un ki bhi zaroorat hai jo Allah ko mante hain, jaante hain, aur un ki bhi jo hum nahi jaante ya nahi mante. Ji, Masha Allah, aap ne bohat achhi misaal di ke marifat milne ke baad insaan kaise ban jata hai.</w:t>
      </w:r>
    </w:p>
    <w:p>
      <w:pPr>
        <w:jc w:val="right"/>
      </w:pPr>
      <w:r>
        <w:t>ان کی بھی ضرورت ہے جو اللہ کو مانتے ہیں، جانتے ہیں، اور ان کی بھی جو ہم نہیں جانتے یا نہیں مانتے۔ جی، ماشاءاللہ، آپ نے بہت اچھی مثال دی کہ معرفت ملنے کے بعد انسان کیسے بن جاتا ہے۔</w:t>
      </w:r>
    </w:p>
    <w:p>
      <w:r>
        <w:rPr>
          <w:b/>
        </w:rPr>
        <w:t xml:space="preserve">[14:01] </w:t>
      </w:r>
      <w:r>
        <w:t>ek insaan jo marifat milne se pehle paisa talab kar raha tha ke hum agar jeet jayein, Musa ko hara dein to hamare liye kya</w:t>
      </w:r>
    </w:p>
    <w:p>
      <w:pPr>
        <w:jc w:val="right"/>
      </w:pPr>
      <w:r>
        <w:t>ایک انسان جو معرفت ملنے سے پہلے پیسہ طلب کر رہا تھا کہ ہم اگر جیت جائیں، موسیٰ کو ہرا دیں تو ہمارے لیے کیا</w:t>
      </w:r>
    </w:p>
    <w:p>
      <w:r>
        <w:rPr>
          <w:b/>
        </w:rPr>
        <w:t xml:space="preserve">[14:12] </w:t>
      </w:r>
      <w:r>
        <w:t>hai, kya inaam hai. Lekin marifat milne ke baad un ka haal yeh hua ke Firon ne kaha la uqattilanna aydiyakum wa arjulakum min khilafin wa la usallibannakum ajmaeen itni badi dhamki di, maut ki dhamki di.</w:t>
      </w:r>
    </w:p>
    <w:p>
      <w:pPr>
        <w:jc w:val="right"/>
      </w:pPr>
      <w:r>
        <w:t>ہے، کیا انعام ہے۔ لیکن معرفت ملنے کے بعد ان کا حال یہ ہوا کہ فرعون نے کہا لَا أُقَتِّلْنَ أَيْدِيَكُمْ وَأَرْجُلَكُمْ مِنْ خِلَافٍ وَلَا أُصَلِّبَنَّكُمْ أَجْمَعِينَ اتنی بڑی دھمکی دی، موت کی دھمکی دی۔</w:t>
      </w:r>
    </w:p>
    <w:p>
      <w:r>
        <w:rPr>
          <w:b/>
        </w:rPr>
        <w:t xml:space="preserve">[14:25] </w:t>
      </w:r>
      <w:r>
        <w:t>is ke bawajood marifat ka yeh khasa hai ke jab woh kisi ko milta hai to phir aadmi us ko chhodta nahi hai.</w:t>
      </w:r>
    </w:p>
    <w:p>
      <w:pPr>
        <w:jc w:val="right"/>
      </w:pPr>
      <w:r>
        <w:t>اس کے باوجود معرفت کا یہ خاصہ ہے کہ جب وہ کسی کو ملتا ہے تو پھر آدمی اس کو چھوڑتا نہیں ہے۔</w:t>
      </w:r>
    </w:p>
    <w:p>
      <w:r>
        <w:rPr>
          <w:b/>
        </w:rPr>
        <w:t xml:space="preserve">[14:35] </w:t>
      </w:r>
      <w:r>
        <w:t>to yeh dhamki bhi unhein, yaani marifat se nahi hata saki.</w:t>
      </w:r>
    </w:p>
    <w:p>
      <w:pPr>
        <w:jc w:val="right"/>
      </w:pPr>
      <w:r>
        <w:t>تو یہ دھمکی بھی انہیں، یعنی معرفت سے نہیں ہٹا سکی۔</w:t>
      </w:r>
    </w:p>
    <w:p>
      <w:r>
        <w:rPr>
          <w:b/>
        </w:rPr>
        <w:t xml:space="preserve">[14:42] </w:t>
      </w:r>
      <w:r>
        <w:t>to bohat achhi misaal di aap ne, jazak Allah khaira. To ab hamara doosra sawal hai. Yeh sawal hamare doosre mehman Maulana Fayyazuddin Umri sahib se hai.</w:t>
      </w:r>
    </w:p>
    <w:p>
      <w:pPr>
        <w:jc w:val="right"/>
      </w:pPr>
      <w:r>
        <w:t>تو بہت اچھی مثال دی آپ نے، جزاک اللہ خیرا۔ تو اب ہمارا دوسرا سوال ہے۔ یہ سوال ہمارے دوسرے مہمان مولانا فیاض الدین عمری صاحب سے ہے۔</w:t>
      </w:r>
    </w:p>
    <w:p>
      <w:r>
        <w:rPr>
          <w:b/>
        </w:rPr>
        <w:t xml:space="preserve">[14:58] </w:t>
      </w:r>
      <w:r>
        <w:t>talaffuz kalma aur marifat kalma ke farq ko wazeh kijiye. ji,</w:t>
      </w:r>
    </w:p>
    <w:p>
      <w:pPr>
        <w:jc w:val="right"/>
      </w:pPr>
      <w:r>
        <w:t>تلفظ کلمہ اور معرفت کلمہ کے فرق کو واضح کیجیے۔ جی،</w:t>
      </w:r>
    </w:p>
    <w:p>
      <w:r>
        <w:rPr>
          <w:b/>
        </w:rPr>
        <w:t xml:space="preserve">[15:06] </w:t>
      </w:r>
      <w:r>
        <w:t>abdul basit sahib, aap ne ek bohat hi</w:t>
      </w:r>
    </w:p>
    <w:p>
      <w:pPr>
        <w:jc w:val="right"/>
      </w:pPr>
      <w:r>
        <w:t>عبدالباسط صاحب، آپ نے ایک بہت ہی</w:t>
      </w:r>
    </w:p>
    <w:p>
      <w:r>
        <w:rPr>
          <w:b/>
        </w:rPr>
        <w:t xml:space="preserve">[15:11] </w:t>
      </w:r>
      <w:r>
        <w:t>aham sawal kiya hai. talaffuz kalma aur marifat kalma mein kya farq hai? is sawal ko discuss karne ke peeche</w:t>
      </w:r>
    </w:p>
    <w:p>
      <w:pPr>
        <w:jc w:val="right"/>
      </w:pPr>
      <w:r>
        <w:t>اہم سوال کیا ہے۔ تلفظ کلمہ اور معرفت کلمہ میں کیا فرق ہے؟ اس سوال کو ڈسکس کرنے کے پیچھے</w:t>
      </w:r>
    </w:p>
    <w:p>
      <w:r>
        <w:rPr>
          <w:b/>
        </w:rPr>
        <w:t xml:space="preserve">[15:26] </w:t>
      </w:r>
      <w:r>
        <w:t>kuch background hai, kuch pas manzar hai. ji,</w:t>
      </w:r>
    </w:p>
    <w:p>
      <w:pPr>
        <w:jc w:val="right"/>
      </w:pPr>
      <w:r>
        <w:t>کچھ بیک گراؤنڈ ہے، کچھ پس منظر ہے۔ جی،</w:t>
      </w:r>
    </w:p>
    <w:p>
      <w:r>
        <w:rPr>
          <w:b/>
        </w:rPr>
        <w:t xml:space="preserve">[15:29] </w:t>
      </w:r>
      <w:r>
        <w:t>jaisa ke aap jante hain ke dunya ke andar ek billion se zyada ahle iman ya ahle islam ka population hai.</w:t>
      </w:r>
    </w:p>
    <w:p>
      <w:pPr>
        <w:jc w:val="right"/>
      </w:pPr>
      <w:r>
        <w:t>جیسا کہ آپ جانتے ہیں کہ دنیا کے اندر ایک بلین سے زیادہ اہل ایمان یا اہل اسلام کا پاپولیشن ہے۔</w:t>
      </w:r>
    </w:p>
    <w:p>
      <w:r>
        <w:rPr>
          <w:b/>
        </w:rPr>
        <w:t xml:space="preserve">[15:41] </w:t>
      </w:r>
      <w:r>
        <w:t>adadi taur par woh ek billion se zyada paye jate hain. baz log kehte hain ke poori dunya ki population mein musalman jo hai, second largest community hai.</w:t>
      </w:r>
    </w:p>
    <w:p>
      <w:pPr>
        <w:jc w:val="right"/>
      </w:pPr>
      <w:r>
        <w:t>عددی طور پر وہ ایک بلین سے زیادہ پائے جاتے ہیں۔ بعض لوگ کہتے ہیں کہ پوری دنیا کی پاپولیشن میں مسلمان جو ہے، سیکنڈ لارجسٹ کمیونٹی ہے۔</w:t>
      </w:r>
    </w:p>
    <w:p>
      <w:r>
        <w:rPr>
          <w:b/>
        </w:rPr>
        <w:t xml:space="preserve">[15:56] </w:t>
      </w:r>
      <w:r>
        <w:t>second largest community.</w:t>
      </w:r>
    </w:p>
    <w:p>
      <w:pPr>
        <w:jc w:val="right"/>
      </w:pPr>
      <w:r>
        <w:t>سیکنڈ لارجسٹ کمیونٹی۔</w:t>
      </w:r>
    </w:p>
    <w:p>
      <w:r>
        <w:rPr>
          <w:b/>
        </w:rPr>
        <w:t xml:space="preserve">[15:59] </w:t>
      </w:r>
      <w:r>
        <w:t>lekin jo hai, aap daur-e-awwal ke musalmanon ko aur is largest community ko compare karenge to aap ko lagega ke jo hai, in dono mein koi match nahi hai.</w:t>
      </w:r>
    </w:p>
    <w:p>
      <w:pPr>
        <w:jc w:val="right"/>
      </w:pPr>
      <w:r>
        <w:t>لیکن جو ہے، آپ دور اول کے مسلمانوں کو اور اس لارجسٹ کمیونٹی کو کمپیئر کریں گے تو آپ کو لگے گا کہ جو ہے، ان دونوں میں کوئی میچ نہیں ہے۔</w:t>
      </w:r>
    </w:p>
    <w:p>
      <w:r>
        <w:rPr>
          <w:b/>
        </w:rPr>
        <w:t xml:space="preserve">[16:12] </w:t>
      </w:r>
      <w:r>
        <w:t>bohat zyada mismatching hai. to is mismatching ki discovery, yeh yeh mismatching kyun notice mein aa rahi hai,</w:t>
      </w:r>
    </w:p>
    <w:p>
      <w:pPr>
        <w:jc w:val="right"/>
      </w:pPr>
      <w:r>
        <w:t>بہت زیادہ مس میچنگ ہے۔ تو اس مس میچنگ کی ڈسکوری، یہ یہ مس میچنگ کیوں نوٹس میں آ رہی ہے،</w:t>
      </w:r>
    </w:p>
    <w:p>
      <w:r>
        <w:rPr>
          <w:b/>
        </w:rPr>
        <w:t xml:space="preserve">[16:23] </w:t>
      </w:r>
      <w:r>
        <w:t>is ko samajhne ke liye yeh sawal jo hai, bara acha ho sakta hai ke talaffuz kalma aur marifat kalma ka farq kya hai. hamare paas jo ek billion se zyada yeh jo largest community hai,</w:t>
      </w:r>
    </w:p>
    <w:p>
      <w:pPr>
        <w:jc w:val="right"/>
      </w:pPr>
      <w:r>
        <w:t>اس کو سمجھنے کے لیے یہ سوال جو ہے، بڑا اچھا ہو سکتا ہے کہ تلفظ کلمہ اور معرفت کلمہ کا فرق کیا ہے۔ ہمارے پاس جو ایک بلین سے زیادہ یہ جو لارجسٹ کمیونٹی ہے،</w:t>
      </w:r>
    </w:p>
    <w:p>
      <w:r>
        <w:rPr>
          <w:b/>
        </w:rPr>
        <w:t xml:space="preserve">[16:37] </w:t>
      </w:r>
      <w:r>
        <w:t>yeh pushtaini musalman hain. doosre alfaz mein, yeh woh log hain jisko hum degenerated lot keh sakte hain.</w:t>
      </w:r>
    </w:p>
    <w:p>
      <w:pPr>
        <w:jc w:val="right"/>
      </w:pPr>
      <w:r>
        <w:t>یہ پشتینی مسلمان ہیں۔ دوسرے الفاظ میں، یہ وہ لوگ ہیں جس کو ہم ڈی جنریٹڈ لاٹ کہہ سکتے ہیں۔</w:t>
      </w:r>
    </w:p>
    <w:p>
      <w:r>
        <w:rPr>
          <w:b/>
        </w:rPr>
        <w:t xml:space="preserve">[16:51] </w:t>
      </w:r>
      <w:r>
        <w:t>yani aisa ek inboh-e-kasir, ji, jo daway ke aitbar se daur-e-awwal ke musalmanon se apna relation batata hai.</w:t>
      </w:r>
    </w:p>
    <w:p>
      <w:pPr>
        <w:jc w:val="right"/>
      </w:pPr>
      <w:r>
        <w:t>یعنی ایسا ایک انبوہ کثیر، جی، جو دعوے کے اعتبار سے دور اول کے مسلمانوں سے اپنا ریلیشن بتاتا ہے۔</w:t>
      </w:r>
    </w:p>
    <w:p>
      <w:r>
        <w:rPr>
          <w:b/>
        </w:rPr>
        <w:t xml:space="preserve">[17:03] </w:t>
      </w:r>
      <w:r>
        <w:t>lekin spirit aur character ke lehaz se, woh bohat hi zyada is is ki daur-e-awwal ke logon se mismatching dekhne mein aati hai.</w:t>
      </w:r>
    </w:p>
    <w:p>
      <w:pPr>
        <w:jc w:val="right"/>
      </w:pPr>
      <w:r>
        <w:t>لیکن اسپرٹ اور کریکٹر کے لحاظ سے، وہ بہت ہی زیادہ اس اس کی دور اول کے لوگوں سے مس میچنگ دیکھنے میں آتی ہے۔</w:t>
      </w:r>
    </w:p>
    <w:p>
      <w:r>
        <w:rPr>
          <w:b/>
        </w:rPr>
        <w:t xml:space="preserve">[17:14] </w:t>
      </w:r>
      <w:r>
        <w:t>to is mismatching ko samajhne ke liye hum koshish kar rahe hain.</w:t>
      </w:r>
    </w:p>
    <w:p>
      <w:pPr>
        <w:jc w:val="right"/>
      </w:pPr>
      <w:r>
        <w:t>تو اس مس میچنگ کو سمجھنے کے لیے ہم کوشش کر رہے ہیں۔</w:t>
      </w:r>
    </w:p>
    <w:p>
      <w:r>
        <w:rPr>
          <w:b/>
        </w:rPr>
        <w:t xml:space="preserve">[17:19] </w:t>
      </w:r>
      <w:r>
        <w:t>to yeh mismatching kyun ho rahi hai? to kisi sahib ka ek mazmoon mujhe yaad aa raha hai jo Mukhtarat ke andar</w:t>
      </w:r>
    </w:p>
    <w:p>
      <w:pPr>
        <w:jc w:val="right"/>
      </w:pPr>
      <w:r>
        <w:t>تو یہ مس میچنگ کیوں ہو رہی ہے؟ تو کسی صاحب کا ایک مضمون مجھے یاد آ رہا ہے جو مختارات کے اندر</w:t>
      </w:r>
    </w:p>
    <w:p>
      <w:r>
        <w:rPr>
          <w:b/>
        </w:rPr>
        <w:t xml:space="preserve">[17:27] </w:t>
      </w:r>
      <w:r>
        <w:t>hai. Mukhtarat jo hai, Maulana Abu al-Hasan Ali Nadwi, jo Nadwah ke Muhtamim the aur bare zimmedaron mein se the, unhone Mukhtarat ke unwan se "Fulahad bil Arabi" ke naam se is mein behtareen mazameen jama kiye hain.</w:t>
      </w:r>
    </w:p>
    <w:p>
      <w:pPr>
        <w:jc w:val="right"/>
      </w:pPr>
      <w:r>
        <w:t>ہے۔ مختارات جو ہے، مولانا ابو الحسن علی ندوی، جو ندوہ کے محتمم تھے اور بڑے ذمہ داروں میں سے تھے، انہوں نے مختارات کے عنوان سے "فلاد بالعربی" کے نام سے اس میں بہترین مضامین جمع کیے ہیں۔</w:t>
      </w:r>
    </w:p>
    <w:p>
      <w:r>
        <w:rPr>
          <w:b/>
        </w:rPr>
        <w:t xml:space="preserve">[17:43] </w:t>
      </w:r>
      <w:r>
        <w:t>to is mein ek mazmoon tha jo hum ne Umarabad mein syllabus ke zamane mein parha tha, "Al-Din Al-Thunai". ji, ji, yani "Al-Din Al-Thunai" ka tarjuma yeh hoga "masnooi deen".</w:t>
      </w:r>
    </w:p>
    <w:p>
      <w:pPr>
        <w:jc w:val="right"/>
      </w:pPr>
      <w:r>
        <w:t>تو اس میں ایک مضمون تھا جو ہم نے عمر آباد میں سلیبس کے زمانے میں پڑھا تھا، "الدین الثنائی"۔ جی، جی، یعنی "الدین الثنائی" کا ترجمہ یہ ہوگا "مصنوعی دین"۔</w:t>
      </w:r>
    </w:p>
    <w:p>
      <w:r>
        <w:rPr>
          <w:b/>
        </w:rPr>
        <w:t xml:space="preserve">[17:55] </w:t>
      </w:r>
      <w:r>
        <w:t>masnooi deen ka matlab aise hi samjhiye jaise aap ke paas koi caretaker robot hai. hmm, yani ek to hai aap ki apni real wife, aap ki apni zawja.</w:t>
      </w:r>
    </w:p>
    <w:p>
      <w:pPr>
        <w:jc w:val="right"/>
      </w:pPr>
      <w:r>
        <w:t>مصنوعی دین کا مطلب ایسے ہی سمجھیے جیسے آپ کے پاس کوئی کیئر ٹیکر روبٹ ہے۔ ہمم، یعنی ایک تو ہے آپ کی اپنی ریئل وائف، آپ کی اپنی زوجہ۔</w:t>
      </w:r>
    </w:p>
    <w:p>
      <w:r>
        <w:rPr>
          <w:b/>
        </w:rPr>
        <w:t xml:space="preserve">[18:10] </w:t>
      </w:r>
      <w:r>
        <w:t>hmm, woh jab aap ki seva karti hai to woh feelings aur emotions ke sath karti hai.</w:t>
      </w:r>
    </w:p>
    <w:p>
      <w:pPr>
        <w:jc w:val="right"/>
      </w:pPr>
      <w:r>
        <w:t>ہمم، وہ جب آپ کی सेवा کرتی ہے تو وہ فیلنگز اور ایموشنز کے ساتھ کرتی ہے۔</w:t>
      </w:r>
    </w:p>
    <w:p>
      <w:r>
        <w:rPr>
          <w:b/>
        </w:rPr>
        <w:t xml:space="preserve">[18:17] </w:t>
      </w:r>
      <w:r>
        <w:t>lekin jo AI ya robot wali jo service woman hogi ya robot jo hoga, woh aap ki khidmat to karega lekin us ke andar feeling nahi hogi.</w:t>
      </w:r>
    </w:p>
    <w:p>
      <w:pPr>
        <w:jc w:val="right"/>
      </w:pPr>
      <w:r>
        <w:t>لیکن جو اے آئی یا روبٹ والی جو سروس وومن ہوگی یا روبٹ جو ہوگا، وہ آپ کی خدمت تو کرے گا لیکن اس کے اندر فیلنگ نہیں ہوگی۔</w:t>
      </w:r>
    </w:p>
    <w:p>
      <w:r>
        <w:rPr>
          <w:b/>
        </w:rPr>
        <w:t xml:space="preserve">[18:30] </w:t>
      </w:r>
      <w:r>
        <w:t>woh feeling se khali hoga. woh to ek program ke tehat jo hai apni activities anjam de</w:t>
      </w:r>
    </w:p>
    <w:p>
      <w:pPr>
        <w:jc w:val="right"/>
      </w:pPr>
      <w:r>
        <w:t>وہ فیلنگ سے خالی ہوگا۔ وہ تو ایک پروگرام کے تحت جو ہے اپنی ایکٹیویٹیز انجام دے</w:t>
      </w:r>
    </w:p>
    <w:p>
      <w:r>
        <w:rPr>
          <w:b/>
        </w:rPr>
        <w:t xml:space="preserve">[18:35] </w:t>
      </w:r>
      <w:r>
        <w:t>ga. to goya ke jo hai, is ko bhi aap keh sakte hain ke yeh to wahi hai jo meri real wife hai. lekin woh real wife ke andar jo emotions paye jate hain, woh is AI ya servicing bot mein jo hai, aap ne nahi mil sakte.</w:t>
      </w:r>
    </w:p>
    <w:p>
      <w:pPr>
        <w:jc w:val="right"/>
      </w:pPr>
      <w:r>
        <w:t>گا۔ تو گویا کہ جو ہے، اس کو بھی آپ کہہ سکتے ہیں کہ یہ تو وہی ہے جو میری ریئل وائف ہے۔ لیکن وہ ریئل وائف کے اندر جو ایموشنز پائے جاتے ہیں، وہ اس اے آئی یا سروسنگ بوٹ میں جو ہے، آپ نے نہیں مل سکتے۔</w:t>
      </w:r>
    </w:p>
    <w:p>
      <w:r>
        <w:rPr>
          <w:b/>
        </w:rPr>
        <w:t xml:space="preserve">[18:55] </w:t>
      </w:r>
      <w:r>
        <w:t>aap ko yahi farq jo hai, woh "Al-Din Al-Thunai" kitab ke andar bataya gaya tha.</w:t>
      </w:r>
    </w:p>
    <w:p>
      <w:pPr>
        <w:jc w:val="right"/>
      </w:pPr>
      <w:r>
        <w:t>آپ کو یہی فرق جو ہے، وہ "الدین الثنائی" کتاب کے اندر بتایا گیا تھا۔</w:t>
      </w:r>
    </w:p>
    <w:p>
      <w:r>
        <w:rPr>
          <w:b/>
        </w:rPr>
        <w:t xml:space="preserve">[19:00] </w:t>
      </w:r>
      <w:r>
        <w:t>purani misalein dete hue ke samjhiye jangl mein ek real sher hai aur ghar mein aap ne jo hai, sher ka ek yeh bana liya dhancha aur us ke andar stuff bhar diya aur apne drawing room mein rakh diya.</w:t>
      </w:r>
    </w:p>
    <w:p>
      <w:pPr>
        <w:jc w:val="right"/>
      </w:pPr>
      <w:r>
        <w:t>پرانی مثالیں دیتے ہوئے کہ سمجھیے جنگل میں ایک ریئل شیر ہے اور گھر میں آپ نے جو ہے، شیر کا ایک یہ بنا لیا ڈھانچہ اور اس کے اندر اسٹف بھر دیا اور اپنے ڈرائنگ روم میں رکھ دیا۔</w:t>
      </w:r>
    </w:p>
    <w:p>
      <w:r>
        <w:rPr>
          <w:b/>
        </w:rPr>
        <w:t xml:space="preserve">[19:13] </w:t>
      </w:r>
      <w:r>
        <w:t>to jangl ke sher aur aap ke drawing room mein rakhe hue woh, kya kehte hain, doll sher ki jo doll hai, us mein jo farq hai, wahi jo hai in logon mein aur hum mein paida ho gaya hai.</w:t>
      </w:r>
    </w:p>
    <w:p>
      <w:pPr>
        <w:jc w:val="right"/>
      </w:pPr>
      <w:r>
        <w:t>تو جنگل کے شیر اور آپ کے ڈرائنگ روم میں رکھے ہوئے وہ، کیا کہتے ہیں، ڈول شیر کی جو ڈول ہے، اس میں جو فرق ہے، وہی جو ہے ان لوگوں میں اور ہم میں پیدا ہوگیا ہے۔</w:t>
      </w:r>
    </w:p>
    <w:p>
      <w:r>
        <w:rPr>
          <w:b/>
        </w:rPr>
        <w:t xml:space="preserve">[19:25] </w:t>
      </w:r>
      <w:r>
        <w:t>hmm, door awal ke logon mein aur hum logon mein</w:t>
      </w:r>
    </w:p>
    <w:p>
      <w:pPr>
        <w:jc w:val="right"/>
      </w:pPr>
      <w:r>
        <w:t>ہمم، دور اول کے لوگوں میں اور ہم لوگوں میں</w:t>
      </w:r>
    </w:p>
    <w:p>
      <w:r>
        <w:rPr>
          <w:b/>
        </w:rPr>
        <w:t xml:space="preserve">[19:29] </w:t>
      </w:r>
      <w:r>
        <w:t>to farq ki wajah yeh hai ke hum talaffuz kalma ki satah par jo hai Islam ko paaye hain. Pushtaini Musalman hone ki wajah se hamari paidaish hui Musalman ghar mein.</w:t>
      </w:r>
    </w:p>
    <w:p>
      <w:pPr>
        <w:jc w:val="right"/>
      </w:pPr>
      <w:r>
        <w:t>تو فرق کی وجہ یہ ہے کہ ہم تلفظ کلمہ کی سطح پر جو ہے اسلام کو پائے ہیں۔ پشتینی مسلمان ہونے کی وجہ سے ہماری پیدائش ہوئی مسلمان گھر میں۔</w:t>
      </w:r>
    </w:p>
    <w:p>
      <w:r>
        <w:rPr>
          <w:b/>
        </w:rPr>
        <w:t xml:space="preserve">[19:40] </w:t>
      </w:r>
      <w:r>
        <w:t>to hum ne apne dadi aur dada aur walidain ko dekha ke woh namaz parhte hain to hum ne bhi namaz seekh li. Unhon ne humein jo hai paanch kalme sikhaye maktab mein masjid ke to woh hum ne seekh liye.</w:t>
      </w:r>
    </w:p>
    <w:p>
      <w:pPr>
        <w:jc w:val="right"/>
      </w:pPr>
      <w:r>
        <w:t>تو ہم نے اپنے دادی اور دادا اور والدین کو دیکھا کہ وہ نماز پڑھتے ہیں تو ہم نے بھی نماز سیکھ لی۔ انہوں نے ہمیں جو ہے پانچ کلمے سکھائے مکتب میں مسجد کے تو وہ ہم نے سیکھ لیے۔</w:t>
      </w:r>
    </w:p>
    <w:p>
      <w:r>
        <w:rPr>
          <w:b/>
        </w:rPr>
        <w:t xml:space="preserve">[19:55] </w:t>
      </w:r>
      <w:r>
        <w:t>to is tarah jo hai Arabic wording ki satah par to Islam hum tak pahuncha lekin jis experience ki satah par Islam door awal ke logon ko mila tha, us satah par hum nahi hasil kar paaye.</w:t>
      </w:r>
    </w:p>
    <w:p>
      <w:pPr>
        <w:jc w:val="right"/>
      </w:pPr>
      <w:r>
        <w:t>تو اس طرح جو ہے عربک ورڈنگ کی سطح پر تو اسلام ہم تک پہنچا لیکن جس ایکسپیرینس کی سطح پر اسلام دور اول کے لوگوں کو ملا تھا، اس سطح پر ہم نہیں حاصل کر پائے۔</w:t>
      </w:r>
    </w:p>
    <w:p>
      <w:r>
        <w:rPr>
          <w:b/>
        </w:rPr>
        <w:t xml:space="preserve">[20:09] </w:t>
      </w:r>
      <w:r>
        <w:t>kyun ke hum jo hai, un ki ek continuation hai. Accha, sirf ek nasli continuation hai na ke koi real tajrube ki satah par hum ne is ko paya hai.</w:t>
      </w:r>
    </w:p>
    <w:p>
      <w:pPr>
        <w:jc w:val="right"/>
      </w:pPr>
      <w:r>
        <w:t>کیونکہ ہم جو ہے، ان کی ایک کنٹینیویشن ہے۔ اچھا، صرف ایک نسلی کنٹینیویشن ہے نہ کہ کوئی ریئل تجربے کی سطح پر ہم نے اس کو پایا ہے۔</w:t>
      </w:r>
    </w:p>
    <w:p>
      <w:r>
        <w:rPr>
          <w:b/>
        </w:rPr>
        <w:t xml:space="preserve">[20:21] </w:t>
      </w:r>
      <w:r>
        <w:t>jaise Bukhari mein h</w:t>
      </w:r>
    </w:p>
    <w:p>
      <w:pPr>
        <w:jc w:val="right"/>
      </w:pPr>
      <w:r>
        <w:t>جیسے بخاری میں ہ</w:t>
      </w:r>
    </w:p>
    <w:p>
      <w:r>
        <w:rPr>
          <w:b/>
        </w:rPr>
        <w:t xml:space="preserve">[20:22] </w:t>
      </w:r>
      <w:r>
        <w:t>m padhenge, Maulana Inayat Sahab, hum ne Bukhari ka ek martaba ijtamai mutala kiya tha. To is mein ek, un logon ne Islam ko kis tarah paya tha, is ko aap dekh sakte hain.</w:t>
      </w:r>
    </w:p>
    <w:p>
      <w:pPr>
        <w:jc w:val="right"/>
      </w:pPr>
      <w:r>
        <w:t>م پڑھیں گے، مولانا عنایت صاحب، ہم نے بخاری کا ایک مرتبہ اجتماعی مطالعہ کیا تھا۔ تو اس میں ایک، ان لوگوں نے اسلام کو کس طرح پایا تھا، اس کو آپ دیکھ سکتے ہیں۔</w:t>
      </w:r>
    </w:p>
    <w:p>
      <w:r>
        <w:rPr>
          <w:b/>
        </w:rPr>
        <w:t xml:space="preserve">[20:33] </w:t>
      </w:r>
      <w:r>
        <w:t>ek Sahabi the, Jubair bin Mutim, Bukhari mein un ki riwayat hai. Jubair bin Mutim, jahan tak mujhe naam yaad aa raha hai.</w:t>
      </w:r>
    </w:p>
    <w:p>
      <w:pPr>
        <w:jc w:val="right"/>
      </w:pPr>
      <w:r>
        <w:t>ایک صحابی تھے، جبیر بن مطعم، بخاری میں ان کی روایت ہے۔ جبیر بن مطعم، جہاں تک مجھے نام یاد آ رہا ہے۔</w:t>
      </w:r>
    </w:p>
    <w:p>
      <w:r>
        <w:rPr>
          <w:b/>
        </w:rPr>
        <w:t xml:space="preserve">[20:42] </w:t>
      </w:r>
      <w:r>
        <w:t>to woh kehte hain ke mujhe Islam ki sachai par koi yaqeen nahi tha. Main bhi aise hi but parast tha. Rasool Allah ki baatein mujh tak pahunchti thin to mujhe yaqeen nahi aata tha.</w:t>
      </w:r>
    </w:p>
    <w:p>
      <w:pPr>
        <w:jc w:val="right"/>
      </w:pPr>
      <w:r>
        <w:t>تو وہ کہتے ہیں کہ مجھے اسلام کی سچائی پر کوئی یقین نہیں تھا۔ میں بھی ایسے ہی بت پرست تھا۔ رسول اللہ کی باتیں مجھ تک پہنچتی تھیں تو مجھے یقین نہیں آتا تھا۔</w:t>
      </w:r>
    </w:p>
    <w:p>
      <w:r>
        <w:rPr>
          <w:b/>
        </w:rPr>
        <w:t xml:space="preserve">[20:51] </w:t>
      </w:r>
      <w:r>
        <w:t>ek din maine Rasool Allah ko jo hai, Surah Toor ya waqia, woh check kar sakte hain, woh parhte hue suna.</w:t>
      </w:r>
    </w:p>
    <w:p>
      <w:pPr>
        <w:jc w:val="right"/>
      </w:pPr>
      <w:r>
        <w:t>ایک دن میں نے رسول اللہ کو جو ہے، سورہ طور یا واقعہ، وہ چیک کر سکتے ہیں، وہ پڑھتے ہوئے سنا۔</w:t>
      </w:r>
    </w:p>
    <w:p>
      <w:r>
        <w:rPr>
          <w:b/>
        </w:rPr>
        <w:t xml:space="preserve">[20:59] </w:t>
      </w:r>
      <w:r>
        <w:t>to woh kehte hain ke jo hai, main jab sun raha tha to mera mind thoda address ho raha tha. Lekin jo hai, jab Rasool Allah tilawat karte hue is ayat par pahunche, أَمْ خُلِقُوا مِنْ غَيْرِ شَيْءٍ أَمْ هُمُ الْخَالِقُونَۖ أَمْ خَلَقُوا السَّمٰوَاتِ وَالْأَرْضَ بَلَّا يُوقِنُونَ to woh apna statement</w:t>
      </w:r>
    </w:p>
    <w:p>
      <w:pPr>
        <w:jc w:val="right"/>
      </w:pPr>
      <w:r>
        <w:t>تو وہ کہتے ہیں کہ جو ہے، میں جب سن رہا تھا تو میرا مائنڈ تھوڑا ایڈریس ہو رہا تھا۔ لیکن جو ہے، جب رسول اللہ تلاوت کرتے ہوئے اس آیت پر پہنچے، أَمْ خُلِقُوا مِنْ غَيْرِ شَيْءٍ أَمْ هُمُ الْخَالِقُونَۖ أَمْ خَلَقُوا السَّمٰوَاتِ وَالْأَرْضَ بَلَّا يُوقِنُونَ تو وہ اپنا سٹیٹمنٹ</w:t>
      </w:r>
    </w:p>
    <w:p>
      <w:r>
        <w:rPr>
          <w:b/>
        </w:rPr>
        <w:t xml:space="preserve">[21:19] </w:t>
      </w:r>
      <w:r>
        <w:t>wohan par dete hain, قَادَ قَلْبِي أَنْ يَطِيرَ mera kaleja munh ko aa gaya. Hmm, to kaleja munh ko aane ki satah par jis ko Islam milta hai, woh marifat kalma, marifat kalme wala iman hota hai.</w:t>
      </w:r>
    </w:p>
    <w:p>
      <w:pPr>
        <w:jc w:val="right"/>
      </w:pPr>
      <w:r>
        <w:t>وہاں پر دیتے ہیں، قَادَ قَلْبِي أَنْ يَطِيرَ میرا کلیجہ منہ کو آ گیا۔ ہمم، تو کلیجہ منہ کو آنے کی سطح پر جس کو اسلام ملتا ہے، وہ معرفت کلمہ، معرفت کلمے والا ایمان ہوتا ہے۔</w:t>
      </w:r>
    </w:p>
    <w:p>
      <w:r>
        <w:rPr>
          <w:b/>
        </w:rPr>
        <w:t xml:space="preserve">[21:34] </w:t>
      </w:r>
      <w:r>
        <w:t>ji, aur hum logon ne jo iman hasil kiya hai, woh Deen al-Thunai wala hai. Ya jo hai, hamara woh jo woman boot hai, lady boot hai jo hamari khidmat karta hai, jis mein koi feeling hi nahi hai.</w:t>
      </w:r>
    </w:p>
    <w:p>
      <w:pPr>
        <w:jc w:val="right"/>
      </w:pPr>
      <w:r>
        <w:t>جی، اور ہم لوگوں نے جو ایمان حاصل کیا ہے، وہ الدین الثنائی والا ہے۔ یا جو ہے، ہمارا وہ جو وومن بوٹ ہے، لیڈی بوٹ ہے جو ہماری خدمت کرتا ہے، جس میں کوئی فیلنگ ہی نہیں ہے۔</w:t>
      </w:r>
    </w:p>
    <w:p>
      <w:r>
        <w:rPr>
          <w:b/>
        </w:rPr>
        <w:t xml:space="preserve">[21:48] </w:t>
      </w:r>
      <w:r>
        <w:t>is ko aisa koi tajruba nahi hai ke is ne kisi se emotion ki satah par ta'alluq paida kiya ho. Kyun ke woh to ek technical version hai, technology ka.</w:t>
      </w:r>
    </w:p>
    <w:p>
      <w:pPr>
        <w:jc w:val="right"/>
      </w:pPr>
      <w:r>
        <w:t>اس کو ایسا کوئی تجربہ نہیں ہے کہ اس نے کسی سے ایموشن کی سطح پر تعلق پیدا کیا ہو۔ کیونکہ وہ تو ایک ٹیکنیکل ورژن ہے، ٹیکنالوجی کا۔</w:t>
      </w:r>
    </w:p>
    <w:p>
      <w:r>
        <w:rPr>
          <w:b/>
        </w:rPr>
        <w:t xml:space="preserve">[21:58] </w:t>
      </w:r>
      <w:r>
        <w:t>to Jubair bin Mutim ko jo tajruba hua aur unhon ne kaha ke قَادَ قَلْبِي أَنْ يَطِيرَ is ka Urdu mein muhawarti hai, shayad tarjuma yeh hoga, is ayat ko sun kar mera kaleja munh ko aa gaya.</w:t>
      </w:r>
    </w:p>
    <w:p>
      <w:pPr>
        <w:jc w:val="right"/>
      </w:pPr>
      <w:r>
        <w:t>تو جبیر بن مطعم کو جو تجربہ ہوا اور انہوں نے کہا کہ قَادَ قَلْبِي أَنْ يَطِيرَ اس کا اردو میں محاوراتی ہے، شاید ترجمہ یہ ہوگا، اس آیت کو سن کر میرا کلیجہ منہ کو آ گیا۔</w:t>
      </w:r>
    </w:p>
    <w:p>
      <w:r>
        <w:rPr>
          <w:b/>
        </w:rPr>
        <w:t xml:space="preserve">[22:12] </w:t>
      </w:r>
      <w:r>
        <w:t>aur main jo hai, bust ho gaya. Hmm,</w:t>
      </w:r>
    </w:p>
    <w:p>
      <w:pPr>
        <w:jc w:val="right"/>
      </w:pPr>
      <w:r>
        <w:t>اور میں جو ہے، بسٹ ہو گیا۔ ہمم،</w:t>
      </w:r>
    </w:p>
    <w:p>
      <w:r>
        <w:rPr>
          <w:b/>
        </w:rPr>
        <w:t xml:space="preserve">[22:15] </w:t>
      </w:r>
      <w:r>
        <w:t>jaise woh kisi ayat ke andar kaha gaya Quran ki ke baaz patthar to aise hain ke woh Khuda ke khauf se pani nikalta hai. Aur baaz to aise hain ke jo hai, woh bust ho jate hain.</w:t>
      </w:r>
    </w:p>
    <w:p>
      <w:pPr>
        <w:jc w:val="right"/>
      </w:pPr>
      <w:r>
        <w:t>جیسے وہ کسی آیت کے اندر کہا گیا قرآن کی کہ بعض پتھر تو ایسے ہیں کہ وہ خدا کے خوف سے پانی نکلتا ہے۔ اور بعض تو ایسے ہیں کہ جو ہے، وہ بسٹ ہو جاتے ہیں۔</w:t>
      </w:r>
    </w:p>
    <w:p>
      <w:r>
        <w:rPr>
          <w:b/>
        </w:rPr>
        <w:t xml:space="preserve">[22:24] </w:t>
      </w:r>
      <w:r>
        <w:t>to goya ke Mutim bin Jubair yahan bust ho gaye. Lekin yeh jo hamara jo ek billion se zyada wali jo community hai, anhboh kaseer, is ko is tarah koi tajruba jo hai, bator anhboh ke, is ko hasil nahi hai.</w:t>
      </w:r>
    </w:p>
    <w:p>
      <w:pPr>
        <w:jc w:val="right"/>
      </w:pPr>
      <w:r>
        <w:t>تو گویا کہ مطعم بن جبیر یہاں بسٹ ہو گئے۔ لیکن یہ جو ہمارا جو ایک بلین سے زیادہ والی جو کمیونٹی ہے، انبوہ کثیر، اس کو اس طرح کوئی تجربہ جو ہے، بطور انبوہ کے، اس کو حاصل نہیں ہے۔</w:t>
      </w:r>
    </w:p>
    <w:p>
      <w:r>
        <w:rPr>
          <w:b/>
        </w:rPr>
        <w:t xml:space="preserve">[22:38] </w:t>
      </w:r>
      <w:r>
        <w:t>ho sakta afraad is ke andar hon, jaise aap ne Maulana Wahiduddin Khan Sahab ka zikr kiya. Aur bhi Khuda ke bande aise ho sakte hain. Lekin ab jo Musalmanon mein jo log hain, woh to talaffuz kalma ki satah par hi Islam ko jante hain aur Quran ko jo hai, tajweed ki satah par woh pa</w:t>
      </w:r>
    </w:p>
    <w:p>
      <w:pPr>
        <w:jc w:val="right"/>
      </w:pPr>
      <w:r>
        <w:t>ہو سکتا افراد اس کے اندر ہوں، جیسے آپ نے مولانا وحید الدین خان صاحب کا ذکر کیا۔ اور بھی خدا کے بندے ایسے ہو سکتے ہیں۔ لیکن اب جو مسلمانوں میں جو لوگ ہیں، وہ تو تلفظ کلمہ کی سطح پر ہی اسلام کو جانتے ہیں اور قرآن کو جو ہے، تجوید کی سطح پر وہ پ</w:t>
      </w:r>
    </w:p>
    <w:p>
      <w:r>
        <w:rPr>
          <w:b/>
        </w:rPr>
        <w:t xml:space="preserve">[22:53] </w:t>
      </w:r>
      <w:r>
        <w:t>rhate hain. Ke huroof halqi kya hote hain, huroof ghunnah kya hote hain, ikhfa aur idgham kya hota hai. Yeh to jo hai, hamare community mein bohat dhoom hai.</w:t>
      </w:r>
    </w:p>
    <w:p>
      <w:pPr>
        <w:jc w:val="right"/>
      </w:pPr>
      <w:r>
        <w:t>ڑھتے ہیں۔ کہ حروف حلقی کیا ہوتے ہیں، حروف غنہ کیا ہوتے ہیں، اخفاء اور ادغام کیا ہوتا ہے۔ یہ تو جو ہے، ہمارے کمیونٹی میں بہت دھوم ہے۔</w:t>
      </w:r>
    </w:p>
    <w:p>
      <w:r>
        <w:rPr>
          <w:b/>
        </w:rPr>
        <w:t xml:space="preserve">[23:03] </w:t>
      </w:r>
      <w:r>
        <w:t>lekin Jubair bin Mutim wala tajruba, woh to jo hai, ek rare zahira hai maujooda logon mein.</w:t>
      </w:r>
    </w:p>
    <w:p>
      <w:pPr>
        <w:jc w:val="right"/>
      </w:pPr>
      <w:r>
        <w:t>لیکن جبیر بن مطعم والا تجربہ، وہ تو جو ہے، ایک ریئر ظاہرہ ہے موجودہ لوگوں میں۔</w:t>
      </w:r>
    </w:p>
    <w:p>
      <w:r>
        <w:rPr>
          <w:b/>
        </w:rPr>
        <w:t xml:space="preserve">[23:11] </w:t>
      </w:r>
      <w:r>
        <w:t>ji, to shayad jo hai, is se hum is masle ko samajh sakte hain ke talaffuz kalma aur marifat kalma ka kya farq hai.</w:t>
      </w:r>
    </w:p>
    <w:p>
      <w:pPr>
        <w:jc w:val="right"/>
      </w:pPr>
      <w:r>
        <w:t>جی، تو شاید جو ہے، اس سے ہم اس مسئلے کو سمجھ سکتے ہیں کہ تلفظ کلمہ اور معرفت کلمہ کا کیا فرق ہے۔</w:t>
      </w:r>
    </w:p>
    <w:p>
      <w:r>
        <w:rPr>
          <w:b/>
        </w:rPr>
        <w:t xml:space="preserve">[23:21] </w:t>
      </w:r>
      <w:r>
        <w:t>ji,</w:t>
      </w:r>
    </w:p>
    <w:p>
      <w:pPr>
        <w:jc w:val="right"/>
      </w:pPr>
      <w:r>
        <w:t>جی،</w:t>
      </w:r>
    </w:p>
    <w:p>
      <w:r>
        <w:rPr>
          <w:b/>
        </w:rPr>
        <w:t xml:space="preserve">[23:22] </w:t>
      </w:r>
      <w:r>
        <w:t>bohat accha aap ne is ko wazeh kiya ke talaffuz kalma aur marifat kalma.</w:t>
      </w:r>
    </w:p>
    <w:p>
      <w:pPr>
        <w:jc w:val="right"/>
      </w:pPr>
      <w:r>
        <w:t>بہت اچھا آپ نے اس کو واضح کیا کہ تلفظ کلمہ اور معرفت کلمہ۔</w:t>
      </w:r>
    </w:p>
    <w:p>
      <w:r>
        <w:rPr>
          <w:b/>
        </w:rPr>
        <w:t xml:space="preserve">[23:32] </w:t>
      </w:r>
      <w:r>
        <w:t>ek Musalman hum bhi hain, hum bhi Quran ki suratein parhte hain magar hamari yeh kaifiyat nahi hoti ke hum kahein قَادَ قَلْبِي أَنْ يَطِيرَ to is misal se maloom hota hai ke asal cheez Islam mein kya hai.</w:t>
      </w:r>
    </w:p>
    <w:p>
      <w:pPr>
        <w:jc w:val="right"/>
      </w:pPr>
      <w:r>
        <w:t>ایک مسلمان ہم بھی ہیں، ہم بھی قرآن کی سورتیں پڑھتے ہیں مگر ہماری یہ کیفیات نہیں ہوتی کہ ہم کہیں قَادَ قَلْبِي أَنْ يَطِيرَ تو اس مثال سے معلوم ہوتا ہے کہ اصل چیز اسلام میں کیا ہے۔</w:t>
      </w:r>
    </w:p>
    <w:p>
      <w:r>
        <w:rPr>
          <w:b/>
        </w:rPr>
        <w:t xml:space="preserve">[23:52] </w:t>
      </w:r>
      <w:r>
        <w:t>jise hum ko seekhna hai. jise humein koshish karna hai, jise humein fikr karna hai. bohat achha aap ne kaha. aur doosri jo misaal di aap ne, woh bhi achhi thi, woh bhi bohat achhi thi.</w:t>
      </w:r>
    </w:p>
    <w:p>
      <w:pPr>
        <w:jc w:val="right"/>
      </w:pPr>
      <w:r>
        <w:t>جسے ہم کو سیکھنا ہے۔ جس کی ہمیں کوشش کرنا ہے، جس کی ہمیں فکر کرنا ہے۔ بہت اچھا آپ نے کہا۔ اور دوسری جو مثال دی آپ نے، وہ بھی اچھی تھی، وہ بھی بہت اچھی تھی۔</w:t>
      </w:r>
    </w:p>
    <w:p>
      <w:r>
        <w:rPr>
          <w:b/>
        </w:rPr>
        <w:t xml:space="preserve">[24:05] </w:t>
      </w:r>
      <w:r>
        <w:t>yaani is baat ko samajhne ke liye ke real wife hai aur ek jo hai, dummy wife hai. to yeh dono mein jo aap ne jo farq bataya, us se hum yaani talaffuz kalma aur marifat kalma ke farq ko bohat achhi tarah samajh sakte hain.</w:t>
      </w:r>
    </w:p>
    <w:p>
      <w:pPr>
        <w:jc w:val="right"/>
      </w:pPr>
      <w:r>
        <w:t>یعنی اس بات کو سمجھنے کے لیے کہ ریئل وائف ہے اور ایک جو ہے، ڈمی وائف ہے۔ تو یہ دونوں میں جو آپ نے جو فرق بتایا، اس سے ہم یعنی تلفظ کلمہ اور معرفت کلمہ کے فرق کو بہت اچھی طرح سمجھ سکتے ہیں۔</w:t>
      </w:r>
    </w:p>
    <w:p>
      <w:r>
        <w:rPr>
          <w:b/>
        </w:rPr>
        <w:t xml:space="preserve">[24:21] </w:t>
      </w:r>
      <w:r>
        <w:t>to hum aage barhte hain is mauzu ko aur aage barhate hue. hamara teesra sawal Maulana Inayatullah Sahab Umri se hai.</w:t>
      </w:r>
    </w:p>
    <w:p>
      <w:pPr>
        <w:jc w:val="right"/>
      </w:pPr>
      <w:r>
        <w:t>تو ہم آگے بڑھتے ہیں اس موضوع کو اور آگے بڑھاتے ہوئے۔ ہمارا تیسرا سوال مولانا عنایت اللہ صاحب عمری سے ہے۔</w:t>
      </w:r>
    </w:p>
    <w:p>
      <w:r>
        <w:rPr>
          <w:b/>
        </w:rPr>
        <w:t xml:space="preserve">[24:33] </w:t>
      </w:r>
      <w:r>
        <w:t>ke husool marifat ke zarea kya hain? ji, jazak Allah khair. yeh bhi bohat bunyadi sawal hai.</w:t>
      </w:r>
    </w:p>
    <w:p>
      <w:pPr>
        <w:jc w:val="right"/>
      </w:pPr>
      <w:r>
        <w:t>کہ حصول معرفت کے ذرائع کیا ہیں؟ جی، جزاک اللہ خیر۔ یہ بھی بہت بنیادی سوال ہے۔</w:t>
      </w:r>
    </w:p>
    <w:p>
      <w:r>
        <w:rPr>
          <w:b/>
        </w:rPr>
        <w:t xml:space="preserve">[24:44] </w:t>
      </w:r>
      <w:r>
        <w:t>hmm, Allah ki marifat ke silsile mein</w:t>
      </w:r>
    </w:p>
    <w:p>
      <w:pPr>
        <w:jc w:val="right"/>
      </w:pPr>
      <w:r>
        <w:t>ہمم، اللہ کی معرفت کے سلسلے میں</w:t>
      </w:r>
    </w:p>
    <w:p>
      <w:r>
        <w:rPr>
          <w:b/>
        </w:rPr>
        <w:t xml:space="preserve">[24:49] </w:t>
      </w:r>
      <w:r>
        <w:t>. dekhiye, jaisa ke abhi hamare saathi ne bataya ke marifat kalma jo hai ya Allah ki marifat ka jo kalma hai, woh koi lip service nahi hai.</w:t>
      </w:r>
    </w:p>
    <w:p>
      <w:pPr>
        <w:jc w:val="right"/>
      </w:pPr>
      <w:r>
        <w:t>۔ دیکھیے، جیسا کہ ابھی ہمارے ساتھی نے بتایا کہ معرفت کلمہ جو ہے یا اللہ کی معرفت کا جو کلمہ ہے، وہ کوئی لپ سروس نہیں ہے۔</w:t>
      </w:r>
    </w:p>
    <w:p>
      <w:r>
        <w:rPr>
          <w:b/>
        </w:rPr>
        <w:t xml:space="preserve">[25:04] </w:t>
      </w:r>
      <w:r>
        <w:t>hmm, woh koi nasli taur par muntaqil nahi hone wali cheez hai. ji, yaani woh aap ke DNA mein nahi hota hai imaan.</w:t>
      </w:r>
    </w:p>
    <w:p>
      <w:pPr>
        <w:jc w:val="right"/>
      </w:pPr>
      <w:r>
        <w:t>ہمم، وہ کوئی نسلی طور پر منتقل نہیں ہونے والی چیز ہے۔ جی، یعنی وہ آپ کے ڈی این اے میں نہیں ہوتا ہے ایمان۔</w:t>
      </w:r>
    </w:p>
    <w:p>
      <w:r>
        <w:rPr>
          <w:b/>
        </w:rPr>
        <w:t xml:space="preserve">[25:13] </w:t>
      </w:r>
      <w:r>
        <w:t>hmm, ke aap ko muroosi taur par haasil ho jaye.</w:t>
      </w:r>
    </w:p>
    <w:p>
      <w:pPr>
        <w:jc w:val="right"/>
      </w:pPr>
      <w:r>
        <w:t>ہمم، کہ آپ کو موروثی طور پر حاصل ہو جائے۔</w:t>
      </w:r>
    </w:p>
    <w:p>
      <w:r>
        <w:rPr>
          <w:b/>
        </w:rPr>
        <w:t xml:space="preserve">[25:18] </w:t>
      </w:r>
      <w:r>
        <w:t>ji, aisi aisi nawiyat ki cheez nahi hai. hmm, balke yeh un ko haasil hoti hai jo is ki daryaft ke liye koshish karte hain.</w:t>
      </w:r>
    </w:p>
    <w:p>
      <w:pPr>
        <w:jc w:val="right"/>
      </w:pPr>
      <w:r>
        <w:t>جی، ایسی ایسی نوعیت کی چیز نہیں ہے۔ ہمم، بلکہ یہ ان کو حاصل ہوتی ہے جو اس کی دریافت کے لیے کوشش کرتے ہیں۔</w:t>
      </w:r>
    </w:p>
    <w:p>
      <w:r>
        <w:rPr>
          <w:b/>
        </w:rPr>
        <w:t xml:space="preserve">[25:27] </w:t>
      </w:r>
      <w:r>
        <w:t>achha, is ke baghair, daryaft ke baghair yeh kisi ko haasil hone wali nahi hai. aur doosri baat yeh hai ke yeh ab Allah ko pehchanne ka kya matlab hai?</w:t>
      </w:r>
    </w:p>
    <w:p>
      <w:pPr>
        <w:jc w:val="right"/>
      </w:pPr>
      <w:r>
        <w:t>اچھا، اس کے بغیر، دریافت کے بغیر یہ کسی کو حاصل ہونے والی نہیں ہے۔ اور دوسری بات یہ ہے کہ یہ اب اللہ کو پہچاننے کا کیا مطلب ہے؟</w:t>
      </w:r>
    </w:p>
    <w:p>
      <w:r>
        <w:rPr>
          <w:b/>
        </w:rPr>
        <w:t xml:space="preserve">[25:41] </w:t>
      </w:r>
      <w:r>
        <w:t>kya Allah ko dekh kar pehchan na hai? to yeh bhi impossible baat hai.</w:t>
      </w:r>
    </w:p>
    <w:p>
      <w:pPr>
        <w:jc w:val="right"/>
      </w:pPr>
      <w:r>
        <w:t>کیا اللہ کو دیکھ کر پہچاننا ہے؟ تو یہ بھی امپوسیبل بات ہے۔</w:t>
      </w:r>
    </w:p>
    <w:p>
      <w:r>
        <w:rPr>
          <w:b/>
        </w:rPr>
        <w:t xml:space="preserve">[25:48] </w:t>
      </w:r>
      <w:r>
        <w:t>is liye ke yeh jo desire hai Allah ko dekhne ki, yeh jo khwahish hai, yeh har insaan ke andar paai jaati hai ke woh khalq ko dekhe, apne Rab ko dekhe.</w:t>
      </w:r>
    </w:p>
    <w:p>
      <w:pPr>
        <w:jc w:val="right"/>
      </w:pPr>
      <w:r>
        <w:t>اس لیے کہ یہ جو ڈیزائر ہے اللہ کو دیکھنے کی، یہ جو خواہش ہے، یہ ہر انسان کے اندر پائی جاتی ہے کہ وہ خالق کو دیکھے، اپنے رب کو دیکھے۔</w:t>
      </w:r>
    </w:p>
    <w:p>
      <w:r>
        <w:rPr>
          <w:b/>
        </w:rPr>
        <w:t xml:space="preserve">[26:01] </w:t>
      </w:r>
      <w:r>
        <w:t>aur ghaliban yahi woh ehsaas hai jis ne baad mein but parasti ko janam diya. achha, ke khalq ko dekhne ki achha, khalq ko dekhne ki chahat, khalq ko dekhne ki khwahish.</w:t>
      </w:r>
    </w:p>
    <w:p>
      <w:pPr>
        <w:jc w:val="right"/>
      </w:pPr>
      <w:r>
        <w:t>اور غالباً یہی وہ احساس ہے جس نے بعد میں بت پرستی کو جنم دیا۔ اچھا، کہ خالق کو دیکھنے کی اچھا، خالق کو دیکھنے کی چاہت، خالق کو دیکھنے کی خواہش۔</w:t>
      </w:r>
    </w:p>
    <w:p>
      <w:r>
        <w:rPr>
          <w:b/>
        </w:rPr>
        <w:t xml:space="preserve">[26:15] </w:t>
      </w:r>
      <w:r>
        <w:t>ji, magar Quran mein Allah taala ne is baat ko wazeh kar diya ek paighambar ke zariye se. hmm, aisi hi khwahish Hazrat Musa ke andar bhi jaagi thi.</w:t>
      </w:r>
    </w:p>
    <w:p>
      <w:pPr>
        <w:jc w:val="right"/>
      </w:pPr>
      <w:r>
        <w:t>جی، مگر قرآن میں اللہ تعالیٰ نے اس بات کو واضح کر دیا ایک پیغمبر کے ذریعے سے۔ ہمم، ایسی ہی خواہش حضرت موسیٰ کے اندر بھی جاگی تھی۔</w:t>
      </w:r>
    </w:p>
    <w:p>
      <w:r>
        <w:rPr>
          <w:b/>
        </w:rPr>
        <w:t xml:space="preserve">[26:25] </w:t>
      </w:r>
      <w:r>
        <w:t>ji, unhone Allah se kaha tha ke RABBI ARINI ANZUR ILAIK ke a mere Rab, main aap ko dekhna chahta hoon. hmm, to Allah ne kaha ke LAN TARANI dekho, yeh to impossible sawal tum ne kar diya.</w:t>
      </w:r>
    </w:p>
    <w:p>
      <w:pPr>
        <w:jc w:val="right"/>
      </w:pPr>
      <w:r>
        <w:t>جی، انہوں نے اللہ سے کہا تھا کہ رَبِّ اَرِنِي اَنْظُرْ اِلَيْكَ کہ اے میرے رب، میں آپ کو دیکھنا چاہتا ہوں۔ ہمم، تو اللہ نے کہا کہ لَنْ تَرَانِي دیکھو، یہ تو امپوسیبل سوال تم نے کر دیا۔</w:t>
      </w:r>
    </w:p>
    <w:p>
      <w:r>
        <w:rPr>
          <w:b/>
        </w:rPr>
        <w:t xml:space="preserve">[26:39] </w:t>
      </w:r>
      <w:r>
        <w:t>yeh to hone wala nahi hai, aisa nahi ho sakta hai.</w:t>
      </w:r>
    </w:p>
    <w:p>
      <w:pPr>
        <w:jc w:val="right"/>
      </w:pPr>
      <w:r>
        <w:t>یہ تو ہونے والا نہیں ہے، ایسا نہیں ہو سکتا ہے۔</w:t>
      </w:r>
    </w:p>
    <w:p>
      <w:r>
        <w:rPr>
          <w:b/>
        </w:rPr>
        <w:t xml:space="preserve">[26:43] </w:t>
      </w:r>
      <w:r>
        <w:t>is ke baad Allah ne kaha ke tum pahaad ki taraf dekho, agar yeh apni jagah barkarar reh jaye to tum humein dekh loge.</w:t>
      </w:r>
    </w:p>
    <w:p>
      <w:pPr>
        <w:jc w:val="right"/>
      </w:pPr>
      <w:r>
        <w:t>اس کے بعد اللہ نے کہا کہ تم پہاڑ کی طرف دیکھو، اگر یہ اپنی جگہ برقرار رہ جائے تو تم ہمیں دیکھ لو گے۔</w:t>
      </w:r>
    </w:p>
    <w:p>
      <w:r>
        <w:rPr>
          <w:b/>
        </w:rPr>
        <w:t xml:space="preserve">[26:55] </w:t>
      </w:r>
      <w:r>
        <w:t>ji, to ek tajalli se woh pahaad reza reza ho gaya aur Hazrat Musa behosh ho kar gir pade. dekhiye, is ka matlab kya hai?</w:t>
      </w:r>
    </w:p>
    <w:p>
      <w:pPr>
        <w:jc w:val="right"/>
      </w:pPr>
      <w:r>
        <w:t>جی، تو ایک تجلی سے وہ پہاڑ ریزہ ریزہ ہو گیا اور حضرت موسیٰ بے ہوش ہو کر گر پڑے۔ دیکھیے، اس کا مطلب کیا ہے؟</w:t>
      </w:r>
    </w:p>
    <w:p>
      <w:r>
        <w:rPr>
          <w:b/>
        </w:rPr>
        <w:t xml:space="preserve">[27:04] </w:t>
      </w:r>
      <w:r>
        <w:t>yeh saada baat nahi hai, yeh bohat gehri baat hai. is par Maulana ne bohat achhe mazameen likhe hain, kitabein, apni kitab "Kitab ul Marifat" mein.</w:t>
      </w:r>
    </w:p>
    <w:p>
      <w:pPr>
        <w:jc w:val="right"/>
      </w:pPr>
      <w:r>
        <w:t>یہ سادہ بات نہیں ہے، یہ بہت گہری بات ہے۔ اس پر مولانا نے بہت اچھے مضامین لکھے ہیں، کتابیں، اپنی کتاب "کتاب معرفت" میں۔</w:t>
      </w:r>
    </w:p>
    <w:p>
      <w:r>
        <w:rPr>
          <w:b/>
        </w:rPr>
        <w:t xml:space="preserve">[27:14] </w:t>
      </w:r>
      <w:r>
        <w:t>Maulana ne is silsile mein bohat badi baat yeh ki</w:t>
      </w:r>
    </w:p>
    <w:p>
      <w:pPr>
        <w:jc w:val="right"/>
      </w:pPr>
      <w:r>
        <w:t>مولانا نے اس سلسلے میں بہت بڑی بات یہ کی</w:t>
      </w:r>
    </w:p>
    <w:p>
      <w:r>
        <w:rPr>
          <w:b/>
        </w:rPr>
        <w:t xml:space="preserve">[27:17] </w:t>
      </w:r>
      <w:r>
        <w:t>ke dekhiye, Allah ki marifat effects ke zariye se ho sakti hai, cause and effect. yaani aap pahaad ka ka jo reza reza hona hai, woh ek woh ek cheez hai jis ke zariye se aap pehchan sakte hain.</w:t>
      </w:r>
    </w:p>
    <w:p>
      <w:pPr>
        <w:jc w:val="right"/>
      </w:pPr>
      <w:r>
        <w:t>کہ دیکھیے، اللہ کی معرفت ایفیکٹس کے ذریعے سے ہو سکتی ہے، کاز اینڈ ایفیکٹ۔ یعنی آپ پہاڑ کا کا جو ریزہ ریزہ ہونا ہے، وہ ایک وہ ایک چیز ہے جس کے ذریعے سے آپ پہچان سکتے ہیں۔</w:t>
      </w:r>
    </w:p>
    <w:p>
      <w:r>
        <w:rPr>
          <w:b/>
        </w:rPr>
        <w:t xml:space="preserve">[27:31] </w:t>
      </w:r>
      <w:r>
        <w:t>dekhiye, jaise jo hai electron hain, un ki gardish ko koi dekh nahi sakta hai, woh invisible hai. aap microscope laga kar ke bhi dekh nahi s</w:t>
      </w:r>
    </w:p>
    <w:p>
      <w:pPr>
        <w:jc w:val="right"/>
      </w:pPr>
      <w:r>
        <w:t>دیکھیے، جیسے جو ہے الیکٹران ہیں، ان کی گردش کو کوئی دیکھ نہیں سکتا ہے، وہ انویزیبل ہے۔ آپ مائیکروسکوپ لگا کر کے بھی دیکھ نہیں س</w:t>
      </w:r>
    </w:p>
    <w:p>
      <w:r>
        <w:rPr>
          <w:b/>
        </w:rPr>
        <w:t xml:space="preserve">[27:40] </w:t>
      </w:r>
      <w:r>
        <w:t>akte hain. ji, lekin woh is ke effect se pehchan sakte hain ke wahan par jo heat generate hoti hai, woh heat bata rahi hai ke yahan par ek zabardast gardish jaari hai.</w:t>
      </w:r>
    </w:p>
    <w:p>
      <w:pPr>
        <w:jc w:val="right"/>
      </w:pPr>
      <w:r>
        <w:t>کتے ہیں۔ جی، لیکن وہ اس کے ایفیکٹ سے پہچان سکتے ہیں کہ وہاں پر جو ہیٹ جنریٹ ہوتی ہے، وہ ہیٹ بتا رہی ہے کہ یہاں پر ایک زبردست گردش جاری ہے۔</w:t>
      </w:r>
    </w:p>
    <w:p>
      <w:r>
        <w:rPr>
          <w:b/>
        </w:rPr>
        <w:t xml:space="preserve">[27:53] </w:t>
      </w:r>
      <w:r>
        <w:t>to woh heat se jo hai na maloom kiya jata hai. ji, bilkul yahi maamla Allah ki marifat ka bhi hai ke Allah ko koi dekh kar ke nahi, balke Allah taala ki nishaniyon ko, jis ko Quran mein jo hai Aayaatullah kaha gaya hai.</w:t>
      </w:r>
    </w:p>
    <w:p>
      <w:pPr>
        <w:jc w:val="right"/>
      </w:pPr>
      <w:r>
        <w:t>تو وہ ہیٹ سے جو ہے نا معلوم کیا جاتا ہے۔ جی، بالکل یہی معاملہ اللہ کی معرفت کا بھی ہے کہ اللہ کو کوئی دیکھ کر کے نہیں، بلکہ اللہ تعالیٰ کی نشانیوں کو، جس کو قرآن میں جو ہے اعلیٰ اللہ کہا گیا ہے۔</w:t>
      </w:r>
    </w:p>
    <w:p>
      <w:r>
        <w:rPr>
          <w:b/>
        </w:rPr>
        <w:t xml:space="preserve">[28:07] </w:t>
      </w:r>
      <w:r>
        <w:t>achha,</w:t>
      </w:r>
    </w:p>
    <w:p>
      <w:pPr>
        <w:jc w:val="right"/>
      </w:pPr>
      <w:r>
        <w:t>اچھا،</w:t>
      </w:r>
    </w:p>
    <w:p>
      <w:r>
        <w:rPr>
          <w:b/>
        </w:rPr>
        <w:t xml:space="preserve">[28:08] </w:t>
      </w:r>
      <w:r>
        <w:t>keh Allah taala ne poori kainat mein, poori universe mein, zarray se le kar kehkeshan tak, bari bari jo stars hain, planets hain, galaxies hain, un ko dekh kar ke pehchana ja sakta hai.</w:t>
      </w:r>
    </w:p>
    <w:p>
      <w:pPr>
        <w:jc w:val="right"/>
      </w:pPr>
      <w:r>
        <w:t>کہ اللہ تعالیٰ نے پوری کائنات میں، پوری یونیورس میں، ذرے سے لے کر کہکشاں تک، بڑی بڑی جو اسٹارز ہیں، پلینٹس ہیں، گلیکسیز ہیں، ان کو دیکھ کر کے پہچانا جا سکتا ہے۔</w:t>
      </w:r>
    </w:p>
    <w:p>
      <w:r>
        <w:rPr>
          <w:b/>
        </w:rPr>
        <w:t xml:space="preserve">[28:23] </w:t>
      </w:r>
      <w:r>
        <w:t>yahi jo hai na Allah tak aik bande ko pohncha sakte hain. Lekin is ke liye aik aur marhala is se pehle zaroori hai, woh yeh hai ke banda wahi ke zariye se Allah taala ke baray mein jaan le,</w:t>
      </w:r>
    </w:p>
    <w:p>
      <w:pPr>
        <w:jc w:val="right"/>
      </w:pPr>
      <w:r>
        <w:t>یہی جو ہے نا اللہ تک ایک بندے کو پہنچا سکتے ہیں۔ لیکن اس کے لیے ایک اور مرحلہ اس سے پہلے ضروری ہے، وہ یہ ہے کہ بندہ وحی کے ذریعے سے اللہ تعالیٰ کے بارے میں جان لے،</w:t>
      </w:r>
    </w:p>
    <w:p>
      <w:r>
        <w:rPr>
          <w:b/>
        </w:rPr>
        <w:t xml:space="preserve">[28:38] </w:t>
      </w:r>
      <w:r>
        <w:t>Allah ke wajood ko tasleem karay. Hmm, is ke baad jab Allah ki azmat ko woh samajhna chahta hai, hmm, to sab se bara zariya jo hai, yeh poori ki poori hamare charon taraf phailai hui jo kainat, phaili hui jo kainat hai, woh sab se bara zariya hai.</w:t>
      </w:r>
    </w:p>
    <w:p>
      <w:pPr>
        <w:jc w:val="right"/>
      </w:pPr>
      <w:r>
        <w:t>اللہ کے وجود کو تسلیم کرے۔ ہمم، اس کے بعد جب اللہ کی عظمت کو وہ سمجھنا چاہتا ہے، ہمم، تو سب سے بڑا ذریعہ جو ہے، یہ پوری کی پوری ہمارے چاروں طرف پھیلائی ہوئی جو کائنات، پھیلی ہوئی جو کائنات ہے، وہ سب سے بڑا ذریعہ ہے۔</w:t>
      </w:r>
    </w:p>
    <w:p>
      <w:r>
        <w:rPr>
          <w:b/>
        </w:rPr>
        <w:t xml:space="preserve">[28:54] </w:t>
      </w:r>
      <w:r>
        <w:t>ji, dekhiye, insan ko rehne ke liye yeh pachis hazar mile ka jo hamara jo planet Earth hai, yeh kafi tha. Magar itni azeem kainat Khuda ne kyun banai?</w:t>
      </w:r>
    </w:p>
    <w:p>
      <w:pPr>
        <w:jc w:val="right"/>
      </w:pPr>
      <w:r>
        <w:t>جی، دیکھیے، انسان کو رہنے کے لیے یہ پچیس ہزار میل کا جو ہمارا جو پلینٹ ارتھ ہے، یہ کافی تھا۔ مگر اتنی عظیم کائنات خدا نے کیوں بنائی؟</w:t>
      </w:r>
    </w:p>
    <w:p>
      <w:r>
        <w:rPr>
          <w:b/>
        </w:rPr>
        <w:t xml:space="preserve">[29:04] </w:t>
      </w:r>
      <w:r>
        <w:t>hmm</w:t>
      </w:r>
    </w:p>
    <w:p>
      <w:pPr>
        <w:jc w:val="right"/>
      </w:pPr>
      <w:r>
        <w:t>ہمم</w:t>
      </w:r>
    </w:p>
    <w:p>
      <w:r>
        <w:rPr>
          <w:b/>
        </w:rPr>
        <w:t xml:space="preserve">[29:05] </w:t>
      </w:r>
      <w:r>
        <w:t>yeh asal mein marifat ke liye Khuda ne banai. Yeh poori universe jo hai na marifat ka canvas hai. Hmm, jis ke zariye se hum Allah ki azmat ka, Allah ki qudrat ka mushahida kar sakte hain.</w:t>
      </w:r>
    </w:p>
    <w:p>
      <w:pPr>
        <w:jc w:val="right"/>
      </w:pPr>
      <w:r>
        <w:t>، یہ اصل میں معرفت کے لیے خدا نے بنائی۔ یہ پوری یونیورس جو ہے نا معرفت کا کینوس ہے۔ ہمم، جس کے ذریعے سے ہم اللہ کی عظمت کا، اللہ کی قدرت کا مشاہدہ کر سکتے ہیں۔</w:t>
      </w:r>
    </w:p>
    <w:p>
      <w:r>
        <w:rPr>
          <w:b/>
        </w:rPr>
        <w:t xml:space="preserve">[29:18] </w:t>
      </w:r>
      <w:r>
        <w:t>ji, dekhiye, Quran mein hum jab parhte hain Allah ke baray mein to yeh Khuda ka aik description hai. Hmm, ke Khuda apne baray mein batata hai.</w:t>
      </w:r>
    </w:p>
    <w:p>
      <w:pPr>
        <w:jc w:val="right"/>
      </w:pPr>
      <w:r>
        <w:t>جی، دیکھیے، قرآن میں ہم جب پڑھتے ہیں اللہ کے بارے میں تو یہ خدا کا ایک ڈسکرپشن ہے۔ ہمم، کہ خدا اپنے بارے میں بتاتا ہے۔</w:t>
      </w:r>
    </w:p>
    <w:p>
      <w:r>
        <w:rPr>
          <w:b/>
        </w:rPr>
        <w:t xml:space="preserve">[29:28] </w:t>
      </w:r>
      <w:r>
        <w:t>magar jab hum kainat ko dete hain, dekhte hain, hmm, to Khuda apni qudraton ka ko kainat mein demonstrate karta hai.</w:t>
      </w:r>
    </w:p>
    <w:p>
      <w:pPr>
        <w:jc w:val="right"/>
      </w:pPr>
      <w:r>
        <w:t>مگر جب ہم کائنات کو دیتے ہیں، دیکھتے ہیں، ہمم، تو خدا اپنی قدرتوں کا کو کائنات میں ڈیمونسٹریٹ کرتا ہے۔</w:t>
      </w:r>
    </w:p>
    <w:p>
      <w:r>
        <w:rPr>
          <w:b/>
        </w:rPr>
        <w:t xml:space="preserve">[29:38] </w:t>
      </w:r>
      <w:r>
        <w:t>ji, is liye Quran mein jo hai bataya gaya ke Allah taala marifat ka canvas insan ke samne aisa barhanay walay hain.</w:t>
      </w:r>
    </w:p>
    <w:p>
      <w:pPr>
        <w:jc w:val="right"/>
      </w:pPr>
      <w:r>
        <w:t>جی، اس لیے قرآن میں جو ہے بتایا گیا کہ اللہ تعالیٰ معرفت کا کینوس انسان کے سامنے ایسا بڑھانے والے ہیں۔</w:t>
      </w:r>
    </w:p>
    <w:p>
      <w:r>
        <w:rPr>
          <w:b/>
        </w:rPr>
        <w:t xml:space="preserve">[29:47] </w:t>
      </w:r>
      <w:r>
        <w:t>aage jab naya daur aye ga, scientific daur, is se pehle chounke nature subject of worship ban chuka tha, log us ko ibadat karte thay nature ki, is liye woh Khuda tak nahi pohanch sakay.</w:t>
      </w:r>
    </w:p>
    <w:p>
      <w:pPr>
        <w:jc w:val="right"/>
      </w:pPr>
      <w:r>
        <w:t>آگے جب نیا دور آئے گا، سائنٹیفک دور، اس سے پہلے چونکہ نیچر سبجیکٹ آف ورشپ بن چکا تھا، لوگ اس کو عبادت کرتے تھے نیچر کی، اس لیے وہ خدا تک نہیں پہنچ سکے۔</w:t>
      </w:r>
    </w:p>
    <w:p>
      <w:r>
        <w:rPr>
          <w:b/>
        </w:rPr>
        <w:t xml:space="preserve">[30:03] </w:t>
      </w:r>
      <w:r>
        <w:t>woh samajh bethe ke chand aik Khuda hai, suraj aik Khuda hai, aur daryaon ki ibadatein, nadiyon ki, aur phir janwaron ki, yeh sab mamla shuru ho chuka tha.</w:t>
      </w:r>
    </w:p>
    <w:p>
      <w:pPr>
        <w:jc w:val="right"/>
      </w:pPr>
      <w:r>
        <w:t>وہ سمجھ بیٹھے کہ چاند ایک خدا ہے، سورج ایک خدا ہے، اور دریاؤں کی عبادتیں، ندیوں کی، اور پھر جانوروں کی، یہ سب معاملہ شروع ہو چکا تھا۔</w:t>
      </w:r>
    </w:p>
    <w:p>
      <w:r>
        <w:rPr>
          <w:b/>
        </w:rPr>
        <w:t xml:space="preserve">[30:16] </w:t>
      </w:r>
      <w:r>
        <w:t>to wahan tak insan nahi pohanch pa raha tha. Hmm, magar Allah taala ne bataya ke yeh daur khatam hoga,</w:t>
      </w:r>
    </w:p>
    <w:p>
      <w:pPr>
        <w:jc w:val="right"/>
      </w:pPr>
      <w:r>
        <w:t>تو وہاں تک انسان نہیں پہنچ پا رہا تھا۔ ہمم، مگر اللہ تعالیٰ نے بتایا کہ یہ دور ختم ہوگا،</w:t>
      </w:r>
    </w:p>
    <w:p>
      <w:r>
        <w:rPr>
          <w:b/>
        </w:rPr>
        <w:t xml:space="preserve">[30:23] </w:t>
      </w:r>
      <w:r>
        <w:t>aik naya daur shuru hoga, jabke insan jo hai kainat ki study shuru kare ga. Hmm, is ke baad Allah ne kaha hai ke sanurihim ayatina fil afaqi wa fi anfusihim ke Allah afaq aur anfus mein itni nishaniyan apni khol denge ke aik insan aik cell ki study karay.</w:t>
      </w:r>
    </w:p>
    <w:p>
      <w:pPr>
        <w:jc w:val="right"/>
      </w:pPr>
      <w:r>
        <w:t>ایک نیا دور شروع ہوگا، جبکہ انسان جو ہے کائنات کی سٹڈی شروع کرے گا۔ ہمم، اس کے بعد اللہ نے کہا ہے کہ سَنُرِيهِ مَايَاتِنَا فِي الْآفَاقِ وَفِي أَنْفُسِهِمْ کہ اللہ آفاق اور انفس میں اتنی نشانیاں اپنی کھول دیں گے کہ ایک انسان ایک سیل کی سٹڈی کرے۔</w:t>
      </w:r>
    </w:p>
    <w:p>
      <w:r>
        <w:rPr>
          <w:b/>
        </w:rPr>
        <w:t xml:space="preserve">[30:41] </w:t>
      </w:r>
      <w:r>
        <w:t>dekhein, human cell ki agar study karein, human cell bilkul different hai. Ji,</w:t>
      </w:r>
    </w:p>
    <w:p>
      <w:pPr>
        <w:jc w:val="right"/>
      </w:pPr>
      <w:r>
        <w:t>دیکھیں، ہیومن سیل کی اگر سٹڈی کریں، ہیومن سیل بالکل ڈفرنٹ ہے۔ جی،</w:t>
      </w:r>
    </w:p>
    <w:p>
      <w:r>
        <w:rPr>
          <w:b/>
        </w:rPr>
        <w:t xml:space="preserve">[30:45] </w:t>
      </w:r>
      <w:r>
        <w:t>animal cell dekhein, woh is se bhi bilkul alag hai. Hmm, aur agar aap plant cell ko dekhein to woh bilkul uska jo structure hai, woh bilkul different hai.</w:t>
      </w:r>
    </w:p>
    <w:p>
      <w:pPr>
        <w:jc w:val="right"/>
      </w:pPr>
      <w:r>
        <w:t>اینیمل سیل دیکھیں، وہ اس سے بھی بالکل الگ ہے۔ ہمم، اور اگر آپ پلانٹ سیل کو دیکھیں تو وہ بالکل اس کا جو اسٹرکچر ہے، وہ بالکل ڈفرنٹ ہے۔</w:t>
      </w:r>
    </w:p>
    <w:p>
      <w:r>
        <w:rPr>
          <w:b/>
        </w:rPr>
        <w:t xml:space="preserve">[30:54] </w:t>
      </w:r>
      <w:r>
        <w:t>hmm, yeh kaisi ajeeb baat hai ke cell, cell se insan bhi bana hai, cell se plants bhi bane hain, aur animal bhi bane hain.</w:t>
      </w:r>
    </w:p>
    <w:p>
      <w:pPr>
        <w:jc w:val="right"/>
      </w:pPr>
      <w:r>
        <w:t>ہمم، یہ کیسی عجیب بات ہے کہ سیل، سیل سے انسان بھی بنا ہے، سیل سے پلانٹس بھی بنے ہیں، اور اینیمل بھی بنے ہیں۔</w:t>
      </w:r>
    </w:p>
    <w:p>
      <w:r>
        <w:rPr>
          <w:b/>
        </w:rPr>
        <w:t xml:space="preserve">[31:04] </w:t>
      </w:r>
      <w:r>
        <w:t>magar yeh kitna different Allah taala ne un ko banaya hai.</w:t>
      </w:r>
    </w:p>
    <w:p>
      <w:pPr>
        <w:jc w:val="right"/>
      </w:pPr>
      <w:r>
        <w:t>مگر یہ کتنا ڈفرنٹ اللہ تعالیٰ نے ان کو بنایا ہے۔</w:t>
      </w:r>
    </w:p>
    <w:p>
      <w:r>
        <w:rPr>
          <w:b/>
        </w:rPr>
        <w:t xml:space="preserve">[31:08] </w:t>
      </w:r>
      <w:r>
        <w:t>to is andaaz se jab hum dekhte hain to afaq se le kar anfus tak, yeh kankar se le kar kehkeshan tak, sab jo hai insan ko Allah ki marifat tak pohanchane ka zariya ban jatay hain.</w:t>
      </w:r>
    </w:p>
    <w:p>
      <w:pPr>
        <w:jc w:val="right"/>
      </w:pPr>
      <w:r>
        <w:t>تو اس انداز سے جب ہم دیکھتے ہیں تو آفاق سے لے کر انفس تک، یہ کنکر سے لے کر کہکشاں تک، سب جو ہے انسان کو اللہ کی معرفت تک پہنچانے کا ذریعہ بن جاتے ہیں۔</w:t>
      </w:r>
    </w:p>
    <w:p>
      <w:r>
        <w:rPr>
          <w:b/>
        </w:rPr>
        <w:t xml:space="preserve">[31:22] </w:t>
      </w:r>
      <w:r>
        <w:t>to is tarah jo hai hum tadabbur ke zariye Quran mein aur kainat mein tafakkur ke zariye, ji, Quran mein aik taraf aap Quran parhenge afala yanzuruna ila al ibili kaifa khuliqat to hum parh rahe hain Quran, lekin</w:t>
      </w:r>
    </w:p>
    <w:p>
      <w:pPr>
        <w:jc w:val="right"/>
      </w:pPr>
      <w:r>
        <w:t>تو اس طرح جو ہے ہم تدبر کے ذریعے قرآن میں اور کائنات میں تفکر کے ذریعے، جی، قرآن میں ایک طرف آپ قرآن پڑھیں گے أَفَلَا يَنْظُرُونَ إِلَى الْإِبِلِ كَيْفَ خُلِقَتْ تو ہم پڑھ رہے ہیں قرآن، لیکن</w:t>
      </w:r>
    </w:p>
    <w:p>
      <w:r>
        <w:rPr>
          <w:b/>
        </w:rPr>
        <w:t xml:space="preserve">[31:38] </w:t>
      </w:r>
      <w:r>
        <w:t>Quran keh raha hai ke mujhe parhne ke liye aap kainat mein dekho. Ji, ji, wahan dekh kar mujhe parho. Hmm, to Quran ne yeh lazim kar diya insan ko ke woh Khuda ko parhne ke liye kainat ko dekhe baghair anda ban kar, aankh band kar ke, koi Khuda ki marifat hasil nahi kar sakta hai.</w:t>
      </w:r>
    </w:p>
    <w:p>
      <w:pPr>
        <w:jc w:val="right"/>
      </w:pPr>
      <w:r>
        <w:t>قرآن کہہ رہا ہے کہ مجھے پڑھنے کے لیے آپ کائنات میں دیکھو۔ جی، جی، وہاں دیکھ کر مجھے پڑھو۔ ہمم، تو قرآن نے یہ لازم کر دیا انسان کو کہ وہ خدا کو پڑھنے کے لیے کائنات کو دیکھے بغیر اندھا بن کر، آنکھ بند کر کے، کوئی خدا کی معرفت حاصل نہیں کر سکتا ہے۔</w:t>
      </w:r>
    </w:p>
    <w:p>
      <w:r>
        <w:rPr>
          <w:b/>
        </w:rPr>
        <w:t xml:space="preserve">[31:57] </w:t>
      </w:r>
      <w:r>
        <w:t>acha, is ke liye aadmi ko apni aql, apni nazar, apni samajh boojh, apni sari salahiyaton ko istemal karna paray ga. Acha, acha ji</w:t>
      </w:r>
    </w:p>
    <w:p>
      <w:pPr>
        <w:jc w:val="right"/>
      </w:pPr>
      <w:r>
        <w:t>اچھا، اس کے لیے آدمی کو اپنی عقل، اپنی نظر، اپنی سمجھ بوجھ، اپنی ساری صلاحیتوں کو استعمال کرنا پڑے گا۔ اچھا، اچھا جی</w:t>
      </w:r>
    </w:p>
    <w:p>
      <w:r>
        <w:rPr>
          <w:b/>
        </w:rPr>
        <w:t xml:space="preserve">[32:07] </w:t>
      </w:r>
      <w:r>
        <w:t>jazak Allah khairan yani aap ki baton ka khulasa yeh tha ke barah-e-rast Khuda ka didar, Khuda ka mushahida, yeh marifat nahi hai aur yeh namumkin hai.</w:t>
      </w:r>
    </w:p>
    <w:p>
      <w:pPr>
        <w:jc w:val="right"/>
      </w:pPr>
      <w:r>
        <w:t>جَزَاكَ اللَّهُ خَيْرًا یعنی آپ کی باتوں کا خلاصہ یہ تھا کہ براہِ راست خدا کا دیدار، خدا کا مشاہدہ، یہ معرفت نہیں ہے اور یہ ناممکن ہے۔</w:t>
      </w:r>
    </w:p>
    <w:p>
      <w:r>
        <w:rPr>
          <w:b/>
        </w:rPr>
        <w:t xml:space="preserve">[32:23] </w:t>
      </w:r>
      <w:r>
        <w:t>aisa mumkin hi nahi hai. Musa alaihi salam ne chaha ke main apne Rab</w:t>
      </w:r>
    </w:p>
    <w:p>
      <w:pPr>
        <w:jc w:val="right"/>
      </w:pPr>
      <w:r>
        <w:t>ایسا ممکن ہی نہیں ہے۔ موسیٰ علیہ السلام نے چاہا کہ میں اپنے رب</w:t>
      </w:r>
    </w:p>
    <w:p>
      <w:r>
        <w:rPr>
          <w:b/>
        </w:rPr>
        <w:t xml:space="preserve">[32:29] </w:t>
      </w:r>
      <w:r>
        <w:t>ko dekhun, magar lan tarani se maloom ho gaya ke barah-e-rast Khuda ko, Khuda ko nahi dekha ja sakta.</w:t>
      </w:r>
    </w:p>
    <w:p>
      <w:pPr>
        <w:jc w:val="right"/>
      </w:pPr>
      <w:r>
        <w:t>کو دیکھوں، مگر لَنْ تَرَانِي سے معلوم ہو گیا کہ براہِ راست خدا کو، خدا کو نہیں دیکھا جا سکتا۔</w:t>
      </w:r>
    </w:p>
    <w:p>
      <w:r>
        <w:rPr>
          <w:b/>
        </w:rPr>
        <w:t xml:space="preserve">[32:37] </w:t>
      </w:r>
      <w:r>
        <w:t>Khuda par iman lana hai to hum ko Khuda ki nishaniyon par ghor kar ke, yani bil-wasata hum ko Khuda ko pehchanna hai.</w:t>
      </w:r>
    </w:p>
    <w:p>
      <w:pPr>
        <w:jc w:val="right"/>
      </w:pPr>
      <w:r>
        <w:t>خدا پر ایمان لانا ہے تو ہم کو خدا کی نشانیوں پر غور کر کے، یعنی بالواسطہ ہم کو خدا کو پہچاننا ہے۔</w:t>
      </w:r>
    </w:p>
    <w:p>
      <w:r>
        <w:rPr>
          <w:b/>
        </w:rPr>
        <w:t xml:space="preserve">[32:46] </w:t>
      </w:r>
      <w:r>
        <w:t>ji, bilkul allah ne sari chezen paida kin, magar is mein yeh nahin likha ke made by god is mein bola ke mein ne tum ko aql di hai.</w:t>
      </w:r>
    </w:p>
    <w:p>
      <w:pPr>
        <w:jc w:val="right"/>
      </w:pPr>
      <w:r>
        <w:t>جی، بالکل اللہ نے ساری چیزیں پیدا کیں، مگر اس میں یہ نہیں لکھا کہ made by God اس میں بولا کہ میں نے تم کو عقل دی ہے۔</w:t>
      </w:r>
    </w:p>
    <w:p>
      <w:r>
        <w:rPr>
          <w:b/>
        </w:rPr>
        <w:t xml:space="preserve">[32:56] </w:t>
      </w:r>
      <w:r>
        <w:t>yeh aql khalis allah ko pehchanne ke liye hai, khane peene ke liye janwar ki aql bhi kafi hai. woh apne khane peene mein kabhi ghalati nahin karta, lekin insan ko jo itni zyada aql di hai allah ne, woh sirf marifat ke liye</w:t>
      </w:r>
    </w:p>
    <w:p>
      <w:pPr>
        <w:jc w:val="right"/>
      </w:pPr>
      <w:r>
        <w:t>یہ عقل خالص اللہ کو پہچاننے کے لیے ہے، کھانے پینے کے لیے جانور کی عقل بھی کافی ہے۔ وہ اپنے کھانے پینے میں کبھی غلطی نہیں کرتا، لیکن انسان کو جو اتنی زیادہ عقل دی ہے اللہ نے، وہ صرف معرفت کے لیے</w:t>
      </w:r>
    </w:p>
    <w:p>
      <w:r>
        <w:rPr>
          <w:b/>
        </w:rPr>
        <w:t xml:space="preserve">[33:11] </w:t>
      </w:r>
      <w:r>
        <w:t>hai, woh allah ko pehchanne ke liye, kyunke hum allah ko apni aankhon se dekh kar nahin pehchan sakte. haan, to aap ne bohat acha yeh bhai yeh misal di, lan tarani wali.</w:t>
      </w:r>
    </w:p>
    <w:p>
      <w:pPr>
        <w:jc w:val="right"/>
      </w:pPr>
      <w:r>
        <w:t>ہے، وہ اللہ کو پہچاننے کے لیے، کیونکہ ہم اللہ کو اپنی آنکھوں سے دیکھ کر نہیں پہچان سکتے۔ ہاں، تو آپ نے بہت اچھا یہ بھئی یہ مثال دی، لَنْ تَرَانِي والی۔</w:t>
      </w:r>
    </w:p>
    <w:p>
      <w:r>
        <w:rPr>
          <w:b/>
        </w:rPr>
        <w:t xml:space="preserve">[33:25] </w:t>
      </w:r>
      <w:r>
        <w:t>is se wazeh ho gaya ke allah par iman, yani insan, ek insan, ek seekhar insan ko khuda ki marifat hasil karna hai, to is ko bil-wasta hi mile gi.</w:t>
      </w:r>
    </w:p>
    <w:p>
      <w:pPr>
        <w:jc w:val="right"/>
      </w:pPr>
      <w:r>
        <w:t>اس سے واضح ہو گیا کہ اللہ پر ایمان، یعنی انسان، ایک انسان، ایک سیکھر انسان کو خدا کی معرفت حاصل کرنا ہے، تو اس کو بالواسطہ ہی ملے گی۔</w:t>
      </w:r>
    </w:p>
    <w:p>
      <w:r>
        <w:rPr>
          <w:b/>
        </w:rPr>
        <w:t xml:space="preserve">[33:37] </w:t>
      </w:r>
      <w:r>
        <w:t>aur bil-wasta kaise mile gi?</w:t>
      </w:r>
    </w:p>
    <w:p>
      <w:pPr>
        <w:jc w:val="right"/>
      </w:pPr>
      <w:r>
        <w:t>اور بالواسطہ کیسے ملے گی؟</w:t>
      </w:r>
    </w:p>
    <w:p>
      <w:r>
        <w:rPr>
          <w:b/>
        </w:rPr>
        <w:t xml:space="preserve">[33:39] </w:t>
      </w:r>
      <w:r>
        <w:t>khuda ki kainat mein ghor o fikr se. jazak allah khairan to hum mozu ko aage barhate hue ek aur sawal len ge.</w:t>
      </w:r>
    </w:p>
    <w:p>
      <w:pPr>
        <w:jc w:val="right"/>
      </w:pPr>
      <w:r>
        <w:t>خدا کی کائنات میں غور و فکر سے۔ جَزَاكَ اللَّهُ خَيْرًا تو ہم موضوع کو آگے بڑھاتے ہوئے ایک اور سوال لیں گے۔</w:t>
      </w:r>
    </w:p>
    <w:p>
      <w:r>
        <w:rPr>
          <w:b/>
        </w:rPr>
        <w:t xml:space="preserve">[33:50] </w:t>
      </w:r>
      <w:r>
        <w:t>yeh sawal hamare mehman Maulana Fayyazuddin Umri sahib se hai ke marifat mabni bar qalb hai ya mabni bar dimagh?</w:t>
      </w:r>
    </w:p>
    <w:p>
      <w:pPr>
        <w:jc w:val="right"/>
      </w:pPr>
      <w:r>
        <w:t>یہ سوال ہمارے مہمان مولانا فیاض الدین عمری صاحب سے ہے کہ معرفت مبنی بر قلب ہے یا مبنی بر دماغ؟</w:t>
      </w:r>
    </w:p>
    <w:p>
      <w:r>
        <w:rPr>
          <w:b/>
        </w:rPr>
        <w:t xml:space="preserve">[34:05] </w:t>
      </w:r>
      <w:r>
        <w:t>Maulana Inayatullah sahib ne is masle mein bohat sari wazahatain kin.</w:t>
      </w:r>
    </w:p>
    <w:p>
      <w:pPr>
        <w:jc w:val="right"/>
      </w:pPr>
      <w:r>
        <w:t>مولانا عنایت اللہ صاحب نے اس مسئلے میں بہت ساری وضاحتیں کیں۔</w:t>
      </w:r>
    </w:p>
    <w:p>
      <w:r>
        <w:rPr>
          <w:b/>
        </w:rPr>
        <w:t xml:space="preserve">[34:09] </w:t>
      </w:r>
      <w:r>
        <w:t>ab aap ne mujh se jo sawal kiya hai, marifat mabni bar qalb hai ya mabni bar dimagh? ji, yeh yani is ko angrezi mein aap ke sawal ko ghaliban is tarah keh sakte hain: spirituality heart based hai ya mind based hai?</w:t>
      </w:r>
    </w:p>
    <w:p>
      <w:pPr>
        <w:jc w:val="right"/>
      </w:pPr>
      <w:r>
        <w:t>اب آپ نے مجھ سے جو سوال کیا ہے، معرفت مبنی بر قلب ہے یا مبنی بر دماغ؟ جی، یہ یعنی اس کو انگریزی میں آپ کے سوال کو غالباً اس طرح کہہ سکتے ہیں: سپرچوئیلٹی ہارٹ بیسڈ ہے یا مائنڈ بیسڈ ہے؟</w:t>
      </w:r>
    </w:p>
    <w:p>
      <w:r>
        <w:rPr>
          <w:b/>
        </w:rPr>
        <w:t xml:space="preserve">[34:26] </w:t>
      </w:r>
      <w:r>
        <w:t>ji, to yeh bohat important sawal hai. to</w:t>
      </w:r>
    </w:p>
    <w:p>
      <w:pPr>
        <w:jc w:val="right"/>
      </w:pPr>
      <w:r>
        <w:t>جی، تو یہ بہت امپورٹنٹ سوال ہے۔ تو</w:t>
      </w:r>
    </w:p>
    <w:p>
      <w:r>
        <w:rPr>
          <w:b/>
        </w:rPr>
        <w:t xml:space="preserve">[34:31] </w:t>
      </w:r>
      <w:r>
        <w:t>is mein hamare samne is case ke silsile mein teen group hamare samne hain. is silsile mein ek hai sufi world ya sufia ka group, aur ek hai ulama world, yani ulama-e-islam ka group, islamic scholars.</w:t>
      </w:r>
    </w:p>
    <w:p>
      <w:pPr>
        <w:jc w:val="right"/>
      </w:pPr>
      <w:r>
        <w:t>اس میں ہمارے سامنے اس کیس کے سلسلے میں تین گروپ ہمارے سامنے ہیں۔ اس سلسلے میں ایک ہے صوفی ورلڈ یا صوفیاء کا گروپ، اور ایک ہے علماء ورلڈ، یعنی علمائے اسلام کا گروپ، اسلامک سکالرز۔</w:t>
      </w:r>
    </w:p>
    <w:p>
      <w:r>
        <w:rPr>
          <w:b/>
        </w:rPr>
        <w:t xml:space="preserve">[34:49] </w:t>
      </w:r>
      <w:r>
        <w:t>ji, teesre hain modern peoples, yani daur-e-jadeed ke jo hai secular institutions ke taleem</w:t>
      </w:r>
    </w:p>
    <w:p>
      <w:pPr>
        <w:jc w:val="right"/>
      </w:pPr>
      <w:r>
        <w:t>جی، تیسرے ہیں ماڈرن پیپلز، یعنی دور جدید کے جو ہے سیکولر انسٹیٹیوشنز کے تعلیم</w:t>
      </w:r>
    </w:p>
    <w:p>
      <w:r>
        <w:rPr>
          <w:b/>
        </w:rPr>
        <w:t xml:space="preserve">[34:59] </w:t>
      </w:r>
      <w:r>
        <w:t>yafta log. ji, teen group ko rakh kar hum jo hai is masle ko samajhne ki koshish karte hain. aap ko pata hoga ek kitab hai jo hamare Maulana Syed Iqbal Umri ne hum ko bohat pehle parhaya tha,</w:t>
      </w:r>
    </w:p>
    <w:p>
      <w:pPr>
        <w:jc w:val="right"/>
      </w:pPr>
      <w:r>
        <w:t>یافتہ لوگ۔ جی، تین گروپ کو رکھ کر ہم جو ہے اس مسئلے کو سمجھنے کی کوشش کرتے ہیں۔ آپ کو پتہ ہوگا ایک کتاب ہے جو ہمارے مولانا سید اقبال عمری نے ہم کو بہت پہلے پڑھایا تھا،</w:t>
      </w:r>
    </w:p>
    <w:p>
      <w:r>
        <w:rPr>
          <w:b/>
        </w:rPr>
        <w:t xml:space="preserve">[35:13] </w:t>
      </w:r>
      <w:r>
        <w:t>aaj se das, barah, pandrah saal pehle. is kitab</w:t>
      </w:r>
    </w:p>
    <w:p>
      <w:pPr>
        <w:jc w:val="right"/>
      </w:pPr>
      <w:r>
        <w:t>آج سے دس، بارہ، پندرہ سال پہلے۔ اس کتاب</w:t>
      </w:r>
    </w:p>
    <w:p>
      <w:r>
        <w:rPr>
          <w:b/>
        </w:rPr>
        <w:t xml:space="preserve">[35:16] </w:t>
      </w:r>
      <w:r>
        <w:t>ka unwan hai arabi mein al-tazkiyah bayn ahl al-sunnah wa al-sufiyah yani kitab ka matlab yeh hua title ka ke Spirituality between Sufis and between Ulama spirituality ya rabbaniyat ya marifat between Sufi world and Muslim Ulama</w:t>
      </w:r>
    </w:p>
    <w:p>
      <w:pPr>
        <w:jc w:val="right"/>
      </w:pPr>
      <w:r>
        <w:t>کا عنوان ہے عربی میں التزكية بين أهل السنة والصوفية یعنی کتاب کا مطلب یہ ہوا ٹائٹل کا کہ Spirituality between Sufis and between Ulama سپرچوئیلٹی یا ربانیت یا معرفت between Sufi world and Muslim Ulama</w:t>
      </w:r>
    </w:p>
    <w:p>
      <w:r>
        <w:rPr>
          <w:b/>
        </w:rPr>
        <w:t xml:space="preserve">[35:41] </w:t>
      </w:r>
      <w:r>
        <w:t>al-tazkiyah bayn ahl al-sunnah wa al-sufiyah. to is kitab ko hum ne jo hai bohat detail se parh kar samajhne ki koshish ki thi is zamane mein, chunchke hum ko Maulana se is masle mein jo hai istifada matloob tha.</w:t>
      </w:r>
    </w:p>
    <w:p>
      <w:pPr>
        <w:jc w:val="right"/>
      </w:pPr>
      <w:r>
        <w:t>التزکية بین أهل السنة والصوفیاء۔ تو اس کتاب کو ہم نے جو ہے بہت ڈیٹیل سے پڑھ کر سمجھنے کی کوشش کی تھی اس زمانے میں، چونکہ ہم کو مولانا سے اس مسئلے میں جو ہے استفادہ مطلوب تھا۔</w:t>
      </w:r>
    </w:p>
    <w:p>
      <w:r>
        <w:rPr>
          <w:b/>
        </w:rPr>
        <w:t xml:space="preserve">[35:53] </w:t>
      </w:r>
      <w:r>
        <w:t>to hum ne istifade ke waqt jo hai is kitab ko bhi detail se parha. to is kitab ka khulasa jahan tak mujhe ab yaad aa raha hai, is tarah hai ke pehle to writer ne sufion ke halaat aur jo hai sufi hazrat kya kehte hain,</w:t>
      </w:r>
    </w:p>
    <w:p>
      <w:pPr>
        <w:jc w:val="right"/>
      </w:pPr>
      <w:r>
        <w:t>تو ہم نے استفادے کے وقت جو ہے اس کتاب کو بھی ڈیٹیل سے پڑھا۔ تو اس کتاب کا خلاصہ جہاں تک مجھے اب یاد آ رہا ہے، اس طرح ہے کہ پہلے تو رائٹر نے صوفیوں کے حالات اور جو ہے صوفی حضرات کیا کہتے ہیں،</w:t>
      </w:r>
    </w:p>
    <w:p>
      <w:r>
        <w:rPr>
          <w:b/>
        </w:rPr>
        <w:t xml:space="preserve">[36:10] </w:t>
      </w:r>
      <w:r>
        <w:t>ji, spirituality ko le kar, is ko unhon ne zikr kiya. ji, aur phir ahl-e-sunnat jo hai is ko kaise react karte hain, un ki baat ko kaise criticize karte hain, is ko unhon ne liya.</w:t>
      </w:r>
    </w:p>
    <w:p>
      <w:pPr>
        <w:jc w:val="right"/>
      </w:pPr>
      <w:r>
        <w:t>جی، سپرچوئیلٹی کو لے کر، اس کو انہوں نے ذکر کیا۔ جی، اور پھر اہل سنت جو ہے اس کو کیسے ری ایکٹ کرتے ہیں، ان کی بات کو کیسے کریٹیسائز کرتے ہیں، اس کو انہوں نے لیا۔</w:t>
      </w:r>
    </w:p>
    <w:p>
      <w:r>
        <w:rPr>
          <w:b/>
        </w:rPr>
        <w:t xml:space="preserve">[36:22] </w:t>
      </w:r>
      <w:r>
        <w:t>isi mozu ko jo hai Maulana ne apni kitab Tajdeed-e-Deen mein bhi uthaya hai. Tajdeed-e-Deen ka woh article aap parh sakte hain jo tasawwuf ke unwan se hai.</w:t>
      </w:r>
    </w:p>
    <w:p>
      <w:pPr>
        <w:jc w:val="right"/>
      </w:pPr>
      <w:r>
        <w:t>اسی موضوع کو جو ہے مولانا نے اپنی کتاب تجدید دین میں بھی اٹھایا ہے۔ تجدید دین کا وہ آرٹیکل آپ پڑھ سکتے ہیں جو تصوف کے عنوان سے ہے۔</w:t>
      </w:r>
    </w:p>
    <w:p>
      <w:r>
        <w:rPr>
          <w:b/>
        </w:rPr>
        <w:t xml:space="preserve">[36:32] </w:t>
      </w:r>
      <w:r>
        <w:t>ji, to is mein Maulana ne ek bohat achi baat likhi</w:t>
      </w:r>
    </w:p>
    <w:p>
      <w:pPr>
        <w:jc w:val="right"/>
      </w:pPr>
      <w:r>
        <w:t>جی، تو اس میں مولانا نے ایک بہت اچھی بات لکھی</w:t>
      </w:r>
    </w:p>
    <w:p>
      <w:r>
        <w:rPr>
          <w:b/>
        </w:rPr>
        <w:t xml:space="preserve">[36:36] </w:t>
      </w:r>
      <w:r>
        <w:t>hai ke sufion ke paas jo hai lataif-e-sittah ke unwan se ek mozu hota hai. woh yeh kehte hain, yeh koi scientific discovery nahin hai, koi scientific research nahin ho.</w:t>
      </w:r>
    </w:p>
    <w:p>
      <w:pPr>
        <w:jc w:val="right"/>
      </w:pPr>
      <w:r>
        <w:t>ہے کہ صوفیاء کے پاس جو ہے لطائف ستہ کے عنوان سے ایک موضوع ہوتا ہے۔ وہ یہ کہتے ہیں، یہ کوئی سائنٹیفک ڈسکوری نہیں ہے، کوئی سائنٹیفک ریسرچ نہیں ہو۔</w:t>
      </w:r>
    </w:p>
    <w:p>
      <w:r>
        <w:rPr>
          <w:b/>
        </w:rPr>
        <w:t xml:space="preserve">[36:48] </w:t>
      </w:r>
      <w:r>
        <w:t>sufion ka apna khayal hai ke insan ki body mein teen, chhe maqamat hain aur qalb is ka markaz hai. to allah ho ya ho ki jo hai ek mashq woh sikhate hain</w:t>
      </w:r>
    </w:p>
    <w:p>
      <w:pPr>
        <w:jc w:val="right"/>
      </w:pPr>
      <w:r>
        <w:t>صوفیاء کا اپنا خیال ہے کہ انسان کی باڈی میں تین، چھ مقامات ہیں اور قلب جو ہے اس کا مرکز ہے۔ تو اللہ ہو یا ہو کی جو ہے ایک مشق وہ سکھاتے ہیں</w:t>
      </w:r>
    </w:p>
    <w:p>
      <w:r>
        <w:rPr>
          <w:b/>
        </w:rPr>
        <w:t xml:space="preserve">[37:00] </w:t>
      </w:r>
      <w:r>
        <w:t>ke aap sans ko jo hai is tarah se mashq karen ke aap ki sans jo hai, aap ke kya kehte hain, yeh lungs mein bhar jaye.</w:t>
      </w:r>
    </w:p>
    <w:p>
      <w:pPr>
        <w:jc w:val="right"/>
      </w:pPr>
      <w:r>
        <w:t>کہ آپ سانس کو جو ہے اس طرح سے مشق کریں کہ آپ کی سانس جو ہے، آپ کے کیا کہتے ہیں، یہ لنگز میں بھر جائے۔</w:t>
      </w:r>
    </w:p>
    <w:p>
      <w:r>
        <w:rPr>
          <w:b/>
        </w:rPr>
        <w:t xml:space="preserve">[37:09] </w:t>
      </w:r>
      <w:r>
        <w:t>aur lungs mein bhar kar aap jo hai is ko naaf ki taraf le jayen. phir jo hai is ki mashq karni parti hai baqaydah. phir jo hai is sans ko jo hai right aur left le jate hue, is ki practice hai, woh asan nahin hai.</w:t>
      </w:r>
    </w:p>
    <w:p>
      <w:pPr>
        <w:jc w:val="right"/>
      </w:pPr>
      <w:r>
        <w:t>اور لنگز میں بھر کر آپ جو ہے اس کو ناف کی طرف لے جائیں۔ پھر جو ہے اس کی مشق کرنی پڑتی ہے باقاعدہ۔ پھر جو ہے اس سانس کو جو ہے رائٹ اور لیفٹ لے جاتے ہوئے، اس کی پریکٹس ہے، وہ آسان نہیں ہے۔</w:t>
      </w:r>
    </w:p>
    <w:p>
      <w:r>
        <w:rPr>
          <w:b/>
        </w:rPr>
        <w:t xml:space="preserve">[37:23] </w:t>
      </w:r>
      <w:r>
        <w:t>is ki pract</w:t>
      </w:r>
    </w:p>
    <w:p>
      <w:pPr>
        <w:jc w:val="right"/>
      </w:pPr>
      <w:r>
        <w:t>اس کی پریکٹ</w:t>
      </w:r>
    </w:p>
    <w:p>
      <w:r>
        <w:rPr>
          <w:b/>
        </w:rPr>
        <w:t xml:space="preserve">[37:24] </w:t>
      </w:r>
      <w:r>
        <w:t>s hai main aur shimal ko le jate hue, is ki taraf zehn ki taraf is ko le jana hai. is ko lataif-e-sitta kehte hain aur is aakhri mashq mein jo hai ho jo hai woh yeh final word hota hai is exercise mein.</w:t>
      </w:r>
    </w:p>
    <w:p>
      <w:pPr>
        <w:jc w:val="right"/>
      </w:pPr>
      <w:r>
        <w:t>س ہےیمین اور شمال کو لے جاتے ہوئے، اس کی طرف ذہن کی طرف اس کو لے جانا ہے۔ اس کو لطائف ستہ کہتے ہیں اور اس آخری مشق میں جو ہے ہو جو ہے وہ یہ فائنل ورڈ ہوتا ہے اس ایکسرسائز میں۔</w:t>
      </w:r>
    </w:p>
    <w:p>
      <w:r>
        <w:rPr>
          <w:b/>
        </w:rPr>
        <w:t xml:space="preserve">[37:37] </w:t>
      </w:r>
      <w:r>
        <w:t>to jab aisa koi insan karta hai to sufi world yeh mante hain ke is ko, woh kashf ki jaisi ek halat hoti hai aur woh Khuda se qareeb hota hai.</w:t>
      </w:r>
    </w:p>
    <w:p>
      <w:pPr>
        <w:jc w:val="right"/>
      </w:pPr>
      <w:r>
        <w:t>تو جب ایسا کوئی انسان کرتا ہے تو صوفی ورلڈ یہ مانتے ہیں کہ اس کو، وہ کشف کی جیسی ایک حالت ہوتی ہے اور وہ خدا سے قریب ہوتا ہے۔</w:t>
      </w:r>
    </w:p>
    <w:p>
      <w:r>
        <w:rPr>
          <w:b/>
        </w:rPr>
        <w:t xml:space="preserve">[37:47] </w:t>
      </w:r>
      <w:r>
        <w:t>achha, yeh sufiya ka hai. to is kitab mein jo hai is tarah ke waqiat, is tarah ki baaton ko jo hai jama kar ke bataya gaya ke Rasool Allah ne jo hai aisi koi baat hum ko nahi sikhai hai.</w:t>
      </w:r>
    </w:p>
    <w:p>
      <w:pPr>
        <w:jc w:val="right"/>
      </w:pPr>
      <w:r>
        <w:t>اچھا، یہ صوفیاء کا ہے۔ تو اس کتاب میں جو ہے اس طرح کے واقعات، اس طرح کی باتوں کو جو ہے جمع کر کے بتایا گیا کہ رسول اللہ نے جو ہے ایسی کوئی بات ہم کو نہیں سکھائی ہے۔</w:t>
      </w:r>
    </w:p>
    <w:p>
      <w:r>
        <w:rPr>
          <w:b/>
        </w:rPr>
        <w:t xml:space="preserve">[37:59] </w:t>
      </w:r>
      <w:r>
        <w:t>Rasool Allah ne hum ko yeh bataya ke jaise ab jab hum wuzu karte hain to wuzu ke khatre ke sath jo hai hamare gunah jo hai yeh ho jate hain, behte jate hain. phir aakhri khatre ke sath jo hai aakhri gunah bhi nikal jata hai, aankh ke gunah, hath ke gunah, pair ke gunah.</w:t>
      </w:r>
    </w:p>
    <w:p>
      <w:pPr>
        <w:jc w:val="right"/>
      </w:pPr>
      <w:r>
        <w:t>رسول اللہ نے ہم کو یہ بتایا کہ جیسے اب جب ہم وضو کرتے ہیں تو وضو کے خطرے کے ساتھ جو ہے ہمارے گناہ جو ہے یہ ہو جاتے ہیں، بہتے جاتے ہیں۔ پھر آخری خطرے کے ساتھ جو ہے آخری گناہ بھی نکل جاتا ہے، آنکھ کے گناہ، ہاتھ کے گناہ، پیر کے گناہ۔</w:t>
      </w:r>
    </w:p>
    <w:p>
      <w:r>
        <w:rPr>
          <w:b/>
        </w:rPr>
        <w:t xml:space="preserve">[38:12] </w:t>
      </w:r>
      <w:r>
        <w:t>to is ke jawab mein jo hai ahle sunnat ulama yeh kehte hain ke wuzu jo hai one</w:t>
      </w:r>
    </w:p>
    <w:p>
      <w:pPr>
        <w:jc w:val="right"/>
      </w:pPr>
      <w:r>
        <w:t>تو اس کے جواب میں جو ہے اہل سنت علماء یہ کہتے ہیں کہ وضو جو ہے one</w:t>
      </w:r>
    </w:p>
    <w:p>
      <w:r>
        <w:rPr>
          <w:b/>
        </w:rPr>
        <w:t xml:space="preserve">[38:17] </w:t>
      </w:r>
      <w:r>
        <w:t>of the sources of spirituality purification purification of soul yani koi insan wuzu karta hai to yeh bhi ek zariya hai ke is ka, is ki tahir ho sakti hai, is ka purification ho sakta hai.</w:t>
      </w:r>
    </w:p>
    <w:p>
      <w:pPr>
        <w:jc w:val="right"/>
      </w:pPr>
      <w:r>
        <w:t>of the sources of spirituality purification purification of soul یعنی کوئی انسان وضو کرتا ہے تو یہ بھی ایک ذریعہ ہے کہ اس کا، اس کی تطہیر ہو سکتی ہے، اس کا پیوریفیکیشن ہو سکتا ہے۔</w:t>
      </w:r>
    </w:p>
    <w:p>
      <w:r>
        <w:rPr>
          <w:b/>
        </w:rPr>
        <w:t xml:space="preserve">[38:28] </w:t>
      </w:r>
      <w:r>
        <w:t>is tarah jo hai, do rakat nafl parhta hai to bhi hadithon mein kuch bataya gaya. jab zakat deta hai to bhi bat</w:t>
      </w:r>
    </w:p>
    <w:p>
      <w:pPr>
        <w:jc w:val="right"/>
      </w:pPr>
      <w:r>
        <w:t>اس طرح جو ہے، دو رکعت نفل پڑھتا ہے تو بھی حدیثوں میں کچھ بتایا گیا۔ جب زکوۃ دیتا ہے تو بھی بت</w:t>
      </w:r>
    </w:p>
    <w:p>
      <w:r>
        <w:rPr>
          <w:b/>
        </w:rPr>
        <w:t xml:space="preserve">[38:36] </w:t>
      </w:r>
      <w:r>
        <w:t>aya gaya. to sufiya ki spirituality ke muqable mein ulama-e-Islam jis spirituality ki baat karte hain aur jis type ki is kitab mein misalein di gayi hain, is silsile mein aap woh keh sakte hain ke woh ek masnoon form ki vakalat karte hain.</w:t>
      </w:r>
    </w:p>
    <w:p>
      <w:pPr>
        <w:jc w:val="right"/>
      </w:pPr>
      <w:r>
        <w:t>ایا گیا۔ تو صوفیاء کی سپرچوئیلٹی کے مقابلے میں علمائے اسلام جس سپرچوئیلٹی کی بات کرتے ہیں اور جس ٹائپ کی اس کتاب میں مثالیں دی گئی ہیں، اس سلسلے میں آپ وہ کہہ سکتے ہیں کہ وہ ایک مسنون فارم کی وکالت کرتے ہیں۔</w:t>
      </w:r>
    </w:p>
    <w:p>
      <w:r>
        <w:rPr>
          <w:b/>
        </w:rPr>
        <w:t xml:space="preserve">[38:52] </w:t>
      </w:r>
      <w:r>
        <w:t>ek ghair masnoon form ke muqable mein spirituality ke ek masnoon form ko woh kehte hain ke Rasool Allah ne is is se bataya ke is se tahir hoti hai,</w:t>
      </w:r>
    </w:p>
    <w:p>
      <w:pPr>
        <w:jc w:val="right"/>
      </w:pPr>
      <w:r>
        <w:t>ایک غیر مسنون فارم کے مقابلے میں سپرچوئیلٹی کے ایک مسنون فارم کو وہ کہتے ہیں کہ رسول اللہ نے اس اس سے بتایا کہ اس سے تطہیر ہوتی ہے،</w:t>
      </w:r>
    </w:p>
    <w:p>
      <w:r>
        <w:rPr>
          <w:b/>
        </w:rPr>
        <w:t xml:space="preserve">[39:02] </w:t>
      </w:r>
      <w:r>
        <w:t>tahir-e-zehni hoti hai, rabbaniyat aur jo hai nearness of qurbat-e-khudawandi ka experience hota hai is se. hmm, to yeh do ke case hain.</w:t>
      </w:r>
    </w:p>
    <w:p>
      <w:pPr>
        <w:jc w:val="right"/>
      </w:pPr>
      <w:r>
        <w:t>تطہیر ذہنی ہوتی ہے، ربانیت اور جو ہے نیرنس آف قربت خداوندی کا ایکسپیرینس ہوتا ہے اس سے۔ ہمم، تو یہ دو کے کیس ہیں۔</w:t>
      </w:r>
    </w:p>
    <w:p>
      <w:r>
        <w:rPr>
          <w:b/>
        </w:rPr>
        <w:t xml:space="preserve">[39:11] </w:t>
      </w:r>
      <w:r>
        <w:t>to ahle sunnat jab sufi world ke upar criticism karte hain to woh apni jagah bilkul sahi hain, apne narration mein ke yeh ghair masnoon hai, yani heretical</w:t>
      </w:r>
    </w:p>
    <w:p>
      <w:pPr>
        <w:jc w:val="right"/>
      </w:pPr>
      <w:r>
        <w:t>تو اہل سنت جب صوفیاء ورلڈ کے اوپر کریٹیسزم کرتے ہیں تو وہ اپنی جگہ بالکل صحیح ہیں، اپنے نیریشن میں کہ یہ غیر مسنون ہے، یعنی ہیرٹیکل</w:t>
      </w:r>
    </w:p>
    <w:p>
      <w:r>
        <w:rPr>
          <w:b/>
        </w:rPr>
        <w:t xml:space="preserve">[39:26] </w:t>
      </w:r>
      <w:r>
        <w:t>hai, mubtadiyana yeh amal hai jis ka Rasool se jo hai koi saboot hum ko nahi milta. to is mein to woh bilkul sahi hai. lekin un ke tajziye mein jo cheez missing hoti hai, woh ek form ko batate hain.</w:t>
      </w:r>
    </w:p>
    <w:p>
      <w:pPr>
        <w:jc w:val="right"/>
      </w:pPr>
      <w:r>
        <w:t>ہے، مبتدیانہ یہ عمل ہے جس کا رسول سے جو ہے کوئی ثبوت ہم کو نہیں ملتا۔ تو اس میں تو وہ بالکل صحیح ہے۔ لیکن ان کے تجزیے میں جو چیز مسنگ ہوتی ہے، وہ ایک فارم کو بتاتے ہیں۔</w:t>
      </w:r>
    </w:p>
    <w:p>
      <w:r>
        <w:rPr>
          <w:b/>
        </w:rPr>
        <w:t xml:space="preserve">[39:38] </w:t>
      </w:r>
      <w:r>
        <w:t>achha, woh ek form ko batate hain ke is tarah karne se is tarah hota hai. halanke un ko yeh batana chahiye, jaisa ke abhi hum ne discuss kiya ke form se jo hai koi cheez jo hai mukammal nahi hoti jab tak is ke andar spirit na bh</w:t>
      </w:r>
    </w:p>
    <w:p>
      <w:pPr>
        <w:jc w:val="right"/>
      </w:pPr>
      <w:r>
        <w:t>اچھا، وہ ایک فارم کو بتاتے ہیں کہ اس طرح کرنے سے اس طرح ہوتا ہے۔ حالانکہ ان کو یہ بتانا چاہیے، جیسا کہ ابھی ہم نے ڈسکس کیا کہ فارم سے جو ہے کوئی چیز جو ہے مکمل نہیں ہوتی جب تک اس کے اندر سپرٹ نہ بھ</w:t>
      </w:r>
    </w:p>
    <w:p>
      <w:r>
        <w:rPr>
          <w:b/>
        </w:rPr>
        <w:t xml:space="preserve">[39:53] </w:t>
      </w:r>
      <w:r>
        <w:t>ri jaye. jab tak jo hai is mein andar tadabbur, tafakkur na bhara jaye. jaise ke hum ne kaha ke jo hai, robot bhi aap ki khidmat kar sakta hai. ek mother robot banaya ja sakta hai, ek sister robot banaya ja sakta hai, ek wife robot banaya ja sakta hai.</w:t>
      </w:r>
    </w:p>
    <w:p>
      <w:pPr>
        <w:jc w:val="right"/>
      </w:pPr>
      <w:r>
        <w:t>ری جائے۔ جب تک جو ہے اس میں اندر تدبر، تفکر نہ بھرا جائے۔ جیسے کہ ہم نے کہا کہ جو ہے، روبوٹ بھی آپ کی خدمت کر سکتا ہے۔ ایک مدر روبوٹ بنایا جا سکتا ہے، ایک سسٹر روبوٹ بنایا جا سکتا ہے، ایک وائف روبوٹ بنایا جا سکتا ہے۔</w:t>
      </w:r>
    </w:p>
    <w:p>
      <w:r>
        <w:rPr>
          <w:b/>
        </w:rPr>
        <w:t xml:space="preserve">[40:06] </w:t>
      </w:r>
      <w:r>
        <w:t>lekin is robot ke jo actions honge, woh emotionless honge. to ulama jo hai apne etiraz mein to perfect hain sufiya par, lekin is ka hal pesh karne mein un ke paas kuch missing hai.</w:t>
      </w:r>
    </w:p>
    <w:p>
      <w:pPr>
        <w:jc w:val="right"/>
      </w:pPr>
      <w:r>
        <w:t>لیکن اس روبوٹ کے جو ایکشنز ہوں گے، وہ ایموشن لیس ہوں گے۔ تو علماء جو ہے اپنے اعتراض میں تو پرفیکٹ ہیں صوفیاء پر، لیکن اس کا حل پیش کرنے میں ان کے پاس کچھ مسنگ ہے۔</w:t>
      </w:r>
    </w:p>
    <w:p>
      <w:r>
        <w:rPr>
          <w:b/>
        </w:rPr>
        <w:t xml:space="preserve">[40:18] </w:t>
      </w:r>
      <w:r>
        <w:t>isi missing ko Maulana ne tajdeed-e-deen mein wazeh karne ki koshish ki hai ke form to wohi honge jo ulama keh rahe hain, lekin is ke sath jo missing part jo hai, us ko jo hai musalman revive karna parega, us ki tajdeed karna parega taake un ke andar spirit bhari jaye.</w:t>
      </w:r>
    </w:p>
    <w:p>
      <w:pPr>
        <w:jc w:val="right"/>
      </w:pPr>
      <w:r>
        <w:t>اسی مسنگ کو مولانا نے تجدید دین میں واضح کرنے کی کوشش کی ہے کہ فارم تو وہی ہوں گے جو علماء کہہ رہے ہیں، لیکن اس کے ساتھ جو مسنگ پارٹ جو ہے، اس کو جو ہے مسلمان ریوائیو کرنا پڑے گا، اس کی تجدید کرنا پڑے گا تاکہ ان کے اندر سپرٹ بھری جائے۔</w:t>
      </w:r>
    </w:p>
    <w:p>
      <w:r>
        <w:rPr>
          <w:b/>
        </w:rPr>
        <w:t xml:space="preserve">[40:35] </w:t>
      </w:r>
      <w:r>
        <w:t>ji, to agle sawal mein jo hai kaise spirit bhari jaye, woh aap ke samne mazeed wazahat aa sakti hai. to jaisa ke maine kaha ke hamare samne teen group hain: sufi</w:t>
      </w:r>
    </w:p>
    <w:p>
      <w:pPr>
        <w:jc w:val="right"/>
      </w:pPr>
      <w:r>
        <w:t>جی، تو اگلے سوال میں جو ہے کیسے سپرٹ بھری جائے، وہ آپ کے سامنے مزید وضاحت آ سکتی ہے۔ تو جیسا کہ میں نے کہا کہ ہمارے سامنے تین گروپ ہیں: ص</w:t>
      </w:r>
    </w:p>
    <w:p>
      <w:r>
        <w:rPr>
          <w:b/>
        </w:rPr>
        <w:t xml:space="preserve">[40:44] </w:t>
      </w:r>
      <w:r>
        <w:t>ya group, ulama group, aur jo hai modern meditation karne wale group. aap jagah jagah dekhiye, shahar mein har corner par jo hai, yoga centers aur jo hai, meditation centers bane hue hain.</w:t>
      </w:r>
    </w:p>
    <w:p>
      <w:pPr>
        <w:jc w:val="right"/>
      </w:pPr>
      <w:r>
        <w:t>وفیاء گروپ، علماء گروپ، اور جو ہے ماڈرن میڈیٹیشن کرنے والے گروپ۔ آپ جگہ جگہ دیکھیے، شہروں میں ہر کارنر پر جو ہے، یوگا سینٹرز اور جو ہے، میڈیٹیشن سینٹرز بنے ہوئے ہیں۔</w:t>
      </w:r>
    </w:p>
    <w:p>
      <w:r>
        <w:rPr>
          <w:b/>
        </w:rPr>
        <w:t xml:space="preserve">[40:58] </w:t>
      </w:r>
      <w:r>
        <w:t>ji, to yeh meditation centers mein kya missing cheez hai? to yeh bhi ek bahut important baat hai is sawal ke tehat. hmm, na unhone mabni bar dimagh, jaisa ke hamara sawal hai, spirituality pai, na ulama</w:t>
      </w:r>
    </w:p>
    <w:p>
      <w:pPr>
        <w:jc w:val="right"/>
      </w:pPr>
      <w:r>
        <w:t>جی، تو یہ میڈیٹیشن سینٹرز میں کیا مسنگ چیز ہے؟ تو یہ بھی ایک بہت امپورٹنٹ بات ہے اس سوال کے تحت۔ ہمم، نہ انہوں نے مبنی بر دماغ، جیسا کہ ہمارا سوال ہے، سپرچوئیلٹی پائی، نہ علماء</w:t>
      </w:r>
    </w:p>
    <w:p>
      <w:r>
        <w:rPr>
          <w:b/>
        </w:rPr>
        <w:t xml:space="preserve">[41:12] </w:t>
      </w:r>
      <w:r>
        <w:t>ne pai. unhone lataif-e-sitta wali spirituality pai, ulama ne form wali spirituality pai. yeh modern logon ka case kya hai?</w:t>
      </w:r>
    </w:p>
    <w:p>
      <w:pPr>
        <w:jc w:val="right"/>
      </w:pPr>
      <w:r>
        <w:t>نے پائی۔ انہوں نے لطائف ستہ والی سپرچوئیلٹی پائی، علماء نے فارم والی سپرچوئیلٹی پائی۔ یہ ماڈرن لوگوں کا کیس کیا ہے؟</w:t>
      </w:r>
    </w:p>
    <w:p>
      <w:r>
        <w:rPr>
          <w:b/>
        </w:rPr>
        <w:t xml:space="preserve">[41:21] </w:t>
      </w:r>
      <w:r>
        <w:t>modern logon ka jo case hai, us ko ek lafz se samajh sakte hain: meditation versus contemplation. yani</w:t>
      </w:r>
    </w:p>
    <w:p>
      <w:pPr>
        <w:jc w:val="right"/>
      </w:pPr>
      <w:r>
        <w:t>ماڈرن لوگوں کا جو کیس ہے، اس کو ایک لفظ سے سمجھ سکتے ہیں: میڈیٹیشن ورسز کنٹمپلیشن۔ یع</w:t>
      </w:r>
    </w:p>
    <w:p>
      <w:r>
        <w:rPr>
          <w:b/>
        </w:rPr>
        <w:t xml:space="preserve">[41:28] </w:t>
      </w:r>
      <w:r>
        <w:t>yani modern yoga centers mein yeh sikhaya jata hai ke aadmi ji tension se bachne ke liye, misal ke taur par, stress se bachne ke liye de-stressing tips bataye jate hain, misal ke taur par.</w:t>
      </w:r>
    </w:p>
    <w:p>
      <w:pPr>
        <w:jc w:val="right"/>
      </w:pPr>
      <w:r>
        <w:t>نی ماڈرن یوگا سینٹرز میں یہ سکھایا جاتا ہے کہ آدمی جی ٹینشن سے بچنے کے لیے، مثال کے طور پر، اسٹریس سے بچنے کے لیے ڈی اسٹریسنگ ٹپس بتائے جاتے ہیں، مثال کے طور پر۔</w:t>
      </w:r>
    </w:p>
    <w:p>
      <w:r>
        <w:rPr>
          <w:b/>
        </w:rPr>
        <w:t xml:space="preserve">[41:39] </w:t>
      </w:r>
      <w:r>
        <w:t>aur jo hai, un ko aise aise postures aur aise aise actions sikhaye jate hain, jis ka end result yeh hota hai ke aap apne mind ko off kar dein.</w:t>
      </w:r>
    </w:p>
    <w:p>
      <w:pPr>
        <w:jc w:val="right"/>
      </w:pPr>
      <w:r>
        <w:t>اور جو ہے، ان کو ایسے ایسے پوسچرز اور ایسے ایسے ایکشن سکھائے جاتے ہیں، جس کا اینڈ رزلٹ یہ ہوتا ہے کہ آپ اپنے مائنڈ کو آف کر دیں۔</w:t>
      </w:r>
    </w:p>
    <w:p>
      <w:r>
        <w:rPr>
          <w:b/>
        </w:rPr>
        <w:t xml:space="preserve">[41:50] </w:t>
      </w:r>
      <w:r>
        <w:t>sab se pehle is mein yeh bataya jata hai ke aap ko sari duniya ki pareshaniyon se nikal kar jo hai, apne mind ko jo hai, shut down karte jana parega.</w:t>
      </w:r>
    </w:p>
    <w:p>
      <w:pPr>
        <w:jc w:val="right"/>
      </w:pPr>
      <w:r>
        <w:t>سب سے پہلے اس میں یہ بتایا جاتا ہے کہ آپ کو ساری دنیا کی پریشانیوں سے نکل کر جو ہے، اپنے مائنڈ کو جو ہے، شٹ ڈاؤن کرتے جانا پڑے گا۔</w:t>
      </w:r>
    </w:p>
    <w:p>
      <w:r>
        <w:rPr>
          <w:b/>
        </w:rPr>
        <w:t xml:space="preserve">[41:59] </w:t>
      </w:r>
      <w:r>
        <w:t>shut down aap karte jayenge to aap ke mind ke andar koi point hai jahan ja kar aap ki soch markooz hogi. goya ke ab aap ke sara rooh jo hai, mind ke sare buttons jo hai, off ho gaye.</w:t>
      </w:r>
    </w:p>
    <w:p>
      <w:pPr>
        <w:jc w:val="right"/>
      </w:pPr>
      <w:r>
        <w:t>شٹ ڈاؤن آپ کرتے جائیں گے تو آپ کے مائنڈ کے اندر کوئی پوائنٹ ہے جہاں جا کر آپ کی سوچ مرتکز ہوگی۔ گویا کہ اب آپ کے سارا روح جو ہے، مائنڈ کے سارے بٹنز جو ہے، آف ہو گئے۔</w:t>
      </w:r>
    </w:p>
    <w:p>
      <w:r>
        <w:rPr>
          <w:b/>
        </w:rPr>
        <w:t xml:space="preserve">[42:10] </w:t>
      </w:r>
      <w:r>
        <w:t>ji, ab ab aap irtiqaz karte jayen, intiqaz karte jayen aur inner pounchate jayen apni personality mein. yani apni ek daryaft karen</w:t>
      </w:r>
    </w:p>
    <w:p>
      <w:pPr>
        <w:jc w:val="right"/>
      </w:pPr>
      <w:r>
        <w:t>جی، اب اب آپ ارتقاض کرتے جائیں، انتقاض کرتے جائیں اور انر پہنچتے جائیں اپنی پرسنیلٹی میں۔ یعنی اپنی ایک دریافت کریں</w:t>
      </w:r>
    </w:p>
    <w:p>
      <w:r>
        <w:rPr>
          <w:b/>
        </w:rPr>
        <w:t xml:space="preserve">[42:19] </w:t>
      </w:r>
      <w:r>
        <w:t>, ek amal sikhaate hoon. to Maulana ne is ko bohat achhe bataya hai. ji, is se waqti taur par jo hai, wajd to mil sakta hai aadmi ko.</w:t>
      </w:r>
    </w:p>
    <w:p>
      <w:pPr>
        <w:jc w:val="right"/>
      </w:pPr>
      <w:r>
        <w:t>، ایک عمل سکھاتے ہوں۔ تو مولانا نے اس کو بہت اچھے بتایا ہے۔ جی، اس سے وقتی طور پر جو ہے، وجد تو مل سکتا ہے آدمی کو۔</w:t>
      </w:r>
    </w:p>
    <w:p>
      <w:r>
        <w:rPr>
          <w:b/>
        </w:rPr>
        <w:t xml:space="preserve">[42:28] </w:t>
      </w:r>
      <w:r>
        <w:t>extasy, jis ko kehte hain angrezi mein, wajd ki ek kaifiyat ke aadmi is tarah ki koi exercise karta hai, Sufi ya doosre jo meditation karne wale, to woh deactivation of mind ka ek result hota hai.</w:t>
      </w:r>
    </w:p>
    <w:p>
      <w:pPr>
        <w:jc w:val="right"/>
      </w:pPr>
      <w:r>
        <w:t>ایکسٹریسی، جس کو کہتے ہیں انگریزی میں، وجد کی ایک کیفیت کہ آدمی اس طرح کی کوئی ایکسرسائز کرتا ہے، صوفیاء یا دوسرے جو میڈیٹیشن کرنے والے، تو وہ ڈی ایکٹیویشن آف مائنڈ کا ایک رزلٹ ہوتا ہے۔</w:t>
      </w:r>
    </w:p>
    <w:p>
      <w:r>
        <w:rPr>
          <w:b/>
        </w:rPr>
        <w:t xml:space="preserve">[42:42] </w:t>
      </w:r>
      <w:r>
        <w:t>hum</w:t>
      </w:r>
    </w:p>
    <w:p>
      <w:pPr>
        <w:jc w:val="right"/>
      </w:pPr>
      <w:r>
        <w:t>ہم</w:t>
      </w:r>
    </w:p>
    <w:p>
      <w:r>
        <w:rPr>
          <w:b/>
        </w:rPr>
        <w:t xml:space="preserve">[42:43] </w:t>
      </w:r>
      <w:r>
        <w:t>m, to Maulana yahan yeh kehte hain ke jo hai, muraqbe se jo hai, spirituality nahin milti, balkeh jo hai, tadabbur se yeh spirituality milti hai.</w:t>
      </w:r>
    </w:p>
    <w:p>
      <w:pPr>
        <w:jc w:val="right"/>
      </w:pPr>
      <w:r>
        <w:t>م، تو مولانا یہاں یہ کہتے ہیں کہ جو ہے، مراقبے سے جو ہے، سپرچوئیلٹی نہیں ملتی، بلکہ جو ہے، تدبر سے یہ سپرچوئیلٹی ملتی ہے۔</w:t>
      </w:r>
    </w:p>
    <w:p>
      <w:r>
        <w:rPr>
          <w:b/>
        </w:rPr>
        <w:t xml:space="preserve">[42:54] </w:t>
      </w:r>
      <w:r>
        <w:t>band room mein, dark room mein pounchne se jo hai, spirituality haasil</w:t>
      </w:r>
    </w:p>
    <w:p>
      <w:pPr>
        <w:jc w:val="right"/>
      </w:pPr>
      <w:r>
        <w:t>بند روم میں، ڈارک روم میں پہنچنے سے جو ہے، سپرچوئیلٹی حاصل</w:t>
      </w:r>
    </w:p>
    <w:p>
      <w:r>
        <w:rPr>
          <w:b/>
        </w:rPr>
        <w:t xml:space="preserve">[42:58] </w:t>
      </w:r>
      <w:r>
        <w:t>nahin hoti. open kainat mein, open universe mein, zameen aur aasman ki nishaniyon mein jab koi insaan tadabbur o tafakkur karta hai aur wahan se jo hai, atom ki daryaft karta hai kisi ki, to wahan se jo hai, uska mind jo hai,</w:t>
      </w:r>
    </w:p>
    <w:p>
      <w:pPr>
        <w:jc w:val="right"/>
      </w:pPr>
      <w:r>
        <w:t>نہیں ہوتی۔ اوپن کائنات میں، اوپن یونیورس میں، زمین اور آسمان کی نشانیوں میں جب کوئی انسان تدبر و تفکر کرتا ہے اور وہاں سے جو ہے، ایٹم کی دریافت کرتا ہے کسی کی، تو وہاں سے جو ہے، اس کا مائنڈ جو ہے،</w:t>
      </w:r>
    </w:p>
    <w:p>
      <w:r>
        <w:rPr>
          <w:b/>
        </w:rPr>
        <w:t xml:space="preserve">[43:12] </w:t>
      </w:r>
      <w:r>
        <w:t>super mind ban jata hai. ji, woh super mind ho ke jo hai, jaisa ke hum ne Mutti bin Jubair ki misaal di, unhon ne jab yeh suna أَمْ خُلِقُوا مِنْ غَيْرِ شَيْءٍ أَمْ هُمُ الْخَالِقُونَ to yeh koi dark room ki misaal nahin di ja rahi thi yahan par.</w:t>
      </w:r>
    </w:p>
    <w:p>
      <w:pPr>
        <w:jc w:val="right"/>
      </w:pPr>
      <w:r>
        <w:t>سپر مائنڈ بن جاتا ہے۔ جی، وہ سپر مائنڈ ہو کے جو ہے، جیسا کہ ہم نے مطیع بن جبیر کی مثال دی، انہوں نے جب یہ سنا أَمْ خُلِقُوا مِنْ غَيْرِ شَيْءٍ أَمْ هُمُ الْخَالِقُونَ تو یہ کوئی ڈارک روم کی مثال نہیں دی جا رہی تھی یہاں پر۔</w:t>
      </w:r>
    </w:p>
    <w:p>
      <w:r>
        <w:rPr>
          <w:b/>
        </w:rPr>
        <w:t xml:space="preserve">[43:26] </w:t>
      </w:r>
      <w:r>
        <w:t>ji, yeh jo hai, open universe ko jo hai, bator example ke Quran pesh</w:t>
      </w:r>
    </w:p>
    <w:p>
      <w:pPr>
        <w:jc w:val="right"/>
      </w:pPr>
      <w:r>
        <w:t>جی، یہ جو ہے، اوپن یونیورس کو جو ہے، بطور ایگزامپل کے قرآن پیش</w:t>
      </w:r>
    </w:p>
    <w:p>
      <w:r>
        <w:rPr>
          <w:b/>
        </w:rPr>
        <w:t xml:space="preserve">[43:30] </w:t>
      </w:r>
      <w:r>
        <w:t>kar raha tha أَمْ خُلِقُوا مِنْ غَيْرِ شَيْءٍ أَمْ هُمُ الْخَالِقُونَ أَمْ خَلَقُوا السَّمَاوَاتِ وَالْأَرْضَ بَلَّا يُخِنُونَ to woh kehte hain ke jo hai, mera kaleja munh ko aa gaya.</w:t>
      </w:r>
    </w:p>
    <w:p>
      <w:pPr>
        <w:jc w:val="right"/>
      </w:pPr>
      <w:r>
        <w:t>کر رہا تھا أَمْ خُلِقُوا مِنْ غَيْرِ شَيْءٍ أَمْ هُمُ الْخَالِقُونَ أَمْ خَلَقُوا السَّمَاوَاتِ وَالْأَرْضَ بَلَّا يُخِنُونَ تو وہ کہتے ہیں کہ جو ہے، میرا کلیجہ منہ کو آ گیا۔</w:t>
      </w:r>
    </w:p>
    <w:p>
      <w:r>
        <w:rPr>
          <w:b/>
        </w:rPr>
        <w:t xml:space="preserve">[43:40] </w:t>
      </w:r>
      <w:r>
        <w:t>to maloom yeh hua ke insaan ka mind activate karne se is ko spirituality milti hai, na ke deactivate karne se. deactivate se waqti taur par, temporarily aap jo hai, kaam ho jate hain.</w:t>
      </w:r>
    </w:p>
    <w:p>
      <w:pPr>
        <w:jc w:val="right"/>
      </w:pPr>
      <w:r>
        <w:t>تو معلوم یہ ہوا کہ انسان کا مائنڈ ایکٹیویٹ کرنے سے اس کو سپرچوئیلٹی ملتی ہے، نہ کہ ڈی ایکٹیویٹ کرنے سے۔ ڈی ایکٹیویٹ سے وقتی طور پر، ٹیمپریریلی آپ جو ہے، کام ہو جاتے ہیں۔</w:t>
      </w:r>
    </w:p>
    <w:p>
      <w:r>
        <w:rPr>
          <w:b/>
        </w:rPr>
        <w:t xml:space="preserve">[43:51] </w:t>
      </w:r>
      <w:r>
        <w:t>lekin jonhi aap yeh practical world mein jate hain, aap apni family mein jate hain, to wahan to aap ki dadi ko cancer to maujood</w:t>
      </w:r>
    </w:p>
    <w:p>
      <w:pPr>
        <w:jc w:val="right"/>
      </w:pPr>
      <w:r>
        <w:t>لیکن جونہی آپ یہ پریکٹیکل ورلڈ میں جاتے ہیں، آپ اپنی فیملی میں جاتے ہیں، تو وہاں تو آپ کی دادی کو کینسر تو موجود</w:t>
      </w:r>
    </w:p>
    <w:p>
      <w:r>
        <w:rPr>
          <w:b/>
        </w:rPr>
        <w:t xml:space="preserve">[43:59] </w:t>
      </w:r>
      <w:r>
        <w:t>hai. aap ki jo hai, khala ki to death ho chuki hai aur aap ke bhanje aur bhatijiyan jo hai, suffering ka shikar hain. to wahan aap to deactivate nahin kar payenge.</w:t>
      </w:r>
    </w:p>
    <w:p>
      <w:pPr>
        <w:jc w:val="right"/>
      </w:pPr>
      <w:r>
        <w:t>ہے۔ آپ کی جو ہے، خالہ کی تو ڈیتھ ہو چکی ہے اور آپ کے بھانجے اور بھتیجیاں جو ہے، سفرنگ کا شکار ہیں۔ تو وہاں آپ تو ڈی ایکٹیویٹ نہیں کر پائیں گے۔</w:t>
      </w:r>
    </w:p>
    <w:p>
      <w:r>
        <w:rPr>
          <w:b/>
        </w:rPr>
        <w:t xml:space="preserve">[44:07] </w:t>
      </w:r>
      <w:r>
        <w:t>to goya ke meditation ka tareeqa ek temporary calmness haasil karne ka tareeqa hai, jo ke hamari yeh daily life mein ziyada work nahin karta.</w:t>
      </w:r>
    </w:p>
    <w:p>
      <w:pPr>
        <w:jc w:val="right"/>
      </w:pPr>
      <w:r>
        <w:t>تو گویا کہ میڈیٹیشن کا طریقہ ایک ٹیمپریری کامنس حاصل کرنے کا طریقہ ہے، جو کہ ہماری یہ ڈیلی لائف میں زیادہ ورک نہیں کرتا۔</w:t>
      </w:r>
    </w:p>
    <w:p>
      <w:r>
        <w:rPr>
          <w:b/>
        </w:rPr>
        <w:t xml:space="preserve">[44:18] </w:t>
      </w:r>
      <w:r>
        <w:t>to is tareeqa ke muqable mein jo hai, meditation ke muqable mein, Islam ka jo tareeqa hai, woh hai contemplation, ponder</w:t>
      </w:r>
    </w:p>
    <w:p>
      <w:pPr>
        <w:jc w:val="right"/>
      </w:pPr>
      <w:r>
        <w:t>تو اس طریقے کے مقابلے میں جو ہے، میڈیٹیشن کے مقابلے میں، اسلام کا جو طریقہ ہے، وہ ہے کنٹمپلیشن، پونڈر</w:t>
      </w:r>
    </w:p>
    <w:p>
      <w:r>
        <w:rPr>
          <w:b/>
        </w:rPr>
        <w:t xml:space="preserve">[44:27] </w:t>
      </w:r>
      <w:r>
        <w:t>ing. contemplation on the signs of universe or events of life. humm, mukhtalif jo zameen par zahir jo ho rahe hain, events ho rahe hain, is ko le kar ghor karna aur jaanna ke jo hai, kis tarah jo hai, mamlaat chal rahe hain.</w:t>
      </w:r>
    </w:p>
    <w:p>
      <w:pPr>
        <w:jc w:val="right"/>
      </w:pPr>
      <w:r>
        <w:t>نگ۔ کنٹمپلیشن آن دا سائنس آف یونیورس اور ایونٹس آف لائف۔ ہمم، مختلف جو زمین پر ظاہرے جو ہو رہے ہیں، ایونٹس ہو رہے ہیں، اس کو لے کر غور کرنا اور جاننا کہ جو ہے، کس طرح جو ہے، معاملات چل رہے ہیں۔</w:t>
      </w:r>
    </w:p>
    <w:p>
      <w:r>
        <w:rPr>
          <w:b/>
        </w:rPr>
        <w:t xml:space="preserve">[44:40] </w:t>
      </w:r>
      <w:r>
        <w:t>is ke andar jo hai, Rasool aur Ashab e Rasool ke aur Quran ke roshni mein jo hai, lesson extract karna, jis ko Quran jo hai, tazkir kehta hai.</w:t>
      </w:r>
    </w:p>
    <w:p>
      <w:pPr>
        <w:jc w:val="right"/>
      </w:pPr>
      <w:r>
        <w:t>اس کے اندر جو ہے، رسول اور اصحاب رسول کے اور قرآن کے روشنی میں جو ہے، لیسن ایکسٹریکٹ کرنا، جس کو قرآن جو ہے، تذکر کہتا ہے۔</w:t>
      </w:r>
    </w:p>
    <w:p>
      <w:r>
        <w:rPr>
          <w:b/>
        </w:rPr>
        <w:t xml:space="preserve">[44:51] </w:t>
      </w:r>
      <w:r>
        <w:t>ke tazkir haasil karne ka matlab yeh hai, is ke andar ibret ke point nikalna.</w:t>
      </w:r>
    </w:p>
    <w:p>
      <w:pPr>
        <w:jc w:val="right"/>
      </w:pPr>
      <w:r>
        <w:t>کہ تذکر حاصل کرنے کا مطلب یہ ہے، اس کے اندر عبرت کے پوائنٹ نکالنا۔</w:t>
      </w:r>
    </w:p>
    <w:p>
      <w:r>
        <w:rPr>
          <w:b/>
        </w:rPr>
        <w:t xml:space="preserve">[44:55] </w:t>
      </w:r>
      <w:r>
        <w:t>to tab ja kar jo hai, ek insaan ko mabni bar dimaagh tafakkur, yeh spirituality haasil hoti hai.</w:t>
      </w:r>
    </w:p>
    <w:p>
      <w:pPr>
        <w:jc w:val="right"/>
      </w:pPr>
      <w:r>
        <w:t>تو تب جا کر جو ہے، ایک انسان کو مبنی بر دماغ تفکر، یہ سپرچوئیلٹی حاصل ہوتی ہے۔</w:t>
      </w:r>
    </w:p>
    <w:p>
      <w:r>
        <w:rPr>
          <w:b/>
        </w:rPr>
        <w:t xml:space="preserve">[45:02] </w:t>
      </w:r>
      <w:r>
        <w:t>abhi hamare Sufi world mein aur jo hai, modern jo hai, meditation world mein, woh jo hai, mind ko deactivate kar ke kisi aur hi unreal cheezon par jo hai, us ko yeh kiya gaya hai, jis ka koi waqai nateeja to kisi ko nahin milta.</w:t>
      </w:r>
    </w:p>
    <w:p>
      <w:pPr>
        <w:jc w:val="right"/>
      </w:pPr>
      <w:r>
        <w:t>ابھی ہمارے صوفی ورلڈ میں اور جو ہے، ماڈرن جو ہے، میڈیٹیشن ورلڈ میں، وہ جو ہے، مائنڈ کو ڈی ایکٹیویٹ کر کے کسی اور ہی ان ریل چیزوں پر جو ہے، اس کو یہ کیا گیا ہے، جس کا کوئی واقعی نتیجہ تو کسی کو نہیں ملتا۔</w:t>
      </w:r>
    </w:p>
    <w:p>
      <w:r>
        <w:rPr>
          <w:b/>
        </w:rPr>
        <w:t xml:space="preserve">[45:17] </w:t>
      </w:r>
      <w:r>
        <w:t>waqti taur par har cheez mein kuch na kuch faide hote hain, to wahan bhi faide hain, is mein koi shakk nahin. lekin asal jo tazkiya jo hoga, woh mabni bar dimaagh action se hoga.</w:t>
      </w:r>
    </w:p>
    <w:p>
      <w:pPr>
        <w:jc w:val="right"/>
      </w:pPr>
      <w:r>
        <w:t>وقتی طور پر ہر چیز میں کچھ نہ کچھ فائدے ہوتے ہیں، تو وہاں بھی فائدے ہیں، اس میں کوئی شک نہیں۔ لیکن اصل جو تزکیہ جو ہوگا، وہ مبنی بر دماغ ایکشن سے ہوگا۔</w:t>
      </w:r>
    </w:p>
    <w:p>
      <w:r>
        <w:rPr>
          <w:b/>
        </w:rPr>
        <w:t xml:space="preserve">[45:27] </w:t>
      </w:r>
      <w:r>
        <w:t>yani aap apne mind ke jo hai, contemplation faculties ko jo hai, on karen aur phir jo hai, aala Allah aur ayyam Allah, yani zameen aur aasman ke andar jo physical world jo hai, laws of nature hain, us par ghor karen aur jo events ho rahe hain duniya mein, us mein chhpe hue lessons ko aap daryaft karen.</w:t>
      </w:r>
    </w:p>
    <w:p>
      <w:pPr>
        <w:jc w:val="right"/>
      </w:pPr>
      <w:r>
        <w:t>یعنی آپ اپنے مائنڈ کے جو ہے، کنٹمپلیشن فیکلٹیز کو جو ہے، آن کریں اور پھر جو ہے، اعلیٰ اللہ اور ایام اللہ، یعنی زمین اور آسمان کے اندر جو فزیکل ورلڈ جو ہے، لاز آف نیچر ہیں، اس پر غور کریں اور جو ایونٹس ہو رہے ہیں دنیا میں، اس میں چھپے ہوئے لیسنز کو آپ دریافت کریں۔</w:t>
      </w:r>
    </w:p>
    <w:p>
      <w:r>
        <w:rPr>
          <w:b/>
        </w:rPr>
        <w:t xml:space="preserve">[45:46] </w:t>
      </w:r>
      <w:r>
        <w:t>is se jo hai, aap ke andar jo hai, marifat aur spirituality ka izafa hoga. to yahi woh baat hai jis ko hum kehte hain, heart based spirituality aur mind based spirituality.</w:t>
      </w:r>
    </w:p>
    <w:p>
      <w:pPr>
        <w:jc w:val="right"/>
      </w:pPr>
      <w:r>
        <w:t>اس سے جو ہے، آپ کے اندر جو ہے، معرفت اور سپرچوئیلٹی کا اضافہ ہوگا۔ تو یہی وہ بات ہے جس کو ہم کہتے ہیں، ہارٹ بیس سپرچوئیلٹی اور مائنڈ بیس سپرچوئیلٹی۔</w:t>
      </w:r>
    </w:p>
    <w:p>
      <w:r>
        <w:rPr>
          <w:b/>
        </w:rPr>
        <w:t xml:space="preserve">[45:57] </w:t>
      </w:r>
      <w:r>
        <w:t>ghaaliban main samajhta hoon ke is wazahat se bohat sari baatein qabil e fahm ho gayi hongi. agar koi mazeed sawal ho to aap wazahat ke liye pooch sakte hain. humm, ji jazak Allah khaira</w:t>
      </w:r>
    </w:p>
    <w:p>
      <w:pPr>
        <w:jc w:val="right"/>
      </w:pPr>
      <w:r>
        <w:t>غالباً میں سمجھتا ہوں کہ اس وضاحت سے بہت ساری باتیں قابل فہم ہو گئی ہوں گی۔ اگر کوئی مزید سوال ہو تو آپ وضاحت کے لیے پوچھ سکتے ہیں۔ ہمم، جی جزاک اللہ خیرا</w:t>
      </w:r>
    </w:p>
    <w:p>
      <w:r>
        <w:rPr>
          <w:b/>
        </w:rPr>
        <w:t xml:space="preserve">[46:11] </w:t>
      </w:r>
      <w:r>
        <w:t>yani aap ki baaton ka khulasa yeh hua ke aankhen band kar ke dil mein jhaankne se Khuda ki marifat nahin mil sakti. Khuda ki marifat ka zariya jo hai, woh aql se hai.</w:t>
      </w:r>
    </w:p>
    <w:p>
      <w:pPr>
        <w:jc w:val="right"/>
      </w:pPr>
      <w:r>
        <w:t>یعنی آپ کی باتوں کا خلاصہ یہ ہوا کہ آنکھیں بند کر کے دل میں جھانکنے سے خدا کی معرفت نہیں مل سکتی۔ خدا کی معرفت کا ذریعہ جو ہے، وہ عقل سے ہے۔</w:t>
      </w:r>
    </w:p>
    <w:p>
      <w:r>
        <w:rPr>
          <w:b/>
        </w:rPr>
        <w:t xml:space="preserve">[46:24] </w:t>
      </w:r>
      <w:r>
        <w:t>aadmi apni aql ko istemaal kar</w:t>
      </w:r>
    </w:p>
    <w:p>
      <w:pPr>
        <w:jc w:val="right"/>
      </w:pPr>
      <w:r>
        <w:t>آدمی اپنی عقل کو استعمال کر</w:t>
      </w:r>
    </w:p>
    <w:p>
      <w:r>
        <w:rPr>
          <w:b/>
        </w:rPr>
        <w:t xml:space="preserve">[46:27] </w:t>
      </w:r>
      <w:r>
        <w:t>e, apni aql ko band kar ke khuda ki marifat hasil nahi ki jati. aadmi agar koi cheez hasil kar raha hai to wo koi aur cheez hogi, magar khuda ki marifat nahi hogi.</w:t>
      </w:r>
    </w:p>
    <w:p>
      <w:pPr>
        <w:jc w:val="right"/>
      </w:pPr>
      <w:r>
        <w:t>ے، اپنی عقل کو بند کر کے خدا کی معرفت حاصل نہیں کی جاتی۔ آدمی اگر کوئی چیز حاصل کر رہا ہے تو وہ کوئی اور چیز ہوگی، مگر خدا کی معرفت نہیں ہوگی۔</w:t>
      </w:r>
    </w:p>
    <w:p>
      <w:r>
        <w:rPr>
          <w:b/>
        </w:rPr>
        <w:t xml:space="preserve">[46:37] </w:t>
      </w:r>
      <w:r>
        <w:t>allah ne insan ko aql di hai marifat ke liye, ye aap ke kehne ka matlab hai. yani dil marifat ka markaz nahi hai, aql marifat ka markaz hai.</w:t>
      </w:r>
    </w:p>
    <w:p>
      <w:pPr>
        <w:jc w:val="right"/>
      </w:pPr>
      <w:r>
        <w:t>اللہ نے انسان کو عقل دی ہے معرفت کے لیے، یہ آپ کے کہنے کا مطلب ہے۔ یعنی دل معرفت کا مرکز نہیں ہے، عقل معرفت کا مرکز ہے۔</w:t>
      </w:r>
    </w:p>
    <w:p>
      <w:r>
        <w:rPr>
          <w:b/>
        </w:rPr>
        <w:t xml:space="preserve">[46:47] </w:t>
      </w:r>
      <w:r>
        <w:t>ji ji ji, shukriya, jazak allah. to hum apne mozu ko aur aage badhate hain.</w:t>
      </w:r>
    </w:p>
    <w:p>
      <w:pPr>
        <w:jc w:val="right"/>
      </w:pPr>
      <w:r>
        <w:t>جی جی جی، شکریہ، جزاک اللہ۔ تو ہم اپنے موضوع کو اور آگے بڑھاتے ہیں۔</w:t>
      </w:r>
    </w:p>
    <w:p>
      <w:r>
        <w:rPr>
          <w:b/>
        </w:rPr>
        <w:t xml:space="preserve">[46:56] </w:t>
      </w:r>
      <w:r>
        <w:t>hamara</w:t>
      </w:r>
    </w:p>
    <w:p>
      <w:pPr>
        <w:jc w:val="right"/>
      </w:pPr>
      <w:r>
        <w:t>ہمارا</w:t>
      </w:r>
    </w:p>
    <w:p>
      <w:r>
        <w:rPr>
          <w:b/>
        </w:rPr>
        <w:t xml:space="preserve">[46:59] </w:t>
      </w:r>
      <w:r>
        <w:t>maulana inayatullah umri sahib se ye sawal hai ke marifat-e-rab ki koi misaal bayan kijiye. dekhiye jaisa ke hamare saathi ne bataya ke marifat jo hai,</w:t>
      </w:r>
    </w:p>
    <w:p>
      <w:pPr>
        <w:jc w:val="right"/>
      </w:pPr>
      <w:r>
        <w:t>مولانا عنایت اللہ عمری صاحب سے یہ سوال ہے کہ معرفت رب کی کوئی مثال بیان کیجئے۔ देखिए جیسا کہ ہمارے ساتھی نے بتایا کہ معرفت جو ہے،</w:t>
      </w:r>
    </w:p>
    <w:p>
      <w:r>
        <w:rPr>
          <w:b/>
        </w:rPr>
        <w:t xml:space="preserve">[47:18] </w:t>
      </w:r>
      <w:r>
        <w:t>aisi koi cheez nahi hai ke aadmi apne dil mein jhaank ke aankh band kare.</w:t>
      </w:r>
    </w:p>
    <w:p>
      <w:pPr>
        <w:jc w:val="right"/>
      </w:pPr>
      <w:r>
        <w:t>ایسی کوئی چیز نہیں ہے کہ آدمی اپنے دل میں جھانک کے آنکھ بند کرے۔</w:t>
      </w:r>
    </w:p>
    <w:p>
      <w:r>
        <w:rPr>
          <w:b/>
        </w:rPr>
        <w:t xml:space="preserve">[47:24] </w:t>
      </w:r>
      <w:r>
        <w:t>ji aur aql ko jo hai na, shut down kar de to use marifat nahi milne wali hai. ji marifat ke liye aadmi ko khuli aankhon se poori kainat ko hmm dekhna padega.</w:t>
      </w:r>
    </w:p>
    <w:p>
      <w:pPr>
        <w:jc w:val="right"/>
      </w:pPr>
      <w:r>
        <w:t>جی اور عقل کو جو ہے نا، شٹ ڈاؤن کر دے تو اسے معرفت نہیں ملنے والی ہے۔ جی معرفت کے لیے آدمی کو کھلی آنکھوں سے پوری کائنات کو ہمم دیکھنا پڑے گا۔</w:t>
      </w:r>
    </w:p>
    <w:p>
      <w:r>
        <w:rPr>
          <w:b/>
        </w:rPr>
        <w:t xml:space="preserve">[47:37] </w:t>
      </w:r>
      <w:r>
        <w:t>aur allah taala ne jo duniya banai hai, ji jo kainat banai hai, jis zameen par hum rehte hain, dekhiye insan ke andar ek ajeeb kamzori ye hai ke wo cheezein, wo cheezein jo use regular hamesha hasil hoti hain, hmm wo use use to ho jata hai.</w:t>
      </w:r>
    </w:p>
    <w:p>
      <w:pPr>
        <w:jc w:val="right"/>
      </w:pPr>
      <w:r>
        <w:t>اور اللہ تعالی نے جو دنیا بنائی ہے، جی جو کائنات بنائی ہے، جس زمین پر ہم رہتے ہیں، دیکھیں انسان کے اندر ایک عجیب کمزوری یہ ہے کہ وہ چیزیں، وہ چیزیں جو اسے ریگولر ہمیشہ حاصل ہوتی ہیں، ہمم وہ اسے یوز ٹو ہو جاتا ہے۔</w:t>
      </w:r>
    </w:p>
    <w:p>
      <w:r>
        <w:rPr>
          <w:b/>
        </w:rPr>
        <w:t xml:space="preserve">[48:02] </w:t>
      </w:r>
      <w:r>
        <w:t>isko wo koi ajeeb aur anokhe nazar nahi aate. achha mamooli maloom hote hain use, hmm lekin iske liye aadmi ko ghaur karna padega aur sochna padega, kabhi ulte simt sochna padega.</w:t>
      </w:r>
    </w:p>
    <w:p>
      <w:pPr>
        <w:jc w:val="right"/>
      </w:pPr>
      <w:r>
        <w:t>اس کو وہ کوئی عجیب اور انوکھے نظر نہیں آتے۔ اچھا معمولی معلوم ہوتے ہیں اسے، ہمم لیکن اس کے لیے آدمی کو غور کرنا پڑے گا اور سوچنا پڑے گا، کبھی الٹے سمت سوچنا پڑے گا۔</w:t>
      </w:r>
    </w:p>
    <w:p>
      <w:r>
        <w:rPr>
          <w:b/>
        </w:rPr>
        <w:t xml:space="preserve">[48:19] </w:t>
      </w:r>
      <w:r>
        <w:t>jaisa maulana hamesha kehte hain,</w:t>
      </w:r>
    </w:p>
    <w:p>
      <w:pPr>
        <w:jc w:val="right"/>
      </w:pPr>
      <w:r>
        <w:t>جیسا مولانا ہمیشہ کہتے ہیں،</w:t>
      </w:r>
    </w:p>
    <w:p>
      <w:r>
        <w:rPr>
          <w:b/>
        </w:rPr>
        <w:t xml:space="preserve">[48:21] </w:t>
      </w:r>
      <w:r>
        <w:t>dekhiye misaal ke taur par ek insan jab zameen se space ki taraf safar karta hai, space journey kar ke wo chand par land hota hai.</w:t>
      </w:r>
    </w:p>
    <w:p>
      <w:pPr>
        <w:jc w:val="right"/>
      </w:pPr>
      <w:r>
        <w:t>دیکھیں مثال کے طور پر ایک انسان جب زمین سے اسپیس کی طرف سفر کرتا ہے، اسپیس جرنی کر کے وہ چاند پر لینڈ ہوتا ہے۔</w:t>
      </w:r>
    </w:p>
    <w:p>
      <w:r>
        <w:rPr>
          <w:b/>
        </w:rPr>
        <w:t xml:space="preserve">[48:34] </w:t>
      </w:r>
      <w:r>
        <w:t>ji aur wo wahan dekhta hai ke wahan par pani nahi hai, hmm wahan ki zameen ziraat ke qabil nahi hai, hmm wahan agriculture nahi kiya ja sakta.</w:t>
      </w:r>
    </w:p>
    <w:p>
      <w:pPr>
        <w:jc w:val="right"/>
      </w:pPr>
      <w:r>
        <w:t>جی اور وہ وہاں دیکھتا ہے کہ وہاں پر پانی نہیں ہے، ہمم وہاں کی زمین زراعت کے قابل نہیں ہے، ہمم وہاں ایگریکلچر نہیں کیا جا سکتا۔</w:t>
      </w:r>
    </w:p>
    <w:p>
      <w:r>
        <w:rPr>
          <w:b/>
        </w:rPr>
        <w:t xml:space="preserve">[48:46] </w:t>
      </w:r>
      <w:r>
        <w:t>hmm wahan par yahan jaise pani ke bade bade samandar hain, waise samandar nahi hain. hmm yahan jaise pani ke bade bade zakhaire hain, waise nahi hain.</w:t>
      </w:r>
    </w:p>
    <w:p>
      <w:pPr>
        <w:jc w:val="right"/>
      </w:pPr>
      <w:r>
        <w:t>ہمم وہاں پر یہاں جیسے پانی کے بڑے بڑے سمندر ہیں، ویسے سمندر نہیں ہیں۔ ہمم یہاں جیسے پانی کے بڑے بڑے ذخائر ہیں، ویسے نہیں ہیں۔</w:t>
      </w:r>
    </w:p>
    <w:p>
      <w:r>
        <w:rPr>
          <w:b/>
        </w:rPr>
        <w:t xml:space="preserve">[48:55] </w:t>
      </w:r>
      <w:r>
        <w:t>hmm aur jab in tamam cheezon ko aur wahan ka jo mahaul hai, wo insan ke liye bilkul wo habitable planet bhi nahi hai insan ke lehaz se.</w:t>
      </w:r>
    </w:p>
    <w:p>
      <w:pPr>
        <w:jc w:val="right"/>
      </w:pPr>
      <w:r>
        <w:t>ہمم اور جب ان تمام چیزوں کو اور وہاں کا جو ماحول ہے، وہ انسان کے لیے بالکل وہ ہیبیٹیبل پلینٹ بھی نہیں ہے انسان کے لحاظ سے۔</w:t>
      </w:r>
    </w:p>
    <w:p>
      <w:r>
        <w:rPr>
          <w:b/>
        </w:rPr>
        <w:t xml:space="preserve">[49:10] </w:t>
      </w:r>
      <w:r>
        <w:t>hmm</w:t>
      </w:r>
    </w:p>
    <w:p>
      <w:pPr>
        <w:jc w:val="right"/>
      </w:pPr>
      <w:r>
        <w:t>ہمم</w:t>
      </w:r>
    </w:p>
    <w:p>
      <w:r>
        <w:rPr>
          <w:b/>
        </w:rPr>
        <w:t xml:space="preserve">[49:11] </w:t>
      </w:r>
      <w:r>
        <w:t>aise hi poori universe mein jitne planets hain, sab ki yahi halat hai ke bohat hai kainat mein. jaisa kaha jata hai ke jab aap samandar mein safar karein to water, water everywhere, hmm ke har taraf pani hi pani hai, magar peene ke qabil ek qatra nahi.</w:t>
      </w:r>
    </w:p>
    <w:p>
      <w:pPr>
        <w:jc w:val="right"/>
      </w:pPr>
      <w:r>
        <w:t>ایسے ہی پوری یونیورس میں جتنے پلینٹس ہیں، سب کی یہی حالت ہے کہ بہت ہے کائنات میں۔ جیسے کہا جاتا ہے کہ جب آپ سمندر میں سفر کریں تو واٹر، واٹر ایوری ویئر، ہمم کہ ہر طرف پانی ہی پانی ہے، مگر پینے کے قابل ایک خطرہ نہیں۔</w:t>
      </w:r>
    </w:p>
    <w:p>
      <w:r>
        <w:rPr>
          <w:b/>
        </w:rPr>
        <w:t xml:space="preserve">[49:32] </w:t>
      </w:r>
      <w:r>
        <w:t>hmm waise hi jo hai poori kainat mein billion trillion stars hain, hmm planets hain, hum</w:t>
      </w:r>
    </w:p>
    <w:p>
      <w:pPr>
        <w:jc w:val="right"/>
      </w:pPr>
      <w:r>
        <w:t>ہمم ویسے ہی جو ہے پوری کائنات میں بلین ٹریلین اسٹارز ہیں، ہمم پلینٹس ہیں، ہم</w:t>
      </w:r>
    </w:p>
    <w:p>
      <w:r>
        <w:rPr>
          <w:b/>
        </w:rPr>
        <w:t xml:space="preserve">[49:40] </w:t>
      </w:r>
      <w:r>
        <w:t>lekin habitable planet koi nahi hai, hmm siwaye is planet earth ke. hmm jab aap is tarah dekhte hain hamare planet ki taraf, hmm tab insan ko maloom hota hai ke ye planet koi mamooli nahi, ye intehai anokha hai.</w:t>
      </w:r>
    </w:p>
    <w:p>
      <w:pPr>
        <w:jc w:val="right"/>
      </w:pPr>
      <w:r>
        <w:t>م لیکن ہیبیٹیبل پلینٹ کوئی نہیں ہے، ہمم سوائے اس پلینٹ ارتھ کے۔ ہمم جب آپ اس طرح دیکھتے ہیں ہمارے پلینٹ کی طرف، ہمم تب انسان کو معلوم ہوتا ہے کہ یہ پلینٹ کوئی معمولی نہیں، یہ انتہائی انوکھا ہے۔</w:t>
      </w:r>
    </w:p>
    <w:p>
      <w:r>
        <w:rPr>
          <w:b/>
        </w:rPr>
        <w:t xml:space="preserve">[49:57] </w:t>
      </w:r>
      <w:r>
        <w:t>achha to iska anokha pan yahan reh kar ke discover nahi ho pa raha tha. achha insan isko daryaft nahi kar pa raha tha ke ye ye kyun itna anokha hai.</w:t>
      </w:r>
    </w:p>
    <w:p>
      <w:pPr>
        <w:jc w:val="right"/>
      </w:pPr>
      <w:r>
        <w:t>اچھا تو اس کا انوکھا پن یہاں رہ کر کے ڈسکور نہیں ہو پا رہا تھا۔ اچھا انسان اس کو دریافت نہیں کر پا رہا تھا کہ یہ یہ کیوں اتنا انو</w:t>
      </w:r>
    </w:p>
    <w:p>
      <w:r>
        <w:rPr>
          <w:b/>
        </w:rPr>
        <w:t xml:space="preserve">[50:07] </w:t>
      </w:r>
      <w:r>
        <w:t>ji dekhiye hum jante hain ke global warming se duniya pareshan hai aur wo dhoondh rahe hain space mein ke kahin jagah mil jaye jahan hum human life ko jo hai na, shift kar sakein yahan se wahan.</w:t>
      </w:r>
    </w:p>
    <w:p>
      <w:pPr>
        <w:jc w:val="right"/>
      </w:pPr>
      <w:r>
        <w:t>کھا ہے۔ جی دیکھیں ہم جانتے ہیں کہ گلوبل وارمنگ سے دنیا پریشان ہے اور وہ ڈھونڈ رہے ہیں اسپیس میں کہ کہیں جگہ مل جائے جہاں ہم ہیومن لائف کو جو ہے نا، شفٹ کر سکیں یہاں سے وہاں۔</w:t>
      </w:r>
    </w:p>
    <w:p>
      <w:r>
        <w:rPr>
          <w:b/>
        </w:rPr>
        <w:t xml:space="preserve">[50:21] </w:t>
      </w:r>
      <w:r>
        <w:t>hmm magar kahin par bhi koi umeed ki kiran nahi hai. nahi kahin par life support system nazar nahi aata hai.</w:t>
      </w:r>
    </w:p>
    <w:p>
      <w:pPr>
        <w:jc w:val="right"/>
      </w:pPr>
      <w:r>
        <w:t>ہمم مگر کہیں پر بھی کوئی امید کی کرن نہیں ہے۔ نہیں کہیں پر لائف سپورٹ سسٹم نظر نہیں آتا ہے۔</w:t>
      </w:r>
    </w:p>
    <w:p>
      <w:r>
        <w:rPr>
          <w:b/>
        </w:rPr>
        <w:t xml:space="preserve">[50:29] </w:t>
      </w:r>
      <w:r>
        <w:t>ji</w:t>
      </w:r>
    </w:p>
    <w:p>
      <w:pPr>
        <w:jc w:val="right"/>
      </w:pPr>
      <w:r>
        <w:t>جی</w:t>
      </w:r>
    </w:p>
    <w:p>
      <w:r>
        <w:rPr>
          <w:b/>
        </w:rPr>
        <w:t xml:space="preserve">[50:30] </w:t>
      </w:r>
      <w:r>
        <w:t>ye cheez jo hai jab tak insan is andaaz se nahi dekhta hai, tab tak nahi maloom hota hai ke yahan ki ek ek nemat.</w:t>
      </w:r>
    </w:p>
    <w:p>
      <w:pPr>
        <w:jc w:val="right"/>
      </w:pPr>
      <w:r>
        <w:t>یہ چیز جو ہے جب تک انسان اس انداز سے نہیں دیکھتا ہے، تب تک نہیں معلوم ہوتا ہے کہ یہاں کی ایک ایک نعمت۔</w:t>
      </w:r>
    </w:p>
    <w:p>
      <w:r>
        <w:rPr>
          <w:b/>
        </w:rPr>
        <w:t xml:space="preserve">[50:38] </w:t>
      </w:r>
      <w:r>
        <w:t>ab aap ulta sochiye, ab aap ko lagega ke chawal ka ek qatra bhi jo hai na, chawal ka ek chota dana bhi wo jo hai na, anokha hai.</w:t>
      </w:r>
    </w:p>
    <w:p>
      <w:pPr>
        <w:jc w:val="right"/>
      </w:pPr>
      <w:r>
        <w:t>اب آپ الٹا سوچیے، اب آپ کو لگے گا کہ چاول کا ایک خطرہ بھی جو ہے نا، چاول کا ایک چھوٹا دانہ بھی وہ جو ہے نا، انوکھا ہے۔</w:t>
      </w:r>
    </w:p>
    <w:p>
      <w:r>
        <w:rPr>
          <w:b/>
        </w:rPr>
        <w:t xml:space="preserve">[50:48] </w:t>
      </w:r>
      <w:r>
        <w:t>woh ji aur pani ka aik khatra bhi jo hai na, ghair mamooli hai. woh hmm jo aap tasawwur nahi kar sakte, uss se bhi bohat bari cheez hai.</w:t>
      </w:r>
    </w:p>
    <w:p>
      <w:pPr>
        <w:jc w:val="right"/>
      </w:pPr>
      <w:r>
        <w:t>وہ جی اور پانی کا ایک خطرہ بھی جو ہے نا، غیر معمولی ہے۔ وہ ہمم جو آپ تصور نہیں کر سکتے، اس سے بھی بہت بڑی چیز ہے۔</w:t>
      </w:r>
    </w:p>
    <w:p>
      <w:r>
        <w:rPr>
          <w:b/>
        </w:rPr>
        <w:t xml:space="preserve">[50:57] </w:t>
      </w:r>
      <w:r>
        <w:t>h</w:t>
      </w:r>
    </w:p>
    <w:p>
      <w:pPr>
        <w:jc w:val="right"/>
      </w:pPr>
      <w:r>
        <w:t>ہ</w:t>
      </w:r>
    </w:p>
    <w:p>
      <w:r>
        <w:rPr>
          <w:b/>
        </w:rPr>
        <w:t xml:space="preserve">[50:58] </w:t>
      </w:r>
      <w:r>
        <w:t>hmm aisa har har cheez yahan ki, yahan ka life support system, yahan jis andaaz ki gravity hai aur yeh zameen ka jo rotation hai, yeh sab itna anokha hai, itna well design hai, well calculated hai ke zameen ke Maulana ne iss par bohat ziyada apni kitabon mein, خصوصیت سے Maulana ki bohat choti kitab hai,</w:t>
      </w:r>
    </w:p>
    <w:p>
      <w:pPr>
        <w:jc w:val="right"/>
      </w:pPr>
      <w:r>
        <w:t>مم ایسا ہر ہر چیز یہاں کی، یہاں کا لائف سپورٹ سسٹم، یہاں جس انداز کی گریویٹی ہے اور یہ زمین کا جو روٹیشن ہے، یہ سب اتنا انوکھا ہے، اتنا ویل ڈیزائن ہے، ویل کیلکولیٹڈ ہے کہ زمین کے مولانا نے اس پر بہت زیادہ اپنی کتابوں میں، خصوصیت سے مولانا کی بہت چھوٹی کتاب ہے،</w:t>
      </w:r>
    </w:p>
    <w:p>
      <w:r>
        <w:rPr>
          <w:b/>
        </w:rPr>
        <w:t xml:space="preserve">[51:20] </w:t>
      </w:r>
      <w:r>
        <w:t>insaan apne aap ko pehchan. ji</w:t>
      </w:r>
    </w:p>
    <w:p>
      <w:pPr>
        <w:jc w:val="right"/>
      </w:pPr>
      <w:r>
        <w:t>انسان اپنے آپ کو پہچان۔ جی</w:t>
      </w:r>
    </w:p>
    <w:p>
      <w:r>
        <w:rPr>
          <w:b/>
        </w:rPr>
        <w:t xml:space="preserve">[51:23] </w:t>
      </w:r>
      <w:r>
        <w:t>iss mein bohat misaalain Maulana ne di hain aur aur bari misaalain Maulana ne apni kitab mazhab aur jadeed challenge mein di hain, jis se comparatively hum samajh sakte hain ke yeh kitna anokha planet hai.</w:t>
      </w:r>
    </w:p>
    <w:p>
      <w:pPr>
        <w:jc w:val="right"/>
      </w:pPr>
      <w:r>
        <w:t>اس میں بہت مثالیں مولانا نے دی ہیں اور اور بڑی مثالیں مولانا نے اپنی کتاب مذہب اور جدید چیلنج میں دی ہیں، جس سے کمپیریٹیولی ہم سمجھ سکتے ہیں کہ یہ کتنا انوکھا پلینٹ ہے۔</w:t>
      </w:r>
    </w:p>
    <w:p>
      <w:r>
        <w:rPr>
          <w:b/>
        </w:rPr>
        <w:t xml:space="preserve">[51:37] </w:t>
      </w:r>
      <w:r>
        <w:t>iss ki yeh yeh iss ka jo faasla hai suraj se, kitna well calculated faasla hai.</w:t>
      </w:r>
    </w:p>
    <w:p>
      <w:pPr>
        <w:jc w:val="right"/>
      </w:pPr>
      <w:r>
        <w:t>اس کی یہ یہ اس کا جو فاصلہ ہے سورج سے، کتنا ویل کیلکولیٹڈ فاصلہ ہے۔</w:t>
      </w:r>
    </w:p>
    <w:p>
      <w:r>
        <w:rPr>
          <w:b/>
        </w:rPr>
        <w:t xml:space="preserve">[51:43] </w:t>
      </w:r>
      <w:r>
        <w:t>thoda aage hota toh ah ah yeh iss par garmi barh kar insaan ko rehne ke qabil nahi thi aur thoda doori ki taraf hoti suraj se toh tab masla yeh hota ke ah ah bohat sard sardi ho jati.</w:t>
      </w:r>
    </w:p>
    <w:p>
      <w:pPr>
        <w:jc w:val="right"/>
      </w:pPr>
      <w:r>
        <w:t>تھوڑا آگے ہوتا تو اہ اہ یہ اس پر گرمی بڑھ کر انسان کو رہنے کے قابل نہیں تھی اور تھوڑا دوری کی طرف ہوتی سورج سے تو تب مسئلہ یہ ہوتا کہ اہ اہ بہت سرد سردی ہو جاتی۔</w:t>
      </w:r>
    </w:p>
    <w:p>
      <w:r>
        <w:rPr>
          <w:b/>
        </w:rPr>
        <w:t xml:space="preserve">[52:00] </w:t>
      </w:r>
      <w:r>
        <w:t>Allah ne itna acha jo yahan banaye hain, jab tak insaan iss ke anokhe pan ko nahi dekhega, hmm ke jo mamooli waqiaat hain, unhi ko ghair mamooli waqiaat ke roop mein dekhna parhega Allah ki marifat janne ke liye.</w:t>
      </w:r>
    </w:p>
    <w:p>
      <w:pPr>
        <w:jc w:val="right"/>
      </w:pPr>
      <w:r>
        <w:t>اللہ نے اتنا اچھا جو یہاں بنائے ہیں، جب تک انسان اس کے انوکھے پن کو نہیں دیکھے گا، ہمم کہ جو معمولی واقعات ہیں، انہی کو غیر معمولی واقعات کے روپ میں دیکھنا پڑے گا اللہ کی معرفت جاننے کے لیے۔</w:t>
      </w:r>
    </w:p>
    <w:p>
      <w:r>
        <w:rPr>
          <w:b/>
        </w:rPr>
        <w:t xml:space="preserve">[52:18] </w:t>
      </w:r>
      <w:r>
        <w:t>hmm dekhein Allah taala kabhi kabhi aisa karte hain jaise Arab ke sehra mein pani nahi tha,</w:t>
      </w:r>
    </w:p>
    <w:p>
      <w:pPr>
        <w:jc w:val="right"/>
      </w:pPr>
      <w:r>
        <w:t>ہمم دیکھیں اللہ تعالی کبھی کبھی ایسا کرتے ہیں جیسے عرب کے صحرا میں پانی نہیں تھا،</w:t>
      </w:r>
    </w:p>
    <w:p>
      <w:r>
        <w:rPr>
          <w:b/>
        </w:rPr>
        <w:t xml:space="preserve">[52:24] </w:t>
      </w:r>
      <w:r>
        <w:t>lekin aise lagta hai ke Allah ne apne izn se pipeline wahan se wahan muntaqil kar di, jahan sehra mein pani ka tasawwur nahi, Allah ne wahan pani nikaal diya.</w:t>
      </w:r>
    </w:p>
    <w:p>
      <w:pPr>
        <w:jc w:val="right"/>
      </w:pPr>
      <w:r>
        <w:t>لیکن ایسے لگتا ہے کہ اللہ نے اپنے اذن سے پائپ لائن وہاں سے وہاں منتقل کر دی، جہاں صحرا میں پانی کا تصور نہیں، اللہ نے وہاں پانی نکال دیا۔</w:t>
      </w:r>
    </w:p>
    <w:p>
      <w:r>
        <w:rPr>
          <w:b/>
        </w:rPr>
        <w:t xml:space="preserve">[52:34] </w:t>
      </w:r>
      <w:r>
        <w:t>ji toh aisa har waqia insaan agar iss ko dekhe toh uss ko lagega ke har waqia jo kuch ho raha hai kainat mein, woh sab anokha hai.</w:t>
      </w:r>
    </w:p>
    <w:p>
      <w:pPr>
        <w:jc w:val="right"/>
      </w:pPr>
      <w:r>
        <w:t>جی تو ایسا ہر واقعہ انسان اگر اس کو دیکھے تو اس کو لگے گا کہ ہر واقعہ جو کچھ ہو رہا ہے کائنات میں، وہ سب انوکھا ہے۔</w:t>
      </w:r>
    </w:p>
    <w:p>
      <w:r>
        <w:rPr>
          <w:b/>
        </w:rPr>
        <w:t xml:space="preserve">[52:45] </w:t>
      </w:r>
      <w:r>
        <w:t>tab insaan ko apna baal bhi anokha lagega,</w:t>
      </w:r>
    </w:p>
    <w:p>
      <w:pPr>
        <w:jc w:val="right"/>
      </w:pPr>
      <w:r>
        <w:t>تب انسان کو اپنا بال بھی انوکھا لگے گا،</w:t>
      </w:r>
    </w:p>
    <w:p>
      <w:r>
        <w:rPr>
          <w:b/>
        </w:rPr>
        <w:t xml:space="preserve">[52:48] </w:t>
      </w:r>
      <w:r>
        <w:t>uss woh jo dekh raha hai, uss ki nazar itna ah, uss ki aankh, uss ki banawat, uss ka jism, uss ke ah taste jo birds hain, har har cheez itna anokhe, itne anokhe hain ke jab tak insaan iss ke anokhe pan ko hmm ah daryaft nahi karta, tab tak jo hai woh Allah ki azmat ko nahi samajh sakta hai.</w:t>
      </w:r>
    </w:p>
    <w:p>
      <w:pPr>
        <w:jc w:val="right"/>
      </w:pPr>
      <w:r>
        <w:t>اس وہ جو دیکھ رہا ہے، اس کی نظر اتنا اہ، اس کی آنکھ، اس کی بناوٹ، اس کا جسم، اس کے اہ ٹیسٹ جو برڈز ہیں، ہر ہر چیز اتنا انوکھے، اتنے انوکھے ہیں کہ جب تک انسان اس کے انوکھے پن کو ہمم اہ دریافت نہیں کرتا، تب تک جو ہے وہ اللہ کی عظمت کو نہیں سمجھ سکتا ہے۔</w:t>
      </w:r>
    </w:p>
    <w:p>
      <w:r>
        <w:rPr>
          <w:b/>
        </w:rPr>
        <w:t xml:space="preserve">[53:12] </w:t>
      </w:r>
      <w:r>
        <w:t>uss ke andar Allah ki marifat nahi aa sakti. hmm</w:t>
      </w:r>
    </w:p>
    <w:p>
      <w:pPr>
        <w:jc w:val="right"/>
      </w:pPr>
      <w:r>
        <w:t>اس کے اندر اللہ کی معرفت نہیں آ سکتی۔ ہم</w:t>
      </w:r>
    </w:p>
    <w:p>
      <w:r>
        <w:rPr>
          <w:b/>
        </w:rPr>
        <w:t xml:space="preserve">[53:15] </w:t>
      </w:r>
      <w:r>
        <w:t>m dekhein logon ko ajeeb lagta hai ke Hazrat Masih beghair baap ke paida hue toh woh jitna ajeeb hai, Hazrat Masih ka beghair baap ke paida hona, kya baap ke sath paida hona insaan ka anokha waqia nahi hai?</w:t>
      </w:r>
    </w:p>
    <w:p>
      <w:pPr>
        <w:jc w:val="right"/>
      </w:pPr>
      <w:r>
        <w:t>م دیکھیں لوگوں کو عجیب لگتا ہے کہ حضرت مسیح بغیر باپ کے پیدا ہوئے تو وہ جتنا عجیب ہے، حضرت مسیح کا بغیر باپ کے پیدا ہونا، کیا باپ کے ساتھ پیدا ہونا انسان کا انوکھا واقعہ نہیں ہے؟</w:t>
      </w:r>
    </w:p>
    <w:p>
      <w:r>
        <w:rPr>
          <w:b/>
        </w:rPr>
        <w:t xml:space="preserve">[53:30] </w:t>
      </w:r>
      <w:r>
        <w:t>hmm woh uss se bhi ziyada ajeeb waqia hai. agar aisa hota zameen par, Allah aisa system banate ke beghair baap ke hote, uss ke baad agar koi baap ke sath hota toh wahi insaan ke liye anokha waqia hota.</w:t>
      </w:r>
    </w:p>
    <w:p>
      <w:pPr>
        <w:jc w:val="right"/>
      </w:pPr>
      <w:r>
        <w:t>ہمم وہ اس سے بھی زیادہ عجیب واقعہ ہے۔ اگر ایسا ہوتا زمین پر، اللہ ایسا سسٹم بناتے کہ بغیر باپ کے ہوتے، اس کے بعد اگر کوئی باپ کے ساتھ ہوتا تو وہی انسان کے لیے انوکھا واقعہ ہوتا۔</w:t>
      </w:r>
    </w:p>
    <w:p>
      <w:r>
        <w:rPr>
          <w:b/>
        </w:rPr>
        <w:t xml:space="preserve">[53:40] </w:t>
      </w:r>
      <w:r>
        <w:t>acha toh har mamooli waqia jis ko insaan samajh raha hai, uss ke andar woh ghair mamooli pehlu ko dekhne ki koshish kare.</w:t>
      </w:r>
    </w:p>
    <w:p>
      <w:pPr>
        <w:jc w:val="right"/>
      </w:pPr>
      <w:r>
        <w:t>اچھا تو ہر معمولی واقعہ جس کو انسان سمجھ رہا ہے، اس کے اندر وہ غیر معمولی پہلو کو دیکھنے کی کوشش کرے۔</w:t>
      </w:r>
    </w:p>
    <w:p>
      <w:r>
        <w:rPr>
          <w:b/>
        </w:rPr>
        <w:t xml:space="preserve">[53:50] </w:t>
      </w:r>
      <w:r>
        <w:t>hmm toh uss ko samajh mein aayega ke uss ke rab ne uss ke liye kaise intezamat kiye hain, kya kya Allah ki blessing hain, kya kya Allah ki rehmatain hain.</w:t>
      </w:r>
    </w:p>
    <w:p>
      <w:pPr>
        <w:jc w:val="right"/>
      </w:pPr>
      <w:r>
        <w:t>ہمم تو اس کو سمجھ میں آئے گا کہ اس کے رب نے اس کے لیے کیسے انتظامات کیے ہیں، کیا کیا اللہ کی بلیسنگ ہیں، کیا کیا اللہ کی رحمتیں ہیں۔</w:t>
      </w:r>
    </w:p>
    <w:p>
      <w:r>
        <w:rPr>
          <w:b/>
        </w:rPr>
        <w:t xml:space="preserve">[53:59] </w:t>
      </w:r>
      <w:r>
        <w:t>ji ji toh yeh chand misaalain hi theen jis se hum samajh sakte hain. jazak Allah maine aap ko kaha tha ke aik misaal dijiye.</w:t>
      </w:r>
    </w:p>
    <w:p>
      <w:pPr>
        <w:jc w:val="right"/>
      </w:pPr>
      <w:r>
        <w:t>جی جی تو یہ چند مثالیں ہی تھیں جس سے ہم سمجھ سکتے ہیں۔ جزاک اللہ میں نے آپ کو کہا تھا کہ ایک مثال دیجئے۔</w:t>
      </w:r>
    </w:p>
    <w:p>
      <w:r>
        <w:rPr>
          <w:b/>
        </w:rPr>
        <w:t xml:space="preserve">[54:08] </w:t>
      </w:r>
      <w:r>
        <w:t>aap ne kaha poori kainat hi misaal hai.</w:t>
      </w:r>
    </w:p>
    <w:p>
      <w:pPr>
        <w:jc w:val="right"/>
      </w:pPr>
      <w:r>
        <w:t>آپ نے کہا پوری کائنات ہی مثال ہے۔</w:t>
      </w:r>
    </w:p>
    <w:p>
      <w:r>
        <w:rPr>
          <w:b/>
        </w:rPr>
        <w:t xml:space="preserve">[54:11] </w:t>
      </w:r>
      <w:r>
        <w:t>yahan ki har cheez jo hai, woh marifat ka item hai. bas marifat wali nigah darkar hai. jazak Allah khaira mein</w:t>
      </w:r>
    </w:p>
    <w:p>
      <w:pPr>
        <w:jc w:val="right"/>
      </w:pPr>
      <w:r>
        <w:t>یہاں کی ہر چیز جو ہے، وہ معرفت کا آئٹم ہے۔ بس معرفت والی نگاہ درکار ہے۔ جزاک اللہ خیرا میں</w:t>
      </w:r>
    </w:p>
    <w:p>
      <w:r>
        <w:rPr>
          <w:b/>
        </w:rPr>
        <w:t xml:space="preserve">[54:25] </w:t>
      </w:r>
      <w:r>
        <w:t>aakhri sawal Maulana Fayyazuddin Umri sahib se karunga. janna chahunga ke tadabbur fil kawn aur marifat rabb, in ka aapas mein kya rabt hai?</w:t>
      </w:r>
    </w:p>
    <w:p>
      <w:pPr>
        <w:jc w:val="right"/>
      </w:pPr>
      <w:r>
        <w:t>آخری سوال مولانا فیاض الدین عمری صاحب سے کروں گا۔ جاننا چاہوں گا کہ تدبر فی الکون اور معرفت رب، ان کا آپس میں کیا ربط ہے؟</w:t>
      </w:r>
    </w:p>
    <w:p>
      <w:r>
        <w:rPr>
          <w:b/>
        </w:rPr>
        <w:t xml:space="preserve">[54:41] </w:t>
      </w:r>
      <w:r>
        <w:t>ji</w:t>
      </w:r>
    </w:p>
    <w:p>
      <w:pPr>
        <w:jc w:val="right"/>
      </w:pPr>
      <w:r>
        <w:t>جی</w:t>
      </w:r>
    </w:p>
    <w:p>
      <w:r>
        <w:rPr>
          <w:b/>
        </w:rPr>
        <w:t xml:space="preserve">[54:42] </w:t>
      </w:r>
      <w:r>
        <w:t>aap ne aik bohat hi neat fill sawal kiya hai. bohat hi iss sawal ko samajhne ki hamein zaroorat hai.</w:t>
      </w:r>
    </w:p>
    <w:p>
      <w:pPr>
        <w:jc w:val="right"/>
      </w:pPr>
      <w:r>
        <w:t>آپ نے ایک بہت ہی نیٹ فل سوال کیا ہے۔ بہت ہی اس سوال کو سمجھنے کی ہمیں ضرورت ہے۔</w:t>
      </w:r>
    </w:p>
    <w:p>
      <w:r>
        <w:rPr>
          <w:b/>
        </w:rPr>
        <w:t xml:space="preserve">[54:53] </w:t>
      </w:r>
      <w:r>
        <w:t>ji jaisa ke maine abhi iss se pehle ki guftagu mein bataya tha ke sufia ne ghair masnoon tareeqon se, yani lataif e sitta misaal ke taur par, uss se spirituality hasil karne ki koshish ki.</w:t>
      </w:r>
    </w:p>
    <w:p>
      <w:pPr>
        <w:jc w:val="right"/>
      </w:pPr>
      <w:r>
        <w:t>جی جیسا کہ میں نے ابھی اس سے پہلے کی گفتگو میں بتایا تھا کہ صوفیاء نے غیر مسنون طریقوں سے، یعنی لطائف ستہ مثال کے طور پر، اس سے سپرچوئیلٹی حاصل کرنے کی کوشش کی۔</w:t>
      </w:r>
    </w:p>
    <w:p>
      <w:r>
        <w:rPr>
          <w:b/>
        </w:rPr>
        <w:t xml:space="preserve">[55:07] </w:t>
      </w:r>
      <w:r>
        <w:t>j</w:t>
      </w:r>
    </w:p>
    <w:p>
      <w:pPr>
        <w:jc w:val="right"/>
      </w:pPr>
      <w:r>
        <w:t>ج</w:t>
      </w:r>
    </w:p>
    <w:p>
      <w:r>
        <w:rPr>
          <w:b/>
        </w:rPr>
        <w:t xml:space="preserve">[55:08] </w:t>
      </w:r>
      <w:r>
        <w:t>ye ulma ne is ko ghair masnoon aur bid'at kaha. aur phir is ke muqable mein jo hai, unhon ne jo baatein batai theen, us ke andar kya missing hai, woh main ne aap ko bataya tha.</w:t>
      </w:r>
    </w:p>
    <w:p>
      <w:pPr>
        <w:jc w:val="right"/>
      </w:pPr>
      <w:r>
        <w:t>ی علماء نے اس کو غیر مسنون اور بدعت کہا۔ اور پھر اس کے مقابلے میں جو ہے، انہوں نے جو باتیں بتائی تھیں، اس کے اندر کیا مسنگ ہے، وہ میں نے آپ کو بتایا تھا۔</w:t>
      </w:r>
    </w:p>
    <w:p>
      <w:r>
        <w:rPr>
          <w:b/>
        </w:rPr>
        <w:t xml:space="preserve">[55:20] </w:t>
      </w:r>
      <w:r>
        <w:t>to ek misaal main ne diya tha ke is mein spirit nahin hai. hmm to spirit kyun nahin hai? kya ulma ne jo hai, bator remedy ke sufia ke opposite mein jo bataya, woh kyun ek nakafi jawab hai?</w:t>
      </w:r>
    </w:p>
    <w:p>
      <w:pPr>
        <w:jc w:val="right"/>
      </w:pPr>
      <w:r>
        <w:t>تو ایک مثال میں نے دیا تھا کہ اس میں اسپرٹ نہیں ہے۔ ہمم تو اسپرٹ کیوں نہیں ہے؟ کیا علماء نے جو ہے، بطور ریمیڈی کے صوفیاء کے اپوزٹ میں جو بتایا، وہ کیوں ایک ناکافی جواب ہے؟</w:t>
      </w:r>
    </w:p>
    <w:p>
      <w:r>
        <w:rPr>
          <w:b/>
        </w:rPr>
        <w:t xml:space="preserve">[55:36] </w:t>
      </w:r>
      <w:r>
        <w:t>to is ko hum samajhne ki koshish karte hain.</w:t>
      </w:r>
    </w:p>
    <w:p>
      <w:pPr>
        <w:jc w:val="right"/>
      </w:pPr>
      <w:r>
        <w:t>تو اس کو ہم سمجھنے کی کوشش کرتے ہیں۔</w:t>
      </w:r>
    </w:p>
    <w:p>
      <w:r>
        <w:rPr>
          <w:b/>
        </w:rPr>
        <w:t xml:space="preserve">[55:38] </w:t>
      </w:r>
      <w:r>
        <w:t>to aaiye jo hai na, paighambar is liye bheje jaate hain. prophets, prophets jo hain, saare prophet ek lakh 24 hazar jo bhi hain, aur aakhri paighambar Hazrat Muhammad (SAW), ye insaan ke paas is liye aaye hain taake is ko jannat ke liye ek certified person banaai</w:t>
      </w:r>
    </w:p>
    <w:p>
      <w:pPr>
        <w:jc w:val="right"/>
      </w:pPr>
      <w:r>
        <w:t>تو آئیے جو ہے نا، پیغمبر اس لیے بھیجے جاتے ہیں۔ پرافٹس، پرافٹس جو ہیں، سارے پرافٹ ایک لاکھ 24 ہزار جو بھی ہیں، اور آخری پیغمبر حضرت محمد صلی اللہ علیہ وسلم، یہ انسان کے پاس اس لیے آئے ہیں تاکہ اس کو جنت کے لیے ایک سرٹیفائیڈ پرسن بنائ</w:t>
      </w:r>
    </w:p>
    <w:p>
      <w:r>
        <w:rPr>
          <w:b/>
        </w:rPr>
        <w:t xml:space="preserve">[55:57] </w:t>
      </w:r>
      <w:r>
        <w:t>en. ek aisa mindset aur aisa ek character is ke andar build kare taake woh creation plan, yaani aakhirat ki zindagi mein, woh kaise kaamyaab ho jab woh Khuda ke paas pohnche.</w:t>
      </w:r>
    </w:p>
    <w:p>
      <w:pPr>
        <w:jc w:val="right"/>
      </w:pPr>
      <w:r>
        <w:t>یں۔ ایک ایسا مائنڈ سیٹ اور ایسا ایک کریکٹر اس کے اندر بلڈ کرے تاکہ وہ کریشن پلان، یعنی آخرت کی زندگی میں، وہ کیسے کامیاب ہو جب وہ خدا کے پاس پہنچے۔</w:t>
      </w:r>
    </w:p>
    <w:p>
      <w:r>
        <w:rPr>
          <w:b/>
        </w:rPr>
        <w:t xml:space="preserve">[56:09] </w:t>
      </w:r>
      <w:r>
        <w:t>to qalb-e-saleem, 'alam man ataa Allah bi qalb-e-saleem', qalb-e-saleem le kar kaise jaaye? qalb-e-saleem ka matlab hai qalb-e-muzakka, purified person, ji purified soul ya purified man ban kar kaise jaaye?</w:t>
      </w:r>
    </w:p>
    <w:p>
      <w:pPr>
        <w:jc w:val="right"/>
      </w:pPr>
      <w:r>
        <w:t>تو قلب سلیم الا من ات اللہ بقلب سلیم قلب سلیم لے کر کیسے جائے؟ قلب سلیم کا مطلب ہے قلب مزکہ، پیوریفائیڈ پرسن، جی پیوریفائیڈ سول یا پیوریفائیڈ مین بن کر کیسے جائے؟</w:t>
      </w:r>
    </w:p>
    <w:p>
      <w:r>
        <w:rPr>
          <w:b/>
        </w:rPr>
        <w:t xml:space="preserve">[56:23] </w:t>
      </w:r>
      <w:r>
        <w:t>anbiya ko isi liye bheja gaya hai. to</w:t>
      </w:r>
    </w:p>
    <w:p>
      <w:pPr>
        <w:jc w:val="right"/>
      </w:pPr>
      <w:r>
        <w:t>انبیاء کو اسی لیے بھیجا گیا ہے۔ تو</w:t>
      </w:r>
    </w:p>
    <w:p>
      <w:r>
        <w:rPr>
          <w:b/>
        </w:rPr>
        <w:t xml:space="preserve">[56:25] </w:t>
      </w:r>
      <w:r>
        <w:t>anbiya ne jo hai, jis kaam ke liye bheja gaya, kya woh isi mozu ko tishna chhod kar baqi saari baatein woh log batate rahe?</w:t>
      </w:r>
    </w:p>
    <w:p>
      <w:pPr>
        <w:jc w:val="right"/>
      </w:pPr>
      <w:r>
        <w:t>انبیاء نے جو ہے، جس کام کے لیے بھیجا گیا، کیا وہ اسی موضوع کو تشنہ چھوڑ کر باقی ساری باتیں وہ لوگ بتاتے رہے؟</w:t>
      </w:r>
    </w:p>
    <w:p>
      <w:r>
        <w:rPr>
          <w:b/>
        </w:rPr>
        <w:t xml:space="preserve">[56:34] </w:t>
      </w:r>
      <w:r>
        <w:t>yaani hamein jo hai, kitab-un-nikah bhi unhon ne parhaya. anbiya ne jaisa ke hamari hadith ki kitabon mein hai, kitab-ul-buyoo' bhi sikhaya ke tijaratain kaise ki jaayen.</w:t>
      </w:r>
    </w:p>
    <w:p>
      <w:pPr>
        <w:jc w:val="right"/>
      </w:pPr>
      <w:r>
        <w:t>یعنی ہمیں جو ہے، کتاب النکاح بھی انہوں نے پڑھایا۔ انبیاء نے جیسا کہ ہماری حدیث کی کتابوں میں ہے، کتاب البیوع بھی سکھایا کہ تجارتیں کیسے کی جائیں۔</w:t>
      </w:r>
    </w:p>
    <w:p>
      <w:r>
        <w:rPr>
          <w:b/>
        </w:rPr>
        <w:t xml:space="preserve">[56:44] </w:t>
      </w:r>
      <w:r>
        <w:t>aur jo hai, is ke andar jo hai, aur bhi aap dekh sakte hain, kitab-ul-qital ya kitab-ul-jihad, ji ke yeh to</w:t>
      </w:r>
    </w:p>
    <w:p>
      <w:pPr>
        <w:jc w:val="right"/>
      </w:pPr>
      <w:r>
        <w:t>اور جو ہے، اس کے اندر جو ہے، اور بھی آپ دیکھ سکتے ہیں، کتاب القتال یا کتاب الجہاد، جی کہ یہ تو</w:t>
      </w:r>
    </w:p>
    <w:p>
      <w:r>
        <w:rPr>
          <w:b/>
        </w:rPr>
        <w:t xml:space="preserve">[56:53] </w:t>
      </w:r>
      <w:r>
        <w:t>yeh to anbiya ke asal mozu nahin hain. hmm anbiya ke asal mozu yeh hai ke ek aadmi ko Khuda ke paas paas hone ke liye, Khuda ke imtehaan mein paas hone ke liye, qalb-e-saleem le kar jaana kya hai?</w:t>
      </w:r>
    </w:p>
    <w:p>
      <w:pPr>
        <w:jc w:val="right"/>
      </w:pPr>
      <w:r>
        <w:t>یہ تو انبیاء کے اصل موضوع نہیں ہے۔ ہمم انبیاء کے اصل موضوع یہ ہے کہ ایک آدمی کو خدا کے پاس پاس ہونے کے لیے، خدا کے امتحان میں پاس ہونے کے لیے، قلب سلیم لے کر جانا کیا ہے؟</w:t>
      </w:r>
    </w:p>
    <w:p>
      <w:r>
        <w:rPr>
          <w:b/>
        </w:rPr>
        <w:t xml:space="preserve">[57:09] </w:t>
      </w:r>
      <w:r>
        <w:t>to kya aisa hai ke anbiya ne zaili baatein to batai aur jo hai, asal baat hi woh na bata sake jis ko jo hai, hum aaj nahin jaan pa rahe hain?</w:t>
      </w:r>
    </w:p>
    <w:p>
      <w:pPr>
        <w:jc w:val="right"/>
      </w:pPr>
      <w:r>
        <w:t>تو کیا ایسا ہے کہ انبیاء نے ذیلی باتیں تو بتائیں اور جو ہے، اصل بات ہی وہ نہ بتا سکے جس کو جو ہے، ہم آج نہیں جان پا رہے ہیں؟</w:t>
      </w:r>
    </w:p>
    <w:p>
      <w:r>
        <w:rPr>
          <w:b/>
        </w:rPr>
        <w:t xml:space="preserve">[57:18] </w:t>
      </w:r>
      <w:r>
        <w:t>to aisi baat nahin hai.</w:t>
      </w:r>
    </w:p>
    <w:p>
      <w:pPr>
        <w:jc w:val="right"/>
      </w:pPr>
      <w:r>
        <w:t>تو ایسی بات نہیں ہے۔</w:t>
      </w:r>
    </w:p>
    <w:p>
      <w:r>
        <w:rPr>
          <w:b/>
        </w:rPr>
        <w:t xml:space="preserve">[57:20] </w:t>
      </w:r>
      <w:r>
        <w:t>sirf jo hai, yeh ek shield hai hamari aankhon par. agar is shield ko nikaal dein to Quran saara jo hai, is silsile mein hamein help karne ke liye tayyar hai.</w:t>
      </w:r>
    </w:p>
    <w:p>
      <w:pPr>
        <w:jc w:val="right"/>
      </w:pPr>
      <w:r>
        <w:t>صرف جو ہے، یہ ایک شیلڈ ہے ہماری آنکھوں پر۔ اگر اس شیلڈ کو نکال دیں تو قرآن سارا جو ہے، اس سلسلے میں ہمیں ہیلپ کرنے کے لیے تیار ہے۔</w:t>
      </w:r>
    </w:p>
    <w:p>
      <w:r>
        <w:rPr>
          <w:b/>
        </w:rPr>
        <w:t xml:space="preserve">[57:28] </w:t>
      </w:r>
      <w:r>
        <w:t>ji to woh kya baat hai? jaisa ke hum jaisa jaante hain, Quran ke andar paanch mozu'at bataye gaye hain.</w:t>
      </w:r>
    </w:p>
    <w:p>
      <w:pPr>
        <w:jc w:val="right"/>
      </w:pPr>
      <w:r>
        <w:t>جی تو وہ کیا بات ہے؟ جیسا کہ ہم جیسا جانتے ہیں، قرآن کے اندر پانچ موضوعات بتائے گئے ہیں۔</w:t>
      </w:r>
    </w:p>
    <w:p>
      <w:r>
        <w:rPr>
          <w:b/>
        </w:rPr>
        <w:t xml:space="preserve">[57:38] </w:t>
      </w:r>
      <w:r>
        <w:t>yaani Quran ke jo andar jo jin subjects ko le kar is ka message convey kiya gaya hai, woh paanch categories ke topics hain. ji to is mein se ek jo hai, Aayaat-e-Allah jis ko hum kehte hain.</w:t>
      </w:r>
    </w:p>
    <w:p>
      <w:pPr>
        <w:jc w:val="right"/>
      </w:pPr>
      <w:r>
        <w:t>یعنی قرآن کے جو اندر جو جن سبجیکٹس کو لے کر اس کا میسج کنوے کیا گیا ہے، وہ پانچ کیٹیگریز کے ٹاپکس ہیں۔ جی تو اس میں سے ایک جو ہے، اعلیٰ اللہ جس کو ہم کہتے ہیں۔</w:t>
      </w:r>
    </w:p>
    <w:p>
      <w:r>
        <w:rPr>
          <w:b/>
        </w:rPr>
        <w:t xml:space="preserve">[57:49] </w:t>
      </w:r>
      <w:r>
        <w:t>yaani Aayaat-e-Allah ka matlab yeh hai Bounties and Wonders of Universe. ji isi tarah jo hai, Ayyam-e-Allah yaani history mein ya daily life mein, hum jaise rozana news mein padhte hain.</w:t>
      </w:r>
    </w:p>
    <w:p>
      <w:pPr>
        <w:jc w:val="right"/>
      </w:pPr>
      <w:r>
        <w:t>یعنی اعلیٰ اللہ کا مطلب یہ ہے Bounties and Wonders of Universe باؤنٹیز اینڈ ونڈرز آف یونیورس۔ جی اسی طرح جو ہے، ایام اللہ یعنی ہسٹری میں یا ڈیلی لائف میں، ہم جیسے روزانہ نیوز میں پڑھتے ہیں۔</w:t>
      </w:r>
    </w:p>
    <w:p>
      <w:r>
        <w:rPr>
          <w:b/>
        </w:rPr>
        <w:t xml:space="preserve">[58:03] </w:t>
      </w:r>
      <w:r>
        <w:t>ji is tarah ke waqeaat jaise abhi hum ne ek martaba discuss kiya tha ke medical doctoron ne apne office se, apne hospital se paanch hazar door maujood patient ka cancer operation kiya, sir</w:t>
      </w:r>
    </w:p>
    <w:p>
      <w:pPr>
        <w:jc w:val="right"/>
      </w:pPr>
      <w:r>
        <w:t>جی اس طرح کے واقعات جیسے ابھی ہم نے ایک مرتبہ ڈسکس کیا تھا کہ میڈیکل ڈاکٹروں نے اپنے افس سے، اپنے ہاسپٹل سے پانچ ہزار دور موجود ایک پیشنٹ کا کینسر آپریشن کیا، سر</w:t>
      </w:r>
    </w:p>
    <w:p>
      <w:r>
        <w:rPr>
          <w:b/>
        </w:rPr>
        <w:t xml:space="preserve">[58:18] </w:t>
      </w:r>
      <w:r>
        <w:t>gery ki. ji robot ke zariye. ji to yeh ek news thi jis mein Allah taala jo hai, yeh bata raha tha ke is yeh daur jo hai, kis tarah ki possibilities se bhara hua hai Khuda ki nematon ki.</w:t>
      </w:r>
    </w:p>
    <w:p>
      <w:pPr>
        <w:jc w:val="right"/>
      </w:pPr>
      <w:r>
        <w:t>جری کی۔ جی روبٹ کے ذریعے۔ جی تو یہ ایک نیوز تھی جس میں اللہ تعالی جو ہے، یہ بتا رہا تھا کہ اس یہ دور جو ہے، کس طرح کی پوسیبلیٹیز سے بھرا ہوا ہے خدا کی نعمتوں کی۔</w:t>
      </w:r>
    </w:p>
    <w:p>
      <w:r>
        <w:rPr>
          <w:b/>
        </w:rPr>
        <w:t xml:space="preserve">[58:30] </w:t>
      </w:r>
      <w:r>
        <w:t>jaisa Quran ke andar woh hai ke Quran mein bataya gaya ke us ne tumhare liye riding animals banaye. yaani jo tumhare bojh ko transport kar sake.</w:t>
      </w:r>
    </w:p>
    <w:p>
      <w:pPr>
        <w:jc w:val="right"/>
      </w:pPr>
      <w:r>
        <w:t>جیسے قرآن کے اندر وہ ہے کہ قرآن میں بتایا گیا کہ اس نے تمہارے لیے رائیڈنگ اینیملز بنائے۔ یعنی جو تمہارے بوجھ کو ٹرانسپورٹ کر سکے۔</w:t>
      </w:r>
    </w:p>
    <w:p>
      <w:r>
        <w:rPr>
          <w:b/>
        </w:rPr>
        <w:t xml:space="preserve">[58:40] </w:t>
      </w:r>
      <w:r>
        <w:t>agar yeh animal na hote, ghoda aur khachchar waghera, to insaan jo hai, bojh le ke nahin ja sakta tha.</w:t>
      </w:r>
    </w:p>
    <w:p>
      <w:pPr>
        <w:jc w:val="right"/>
      </w:pPr>
      <w:r>
        <w:t>اگر یہ اینیمل نہ ہوتے، گھوڑا اور خچر وغیرہ، تو انسان جو ہے، بوجھ لے کے نہیں جا سکتا تھا۔</w:t>
      </w:r>
    </w:p>
    <w:p>
      <w:r>
        <w:rPr>
          <w:b/>
        </w:rPr>
        <w:t xml:space="preserve">[58:47] </w:t>
      </w:r>
      <w:r>
        <w:t>li tahammil athqalakum ila baladil lam takunu baligheehi illa bi shiqqil anfus. ji to Allah taala kehta hai yeh animals jo hain, yeh Khuda ki rehmat aur rafat ka jo hai, izhaar hai.</w:t>
      </w:r>
    </w:p>
    <w:p>
      <w:pPr>
        <w:jc w:val="right"/>
      </w:pPr>
      <w:r>
        <w:t>لتحملوا أثقالكم إلى بلد لم تكونوا بالغيه إلا بشق الأنفس جی تو اللہ تعالی کہتا ہے یہ اینیملز جو ہیں، یہ خدا کی رحمت اور رافت کا جو ہے، اظہار ہے۔</w:t>
      </w:r>
    </w:p>
    <w:p>
      <w:r>
        <w:rPr>
          <w:b/>
        </w:rPr>
        <w:t xml:space="preserve">[58:59] </w:t>
      </w:r>
      <w:r>
        <w:t>ji is ka demo hai. woh yaani designer ne kaise apni rehmat ko working banaya insaanon ke moamle mein. is ko agar tum is ka working model dekhna chahte ho to animal ko dekh</w:t>
      </w:r>
    </w:p>
    <w:p>
      <w:pPr>
        <w:jc w:val="right"/>
      </w:pPr>
      <w:r>
        <w:t>جی اس کا ڈیمو ہے۔ وہ یعنی ڈیزائنر نے کیسے اپنی رحمت کو ورکنگ بنایا انسانوں کے معاملے میں۔ اس کو اگر تم اس کا ورکنگ ماڈل دیکھنا چاہتے ہو تو اینیمل کو دیکھ</w:t>
      </w:r>
    </w:p>
    <w:p>
      <w:r>
        <w:rPr>
          <w:b/>
        </w:rPr>
        <w:t xml:space="preserve">[59:11] </w:t>
      </w:r>
      <w:r>
        <w:t>o. agar is ki hum toseef agar aaj karein to hum yeh keh sakte hain ke Khuda ne apni rafat aur rehmat ka izhaar technical form mein kaise kiya?</w:t>
      </w:r>
    </w:p>
    <w:p>
      <w:pPr>
        <w:jc w:val="right"/>
      </w:pPr>
      <w:r>
        <w:t>و۔ اگر اس کی ہم توصیح اگر آج کریں تو ہم یہ کہہ سکتے ہیں کہ خدا نے اپنی رافت اور رحمت کا اظہار ٹیکنیکل فارم میں کیسے کیا؟</w:t>
      </w:r>
    </w:p>
    <w:p>
      <w:r>
        <w:rPr>
          <w:b/>
        </w:rPr>
        <w:t xml:space="preserve">[59:21] </w:t>
      </w:r>
      <w:r>
        <w:t>woh dekhna chahte ho to un china ke doctoron ko dekho jinhon ne shanghai mein ghaliban baith kar zangjian, wahan se paanch hazar kilometer door, aik cancer patient ka unhon ne jo hai, yeh nikala.</w:t>
      </w:r>
    </w:p>
    <w:p>
      <w:pPr>
        <w:jc w:val="right"/>
      </w:pPr>
      <w:r>
        <w:t>وہ دیکھنا چاہتے ہو تو ان چائنہ کے ڈاکٹروں کو دیکھو جنہوں نے شنگھائی میں غالباً بیٹھ کر زنگجیان، وہاں سے پانچ ہزار کلومیٹر دور، ایک کینسر پیشنٹ کا انہوں نے جو ہے، یہ نکال دیا۔</w:t>
      </w:r>
    </w:p>
    <w:p>
      <w:r>
        <w:rPr>
          <w:b/>
        </w:rPr>
        <w:t xml:space="preserve">[59:35] </w:t>
      </w:r>
      <w:r>
        <w:t>cancer ka ilaaj kiya. halankeh patient se doctor paanch hazar kilometer door tha. ji</w:t>
      </w:r>
    </w:p>
    <w:p>
      <w:pPr>
        <w:jc w:val="right"/>
      </w:pPr>
      <w:r>
        <w:t>کینسر کا علاج کیا۔ حالانکہ پیشنٹ سے ڈاکٹر پانچ ہزار کلومیٹر دور تھا۔ جی</w:t>
      </w:r>
    </w:p>
    <w:p>
      <w:r>
        <w:rPr>
          <w:b/>
        </w:rPr>
        <w:t xml:space="preserve">[59:40] </w:t>
      </w:r>
      <w:r>
        <w:t>agar qadeem daur ke andar animals, ghora aur jo hai, khachar, khuda ka kya kehte hain, biological izhaar tha khuda ki rehmat ka, to yeh jo hai, technical izhaar ho gaya.</w:t>
      </w:r>
    </w:p>
    <w:p>
      <w:pPr>
        <w:jc w:val="right"/>
      </w:pPr>
      <w:r>
        <w:t>اگر قدیم دور کے اندر اینیملز، گھوڑا اور جو ہے، خچر، خدا کا کیا کہتے ہیں، بائیولوجیکل اظہار تھا خدا کی رحمت کا، تو یہ جو ہے، ٹیکنیکل اظہار ہو گیا۔</w:t>
      </w:r>
    </w:p>
    <w:p>
      <w:r>
        <w:rPr>
          <w:b/>
        </w:rPr>
        <w:t xml:space="preserve">[59:53] </w:t>
      </w:r>
      <w:r>
        <w:t>yeh waqia</w:t>
      </w:r>
    </w:p>
    <w:p>
      <w:pPr>
        <w:jc w:val="right"/>
      </w:pPr>
      <w:r>
        <w:t>یہ واقعہ</w:t>
      </w:r>
    </w:p>
    <w:p>
      <w:r>
        <w:rPr>
          <w:b/>
        </w:rPr>
        <w:t xml:space="preserve">[59:54] </w:t>
      </w:r>
      <w:r>
        <w:t>to quran ne jo hai, is masle ki khul ke wazahat ki hai. itna zyada wazahat ki hai, is se zyada ghaliban kisi cheez ki wazahat nahi ki.</w:t>
      </w:r>
    </w:p>
    <w:p>
      <w:pPr>
        <w:jc w:val="right"/>
      </w:pPr>
      <w:r>
        <w:t>تو قرآن نے جو ہے، اس مسئلے کی کھل کے وضاحت کی ہے۔ اتنا زیادہ وضاحت کی ہے، اس سے زیادہ غالباً کسی چیز کی وضاحت نہیں کی۔</w:t>
      </w:r>
    </w:p>
    <w:p>
      <w:r>
        <w:rPr>
          <w:b/>
        </w:rPr>
        <w:t xml:space="preserve">[1:00:03] </w:t>
      </w:r>
      <w:r>
        <w:t>isi baat ko jo hai, hamare ulma ne bhi likha hai. aisa nahi ke jo hai, hamare muhaddiseen ne is ko miss kiya. unhon ne is ko kitab ad-du'aat yani masnoon azkar ya kitab ar-ruqaaq ke unwan se yeh baatein wahan par maujood hain.</w:t>
      </w:r>
    </w:p>
    <w:p>
      <w:pPr>
        <w:jc w:val="right"/>
      </w:pPr>
      <w:r>
        <w:t>اسی بات کو جو ہے، ہمارے علماء نے بھی لکھا ہے۔ ایسا نہیں کہ جو ہے، ہمارے محدثین نے اس کو مس کیا۔ انہوں نے اس کو کتاب الدعوات یعنی مسنون اذکار یا کتاب الرخاق کے عنوان سے یہ باتیں وہاں پر موجود ہیں۔</w:t>
      </w:r>
    </w:p>
    <w:p>
      <w:r>
        <w:rPr>
          <w:b/>
        </w:rPr>
        <w:t xml:space="preserve">[1:00:16] </w:t>
      </w:r>
      <w:r>
        <w:t>is ko rediscover karne ki zaroorat thi. to rediscover kaise kiya jaye? quran ke andar bataya gaya inna fi khalqi samawati wal-ardi wakhtilafi al-layli wan-nahari la-ayatin li-ulil-albab alladhina yadhkurunallaha qiyaman wa qu'udan wa 'ala junubihim wa yatafakkaruna fi khalqi samawati wal-ardi rabbana ma khalaqta hadha batilan subhanaka faqina 'adhaban-nar</w:t>
      </w:r>
    </w:p>
    <w:p>
      <w:pPr>
        <w:jc w:val="right"/>
      </w:pPr>
      <w:r>
        <w:t>اس کو ری ڈسکور کرنے کی ضرورت تھی۔ تو ری ڈسکور کیسے کیا جائے؟ قرآن کے اندر بتایا گیا إن فی خلق السماوات والأرض واختلاف الليل والنهار لآيات لأولي الألباب الذین یذکرون اللہ قیاماً وقعوداً وعلی جنوبہم ویتفکرون فی خلق السماوات والأرض ربنا ما خلقت هذا باطلاً جی سبحانک فقنا عذاب النار</w:t>
      </w:r>
    </w:p>
    <w:p>
      <w:r>
        <w:rPr>
          <w:b/>
        </w:rPr>
        <w:t xml:space="preserve">[1:00:40] </w:t>
      </w:r>
      <w:r>
        <w:t>dekha unhon ne jo hai, universe ko lekin jo hai, end result mila faqina 'adhaban-nar jahannum se khuda ke creation plan mein jo insaan ki jo final yeh batai gayi hai, barbadi ka jo yeh banega maqam, woh jo hai, jahannum hai.</w:t>
      </w:r>
    </w:p>
    <w:p>
      <w:pPr>
        <w:jc w:val="right"/>
      </w:pPr>
      <w:r>
        <w:t>دیکھا انہوں نے جو ہے، یونیورس کو لیکن جو ہے، اینڈ رزلٹ ملا فقنا عذاب النار جہنم سے خدا کے کریشن پلان میں جو انسان کی جو فائنل یہ بتائی گئی ہے، بربادی کا جو یہ بنے گا مقام، وہ جو ہے، جہنم ہے۔</w:t>
      </w:r>
    </w:p>
    <w:p>
      <w:r>
        <w:rPr>
          <w:b/>
        </w:rPr>
        <w:t xml:space="preserve">[1:00:56] </w:t>
      </w:r>
      <w:r>
        <w:t>to jahannum se bachne ki dua nikalti hai is se. to masnoon azkar jo hai, isi ka</w:t>
      </w:r>
    </w:p>
    <w:p>
      <w:pPr>
        <w:jc w:val="right"/>
      </w:pPr>
      <w:r>
        <w:t>تو جہنم سے بچنے کی دعا نکلتی ہے اس سے۔ تو مسنون اذکار جو ہے، اسی کا</w:t>
      </w:r>
    </w:p>
    <w:p>
      <w:r>
        <w:rPr>
          <w:b/>
        </w:rPr>
        <w:t xml:space="preserve">[1:01:01] </w:t>
      </w:r>
      <w:r>
        <w:t>izhaar hai. quran ki yeh jo ayatein hain, jis ke andar kainat mein tadabbur ke liye kaha gaya, rasool Allah ne 'amalan is ki itni zyada wazahat ki, ghaliban kisi aur doosre mamle ki wazahat nahi ki.</w:t>
      </w:r>
    </w:p>
    <w:p>
      <w:pPr>
        <w:jc w:val="right"/>
      </w:pPr>
      <w:r>
        <w:t>اظہار ہے۔ قرآن کی یہ جو آیتیں ہیں، جس کے اندر کائنات میں تدبر کے لیے کہا گیا، رسول اللہ نے عملاً اس کی اتنی زیادہ وضاحت کی، غالباً کسی اور دوسرے معاملے کی وضاحت نہیں کی۔</w:t>
      </w:r>
    </w:p>
    <w:p>
      <w:r>
        <w:rPr>
          <w:b/>
        </w:rPr>
        <w:t xml:space="preserve">[1:01:12] </w:t>
      </w:r>
      <w:r>
        <w:t>woh masnoon azkar ki shakal mein maujood hai. misaal ke taur par jab subah hui to Allah ke rasool sallallahu 'alayhi wa sallam ne hamein sikhaya ke kainat ke andar raat ka jana aur subah ka ana, yeh is baat ka jo hai, demo hai ke jo hai, yeh dunya ki zindagi khatm hogi aur isi tarah isi mein se jo hai, akhirat emerge hogi.</w:t>
      </w:r>
    </w:p>
    <w:p>
      <w:pPr>
        <w:jc w:val="right"/>
      </w:pPr>
      <w:r>
        <w:t>وہ مسنون اذکار کی شکل میں موجود ہے۔ مثلاً جب صبح ہوئی تو اللہ کے رسول صلی اللہ علیہ وسلم نے ہمیں سکھایا کہ کائنات کے اندر رات کا جانا اور صبح کا آنا، یہ اس بات کا جو ہے، ڈیمو ہے کہ جو ہے، یہ دنیا کی زندگی ختم ہوگی اور اسی طرح اسی میں سے جو ہے، آخرت ایمرج ہوگی۔</w:t>
      </w:r>
    </w:p>
    <w:p>
      <w:r>
        <w:rPr>
          <w:b/>
        </w:rPr>
        <w:t xml:space="preserve">[1:01:31] </w:t>
      </w:r>
      <w:r>
        <w:t>is ko khuda ne jo hai, night and day ke kya kehte hain, demo se jo hai, wazeh kiya. hmm hmm ji to isi tarah jo hai, raat hui to rasool Allah ne aise hi kiya.</w:t>
      </w:r>
    </w:p>
    <w:p>
      <w:pPr>
        <w:jc w:val="right"/>
      </w:pPr>
      <w:r>
        <w:t>اس کو خدا نے جو ہے، نائٹ اینڈ ڈے کے کیا کہتے ہیں، ڈیمو سے جو ہے، واضح کیا۔ ہمم ہمم جی تو اسی طرح جو ہے، رات ہوئی تو رسول اللہ نے ایسے ہی کیا۔</w:t>
      </w:r>
    </w:p>
    <w:p>
      <w:r>
        <w:rPr>
          <w:b/>
        </w:rPr>
        <w:t xml:space="preserve">[1:01:43] </w:t>
      </w:r>
      <w:r>
        <w:t>isi tarah jo hai, rasool Allah jab sawar hue kisi sawari par to unhon ne jo hai, is baat ko yaad dilaya ke yeh jo hai, yeh ghora ya khachar jo hai, khuda ki rafat aur rehmat ka izhaar hai.</w:t>
      </w:r>
    </w:p>
    <w:p>
      <w:pPr>
        <w:jc w:val="right"/>
      </w:pPr>
      <w:r>
        <w:t>اسی طرح جو ہے، رسول اللہ جب سوار ہوئے کسی سواری پر تو انہوں نے جو ہے، اس بات کو یاد دلایا کہ یہ جو ہے، یہ گھوڑا یا خچر جو ہے، خدا کی رافت اور رحمت کا اظہار ہے۔</w:t>
      </w:r>
    </w:p>
    <w:p>
      <w:r>
        <w:rPr>
          <w:b/>
        </w:rPr>
        <w:t xml:space="preserve">[1:01:53] </w:t>
      </w:r>
      <w:r>
        <w:t>is par ghor o fikr karo. to goya ke hum aisa keh sakte hain, ras</w:t>
      </w:r>
    </w:p>
    <w:p>
      <w:pPr>
        <w:jc w:val="right"/>
      </w:pPr>
      <w:r>
        <w:t>اس پر غور و فکر کرو۔ تو گویا کہ ہم ایسا کہہ سکتے ہیں، رس</w:t>
      </w:r>
    </w:p>
    <w:p>
      <w:r>
        <w:rPr>
          <w:b/>
        </w:rPr>
        <w:t xml:space="preserve">[1:02:00] </w:t>
      </w:r>
      <w:r>
        <w:t>ool ne ya khuda ke rasoolon ne traditional daur mein is ka jo hai, traditional izhaar sikhaya shukr ka.</w:t>
      </w:r>
    </w:p>
    <w:p>
      <w:pPr>
        <w:jc w:val="right"/>
      </w:pPr>
      <w:r>
        <w:t>ول نے یا خدا کے رسولوں نے ٹریڈیشنل دور میں اس کا جو ہے، ٹریڈیشنل اظہار سکھایا شکر کا۔</w:t>
      </w:r>
    </w:p>
    <w:p>
      <w:r>
        <w:rPr>
          <w:b/>
        </w:rPr>
        <w:t xml:space="preserve">[1:02:09] </w:t>
      </w:r>
      <w:r>
        <w:t>yani unhon ne ghore ko dekha, unhon ne jo hai, ghar ko dekha, unhon ne din aur raat ko dekha. to apne followers ko unhon ne sikhaya ke in mein tadabbur se jo hai, tumhein jo hai, khuda ki qurbat aur nearness ki discovery</w:t>
      </w:r>
    </w:p>
    <w:p>
      <w:pPr>
        <w:jc w:val="right"/>
      </w:pPr>
      <w:r>
        <w:t>یعنی انہوں نے گھوڑے کو دیکھا، انہوں نے جو ہے، گھر کو دیکھا، انہوں نے دن اور رات کو دیکھا۔ تو اپنے فالوورز کو انہوں نے سکھایا کہ ان میں تدبر سے جو ہے، تمہیں جو ہے، خدا کی قربت اور نیرنس کی ڈسکوری</w:t>
      </w:r>
    </w:p>
    <w:p>
      <w:r>
        <w:rPr>
          <w:b/>
        </w:rPr>
        <w:t xml:space="preserve">[1:02:22] </w:t>
      </w:r>
      <w:r>
        <w:t>hogi, feeling aayegi aur jo hai, khuda ka creation plan approve ho jayega. ji ji aur phir sath mein unhon ne yeh bataya ke khuda jo hai, is kya kehte hain, workable observation par raazi nahi hai insaanon ke mamle mein.</w:t>
      </w:r>
    </w:p>
    <w:p>
      <w:pPr>
        <w:jc w:val="right"/>
      </w:pPr>
      <w:r>
        <w:t>ہوگی، فیلنگ آئے گی اور جو ہے، خدا کا کریشن پلان اپروو ہو جائے گا۔ جی جی اور پھر ساتھ میں انہوں نے یہ بتایا کہ خدا جو ہے، اس کیا کہتے ہیں، ورکیبل ابزرویشن پر راضی نہیں ہے انسانوں کے معاملے میں۔</w:t>
      </w:r>
    </w:p>
    <w:p>
      <w:r>
        <w:rPr>
          <w:b/>
        </w:rPr>
        <w:t xml:space="preserve">[1:02:38] </w:t>
      </w:r>
      <w:r>
        <w:t>aik daur aayega sanurihim ka, jis ko hum jo hai, daur sanurihim keh sakte hain. surah hamim al-sajdah ki ayat sanurihim ayatina fil-afaqi wa fi anfusihim hatta yatabayyana lahum annahul-haq ji traditional daur se hum jo hai, is ko mechanical daur mein bhi pahunch</w:t>
      </w:r>
    </w:p>
    <w:p>
      <w:pPr>
        <w:jc w:val="right"/>
      </w:pPr>
      <w:r>
        <w:t>ایک دور آئے گا سنوریہم کا، جس کو ہم جو ہے، دور سنوریہم کہہ سکتے ہیں۔ سورہ حامد مسجد کی آیت سنوریہم آیاتنا فی الافاق و فی انفسہم حتیٰ یتبین لہم انا الحق جی ٹریڈیشنل دور سے ہم جو ہے، اس کو مکینیکل دور میں بھی پہنچ</w:t>
      </w:r>
    </w:p>
    <w:p>
      <w:r>
        <w:rPr>
          <w:b/>
        </w:rPr>
        <w:t xml:space="preserve">[1:02:54] </w:t>
      </w:r>
      <w:r>
        <w:t>a denge. jab insaan yeh janega ke yahan is daur ke andar aik patient ka ilaaj, woh kisi bhi aik backward mulk ke andar rehta ho, aik mahir doctor jo hai, uska surgery kar sakta hai baghair safar ki, us ko mushaqqat diye ke patient ko.</w:t>
      </w:r>
    </w:p>
    <w:p>
      <w:pPr>
        <w:jc w:val="right"/>
      </w:pPr>
      <w:r>
        <w:t>ا دیں گے۔ جب انسان یہ جانے گا کہ یہاں اس دور کے اندر ایک پیشنٹ کا علاج، وہ کسی بھی ایک بیکورڈ ملک کے اندر رہتا ہو، ایک ماہر ڈاکٹر جو ہے، اس کا سرجری کر سکتا ہے بغیر سفر کی، اس کو مشقت دیے کے پیشنٹ کو۔</w:t>
      </w:r>
    </w:p>
    <w:p>
      <w:r>
        <w:rPr>
          <w:b/>
        </w:rPr>
        <w:t xml:space="preserve">[1:03:09] </w:t>
      </w:r>
      <w:r>
        <w:t>ji to goya ke jo hai, rasool aur ashab rasool ke zamane mein is ka aik working observation un ke liye possible tha. yani unhon ne raat ko dekha, din ko dekha, ghore ko dekha, pani ko dekha.</w:t>
      </w:r>
    </w:p>
    <w:p>
      <w:pPr>
        <w:jc w:val="right"/>
      </w:pPr>
      <w:r>
        <w:t>جی تو گویا کہ جو ہے، رسول اور اصحاب رسول کے زمانے میں اس کا ایک ورکنگ ابزرویشن ان کے لیے پوسیبل تھا۔ یعنی انہوں نے رات کو دیکھا، دن کو دیکھا، گھوڑے کو دیکھا، پانی کو دیکھا۔</w:t>
      </w:r>
    </w:p>
    <w:p>
      <w:r>
        <w:rPr>
          <w:b/>
        </w:rPr>
        <w:t xml:space="preserve">[1:03:20] </w:t>
      </w:r>
      <w:r>
        <w:t>to aik traditional aur working obz</w:t>
      </w:r>
    </w:p>
    <w:p>
      <w:pPr>
        <w:jc w:val="right"/>
      </w:pPr>
      <w:r>
        <w:t>تو ایک ٹریڈیشنل اور ورکنگ ابز</w:t>
      </w:r>
    </w:p>
    <w:p>
      <w:r>
        <w:rPr>
          <w:b/>
        </w:rPr>
        <w:t xml:space="preserve">[1:03:24] </w:t>
      </w:r>
      <w:r>
        <w:t>ervation tha. to is ko dekh kar unhon ne jo hai, khuda ka shukr ada kiya, khuda ki rehmat aur rafat ko daryaft kiya. lekin sath mein yeh bhi bataya gaya ke is ka aik mechanical version bhi aanay wala hai.</w:t>
      </w:r>
    </w:p>
    <w:p>
      <w:pPr>
        <w:jc w:val="right"/>
      </w:pPr>
      <w:r>
        <w:t>رویشن تھا۔ تو اس کو دیکھ کر انہوں نے جو ہے، خدا کا شکر ادا کیا، خدا کی رحمت اور رافت کو دریافت کیا۔ لیکن ساتھ میں یہ بھی بتایا گیا کہ اس کا ایک مکینیکل ورژن بھی آنے والا ہے۔</w:t>
      </w:r>
    </w:p>
    <w:p>
      <w:r>
        <w:rPr>
          <w:b/>
        </w:rPr>
        <w:t xml:space="preserve">[1:03:34] </w:t>
      </w:r>
      <w:r>
        <w:t>aik scientific age aayega jab khuda ki jo hai, hidden nematein bar mala ho kar samne aa jayengi, jo rawati insaanon ke liye nahi thi.</w:t>
      </w:r>
    </w:p>
    <w:p>
      <w:pPr>
        <w:jc w:val="right"/>
      </w:pPr>
      <w:r>
        <w:t>ایک سائنٹیفک ایج آئے گا جب خدا کی جو ہے، ہڈن نعمتیں برملا ہو کر سامنے آ جائیں گی، جو روایتی انسانوں کے لیے نہیں تھی۔</w:t>
      </w:r>
    </w:p>
    <w:p>
      <w:r>
        <w:rPr>
          <w:b/>
        </w:rPr>
        <w:t xml:space="preserve">[1:03:42] </w:t>
      </w:r>
      <w:r>
        <w:t>to is daur mein bhi jo hai, tum ko jo hai, yeh model tazkiyah ka aur jo hai, tadabbur ka kainat mein khuda se qurbat ka ehsas dilayega.</w:t>
      </w:r>
    </w:p>
    <w:p>
      <w:pPr>
        <w:jc w:val="right"/>
      </w:pPr>
      <w:r>
        <w:t>تو اس دور میں بھی جو ہے، تم کو جو ہے، یہ ماڈل تزکیہ کا اور جو ہے، تدبر کا کائنات میں خدا سے قربت کا احساس دلائے گا۔</w:t>
      </w:r>
    </w:p>
    <w:p>
      <w:r>
        <w:rPr>
          <w:b/>
        </w:rPr>
        <w:t xml:space="preserve">[1:03:51] </w:t>
      </w:r>
      <w:r>
        <w:t>ji to tum jab jo hai, is naye data ke zariye is ko, is mauzu ko jo hai, apna real mauzu banana. lekin jo hai, baad mein ulma ne sirf form ko apna mauzu</w:t>
      </w:r>
    </w:p>
    <w:p>
      <w:pPr>
        <w:jc w:val="right"/>
      </w:pPr>
      <w:r>
        <w:t>جی تو تم جب جو ہے، اس نئے ڈیٹے کے ذریعے اس کو، اس موضوع کو جو ہے، اپنا ریئل موضوع بنانا۔ لیکن جو ہے، بعد میں علماء نے صرف فارم کو اپنا موضوع</w:t>
      </w:r>
    </w:p>
    <w:p>
      <w:r>
        <w:rPr>
          <w:b/>
        </w:rPr>
        <w:t xml:space="preserve">[1:04:03] </w:t>
      </w:r>
      <w:r>
        <w:t>banaya, jo working jo yeh data ya observation maujood tha masnoon azkar mein, jis ka jo hai, pattern diya gaya tha, us ko unhon ne jo hai, basically sirf jo hai, takrar alfaz ya talaffuz kalma ka jo hai, mozu bana liya.</w:t>
      </w:r>
    </w:p>
    <w:p>
      <w:pPr>
        <w:jc w:val="right"/>
      </w:pPr>
      <w:r>
        <w:t>بنایا، جو ورکنگ جو یہ ڈیٹا یا ابزرویشن موجود تھا مسنون اذکار میں، جس کا جو ہے، پیٹرن دیا گیا تھا، اس کو انہوں نے جو ہے، بیسیکلی صرف جو ہے، تکرار الفاظ یا تلفظ کلمہ کا جو ہے، موضوع بنا لیا۔</w:t>
      </w:r>
    </w:p>
    <w:p>
      <w:r>
        <w:rPr>
          <w:b/>
        </w:rPr>
        <w:t xml:space="preserve">[1:04:17] </w:t>
      </w:r>
      <w:r>
        <w:t>talaffuz dua ko unhon ne yeh samajh liya, halankeh woh talaffuz dua ka case nahi tha. Woh aik paighambar ka uswa tha,</w:t>
      </w:r>
    </w:p>
    <w:p>
      <w:pPr>
        <w:jc w:val="right"/>
      </w:pPr>
      <w:r>
        <w:t>تلفظ دعا کو انہوں نے یہ سمجھ لیا، حالانکہ وہ تلفظ دعا کا کیس نہیں تھا۔ وہ ایک پیغمبر کا اسوہ تھا،</w:t>
      </w:r>
    </w:p>
    <w:p>
      <w:r>
        <w:rPr>
          <w:b/>
        </w:rPr>
        <w:t xml:space="preserve">[1:04:24] </w:t>
      </w:r>
      <w:r>
        <w:t>woh apne atraf mein, surrounding mein phaili hui Khuda ki nishaniyon par. Hmm to ab hamein jo hai, kya rabt hai? Yeh rabt hai ke ab hum aik aisay daur mein dakhil ho chukay hain, jaisa ke Maulana Inayat sahib ne kaha ke ab hamari understanding universe ko le kar bohat ziyada barh gayi hai.</w:t>
      </w:r>
    </w:p>
    <w:p>
      <w:pPr>
        <w:jc w:val="right"/>
      </w:pPr>
      <w:r>
        <w:t>وہ اپنے اطراف میں، سراؤنڈنگ میں پھیلی ہوئی خدا کی نشانیوں پر۔ ہمم تو اب ہمیں جو ہے، کیا ربط ہے؟ یہ ربط ہے کہ اب ہم ایک ایسے دور میں داخل ہو چکے ہیں، جیسا کہ مولانا عنایت صاحب نے کہا کہ اب ہماری انڈرسٹینڈنگ یونیورس کو لے کر بہت زیادہ بڑھ گئی ہے۔</w:t>
      </w:r>
    </w:p>
    <w:p>
      <w:r>
        <w:rPr>
          <w:b/>
        </w:rPr>
        <w:t xml:space="preserve">[1:04:40] </w:t>
      </w:r>
      <w:r>
        <w:t>to goya ke hum jo hai, ab jo hai, revolutionary oceanic jo hai, yeh kar sakte hain Khuda ki hamd aur jo hai, shukr. To is tarah jo hai, aap keh sakte hain ke tadabbur fil kawn ka marifat se</w:t>
      </w:r>
    </w:p>
    <w:p>
      <w:pPr>
        <w:jc w:val="right"/>
      </w:pPr>
      <w:r>
        <w:t>تو گویا کہ ہم جو ہے، اب جو ہے، ریولوشنری اوشیانک جو ہے، یہ کر سکتے ہیں خدا کی حمد اور جو ہے، شکر۔ تو اس طرح جو ہے، آپ کہہ سکتے ہیں کہ تدبر فی الکون کا معرفت سے</w:t>
      </w:r>
    </w:p>
    <w:p>
      <w:r>
        <w:rPr>
          <w:b/>
        </w:rPr>
        <w:t xml:space="preserve">[1:04:53] </w:t>
      </w:r>
      <w:r>
        <w:t>anbiya hi rishta hai, marifat-e-Rab se jo hai, anbiya hi rishta hai. Anbiya hi ne hum ko yeh sikhaya hai, jo aik missing fact ke taur par hum ne is ko jo hai, tawajjuh nahi di thi.</w:t>
      </w:r>
    </w:p>
    <w:p>
      <w:pPr>
        <w:jc w:val="right"/>
      </w:pPr>
      <w:r>
        <w:t>انبیاء ہی رشتہ ہے، معرفت رب سے جو ہے، انبیاء ہی رشتہ ہے۔ انبیاء ہی نے ہم کو یہ سکھایا ہے، جو ایک مسنگ فیکٹ کے طور پر ہم نے اس کو جو ہے، توجہ نہیں دی تھی۔</w:t>
      </w:r>
    </w:p>
    <w:p>
      <w:r>
        <w:rPr>
          <w:b/>
        </w:rPr>
        <w:t xml:space="preserve">[1:05:04] </w:t>
      </w:r>
      <w:r>
        <w:t>hamare Khuda ki aakhri kitab Quran ke andar woh model maujood hai, tazkeer bi Allah aur tazkeer bi ayyam Allah ke tehat. Aur jo hai, hadith ki kitabon ke andar kitab-ur-riqaaq aur kitab-ud-du'aat ki shakal mein woh model maujood hai.</w:t>
      </w:r>
    </w:p>
    <w:p>
      <w:pPr>
        <w:jc w:val="right"/>
      </w:pPr>
      <w:r>
        <w:t>ہمارے خدا کی آخری کتاب قرآن کے اندر وہ ماڈل موجود ہے، تذکیر بعلیٰ اللہ اور تذکیر بایام اللہ کے تحت۔ اور جو ہے، حدیث کی کتابوں کے اندر کتاب الرخاق اور کتاب الدعوات کی شکل میں وہ ماڈل موجود ہے۔</w:t>
      </w:r>
    </w:p>
    <w:p>
      <w:r>
        <w:rPr>
          <w:b/>
        </w:rPr>
        <w:t xml:space="preserve">[1:05:18] </w:t>
      </w:r>
      <w:r>
        <w:t>agarcheh ke hum ne is ko sirf</w:t>
      </w:r>
    </w:p>
    <w:p>
      <w:pPr>
        <w:jc w:val="right"/>
      </w:pPr>
      <w:r>
        <w:t>اگرچہ کہ ہم نے اس کو صرف</w:t>
      </w:r>
    </w:p>
    <w:p>
      <w:r>
        <w:rPr>
          <w:b/>
        </w:rPr>
        <w:t xml:space="preserve">[1:05:21] </w:t>
      </w:r>
      <w:r>
        <w:t>hifz aur talaffuz ka mozu banaya hai, to bas zaroorat hai ke is ka revival kiya jaye, is ke mafahim ko samjha jaye aur is ka re-application kiya jaye, is ka ahya kiya jaye musalmanon</w:t>
      </w:r>
    </w:p>
    <w:p>
      <w:pPr>
        <w:jc w:val="right"/>
      </w:pPr>
      <w:r>
        <w:t>حفظ اور تلفظ کا موضوع بنایا ہے، تو بس ضرورت ہے کہ اس کا ریوائیول کیا جائے، اس کے مفاہیم کو سمجھا جائے اور اس کا ری ایپلیکیشن کیا جائے، اس کا احیاء کیا جائے مسلمانوں</w:t>
      </w:r>
    </w:p>
    <w:p>
      <w:r>
        <w:rPr>
          <w:b/>
        </w:rPr>
        <w:t xml:space="preserve">[1:05:32] </w:t>
      </w:r>
      <w:r>
        <w:t>mein. Isi se jo hai, musalmanon ki personality building ho sakti hai, isi se un ko Khuda ki qurbat ka ehsas mil sakta hai, isi se woh jannat aur jahannum ko jo hai, apni brain ki aankhon se dekh sakte hain.</w:t>
      </w:r>
    </w:p>
    <w:p>
      <w:pPr>
        <w:jc w:val="right"/>
      </w:pPr>
      <w:r>
        <w:t>میں۔ اسی سے جو ہے، مسلمانوں کی پرسنیلٹی بلڈنگ ہو سکتی ہے، اسی سے ان کو خدا کی قربت کا احساس مل سکتا ہے، اسی سے وہ جنت اور جہنم کو جو ہے، اپنی برین کی آنکھوں سے دیکھ سکتے ہیں۔</w:t>
      </w:r>
    </w:p>
    <w:p>
      <w:r>
        <w:rPr>
          <w:b/>
        </w:rPr>
        <w:t xml:space="preserve">[1:05:43] </w:t>
      </w:r>
      <w:r>
        <w:t>ji mind ki aankhon se woh dekh sakte hain. Warna jo hai, musalman to wohi hai, lekin jo hai, ab woh pehli si baat na rahi.</w:t>
      </w:r>
    </w:p>
    <w:p>
      <w:pPr>
        <w:jc w:val="right"/>
      </w:pPr>
      <w:r>
        <w:t>جی مائنڈ کی آنکھوں سے وہ دیکھ سکتے ہیں۔ ورنہ جو ہے، مسلمان تو وہی ہے، لیکن جو ہے، اب وہ پہلی سی بات نہ رہی۔</w:t>
      </w:r>
    </w:p>
    <w:p>
      <w:r>
        <w:rPr>
          <w:b/>
        </w:rPr>
        <w:t xml:space="preserve">[1:05:52] </w:t>
      </w:r>
      <w:r>
        <w:t>baat yeh hai ke jo hai, ab woh pehli si baat na rahi. Hum pe woh altaf nahi, inayat nahi. Baat yeh hai ke pehli si madarat nahi ka jo hai, musalmanon ka aik muamla ho gaya hai.</w:t>
      </w:r>
    </w:p>
    <w:p>
      <w:pPr>
        <w:jc w:val="right"/>
      </w:pPr>
      <w:r>
        <w:t>بات یہ ہے کہ جو ہے، اب وہ پہلی سی بات نہ رہی۔ ہم پہ وہ الطاف نہیں، عنایات نہیں۔ بات یہ ہے کہ پہلی سی مدارات نہیں کا جو ہے، مسلمانوں کا ایک معاملہ ہو گیا ہے۔</w:t>
      </w:r>
    </w:p>
    <w:p>
      <w:r>
        <w:rPr>
          <w:b/>
        </w:rPr>
        <w:t xml:space="preserve">[1:06:02] </w:t>
      </w:r>
      <w:r>
        <w:t>to tadabbur fil kawn aur marifat-e-Rab ka jo hai, wohi rishta hai jo aik baap aur bete ka hota hai. Samjhein, designer aur design ka hota hai.</w:t>
      </w:r>
    </w:p>
    <w:p>
      <w:pPr>
        <w:jc w:val="right"/>
      </w:pPr>
      <w:r>
        <w:t>تو تدبر فی الکون اور معرفت رب کا جو ہے، وہی رشتہ ہے جو ایک باپ اور بیٹے کا ہوتا ہے۔ سمجھیں، ڈیزائنر اور ڈیزائن کا ہوتا ہے۔</w:t>
      </w:r>
    </w:p>
    <w:p>
      <w:r>
        <w:rPr>
          <w:b/>
        </w:rPr>
        <w:t xml:space="preserve">[1:06:13] </w:t>
      </w:r>
      <w:r>
        <w:t>yeh Khuda ki design hai kainat aur Khuda is ka designer hai. Is par ghaur karne se designer ka pata chalta hai, designer ki yaad aati hai, is ka jo hai, maqsad wazeh hota hai.</w:t>
      </w:r>
    </w:p>
    <w:p>
      <w:pPr>
        <w:jc w:val="right"/>
      </w:pPr>
      <w:r>
        <w:t>یہ خدا کی ڈیزائن ہے کائنات اور خدا اس کا ڈیزائنر ہے۔ اس پر غور کرنے سے ڈیزائنر کا پتہ چلتا ہے، ڈیزائنر کی یاد آتی ہے، اس کا جو ہے، مقصد واضح ہوتا ہے۔</w:t>
      </w:r>
    </w:p>
    <w:p>
      <w:r>
        <w:rPr>
          <w:b/>
        </w:rPr>
        <w:t xml:space="preserve">[1:06:24] </w:t>
      </w:r>
      <w:r>
        <w:t>ji to ghaliban mein samajhta hoon ke jo hai, in misalon se tadabbur fil kawn aur marifat-e-Rab ka kya rabt hai, woh wazeh hua hoga.</w:t>
      </w:r>
    </w:p>
    <w:p>
      <w:pPr>
        <w:jc w:val="right"/>
      </w:pPr>
      <w:r>
        <w:t>جی تو غالباً میں سمجھتا ہوں کہ جو ہے، ان مثالوں سے تدبر فی الکون اور معرفت رب کا کیا ربط ہے، وہ واضح ہوا ہوگا۔</w:t>
      </w:r>
    </w:p>
    <w:p>
      <w:r>
        <w:rPr>
          <w:b/>
        </w:rPr>
        <w:t xml:space="preserve">[1:06:33] </w:t>
      </w:r>
      <w:r>
        <w:t>bohat achay se. Ji jazak Allah. Jazak Allah khaira</w:t>
      </w:r>
    </w:p>
    <w:p>
      <w:pPr>
        <w:jc w:val="right"/>
      </w:pPr>
      <w:r>
        <w:t>بہت اچھے سے۔ جی جزاک اللہ۔ جزاک اللہ خیرا</w:t>
      </w:r>
    </w:p>
    <w:p>
      <w:r>
        <w:rPr>
          <w:b/>
        </w:rPr>
        <w:t xml:space="preserve">[1:06:37] </w:t>
      </w:r>
      <w:r>
        <w:t>yani aap yeh keh rahe hain ke jis tarah science ke shobay mein aankh band kar ke koi discovery nahi hoti, ji isi tarah marifat-e-Rab ke shobay mein bhi aankh band kar ke dil mein jhanknay se koi discovery nahi hoti.</w:t>
      </w:r>
    </w:p>
    <w:p>
      <w:pPr>
        <w:jc w:val="right"/>
      </w:pPr>
      <w:r>
        <w:t>یعنی آپ یہ کہہ رہے ہیں کہ جس طرح سائنس کے شعبے میں آنکھ بند کر کے کوئی ڈسکوری نہیں ہوتی، جی اسی طرح معرفت رب کے شعبے میں بھی آنکھ بند کر کے دل میں جھانکنے سے کوئی ڈسکوری نہیں ہوتی۔</w:t>
      </w:r>
    </w:p>
    <w:p>
      <w:r>
        <w:rPr>
          <w:b/>
        </w:rPr>
        <w:t xml:space="preserve">[1:06:52] </w:t>
      </w:r>
      <w:r>
        <w:t>tadabbur karein ge to Allah ki marifat aap ko mile gi. Marifat ka aur tadabbur ka taluq lazim aur malzoom ka hai. Aik doosray ko juda nahi kar sakte.</w:t>
      </w:r>
    </w:p>
    <w:p>
      <w:pPr>
        <w:jc w:val="right"/>
      </w:pPr>
      <w:r>
        <w:t>تدبر کریں گے تو اللہ کی معرفت آپ کو ملے گی۔ معرفت کا اور تدبر کا تعلق لازم اور ملزوم کا ہے۔ ایک دوسرے کو جدا نہیں کر سکتے۔</w:t>
      </w:r>
    </w:p>
    <w:p>
      <w:r>
        <w:rPr>
          <w:b/>
        </w:rPr>
        <w:t xml:space="preserve">[1:07:01] </w:t>
      </w:r>
      <w:r>
        <w:t>ji tadabbur karein ge to marifat mile gi. Marifat agar kisi ko mili hai to woh tadabbur ke nati</w:t>
      </w:r>
    </w:p>
    <w:p>
      <w:pPr>
        <w:jc w:val="right"/>
      </w:pPr>
      <w:r>
        <w:t>جی تدبر کریں گے تو معرفت ملے گی۔ معرفت اگر کسی کو ملی ہے تو وہ تدبر کے نتی</w:t>
      </w:r>
    </w:p>
    <w:p>
      <w:r>
        <w:rPr>
          <w:b/>
        </w:rPr>
        <w:t xml:space="preserve">[1:07:07] </w:t>
      </w:r>
      <w:r>
        <w:t>jay mein mili hai. Mashallah. Ji bilkul. Jazak Allah khaira</w:t>
      </w:r>
    </w:p>
    <w:p>
      <w:pPr>
        <w:jc w:val="right"/>
      </w:pPr>
      <w:r>
        <w:t>جے میں ملی ہے۔ ماشاءاللہ۔ جی بالکل۔ جزاک اللہ خیرا</w:t>
      </w:r>
    </w:p>
    <w:p>
      <w:r>
        <w:rPr>
          <w:b/>
        </w:rPr>
        <w:t xml:space="preserve">[1:07:14] </w:t>
      </w:r>
      <w:r>
        <w:t>yeh hamara aaj ka marifat ke silsilay mein discussion tha. Hamare mehmanon ne mashallah is mozu par bohat achay se izhar-e-khayal kiya, is mozu ko ziyada se ziyada wazeh karne ki koshish ki.</w:t>
      </w:r>
    </w:p>
    <w:p>
      <w:pPr>
        <w:jc w:val="right"/>
      </w:pPr>
      <w:r>
        <w:t>یہ ہمارا آج کا معرفت کے سلسلے میں ڈسکشن تھا۔ ہمارے مہمانوں نے ماشاءاللہ اس موضوع پر بہت اچھے سے اظہار خیال کیا، اس موضوع کو زیادہ سے زیادہ واضح کرنے کی کوشش کی۔</w:t>
      </w:r>
    </w:p>
    <w:p>
      <w:r>
        <w:rPr>
          <w:b/>
        </w:rPr>
        <w:t xml:space="preserve">[1:07:29] </w:t>
      </w:r>
      <w:r>
        <w:t>h</w:t>
      </w:r>
    </w:p>
    <w:p>
      <w:pPr>
        <w:jc w:val="right"/>
      </w:pPr>
      <w:r>
        <w:t>ہ</w:t>
      </w:r>
    </w:p>
    <w:p>
      <w:r>
        <w:rPr>
          <w:b/>
        </w:rPr>
        <w:t xml:space="preserve">[1:07:30] </w:t>
      </w:r>
      <w:r>
        <w:t>m aap dono ke shukr guzar hain ke aap apne mutalay se, apne ilm se hum ko mustafeed kiya.</w:t>
      </w:r>
    </w:p>
    <w:p>
      <w:pPr>
        <w:jc w:val="right"/>
      </w:pPr>
      <w:r>
        <w:t>م آپ دونوں کے شکر گزار ہیں کہ آپ اپنے مطالعے سے، اپنے علم سے ہم کو مستفید کیا۔</w:t>
      </w:r>
    </w:p>
    <w:p>
      <w:r>
        <w:rPr>
          <w:b/>
        </w:rPr>
        <w:t xml:space="preserve">[1:07:39] </w:t>
      </w:r>
      <w:r>
        <w:t>dua karte hain ke Allah taala aap ko isi tarah aap se istafada ka aur moqa de.</w:t>
      </w:r>
    </w:p>
    <w:p>
      <w:pPr>
        <w:jc w:val="right"/>
      </w:pPr>
      <w:r>
        <w:t>دعا کرتے ہیں کہ اللہ تعالیٰ آپ کو اسی طرح آپ سے استفادہ کا اور موقع دے۔</w:t>
      </w:r>
    </w:p>
    <w:p>
      <w:r>
        <w:rPr>
          <w:b/>
        </w:rPr>
        <w:t xml:space="preserve">[1:07:45] </w:t>
      </w:r>
      <w:r>
        <w:t>isi ke sath mein apni aik baat rakh kar apni guftagu ko khatam karunga ke marifat ke silsilay mein, jaisa ke hamare mehmanon ne kaha, yeh bohat ziyada aham masla hai,</w:t>
      </w:r>
    </w:p>
    <w:p>
      <w:pPr>
        <w:jc w:val="right"/>
      </w:pPr>
      <w:r>
        <w:t>اسی کے ساتھ میں اپنی ایک بات رکھ کر اپنی گفتگو کو ختم کروں گا کہ معرفت کے سلسلے میں، جیسا کہ ہمارے مہمانوں نے کہا، یہ بہت زیادہ اہم مسئلہ ہے،</w:t>
      </w:r>
    </w:p>
    <w:p>
      <w:r>
        <w:rPr>
          <w:b/>
        </w:rPr>
        <w:t xml:space="preserve">[1:08:04] </w:t>
      </w:r>
      <w:r>
        <w:t>bohat ziyada important hai.</w:t>
      </w:r>
    </w:p>
    <w:p>
      <w:pPr>
        <w:jc w:val="right"/>
      </w:pPr>
      <w:r>
        <w:t>بہت زیادہ امپورٹنٹ ہے۔</w:t>
      </w:r>
    </w:p>
    <w:p>
      <w:r>
        <w:rPr>
          <w:b/>
        </w:rPr>
        <w:t xml:space="preserve">[1:08:07] </w:t>
      </w:r>
      <w:r>
        <w:t>to molana wahiduddin khan,</w:t>
      </w:r>
    </w:p>
    <w:p>
      <w:pPr>
        <w:jc w:val="right"/>
      </w:pPr>
      <w:r>
        <w:t>تو مولانا وحید الدین خان،</w:t>
      </w:r>
    </w:p>
    <w:p>
      <w:r>
        <w:rPr>
          <w:b/>
        </w:rPr>
        <w:t xml:space="preserve">[1:08:13] </w:t>
      </w:r>
      <w:r>
        <w:t>jin ke bare mein hum ne, jin se hum ne mustafida kiya, un ki sab se bari khusoosiyat jo main ne pai, woh marifat hai.</w:t>
      </w:r>
    </w:p>
    <w:p>
      <w:pPr>
        <w:jc w:val="right"/>
      </w:pPr>
      <w:r>
        <w:t>جن کے بارے میں ہم نے، جن سے ہم نے استفادہ کیا، ان کی سب سے بڑی خصوصیت جو میں نے پائی، وہ معرفت ہے۔</w:t>
      </w:r>
    </w:p>
    <w:p>
      <w:r>
        <w:rPr>
          <w:b/>
        </w:rPr>
        <w:t xml:space="preserve">[1:08:24] </w:t>
      </w:r>
      <w:r>
        <w:t>isi marifat ki wajah se main molana se juda. molana ne is mozu par bohat ziyada focus kiya, bohat ziyada likha, bohat ziyada bola.</w:t>
      </w:r>
    </w:p>
    <w:p>
      <w:pPr>
        <w:jc w:val="right"/>
      </w:pPr>
      <w:r>
        <w:t>اسی معرفت کی وجہ سے میں مولانا سے جڑا۔ مولانا نے اس موضوع پر بہت زیادہ فوکس کیا، بہت زیادہ لکھا، بہت زیادہ بولا۔</w:t>
      </w:r>
    </w:p>
    <w:p>
      <w:r>
        <w:rPr>
          <w:b/>
        </w:rPr>
        <w:t xml:space="preserve">[1:08:32] </w:t>
      </w:r>
      <w:r>
        <w:t>to isi ki kuch kadiyan hain jo molana ne likha. molana ne is mozu par bohat sari kitaben likhi hain. barah e rast, bilawasta isi mozu par hai.</w:t>
      </w:r>
    </w:p>
    <w:p>
      <w:pPr>
        <w:jc w:val="right"/>
      </w:pPr>
      <w:r>
        <w:t>تو اسی کی کچھ کڑیاں ہیں جو مولانا نے لکھا۔ مولانا نے اس موضوع پر بہت ساری کتابیں لکھی ہیں۔ براہ راست، بالواسطہ اسی موضوع پر ہے۔</w:t>
      </w:r>
    </w:p>
    <w:p>
      <w:r>
        <w:rPr>
          <w:b/>
        </w:rPr>
        <w:t xml:space="preserve">[1:08:44] </w:t>
      </w:r>
      <w:r>
        <w:t>yani Allah ki azmat aur us ki qudrat ko wazeh karne ke liye hi hai. to ek kitab molana ki, jo sab se pehle molana ne likhi, woh hai "Allah Akbar".</w:t>
      </w:r>
    </w:p>
    <w:p>
      <w:pPr>
        <w:jc w:val="right"/>
      </w:pPr>
      <w:r>
        <w:t>یعنی اللہ کی عظمت اور اس کی قدرت کو واضح کرنے کے لیے ہی ہے۔ تو ایک کتاب مولانا کی، جو سب سے پہلے مولانا نے لکھی، وہ ہے "اللہ اکبر"۔</w:t>
      </w:r>
    </w:p>
    <w:p>
      <w:r>
        <w:rPr>
          <w:b/>
        </w:rPr>
        <w:t xml:space="preserve">[1:08:56] </w:t>
      </w:r>
      <w:r>
        <w:t>yeh bohat ahem kitab hai.</w:t>
      </w:r>
    </w:p>
    <w:p>
      <w:pPr>
        <w:jc w:val="right"/>
      </w:pPr>
      <w:r>
        <w:t>یہ بہت اہم کتاب ہے۔</w:t>
      </w:r>
    </w:p>
    <w:p>
      <w:r>
        <w:rPr>
          <w:b/>
        </w:rPr>
        <w:t xml:space="preserve">[1:08:59] </w:t>
      </w:r>
      <w:r>
        <w:t>isi kitab ne mujhe molana se joṛa. is kitab mein kuch jumle aise hain, woh aadmi jitna parhta jaye ga, us ko utna ziyada is ka mind ta'ajjub mein aur herat mein ḍub jaye ga.</w:t>
      </w:r>
    </w:p>
    <w:p>
      <w:pPr>
        <w:jc w:val="right"/>
      </w:pPr>
      <w:r>
        <w:t>اسی کتاب نے مجھے مولانا سے جوڑا۔ اس کتاب میں کچھ جملے ایسے ہیں، وہ آدمی جتنا پڑھتا جائے گا، اس کو اتنا زیادہ اس کا مائنڈ تعجب میں اور حیرت میں ڈوب جائے گا۔</w:t>
      </w:r>
    </w:p>
    <w:p>
      <w:r>
        <w:rPr>
          <w:b/>
        </w:rPr>
        <w:t xml:space="preserve">[1:09:17] </w:t>
      </w:r>
      <w:r>
        <w:t>jaise ek</w:t>
      </w:r>
    </w:p>
    <w:p>
      <w:pPr>
        <w:jc w:val="right"/>
      </w:pPr>
      <w:r>
        <w:t>جیسے ایک</w:t>
      </w:r>
    </w:p>
    <w:p>
      <w:r>
        <w:rPr>
          <w:b/>
        </w:rPr>
        <w:t xml:space="preserve">[1:09:21] </w:t>
      </w:r>
      <w:r>
        <w:t>ek sentence hai molana ka ke "kya iman ke sote un ke seenon mein khushk ho gaye?</w:t>
      </w:r>
    </w:p>
    <w:p>
      <w:pPr>
        <w:jc w:val="right"/>
      </w:pPr>
      <w:r>
        <w:t>ایک سینٹنس ہے مولانا کا کہ "کیا ایمان کے سوتے ان کے سینوں میں خشک ہو گئے؟</w:t>
      </w:r>
    </w:p>
    <w:p>
      <w:r>
        <w:rPr>
          <w:b/>
        </w:rPr>
        <w:t xml:space="preserve">[1:09:28] </w:t>
      </w:r>
      <w:r>
        <w:t>kya unhein Khuda ki tajalliyat ka koi tajruba nahi hua?" aise aise jumle hain, aadmi un ko parh kar zinda ho jaye. us ke andar marifat kya hai, janne ka shauq paida ho jaye.</w:t>
      </w:r>
    </w:p>
    <w:p>
      <w:pPr>
        <w:jc w:val="right"/>
      </w:pPr>
      <w:r>
        <w:t>کیا انہیں خدا کی تجلیات کا کوئی تجربہ نہیں ہوا؟" ایسے ایسے جملے ہیں، آدمی ان کو پڑھ کر زندہ ہو جائے۔ اس کے اندر معرفت کیا ہے، جاننے کا شوق پیدا ہو جائے۔</w:t>
      </w:r>
    </w:p>
    <w:p>
      <w:r>
        <w:rPr>
          <w:b/>
        </w:rPr>
        <w:t xml:space="preserve">[1:09:41] </w:t>
      </w:r>
      <w:r>
        <w:t>yeh molana ki kitab hai, pehli. phir is ke baad molana ne "Al-Rabania" ke unwan se likhi. is mein bhi marifat ko focus kar ke likha gaya hai.</w:t>
      </w:r>
    </w:p>
    <w:p>
      <w:pPr>
        <w:jc w:val="right"/>
      </w:pPr>
      <w:r>
        <w:t>یہ مولانا کی کتاب ہے، پہلی۔ پھر اس کے بعد مولانا نے "الربانیہ" کے عنوان سے لکھی۔ اس میں بھی معرفت کو فوکس کر کے لکھا گیا ہے۔</w:t>
      </w:r>
    </w:p>
    <w:p>
      <w:r>
        <w:rPr>
          <w:b/>
        </w:rPr>
        <w:t xml:space="preserve">[1:09:57] </w:t>
      </w:r>
      <w:r>
        <w:t>yeh kitab bhi jo hai, Khuda ki marifat ki jhalakiyan dikhati hain. isi ke sath molana ki jo zakhim kitab hai, jo abhi qareeb mein murattab ki gayi hai, woh hai "Kitab-e-Marifat".</w:t>
      </w:r>
    </w:p>
    <w:p>
      <w:pPr>
        <w:jc w:val="right"/>
      </w:pPr>
      <w:r>
        <w:t>یہ کتاب بھی جو ہے، خدا کی معرفت کی جھلکیاں دکھاتی ہیں۔ اسی کے ساتھ مولانا کی جو ضخیم کتاب ہے، جو ابھی قریب میں مرتب کی گئی ہے، وہ ہے "کتاب معرفت"۔</w:t>
      </w:r>
    </w:p>
    <w:p>
      <w:r>
        <w:rPr>
          <w:b/>
        </w:rPr>
        <w:t xml:space="preserve">[1:10:14] </w:t>
      </w:r>
      <w:r>
        <w:t>yeh marifat ke mozu par molana ki sab se zakhim kitab hai.</w:t>
      </w:r>
    </w:p>
    <w:p>
      <w:pPr>
        <w:jc w:val="right"/>
      </w:pPr>
      <w:r>
        <w:t>یہ معرفت کے موضوع پر مولانا کی سب سے ضخیم کتاب ہے۔</w:t>
      </w:r>
    </w:p>
    <w:p>
      <w:r>
        <w:rPr>
          <w:b/>
        </w:rPr>
        <w:t xml:space="preserve">[1:10:19] </w:t>
      </w:r>
      <w:r>
        <w:t>jo log</w:t>
      </w:r>
    </w:p>
    <w:p>
      <w:pPr>
        <w:jc w:val="right"/>
      </w:pPr>
      <w:r>
        <w:t>جو لوگ</w:t>
      </w:r>
    </w:p>
    <w:p>
      <w:r>
        <w:rPr>
          <w:b/>
        </w:rPr>
        <w:t xml:space="preserve">[1:10:22] </w:t>
      </w:r>
      <w:r>
        <w:t>marifat ya iman, tajdid-e-iman ya izdiad-e-iman chahte hain, woh zaroor molana ki in kitabon se mustafida kar sakte hain.</w:t>
      </w:r>
    </w:p>
    <w:p>
      <w:pPr>
        <w:jc w:val="right"/>
      </w:pPr>
      <w:r>
        <w:t>معرفت یا ایمان، تجدید ایمان یا ازدیاد ایمان چاہتے ہیں، وہ ضرور مولانا کی ان کتابوں سے استفادہ کر سکتے ہیں۔</w:t>
      </w:r>
    </w:p>
    <w:p>
      <w:r>
        <w:rPr>
          <w:b/>
        </w:rPr>
        <w:t xml:space="preserve">[1:10:35] </w:t>
      </w:r>
      <w:r>
        <w:t>hum Allah Ta'ala se dua karte hain ke Allah Ta'ala hum sab ko apni marifat se nawaze. humein ziyada se ziyada aala marifat ke liye jeene aur marne ki tofeeq ata farmaye.</w:t>
      </w:r>
    </w:p>
    <w:p>
      <w:pPr>
        <w:jc w:val="right"/>
      </w:pPr>
      <w:r>
        <w:t>ہم اللہ تعالیٰ سے دعا کرتے ہیں کہ اللہ تعالیٰ ہم سب کو اپنی معرفت سے نوازے۔ ہمیں زیادہ سے زیادہ اعلیٰ معرفت کے لیے جینے اور مرنے کی توفیق عطا فرمائے۔</w:t>
      </w:r>
    </w:p>
    <w:p>
      <w:r>
        <w:rPr>
          <w:b/>
        </w:rPr>
        <w:t xml:space="preserve">[1:10:51] </w:t>
      </w:r>
      <w:r>
        <w:t>ameen wa sallallahu 'ala sayyidina Muhammad wa 'ala aalihi wa ash'abihi ajma'een. Assalamu alaikum wa rahmatullahi wa barakatuhu.</w:t>
      </w:r>
    </w:p>
    <w:p>
      <w:pPr>
        <w:jc w:val="right"/>
      </w:pPr>
      <w:r>
        <w:t>آمین وصلى الله علی سیدنا محمد وعلی آلہ واصحابہ اجمعین السلام علیکم ورحمۃ اللہ وبرکاتہ</w:t>
      </w:r>
    </w:p>
    <w:p>
      <w:r>
        <w:rPr>
          <w:b/>
        </w:rPr>
        <w:t xml:space="preserve">[1:11:00] </w:t>
      </w:r>
      <w:r>
        <w:t>ji jazakumullah. aap ne jo hai, bohat acha moderating kiya session ki. aur hum CPS International Delhi ke shukr guzar hain ke unhone humein is mozu par izhar-e-khayal ka moqa diya.</w:t>
      </w:r>
    </w:p>
    <w:p>
      <w:pPr>
        <w:jc w:val="right"/>
      </w:pPr>
      <w:r>
        <w:t>جی جزاکم اللہ۔ آپ نے جو ہے، بہت اچھا موڈریٹنگ کیا سیشن کی۔ اور ہم سی پی ایس انٹرنیشنل دلی کے شکر گزار ہیں کہ انہوں نے ہمیں اس موضوع پر اظہار خیال کا موقع دیا۔</w:t>
      </w:r>
    </w:p>
    <w:p>
      <w:r>
        <w:rPr>
          <w:b/>
        </w:rPr>
        <w:t xml:space="preserve">[1:11:13] </w:t>
      </w:r>
      <w:r>
        <w:t>jazakumullah. jazakumullah.</w:t>
      </w:r>
    </w:p>
    <w:p>
      <w:pPr>
        <w:jc w:val="right"/>
      </w:pPr>
      <w:r>
        <w:t>جزاکم اللہ۔ 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