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Reflections on the Day of Eid June 5th 2019 - Maulana Wahiduddin Khan</w:t>
      </w:r>
    </w:p>
    <w:p>
      <w:r>
        <w:t>https://www.youtube.com/watch?v=Aa8P2o2OAUE</w:t>
      </w:r>
    </w:p>
    <w:p>
      <w:r>
        <w:rPr>
          <w:b/>
        </w:rPr>
        <w:t xml:space="preserve">[00:15] </w:t>
      </w:r>
      <w:r>
        <w:t>paanch June</w:t>
      </w:r>
    </w:p>
    <w:p>
      <w:pPr>
        <w:jc w:val="right"/>
      </w:pPr>
      <w:r>
        <w:t>پانچ جون</w:t>
      </w:r>
    </w:p>
    <w:p>
      <w:r>
        <w:rPr>
          <w:b/>
        </w:rPr>
        <w:t xml:space="preserve">[00:20] </w:t>
      </w:r>
      <w:r>
        <w:t>2019.</w:t>
      </w:r>
    </w:p>
    <w:p>
      <w:pPr>
        <w:jc w:val="right"/>
      </w:pPr>
      <w:r>
        <w:t>2019۔</w:t>
      </w:r>
    </w:p>
    <w:p>
      <w:r>
        <w:rPr>
          <w:b/>
        </w:rPr>
        <w:t xml:space="preserve">[00:26] </w:t>
      </w:r>
      <w:r>
        <w:t>Bismillah Rahman Rahim. Wasallu Allah Nabi al Kareem. Rab ishrah li sadri, wa yassir li amri, wa luqtad bil lisani,</w:t>
      </w:r>
    </w:p>
    <w:p>
      <w:pPr>
        <w:jc w:val="right"/>
      </w:pPr>
      <w:r>
        <w:t>بسم اللہ الرحمن الرحیم۔ وصلی اللہ علی نبی الکریم۔ رب اشرح لی صدری، ویسر لی امری، ولو اقتض باللسان،</w:t>
      </w:r>
    </w:p>
    <w:p>
      <w:r>
        <w:rPr>
          <w:b/>
        </w:rPr>
        <w:t xml:space="preserve">[00:41] </w:t>
      </w:r>
      <w:r>
        <w:t>yafqa qawli.</w:t>
      </w:r>
    </w:p>
    <w:p>
      <w:pPr>
        <w:jc w:val="right"/>
      </w:pPr>
      <w:r>
        <w:t>یفقہ قولی۔</w:t>
      </w:r>
    </w:p>
    <w:p>
      <w:r>
        <w:rPr>
          <w:b/>
        </w:rPr>
        <w:t xml:space="preserve">[00:47] </w:t>
      </w:r>
      <w:r>
        <w:t>Aap jante hain ke aaj Eid al Fitr ka din hai,</w:t>
      </w:r>
    </w:p>
    <w:p>
      <w:pPr>
        <w:jc w:val="right"/>
      </w:pPr>
      <w:r>
        <w:t>آپ جانتے ہیں کہ آج عید الفطر کا دن ہے،</w:t>
      </w:r>
    </w:p>
    <w:p>
      <w:r>
        <w:rPr>
          <w:b/>
        </w:rPr>
        <w:t xml:space="preserve">[00:54] </w:t>
      </w:r>
      <w:r>
        <w:t>to aam taur par yeh kaha jata hai ke Eid al Fitr Musalmanon ke liye khushi ka din hai.</w:t>
      </w:r>
    </w:p>
    <w:p>
      <w:pPr>
        <w:jc w:val="right"/>
      </w:pPr>
      <w:r>
        <w:t>تو عام طور پر یہ کہا جاتا ہے کہ عید الفطر مسلمانوں کے لیے خوشی کا دن ہے۔</w:t>
      </w:r>
    </w:p>
    <w:p>
      <w:r>
        <w:rPr>
          <w:b/>
        </w:rPr>
        <w:t xml:space="preserve">[01:06] </w:t>
      </w:r>
      <w:r>
        <w:t>to mein sochne laga ke khushi kya hai?</w:t>
      </w:r>
    </w:p>
    <w:p>
      <w:pPr>
        <w:jc w:val="right"/>
      </w:pPr>
      <w:r>
        <w:t>تو میں سوچنے لگا کہ خوشی کیا ہے؟</w:t>
      </w:r>
    </w:p>
    <w:p>
      <w:r>
        <w:rPr>
          <w:b/>
        </w:rPr>
        <w:t xml:space="preserve">[01:15] </w:t>
      </w:r>
      <w:r>
        <w:t>What is pleasure?</w:t>
      </w:r>
    </w:p>
    <w:p>
      <w:pPr>
        <w:jc w:val="right"/>
      </w:pPr>
      <w:r>
        <w:t>What is pleasure؟</w:t>
      </w:r>
    </w:p>
    <w:p>
      <w:r>
        <w:rPr>
          <w:b/>
        </w:rPr>
        <w:t xml:space="preserve">[01:20] </w:t>
      </w:r>
      <w:r>
        <w:t>to mujhe apna aik waqia yaad aaya. aap jante hain ke mein 90+ hoon.</w:t>
      </w:r>
    </w:p>
    <w:p>
      <w:pPr>
        <w:jc w:val="right"/>
      </w:pPr>
      <w:r>
        <w:t>تو مجھے اپنا ایک واقعہ یاد آیا۔ آپ جانتے ہیں کہ میں 90+ ہوں۔</w:t>
      </w:r>
    </w:p>
    <w:p>
      <w:r>
        <w:rPr>
          <w:b/>
        </w:rPr>
        <w:t xml:space="preserve">[01:33] </w:t>
      </w:r>
      <w:r>
        <w:t>1947 mein jab India azaad hua to us waqt mein us ke jashn mein shareek tha, kyunke hamari family aik fighter family thi.</w:t>
      </w:r>
    </w:p>
    <w:p>
      <w:pPr>
        <w:jc w:val="right"/>
      </w:pPr>
      <w:r>
        <w:t>1947 میں جب انڈیا آزاد ہوا تو اس وقت میں اس کے جشن میں شریک تھا، کیونکہ ہماری فیملی ایک فائٹر فیملی تھی۔</w:t>
      </w:r>
    </w:p>
    <w:p>
      <w:r>
        <w:rPr>
          <w:b/>
        </w:rPr>
        <w:t xml:space="preserve">[01:52] </w:t>
      </w:r>
      <w:r>
        <w:t>us zamane ke lehaz se hamari family ne aik karnama anjaam diya tha ke aik angrez hamare ghar ke samne se ghore par sawaar ho kar ja raha tha.</w:t>
      </w:r>
    </w:p>
    <w:p>
      <w:pPr>
        <w:jc w:val="right"/>
      </w:pPr>
      <w:r>
        <w:t>اس زمانے کے لحاظ سے ہماری فیملی نے ایک کارنامہ انجام دیا تھا کہ ایک انگریز ہمارے گھر کے سامنے سے گھوڑے پر سوار ہو کر جا رہا تھا۔</w:t>
      </w:r>
    </w:p>
    <w:p>
      <w:r>
        <w:rPr>
          <w:b/>
        </w:rPr>
        <w:t xml:space="preserve">[02:07] </w:t>
      </w:r>
      <w:r>
        <w:t>us ko pakra, us ko utara, aur us ko mara, aur kaha ke ghore par se utar kar jao.</w:t>
      </w:r>
    </w:p>
    <w:p>
      <w:pPr>
        <w:jc w:val="right"/>
      </w:pPr>
      <w:r>
        <w:t>اس کو پکڑا، اس کو اتارا، اور اس کو مارا، اور کہا کہ گھوڑے پر سے اتر کر جاؤ۔</w:t>
      </w:r>
    </w:p>
    <w:p>
      <w:r>
        <w:rPr>
          <w:b/>
        </w:rPr>
        <w:t xml:space="preserve">[02:20] </w:t>
      </w:r>
      <w:r>
        <w:t>us zamane mein yahi sab soch thi logon ki. to mein isi mahaul mein pada pada. azaadi ko bohat bari cheez samajhna.</w:t>
      </w:r>
    </w:p>
    <w:p>
      <w:pPr>
        <w:jc w:val="right"/>
      </w:pPr>
      <w:r>
        <w:t>اس زمانے میں یہی سب سوچ تھی لوگوں کی۔ تو میں اسی ماحول میں پڑا پڑا۔ آزادی کو بہت بڑی چیز سمجھنا۔</w:t>
      </w:r>
    </w:p>
    <w:p>
      <w:r>
        <w:rPr>
          <w:b/>
        </w:rPr>
        <w:t xml:space="preserve">[02:32] </w:t>
      </w:r>
      <w:r>
        <w:t>azaadi ko samm moram samajhna. ajeeb ghareeb qism ka romantic concept tha us zamane mein azaadi ke bare mein.</w:t>
      </w:r>
    </w:p>
    <w:p>
      <w:pPr>
        <w:jc w:val="right"/>
      </w:pPr>
      <w:r>
        <w:t>آزادی کو سمم مورم سمجھنا۔ عجیب غریب قسم کا رومانٹک کانسیپٹ تھا اس زمانے میں آزادی کے بارے میں۔</w:t>
      </w:r>
    </w:p>
    <w:p>
      <w:r>
        <w:rPr>
          <w:b/>
        </w:rPr>
        <w:t xml:space="preserve">[02:46] </w:t>
      </w:r>
      <w:r>
        <w:t>toh 15 august 1947 ko azadi mili.</w:t>
      </w:r>
    </w:p>
    <w:p>
      <w:pPr>
        <w:jc w:val="right"/>
      </w:pPr>
      <w:r>
        <w:t>تو 15 اگست 1947 کو آزادی ملی۔</w:t>
      </w:r>
    </w:p>
    <w:p>
      <w:r>
        <w:rPr>
          <w:b/>
        </w:rPr>
        <w:t xml:space="preserve">[02:54] </w:t>
      </w:r>
      <w:r>
        <w:t>yaani 15 august ki raat ko</w:t>
      </w:r>
    </w:p>
    <w:p>
      <w:pPr>
        <w:jc w:val="right"/>
      </w:pPr>
      <w:r>
        <w:t>یعنی 15 اگست کی رات کو</w:t>
      </w:r>
    </w:p>
    <w:p>
      <w:r>
        <w:rPr>
          <w:b/>
        </w:rPr>
        <w:t xml:space="preserve">[02:58] </w:t>
      </w:r>
      <w:r>
        <w:t>12 baj kar 1 minute par</w:t>
      </w:r>
    </w:p>
    <w:p>
      <w:pPr>
        <w:jc w:val="right"/>
      </w:pPr>
      <w:r>
        <w:t>12 بج کر 1 منٹ پر</w:t>
      </w:r>
    </w:p>
    <w:p>
      <w:r>
        <w:rPr>
          <w:b/>
        </w:rPr>
        <w:t xml:space="preserve">[03:02] </w:t>
      </w:r>
      <w:r>
        <w:t>is zamane ke british viceroy</w:t>
      </w:r>
    </w:p>
    <w:p>
      <w:pPr>
        <w:jc w:val="right"/>
      </w:pPr>
      <w:r>
        <w:t>اس زمانے کے برٹش وائسرائے</w:t>
      </w:r>
    </w:p>
    <w:p>
      <w:r>
        <w:rPr>
          <w:b/>
        </w:rPr>
        <w:t xml:space="preserve">[03:06] </w:t>
      </w:r>
      <w:r>
        <w:t>ne radio par elaan kiya:</w:t>
      </w:r>
    </w:p>
    <w:p>
      <w:pPr>
        <w:jc w:val="right"/>
      </w:pPr>
      <w:r>
        <w:t>نے ریڈیو پر اعلان کیا:</w:t>
      </w:r>
    </w:p>
    <w:p>
      <w:r>
        <w:rPr>
          <w:b/>
        </w:rPr>
        <w:t xml:space="preserve">[03:09] </w:t>
      </w:r>
      <w:r>
        <w:t>"Today India is free."</w:t>
      </w:r>
    </w:p>
    <w:p>
      <w:pPr>
        <w:jc w:val="right"/>
      </w:pPr>
      <w:r>
        <w:t>"Today India is free."</w:t>
      </w:r>
    </w:p>
    <w:p>
      <w:r>
        <w:rPr>
          <w:b/>
        </w:rPr>
        <w:t xml:space="preserve">[03:13] </w:t>
      </w:r>
      <w:r>
        <w:t>ab hamare azadi wale log street par nachne lage.</w:t>
      </w:r>
    </w:p>
    <w:p>
      <w:pPr>
        <w:jc w:val="right"/>
      </w:pPr>
      <w:r>
        <w:t>اب ہمارے آزادی والے لوگ اسٹریٹ پر ناچنے لگے۔</w:t>
      </w:r>
    </w:p>
    <w:p>
      <w:r>
        <w:rPr>
          <w:b/>
        </w:rPr>
        <w:t xml:space="preserve">[03:19] </w:t>
      </w:r>
      <w:r>
        <w:t>Today India is free. to khair, us din mein Adam Bhat mein tha, Adam Bhat shayar mein.</w:t>
      </w:r>
    </w:p>
    <w:p>
      <w:pPr>
        <w:jc w:val="right"/>
      </w:pPr>
      <w:r>
        <w:t>Today India is free. تو خیر، اس دن میں آدم بھٹ میں تھا، آدم بھٹ شاعر میں۔</w:t>
      </w:r>
    </w:p>
    <w:p>
      <w:r>
        <w:rPr>
          <w:b/>
        </w:rPr>
        <w:t xml:space="preserve">[03:30] </w:t>
      </w:r>
      <w:r>
        <w:t>Adam Bhat mein Iqbal Sohail sahib ke ghar par tha.</w:t>
      </w:r>
    </w:p>
    <w:p>
      <w:pPr>
        <w:jc w:val="right"/>
      </w:pPr>
      <w:r>
        <w:t>آدم بھٹ میں اقبال سہیل صاحب کے گھر پر تھا۔</w:t>
      </w:r>
    </w:p>
    <w:p>
      <w:r>
        <w:rPr>
          <w:b/>
        </w:rPr>
        <w:t xml:space="preserve">[03:37] </w:t>
      </w:r>
      <w:r>
        <w:t>to raat ko</w:t>
      </w:r>
    </w:p>
    <w:p>
      <w:pPr>
        <w:jc w:val="right"/>
      </w:pPr>
      <w:r>
        <w:t>تو رات کو</w:t>
      </w:r>
    </w:p>
    <w:p>
      <w:r>
        <w:rPr>
          <w:b/>
        </w:rPr>
        <w:t xml:space="preserve">[03:42] </w:t>
      </w:r>
      <w:r>
        <w:t>mein nikla ghar se, aur sarak ka jo center tha, us ko chowk kaha jata tha, chowk. idhar gaya.</w:t>
      </w:r>
    </w:p>
    <w:p>
      <w:pPr>
        <w:jc w:val="right"/>
      </w:pPr>
      <w:r>
        <w:t>میں نکلا گھر سے، اور سڑک کا جو سینٹر تھا، اس کو چوک کہا جاتا تھا، چوک۔ ادھر گیا۔</w:t>
      </w:r>
    </w:p>
    <w:p>
      <w:r>
        <w:rPr>
          <w:b/>
        </w:rPr>
        <w:t xml:space="preserve">[03:55] </w:t>
      </w:r>
      <w:r>
        <w:t>to hamare ghar se chowk tak sara rasta charaghan ho raha tha. dono taraf us zamane ke lehaz se diye jal rahe the.</w:t>
      </w:r>
    </w:p>
    <w:p>
      <w:pPr>
        <w:jc w:val="right"/>
      </w:pPr>
      <w:r>
        <w:t>تو ہمارے گھر سے چوک تک سارا راستہ چراغاں ہو رہا تھا۔ دونوں طرف اس زمانے کے لحاظ سے دیے جل رہے تھے۔</w:t>
      </w:r>
    </w:p>
    <w:p>
      <w:r>
        <w:rPr>
          <w:b/>
        </w:rPr>
        <w:t xml:space="preserve">[04:10] </w:t>
      </w:r>
      <w:r>
        <w:t>diye.</w:t>
      </w:r>
    </w:p>
    <w:p>
      <w:pPr>
        <w:jc w:val="right"/>
      </w:pPr>
      <w:r>
        <w:t>دیے۔</w:t>
      </w:r>
    </w:p>
    <w:p>
      <w:r>
        <w:rPr>
          <w:b/>
        </w:rPr>
        <w:t xml:space="preserve">[04:14] </w:t>
      </w:r>
      <w:r>
        <w:t>to us waqt jab bus chal raha tha, is Adam Bhat ki sarak par, aur charon taraf charaghan tha, aur khushi ka,</w:t>
      </w:r>
    </w:p>
    <w:p>
      <w:pPr>
        <w:jc w:val="right"/>
      </w:pPr>
      <w:r>
        <w:t>تو اس وقت جب بس چل رہا تھا، اس آدم بھٹ کی سڑک پر، اور چاروں طرف چراغاں تھا، اور خوشی کا،</w:t>
      </w:r>
    </w:p>
    <w:p>
      <w:r>
        <w:rPr>
          <w:b/>
        </w:rPr>
        <w:t xml:space="preserve">[04:28] </w:t>
      </w:r>
      <w:r>
        <w:t>azaadi ki khushi mein poora shehar dooba hua tha. to mujhe achi tarah yaad hai ke</w:t>
      </w:r>
    </w:p>
    <w:p>
      <w:pPr>
        <w:jc w:val="right"/>
      </w:pPr>
      <w:r>
        <w:t>آزادی کی خوشی میں پورا شہر ڈوبا ہوا تھا۔ تو مجھے اچھی طرح یاد ہے کہ</w:t>
      </w:r>
    </w:p>
    <w:p>
      <w:r>
        <w:rPr>
          <w:b/>
        </w:rPr>
        <w:t xml:space="preserve">[04:39] </w:t>
      </w:r>
      <w:r>
        <w:t>mujhe woh tajurba hua jis ko kehte hain: khushi se paaon zameen par nahi pad rahe the. is par aik mazmoon bhi is dauran likha tha maine, akhbar ke liye,</w:t>
      </w:r>
    </w:p>
    <w:p>
      <w:pPr>
        <w:jc w:val="right"/>
      </w:pPr>
      <w:r>
        <w:t>مجھے وہ تجربہ ہوا جس کو کہتے ہیں: خوشی سے پاؤں زمین پر نہیں پڑ رہے تھے۔ اس پر ایک مضمون بھی اس دوران لکھا تھا میں نے، اخبار کے لیے،</w:t>
      </w:r>
    </w:p>
    <w:p>
      <w:r>
        <w:rPr>
          <w:b/>
        </w:rPr>
        <w:t xml:space="preserve">[04:53] </w:t>
      </w:r>
      <w:r>
        <w:t>ke khushi se paaon zameen par nahi pad rahe the.</w:t>
      </w:r>
    </w:p>
    <w:p>
      <w:pPr>
        <w:jc w:val="right"/>
      </w:pPr>
      <w:r>
        <w:t>کہ خوشی سے پاؤں زمین پر نہیں پڑ رہے تھے۔</w:t>
      </w:r>
    </w:p>
    <w:p>
      <w:r>
        <w:rPr>
          <w:b/>
        </w:rPr>
        <w:t xml:space="preserve">[05:01] </w:t>
      </w:r>
      <w:r>
        <w:t>mein samajhta hoon ke meri zindagi mein aisi khushi mujhe sirf aik baar hui hai. poori zindagi mein. ke khushi se paaon zameen par nahi pad rahe the.</w:t>
      </w:r>
    </w:p>
    <w:p>
      <w:pPr>
        <w:jc w:val="right"/>
      </w:pPr>
      <w:r>
        <w:t>میں سمجھتا ہوں کہ میری زندگی میں ایسی خوشی مجھے صرف ایک بار ہوئی ہے۔ پوری زندگی میں۔ کہ خوشی سے پاؤں زمین پر نہیں پڑ رہے تھے۔</w:t>
      </w:r>
    </w:p>
    <w:p>
      <w:r>
        <w:rPr>
          <w:b/>
        </w:rPr>
        <w:t xml:space="preserve">[05:16] </w:t>
      </w:r>
      <w:r>
        <w:t>yeh khushi ka woh culmination hai jo us ko aik baar hua. lekin agle hi din woh khushi khatam ho chuki thi.</w:t>
      </w:r>
    </w:p>
    <w:p>
      <w:pPr>
        <w:jc w:val="right"/>
      </w:pPr>
      <w:r>
        <w:t>یہ خوشی کا وہ کلمنیشن ہے جو اس کو ایک بار ہوا۔ لیکن اگلے ہی دن وہ خوشی ختم ہو چکی تھی۔</w:t>
      </w:r>
    </w:p>
    <w:p>
      <w:r>
        <w:rPr>
          <w:b/>
        </w:rPr>
        <w:t xml:space="preserve">[05:31] </w:t>
      </w:r>
      <w:r>
        <w:t>maine mazmoon jo likha tha us zamane mein, akhbar ke liye, to us mein maine likha tha ke</w:t>
      </w:r>
    </w:p>
    <w:p>
      <w:pPr>
        <w:jc w:val="right"/>
      </w:pPr>
      <w:r>
        <w:t>میں نے مضمون جو لکھا تھا اس زمانے میں، اخبار کے لیے، تو اس میں میں نے لکھا تھا کہ</w:t>
      </w:r>
    </w:p>
    <w:p>
      <w:r>
        <w:rPr>
          <w:b/>
        </w:rPr>
        <w:t xml:space="preserve">[05:42] </w:t>
      </w:r>
      <w:r>
        <w:t>agle hi din tamam charagh bujh chuke the, aur phir woh kabhi nahi jalaye gaye. yeh mere alfaaz the.</w:t>
      </w:r>
    </w:p>
    <w:p>
      <w:pPr>
        <w:jc w:val="right"/>
      </w:pPr>
      <w:r>
        <w:t>اگلے ہی دن تمام چراغ بجھ چکے تھے، اور پھر وہ کبھی نہیں جلائے گئے۔ یہ میرے الفاظ تھے۔</w:t>
      </w:r>
    </w:p>
    <w:p>
      <w:r>
        <w:rPr>
          <w:b/>
        </w:rPr>
        <w:t xml:space="preserve">[05:55] </w:t>
      </w:r>
      <w:r>
        <w:t>ke 15 august ko har taraf khushi hi khushi thi.</w:t>
      </w:r>
    </w:p>
    <w:p>
      <w:pPr>
        <w:jc w:val="right"/>
      </w:pPr>
      <w:r>
        <w:t>کہ 15 اگست کو ہر طرف خوشی ہی خوشی تھی۔</w:t>
      </w:r>
    </w:p>
    <w:p>
      <w:r>
        <w:rPr>
          <w:b/>
        </w:rPr>
        <w:t xml:space="preserve">[06:04] </w:t>
      </w:r>
      <w:r>
        <w:t>mein khud aisa haal tha mera ke mein paaon zameen par nahi pad rahe the. lekin agle hi din tamam charagh bujh chuke the, aur phir woh kabhi nahi jalaye gaye.</w:t>
      </w:r>
    </w:p>
    <w:p>
      <w:pPr>
        <w:jc w:val="right"/>
      </w:pPr>
      <w:r>
        <w:t>میں خود ایسا حال تھا میرا کہ میں پاؤں زمین پر نہیں پڑ رہے تھے۔ لیکن اگلے ہی دن تمام چراغ بجھ چکے تھے، اور پھر وہ کبھی نہیں جلائے گئے۔</w:t>
      </w:r>
    </w:p>
    <w:p>
      <w:r>
        <w:rPr>
          <w:b/>
        </w:rPr>
        <w:t xml:space="preserve">[06:23] </w:t>
      </w:r>
      <w:r>
        <w:t>mein samajhta hoon ke yeh sirf meri kahani nahi hai, har insaan ki kahani hai. logon ko ya to khushi milti hi nahi, milti hai to bohat hi temporary period ke liye.</w:t>
      </w:r>
    </w:p>
    <w:p>
      <w:pPr>
        <w:jc w:val="right"/>
      </w:pPr>
      <w:r>
        <w:t>میں سمجھتا ہوں کہ یہ صرف میری کہانی نہیں ہے، ہر انسان کی کہانی ہے۔ لوگوں کو یا تو خوشی ملتی ہی نہیں، ملتی ہے تو بہت ہی ٹیمپریری پیریڈ کے لیے۔</w:t>
      </w:r>
    </w:p>
    <w:p>
      <w:r>
        <w:rPr>
          <w:b/>
        </w:rPr>
        <w:t xml:space="preserve">[06:36] </w:t>
      </w:r>
      <w:r>
        <w:t>logon ko ya to khushi milti hi nahi, ya milti hai to bohat hi ziyada temporary period ke liye. bas.</w:t>
      </w:r>
    </w:p>
    <w:p>
      <w:pPr>
        <w:jc w:val="right"/>
      </w:pPr>
      <w:r>
        <w:t>لوگوں کو یا تو خوشی ملتی ہی نہیں، یا ملتی ہے تو بہت ہی زیادہ ٹیمپریری پیریڈ کے لیے۔ بس۔</w:t>
      </w:r>
    </w:p>
    <w:p>
      <w:r>
        <w:rPr>
          <w:b/>
        </w:rPr>
        <w:t xml:space="preserve">[06:49] </w:t>
      </w:r>
      <w:r>
        <w:t>to mein sochne laga ke insaan to ek pleasure seeking animal hai. insaan ke baray mein kaha jata hai ke insaan pleasure seeking animal hai.</w:t>
      </w:r>
    </w:p>
    <w:p>
      <w:pPr>
        <w:jc w:val="right"/>
      </w:pPr>
      <w:r>
        <w:t>تو میں سوچنے لگا کہ انسان تو ایک پلیزر سیکنگ اینیمل ہے۔ انسان کے بارے میں کہا جاتا ہے کہ انسان پلیزر سیکنگ اینیمل ہے۔</w:t>
      </w:r>
    </w:p>
    <w:p>
      <w:r>
        <w:rPr>
          <w:b/>
        </w:rPr>
        <w:t xml:space="preserve">[07:03] </w:t>
      </w:r>
      <w:r>
        <w:t>to insaan isi cheez ko nahi pata jo iska sab se bara,</w:t>
      </w:r>
    </w:p>
    <w:p>
      <w:pPr>
        <w:jc w:val="right"/>
      </w:pPr>
      <w:r>
        <w:t>تو انسان اسی چیز کو نہیں پاتا جو اس کا سب سے بڑا،</w:t>
      </w:r>
    </w:p>
    <w:p>
      <w:r>
        <w:rPr>
          <w:b/>
        </w:rPr>
        <w:t xml:space="preserve">[07:13] </w:t>
      </w:r>
      <w:r>
        <w:t>sab se bara goal hai. wahi insaan nahi pata hai ji khushi. har insaan jo paida hota hai woh pleasure seeking animal hi hota hai, lekin pata nahi khushi ko koi bhi.</w:t>
      </w:r>
    </w:p>
    <w:p>
      <w:pPr>
        <w:jc w:val="right"/>
      </w:pPr>
      <w:r>
        <w:t>سب سے بڑا گول ہے۔ وہی انسان نہیں پاتا ہے جی خوشی۔ ہر انسان جو پیدا ہوتا ہے وہ پلیزر سیکنگ اینیمل ہی ہوتا ہے، لیکن پاتا نہیں خوشی کو کوئی بھی۔</w:t>
      </w:r>
    </w:p>
    <w:p>
      <w:r>
        <w:rPr>
          <w:b/>
        </w:rPr>
        <w:t xml:space="preserve">[07:33] </w:t>
      </w:r>
      <w:r>
        <w:t>to mujhe ek hadith yaad aati hai.</w:t>
      </w:r>
    </w:p>
    <w:p>
      <w:pPr>
        <w:jc w:val="right"/>
      </w:pPr>
      <w:r>
        <w:t>تو مجھے ایک حدیث یاد آتی ہے۔</w:t>
      </w:r>
    </w:p>
    <w:p>
      <w:r>
        <w:rPr>
          <w:b/>
        </w:rPr>
        <w:t xml:space="preserve">[07:40] </w:t>
      </w:r>
      <w:r>
        <w:t>rasool Allah sal Allah alaihi wasallam ne</w:t>
      </w:r>
    </w:p>
    <w:p>
      <w:pPr>
        <w:jc w:val="right"/>
      </w:pPr>
      <w:r>
        <w:t>رسول اللہ صلی اللہ علیہ وسلم نے</w:t>
      </w:r>
    </w:p>
    <w:p>
      <w:r>
        <w:rPr>
          <w:b/>
        </w:rPr>
        <w:t xml:space="preserve">[07:45] </w:t>
      </w:r>
      <w:r>
        <w:t>farmaya tha ek baar: jab wahan ghazwa e khandaq ka waqia hua tha, aur bohat hi ziyada sakht halaat thay, na khane milta tha na pani milta tha,</w:t>
      </w:r>
    </w:p>
    <w:p>
      <w:pPr>
        <w:jc w:val="right"/>
      </w:pPr>
      <w:r>
        <w:t>فرمایا تھا ایک بار: جب وہاں غزوہ خندق کا واقعہ ہوا تھا، اور بہت ہی زیادہ سخت حالات تھے، نہ کھانے ملتا تھا نہ پانی ملتا تھا،</w:t>
      </w:r>
    </w:p>
    <w:p>
      <w:r>
        <w:rPr>
          <w:b/>
        </w:rPr>
        <w:t xml:space="preserve">[08:01] </w:t>
      </w:r>
      <w:r>
        <w:t>aise halaat thay woh. to kuch sahaba ne rasool Allah se shikayat ki ke kaisa ajeeb haal hai hamara.</w:t>
      </w:r>
    </w:p>
    <w:p>
      <w:pPr>
        <w:jc w:val="right"/>
      </w:pPr>
      <w:r>
        <w:t>ایسے حالات تھے وہ۔ تو کچھ صحابہ نے رسول اللہ سے شکایت کی کہ کیسا عجیب حال ہے ہمارا۔</w:t>
      </w:r>
    </w:p>
    <w:p>
      <w:r>
        <w:rPr>
          <w:b/>
        </w:rPr>
        <w:t xml:space="preserve">[08:14] </w:t>
      </w:r>
      <w:r>
        <w:t>to unhon ne jo jumla likha tha, yeh jumla kaha tha,</w:t>
      </w:r>
    </w:p>
    <w:p>
      <w:pPr>
        <w:jc w:val="right"/>
      </w:pPr>
      <w:r>
        <w:t>تو انہوں نے جو جملہ لکھا تھا، یہ جملہ کہا تھا،</w:t>
      </w:r>
    </w:p>
    <w:p>
      <w:r>
        <w:rPr>
          <w:b/>
        </w:rPr>
        <w:t xml:space="preserve">[08:21] </w:t>
      </w:r>
      <w:r>
        <w:t>woh bohat hi ajeeb jumla tha: "kaan muhammad</w:t>
      </w:r>
    </w:p>
    <w:p>
      <w:pPr>
        <w:jc w:val="right"/>
      </w:pPr>
      <w:r>
        <w:t>وہ بہت ہی عجیب جملہ تھا: "کان محمد</w:t>
      </w:r>
    </w:p>
    <w:p>
      <w:r>
        <w:rPr>
          <w:b/>
        </w:rPr>
        <w:t xml:space="preserve">[08:28] </w:t>
      </w:r>
      <w:r>
        <w:t>yadna ana qulul kisra wa qais wahid la yazhab al ghait".</w:t>
      </w:r>
    </w:p>
    <w:p>
      <w:pPr>
        <w:jc w:val="right"/>
      </w:pPr>
      <w:r>
        <w:t>یادنا انا قلول کسری وقیس واحد لا یذہب الغائط"۔</w:t>
      </w:r>
    </w:p>
    <w:p>
      <w:r>
        <w:rPr>
          <w:b/>
        </w:rPr>
        <w:t xml:space="preserve">[08:40] </w:t>
      </w:r>
      <w:r>
        <w:t>yeh bohat ajeeb jumla tha.</w:t>
      </w:r>
    </w:p>
    <w:p>
      <w:pPr>
        <w:jc w:val="right"/>
      </w:pPr>
      <w:r>
        <w:t>یہ بہت عجیب جملہ تھا۔</w:t>
      </w:r>
    </w:p>
    <w:p>
      <w:r>
        <w:rPr>
          <w:b/>
        </w:rPr>
        <w:t xml:space="preserve">[08:45] </w:t>
      </w:r>
      <w:r>
        <w:t>yani muhammadiya hum se wada karte thay ke hum kisra aur qaisar ke khazane milenge hum ko, aur yahan yeh haal hai ke hum</w:t>
      </w:r>
    </w:p>
    <w:p>
      <w:pPr>
        <w:jc w:val="right"/>
      </w:pPr>
      <w:r>
        <w:t>یعنی محمدیہ ہم سے وعدہ کرتے تھے کہ ہم کسری اور قیصر کے خزانے ملیں گے ہم کو، اور یہاں یہ حال ہے کہ ہم</w:t>
      </w:r>
    </w:p>
    <w:p>
      <w:r>
        <w:rPr>
          <w:b/>
        </w:rPr>
        <w:t xml:space="preserve">[08:58] </w:t>
      </w:r>
      <w:r>
        <w:t>apni zarooraton ke liye kahin bahar nahi ja sakte, har taraf ghare hue hain.</w:t>
      </w:r>
    </w:p>
    <w:p>
      <w:pPr>
        <w:jc w:val="right"/>
      </w:pPr>
      <w:r>
        <w:t>اپنی ضرورتوں کے لیے کہیں باہر نہیں جا سکتے، ہر طرف گھرے ہوئے ہیں۔</w:t>
      </w:r>
    </w:p>
    <w:p>
      <w:r>
        <w:rPr>
          <w:b/>
        </w:rPr>
        <w:t xml:space="preserve">[09:08] </w:t>
      </w:r>
      <w:r>
        <w:t>to is waqie ko le kar mein sochne laga, sochne laga. to mein ne socha ke agarchay insaan ek pleasure seeking animal hai, lekin is dunya mein kisi ko bhi khushi sachi milti nahi.</w:t>
      </w:r>
    </w:p>
    <w:p>
      <w:pPr>
        <w:jc w:val="right"/>
      </w:pPr>
      <w:r>
        <w:t>تو اس واقعے کو لے کر میں سوچنے لگا، سوچنے لگا۔ تو میں نے سوچا کہ اگرچہ انسان ایک پلیزر سیکنگ اینیمل ہے، لیکن اس دنیا میں کسی کو بھی خوشی سچی ملتی نہیں۔</w:t>
      </w:r>
    </w:p>
    <w:p>
      <w:r>
        <w:rPr>
          <w:b/>
        </w:rPr>
        <w:t xml:space="preserve">[09:30] </w:t>
      </w:r>
      <w:r>
        <w:t>milti hi nahi.</w:t>
      </w:r>
    </w:p>
    <w:p>
      <w:pPr>
        <w:jc w:val="right"/>
      </w:pPr>
      <w:r>
        <w:t>ملتی ہی نہیں۔</w:t>
      </w:r>
    </w:p>
    <w:p>
      <w:r>
        <w:rPr>
          <w:b/>
        </w:rPr>
        <w:t xml:space="preserve">[09:35] </w:t>
      </w:r>
      <w:r>
        <w:t>ab sawal yeh hai ke aisa kyun hai? Khuda ne insaan ko pleasure seeking animal banaya, lekin khushi kisi ko milti hi nahi.</w:t>
      </w:r>
    </w:p>
    <w:p>
      <w:pPr>
        <w:jc w:val="right"/>
      </w:pPr>
      <w:r>
        <w:t>اب سوال یہ ہے کہ ایسا کیوں ہے؟ خدا نے انسان کو پلیزر سیکنگ اینیمل بنایا، لیکن خوشی کسی کو ملتی ہی نہیں۔</w:t>
      </w:r>
    </w:p>
    <w:p>
      <w:r>
        <w:rPr>
          <w:b/>
        </w:rPr>
        <w:t xml:space="preserve">[09:51] </w:t>
      </w:r>
      <w:r>
        <w:t>to aisa aisa kyun hai? why this contradiction?</w:t>
      </w:r>
    </w:p>
    <w:p>
      <w:pPr>
        <w:jc w:val="right"/>
      </w:pPr>
      <w:r>
        <w:t>تو ایسا ایسا کیوں ہے؟ Why this contradiction؟</w:t>
      </w:r>
    </w:p>
    <w:p>
      <w:r>
        <w:rPr>
          <w:b/>
        </w:rPr>
        <w:t xml:space="preserve">[10:00] </w:t>
      </w:r>
      <w:r>
        <w:t>to woh Quran ke mutale se maloom hota hai.</w:t>
      </w:r>
    </w:p>
    <w:p>
      <w:pPr>
        <w:jc w:val="right"/>
      </w:pPr>
      <w:r>
        <w:t>تو وہ قرآن کے مطالعے سے معلوم ہوتا ہے۔</w:t>
      </w:r>
    </w:p>
    <w:p>
      <w:r>
        <w:rPr>
          <w:b/>
        </w:rPr>
        <w:t xml:space="preserve">[10:11] </w:t>
      </w:r>
      <w:r>
        <w:t>yahan par jo Adam ki story hai, woh hamein batati hai ke khaliq ne jab insaan ko banaya to shuru hi mein is ko paidaish de di.</w:t>
      </w:r>
    </w:p>
    <w:p>
      <w:pPr>
        <w:jc w:val="right"/>
      </w:pPr>
      <w:r>
        <w:t>یہاں پر جو آدم کی اسٹوری ہے، وہ ہمیں بتاتی ہے کہ خالق نے جب انسان کو بنایا تو شروع ہی میں اس کو پیدائش دے دی۔</w:t>
      </w:r>
    </w:p>
    <w:p>
      <w:r>
        <w:rPr>
          <w:b/>
        </w:rPr>
        <w:t xml:space="preserve">[10:27] </w:t>
      </w:r>
      <w:r>
        <w:t>jannat mein shuru hi mein dakhil kar diya is ko, Adam ko aur is ki biwi Hawa ko.</w:t>
      </w:r>
    </w:p>
    <w:p>
      <w:pPr>
        <w:jc w:val="right"/>
      </w:pPr>
      <w:r>
        <w:t>جنت میں شروع ہی میں داخل کر دیا اس کو، آدم کو اور اس کی بیوی حوا کو۔</w:t>
      </w:r>
    </w:p>
    <w:p>
      <w:r>
        <w:rPr>
          <w:b/>
        </w:rPr>
        <w:t xml:space="preserve">[10:39] </w:t>
      </w:r>
      <w:r>
        <w:t>lekin phir Adam se aur Hawa se ek ghalti hui. yani Khuda ke discipline ko follow nahi kiya unhon ne.</w:t>
      </w:r>
    </w:p>
    <w:p>
      <w:pPr>
        <w:jc w:val="right"/>
      </w:pPr>
      <w:r>
        <w:t>لیکن پھر آدم سے اور حوا سے ایک غلطی ہوئی۔ یعنی خدا کے ڈسپلن کو فالو نہیں کیا انہوں نے۔</w:t>
      </w:r>
    </w:p>
    <w:p>
      <w:r>
        <w:rPr>
          <w:b/>
        </w:rPr>
        <w:t xml:space="preserve">[10:54] </w:t>
      </w:r>
      <w:r>
        <w:t>to un ko jannat se nikaal diya gaya.</w:t>
      </w:r>
    </w:p>
    <w:p>
      <w:pPr>
        <w:jc w:val="right"/>
      </w:pPr>
      <w:r>
        <w:t>تو ان کو جنت سے نکال دیا گیا۔</w:t>
      </w:r>
    </w:p>
    <w:p>
      <w:r>
        <w:rPr>
          <w:b/>
        </w:rPr>
        <w:t xml:space="preserve">[10:59] </w:t>
      </w:r>
      <w:r>
        <w:t>aur phir yeh likh diya gaya ke jo jannat wala amal kare, us ke liye jannat hogi. is ka matlab kya hua?</w:t>
      </w:r>
    </w:p>
    <w:p>
      <w:pPr>
        <w:jc w:val="right"/>
      </w:pPr>
      <w:r>
        <w:t>اور پھر یہ لکھ دیا گیا کہ جو جنت والا عمل کرے، اس کے لیے جنت ہوگی۔ اس کا مطلب کیا ہوا؟</w:t>
      </w:r>
    </w:p>
    <w:p>
      <w:r>
        <w:rPr>
          <w:b/>
        </w:rPr>
        <w:t xml:space="preserve">[11:10] </w:t>
      </w:r>
      <w:r>
        <w:t>is ka matlab yeh hua ke</w:t>
      </w:r>
    </w:p>
    <w:p>
      <w:pPr>
        <w:jc w:val="right"/>
      </w:pPr>
      <w:r>
        <w:t>اس کا مطلب یہ ہوا کہ</w:t>
      </w:r>
    </w:p>
    <w:p>
      <w:r>
        <w:rPr>
          <w:b/>
        </w:rPr>
        <w:t xml:space="preserve">[11:16] </w:t>
      </w:r>
      <w:r>
        <w:t>insaan ko shuru mein, yaani paida hone ke baad, general basis par paidaish de di gayi thi.</w:t>
      </w:r>
    </w:p>
    <w:p>
      <w:pPr>
        <w:jc w:val="right"/>
      </w:pPr>
      <w:r>
        <w:t>انسان کو شروع میں، یعنی پیدا ہونے کے بعد، جنرل بیسس پر پیدائش دے دی گئی تھی۔</w:t>
      </w:r>
    </w:p>
    <w:p>
      <w:r>
        <w:rPr>
          <w:b/>
        </w:rPr>
        <w:t xml:space="preserve">[11:26] </w:t>
      </w:r>
      <w:r>
        <w:t>general basis par. lekin jab insaan is discipline par poora nahi utra to kya hua?</w:t>
      </w:r>
    </w:p>
    <w:p>
      <w:pPr>
        <w:jc w:val="right"/>
      </w:pPr>
      <w:r>
        <w:t>جنرل بیسس پر۔ لیکن جب انسان اس ڈسپلن پر پورا نہیں اترا تو کیا ہوا؟</w:t>
      </w:r>
    </w:p>
    <w:p>
      <w:r>
        <w:rPr>
          <w:b/>
        </w:rPr>
        <w:t xml:space="preserve">[11:39] </w:t>
      </w:r>
      <w:r>
        <w:t>ab yeh muqaddar kar diya gaya insaan ke liye ke ab insaan ko secretary basis par paidaish milegi.</w:t>
      </w:r>
    </w:p>
    <w:p>
      <w:pPr>
        <w:jc w:val="right"/>
      </w:pPr>
      <w:r>
        <w:t>اب یہ مقدر کر دیا گیا انسان کے لیے کہ اب انسان کو سیکرٹری بیسس پر پیدائش ملے گی۔</w:t>
      </w:r>
    </w:p>
    <w:p>
      <w:r>
        <w:rPr>
          <w:b/>
        </w:rPr>
        <w:t xml:space="preserve">[11:50] </w:t>
      </w:r>
      <w:r>
        <w:t>shuru mein to tha ke general basis par paidaish de di gayi thi amal. ab jo hai woh yeh hai ke insaan ko secretary basis par paidaish milegi.</w:t>
      </w:r>
    </w:p>
    <w:p>
      <w:pPr>
        <w:jc w:val="right"/>
      </w:pPr>
      <w:r>
        <w:t>شروع میں تو تھا کہ جنرل بیسس پر پیدائش دے دی گئی تھی عمل۔ اب جو ہے وہ یہ ہے کہ انسان کو سیکرٹری بیسس پر پیدائش ملے گی۔</w:t>
      </w:r>
    </w:p>
    <w:p>
      <w:r>
        <w:rPr>
          <w:b/>
        </w:rPr>
        <w:t xml:space="preserve">[12:08] </w:t>
      </w:r>
      <w:r>
        <w:t>ab sirf temporary aap ko experience ho sakta hai jaise is ko hua. temporary. lekin permanent sense mein aap ko paidaish ya khushi milne wali nahi hai.</w:t>
      </w:r>
    </w:p>
    <w:p>
      <w:pPr>
        <w:jc w:val="right"/>
      </w:pPr>
      <w:r>
        <w:t>اب صرف ٹیمپریری آپ کو ایکسپیرینس ہو سکتا ہے جیسے اس کو ہوا۔ ٹیمپریری۔ لیکن پرماننٹ سینس میں آپ کو پیدائش یا خوشی ملنے والی نہیں ہے۔</w:t>
      </w:r>
    </w:p>
    <w:p>
      <w:r>
        <w:rPr>
          <w:b/>
        </w:rPr>
        <w:t xml:space="preserve">[12:26] </w:t>
      </w:r>
      <w:r>
        <w:t>ab sawal yeh hai ke paidaish ki</w:t>
      </w:r>
    </w:p>
    <w:p>
      <w:pPr>
        <w:jc w:val="right"/>
      </w:pPr>
      <w:r>
        <w:t>اب سوال یہ ہے کہ پیدائش کی</w:t>
      </w:r>
    </w:p>
    <w:p>
      <w:r>
        <w:rPr>
          <w:b/>
        </w:rPr>
        <w:t xml:space="preserve">[12:36] </w:t>
      </w:r>
      <w:r>
        <w:t>condition kya hai? private paani ki.</w:t>
      </w:r>
    </w:p>
    <w:p>
      <w:pPr>
        <w:jc w:val="right"/>
      </w:pPr>
      <w:r>
        <w:t>کنڈیشن کیا ہے؟ پرائیویٹ پانی کی۔</w:t>
      </w:r>
    </w:p>
    <w:p>
      <w:r>
        <w:rPr>
          <w:b/>
        </w:rPr>
        <w:t xml:space="preserve">[12:41] </w:t>
      </w:r>
      <w:r>
        <w:t>to aaj ajeeb mere zehen mein ek ek cheez aayi. aaj subah woh soch raha tha ek qissa jo hamare dehaat ka qissa hai.</w:t>
      </w:r>
    </w:p>
    <w:p>
      <w:pPr>
        <w:jc w:val="right"/>
      </w:pPr>
      <w:r>
        <w:t>تو آج عجیب میرے ذہن میں ایک ایک چیز آئی۔ آج صبح وہ سوچ رہا تھا ایک قصہ جو ہمارے دیہات کا قصہ ہے۔</w:t>
      </w:r>
    </w:p>
    <w:p>
      <w:r>
        <w:rPr>
          <w:b/>
        </w:rPr>
        <w:t xml:space="preserve">[12:54] </w:t>
      </w:r>
      <w:r>
        <w:t>ek boodhi aurat thi, us ki ek beti thi. woh beti ki shadi ho gayi thi to kahin aur gaon mein rehti thi woh.</w:t>
      </w:r>
    </w:p>
    <w:p>
      <w:pPr>
        <w:jc w:val="right"/>
      </w:pPr>
      <w:r>
        <w:t>ایک بوڑھی عورت تھی، اس کی ایک بیٹی تھی۔ وہ بیٹی کی شادی ہو گئی تھی تو کہیں اور گاؤں میں رہتی تھی وہ۔</w:t>
      </w:r>
    </w:p>
    <w:p>
      <w:r>
        <w:rPr>
          <w:b/>
        </w:rPr>
        <w:t xml:space="preserve">[13:08] </w:t>
      </w:r>
      <w:r>
        <w:t>to us ki maa mar gayi. woh boodhi ho gayi thi, mar gayi. to beti ko khabar mili to wahan se aayi woh apni maa se milne ke liye.</w:t>
      </w:r>
    </w:p>
    <w:p>
      <w:pPr>
        <w:jc w:val="right"/>
      </w:pPr>
      <w:r>
        <w:t>تو اس کی ماں مر گئی۔ وہ بوڑھی ہو گئی تھی، مر گئی۔ تو بیٹی کو خبر ملی تو وہاں سے آئی وہ اپنی ماں سے ملنے کے لیے۔</w:t>
      </w:r>
    </w:p>
    <w:p>
      <w:r>
        <w:rPr>
          <w:b/>
        </w:rPr>
        <w:t xml:space="preserve">[13:24] </w:t>
      </w:r>
      <w:r>
        <w:t>to maa se mil kar roti thi aur kehti thi apne gaon ki zuban mein: "toye dil ka marma nahi jaano meri maai."</w:t>
      </w:r>
    </w:p>
    <w:p>
      <w:pPr>
        <w:jc w:val="right"/>
      </w:pPr>
      <w:r>
        <w:t>تو ماں سے مل کر روتی تھی اور کہتی تھی اپنے گاؤں کی زبان میں: "توئے دل کا مرمہ نہیں جانو میری مائی۔"</w:t>
      </w:r>
    </w:p>
    <w:p>
      <w:r>
        <w:rPr>
          <w:b/>
        </w:rPr>
        <w:t xml:space="preserve">[13:40] </w:t>
      </w:r>
      <w:r>
        <w:t>yeh gaon ki zuban hai. to woh roti thi aur yeh kehti thi us ki beti: "toye dil ka marma nahi jaano meri maai."</w:t>
      </w:r>
    </w:p>
    <w:p>
      <w:pPr>
        <w:jc w:val="right"/>
      </w:pPr>
      <w:r>
        <w:t>یہ گاؤں کی زبان ہے۔ تو وہ روتی تھی اور یہ کہتی تھی اس کی بیٹی: "توئے دل کا مرمہ نہیں جانو میری مائی۔"</w:t>
      </w:r>
    </w:p>
    <w:p>
      <w:r>
        <w:rPr>
          <w:b/>
        </w:rPr>
        <w:t xml:space="preserve">[13:55] </w:t>
      </w:r>
      <w:r>
        <w:t>to phir samajh mein aaya</w:t>
      </w:r>
    </w:p>
    <w:p>
      <w:pPr>
        <w:jc w:val="right"/>
      </w:pPr>
      <w:r>
        <w:t>تو پھر سمجھ میں آیا</w:t>
      </w:r>
    </w:p>
    <w:p>
      <w:r>
        <w:rPr>
          <w:b/>
        </w:rPr>
        <w:t xml:space="preserve">[14:00] </w:t>
      </w:r>
      <w:r>
        <w:t>ke insaanon mein do qism ke log hote hain. ek woh hain jo marma ko jaan lein aur us ko follow karein.</w:t>
      </w:r>
    </w:p>
    <w:p>
      <w:pPr>
        <w:jc w:val="right"/>
      </w:pPr>
      <w:r>
        <w:t>کہ انسانوں میں دو قسم کے لوگ ہوتے ہیں۔ ایک وہ ہیں جو مرم کو جان لیں اور اس کو فالو کریں۔</w:t>
      </w:r>
    </w:p>
    <w:p>
      <w:r>
        <w:rPr>
          <w:b/>
        </w:rPr>
        <w:t xml:space="preserve">[14:13] </w:t>
      </w:r>
      <w:r>
        <w:t>marma ko discover karein aur us ko follow karein. yaani malik ka marma, malik ke dil mein kya hai woh jaan lein.</w:t>
      </w:r>
    </w:p>
    <w:p>
      <w:pPr>
        <w:jc w:val="right"/>
      </w:pPr>
      <w:r>
        <w:t>مرم کو ڈسکور کریں اور اس کو فالو کریں۔ یعنی مالک کا مرم، مالک کے دل میں کیا ہے وہ جان لیں۔</w:t>
      </w:r>
    </w:p>
    <w:p>
      <w:r>
        <w:rPr>
          <w:b/>
        </w:rPr>
        <w:t xml:space="preserve">[14:29] </w:t>
      </w:r>
      <w:r>
        <w:t>aur doosre woh log hain jo malik ke marma ko jaan hi na paayein. malik ke dil mein kya hai us se bekhabar rahein.</w:t>
      </w:r>
    </w:p>
    <w:p>
      <w:pPr>
        <w:jc w:val="right"/>
      </w:pPr>
      <w:r>
        <w:t>اور دوسرے وہ لوگ ہیں جو مالک کے مرم کو جان ہی نہ پائیں۔ مالک کے دل میں کیا ہے اس سے بے خبر رہیں۔</w:t>
      </w:r>
    </w:p>
    <w:p>
      <w:r>
        <w:rPr>
          <w:b/>
        </w:rPr>
        <w:t xml:space="preserve">[14:41] </w:t>
      </w:r>
      <w:r>
        <w:t>to do category ho gayi. ek hai malik ke dil mein kya marma hai us ko jaan lein.</w:t>
      </w:r>
    </w:p>
    <w:p>
      <w:pPr>
        <w:jc w:val="right"/>
      </w:pPr>
      <w:r>
        <w:t>تو دو کیٹیگری ہو گئی۔ ایک ہے مالک کے دل میں کیا مرم ہے اس کو جان لیں۔</w:t>
      </w:r>
    </w:p>
    <w:p>
      <w:r>
        <w:rPr>
          <w:b/>
        </w:rPr>
        <w:t xml:space="preserve">[14:50] </w:t>
      </w:r>
      <w:r>
        <w:t>yaani matlab yeh hai ke malik ke dil mein</w:t>
      </w:r>
    </w:p>
    <w:p>
      <w:pPr>
        <w:jc w:val="right"/>
      </w:pPr>
      <w:r>
        <w:t>یعنی مطلب یہ ہے کہ مالک کے دل میں</w:t>
      </w:r>
    </w:p>
    <w:p>
      <w:r>
        <w:rPr>
          <w:b/>
        </w:rPr>
        <w:t xml:space="preserve">[14:56] </w:t>
      </w:r>
      <w:r>
        <w:t>yaani woh</w:t>
      </w:r>
    </w:p>
    <w:p>
      <w:pPr>
        <w:jc w:val="right"/>
      </w:pPr>
      <w:r>
        <w:t>یعنی وہ</w:t>
      </w:r>
    </w:p>
    <w:p>
      <w:r>
        <w:rPr>
          <w:b/>
        </w:rPr>
        <w:t xml:space="preserve">[15:02] </w:t>
      </w:r>
      <w:r>
        <w:t>plan kya hai, is scheme of things kya hai,</w:t>
      </w:r>
    </w:p>
    <w:p>
      <w:pPr>
        <w:jc w:val="right"/>
      </w:pPr>
      <w:r>
        <w:t>پلان کیا ہے، اس کیم آف تھنگز کیا ہے،</w:t>
      </w:r>
    </w:p>
    <w:p>
      <w:r>
        <w:rPr>
          <w:b/>
        </w:rPr>
        <w:t xml:space="preserve">[15:09] </w:t>
      </w:r>
      <w:r>
        <w:t>us ko jaanein aur us ko follow karein. aur doosre woh log hain jo us ko jaan na paayein aur follow bhi na kar paayein.</w:t>
      </w:r>
    </w:p>
    <w:p>
      <w:pPr>
        <w:jc w:val="right"/>
      </w:pPr>
      <w:r>
        <w:t>اس کو جانیں اور اس کو فالو کریں۔ اور دوسرے وہ لوگ ہیں جو اس کو جان نہ پائیں اور فالو بھی نہ کر پائیں۔</w:t>
      </w:r>
    </w:p>
    <w:p>
      <w:r>
        <w:rPr>
          <w:b/>
        </w:rPr>
        <w:t xml:space="preserve">[15:22] </w:t>
      </w:r>
      <w:r>
        <w:t>to us ko sochte sochte mujhe samajh mein aaya ke khaliq jo hai hamara, us ki sab badi sifat us ka rahim hona hai.</w:t>
      </w:r>
    </w:p>
    <w:p>
      <w:pPr>
        <w:jc w:val="right"/>
      </w:pPr>
      <w:r>
        <w:t>تو اس کو سوچتے سوچتے مجھے سمجھ میں آیا کہ خالق جو ہے ہمارا، اس کی سب بڑی صفت اس کا رحیم ہونا ہے۔</w:t>
      </w:r>
    </w:p>
    <w:p>
      <w:r>
        <w:rPr>
          <w:b/>
        </w:rPr>
        <w:t xml:space="preserve">[15:34] </w:t>
      </w:r>
      <w:r>
        <w:t>rahim.</w:t>
      </w:r>
    </w:p>
    <w:p>
      <w:pPr>
        <w:jc w:val="right"/>
      </w:pPr>
      <w:r>
        <w:t>رحیم۔</w:t>
      </w:r>
    </w:p>
    <w:p>
      <w:r>
        <w:rPr>
          <w:b/>
        </w:rPr>
        <w:t xml:space="preserve">[15:39] </w:t>
      </w:r>
      <w:r>
        <w:t>har ek ke liye blessing bantne wala.</w:t>
      </w:r>
    </w:p>
    <w:p>
      <w:pPr>
        <w:jc w:val="right"/>
      </w:pPr>
      <w:r>
        <w:t>ہر ایک کے لیے بلیسنگ بانٹنے والا۔</w:t>
      </w:r>
    </w:p>
    <w:p>
      <w:r>
        <w:rPr>
          <w:b/>
        </w:rPr>
        <w:t xml:space="preserve">[15:46] </w:t>
      </w:r>
      <w:r>
        <w:t>to</w:t>
      </w:r>
    </w:p>
    <w:p>
      <w:pPr>
        <w:jc w:val="right"/>
      </w:pPr>
      <w:r>
        <w:t>تو</w:t>
      </w:r>
    </w:p>
    <w:p>
      <w:r>
        <w:rPr>
          <w:b/>
        </w:rPr>
        <w:t xml:space="preserve">[15:53] </w:t>
      </w:r>
      <w:r>
        <w:t>khaliq ke lihaz se, malik ke lihaz se insanon ki</w:t>
      </w:r>
    </w:p>
    <w:p>
      <w:pPr>
        <w:jc w:val="right"/>
      </w:pPr>
      <w:r>
        <w:t>خالق کے لحاظ سے، مالک کے لحاظ سے انسانوں کی</w:t>
      </w:r>
    </w:p>
    <w:p>
      <w:r>
        <w:rPr>
          <w:b/>
        </w:rPr>
        <w:t xml:space="preserve">[16:02] </w:t>
      </w:r>
      <w:r>
        <w:t>do category bani. ek woh jo khaliq ki is scheme of things ko jaan lein aur usko follow karein.</w:t>
      </w:r>
    </w:p>
    <w:p>
      <w:pPr>
        <w:jc w:val="right"/>
      </w:pPr>
      <w:r>
        <w:t>دو کیٹیگری بنی۔ ایک وہ جو خالق کی اس کیم آف تھنگز کو جان لیں اور اس کو فالو کریں۔</w:t>
      </w:r>
    </w:p>
    <w:p>
      <w:r>
        <w:rPr>
          <w:b/>
        </w:rPr>
        <w:t xml:space="preserve">[16:12] </w:t>
      </w:r>
      <w:r>
        <w:t>aur doosre woh jo khaliq ki is scheme of things ko jaan hi na paayein</w:t>
      </w:r>
    </w:p>
    <w:p>
      <w:pPr>
        <w:jc w:val="right"/>
      </w:pPr>
      <w:r>
        <w:t>اور دوسرے وہ جو خالق کی اس کیم آف تھنگز کو جان ہی نہ پائیں</w:t>
      </w:r>
    </w:p>
    <w:p>
      <w:r>
        <w:rPr>
          <w:b/>
        </w:rPr>
        <w:t xml:space="preserve">[16:19] </w:t>
      </w:r>
      <w:r>
        <w:t>aur in in awareness mein zindagi guzar kar mar rahe hain.</w:t>
      </w:r>
    </w:p>
    <w:p>
      <w:pPr>
        <w:jc w:val="right"/>
      </w:pPr>
      <w:r>
        <w:t>اور ان ان ایویرنس میں زندگی گزار کر مر رہے ہیں۔</w:t>
      </w:r>
    </w:p>
    <w:p>
      <w:r>
        <w:rPr>
          <w:b/>
        </w:rPr>
        <w:t xml:space="preserve">[16:27] </w:t>
      </w:r>
      <w:r>
        <w:t>to mujhe samajh mein aaya ke jo khaliq ke is scheme of things ko jaan lein aur usko follow karein, unke liye reward hai.</w:t>
      </w:r>
    </w:p>
    <w:p>
      <w:pPr>
        <w:jc w:val="right"/>
      </w:pPr>
      <w:r>
        <w:t>تو مجھے سمجھ میں آیا کہ جو خالق کے اس کیم آف تھنگز کو جان لیں اور اس کو فالو کریں، ان کے لیے ریوارڈ ہے۔</w:t>
      </w:r>
    </w:p>
    <w:p>
      <w:r>
        <w:rPr>
          <w:b/>
        </w:rPr>
        <w:t xml:space="preserve">[16:40] </w:t>
      </w:r>
      <w:r>
        <w:t>unke liye jannat mein entry hai.</w:t>
      </w:r>
    </w:p>
    <w:p>
      <w:pPr>
        <w:jc w:val="right"/>
      </w:pPr>
      <w:r>
        <w:t>ان کے لیے جنت میں انٹری ہے۔</w:t>
      </w:r>
    </w:p>
    <w:p>
      <w:r>
        <w:rPr>
          <w:b/>
        </w:rPr>
        <w:t xml:space="preserve">[16:46] </w:t>
      </w:r>
      <w:r>
        <w:t>aur jo fail ho jayein is test mein to unke liye kya hai? isko bahut socha bhai, bahut socha.</w:t>
      </w:r>
    </w:p>
    <w:p>
      <w:pPr>
        <w:jc w:val="right"/>
      </w:pPr>
      <w:r>
        <w:t>اور جو فیل ہو جائیں اس ٹیسٹ میں تو ان کے لیے کیا ہے؟ اس کو بہت سوچا بھائی، بہت سوچا۔</w:t>
      </w:r>
    </w:p>
    <w:p>
      <w:r>
        <w:rPr>
          <w:b/>
        </w:rPr>
        <w:t xml:space="preserve">[17:00] </w:t>
      </w:r>
      <w:r>
        <w:t>to unke liye punishment nahi hai, unke liye forgiveness hai. yaani ek group ek ke liye hai paradise ka reward aur doosre ke liye hai forgiveness.</w:t>
      </w:r>
    </w:p>
    <w:p>
      <w:pPr>
        <w:jc w:val="right"/>
      </w:pPr>
      <w:r>
        <w:t>تو ان کے لیے پنشمنٹ نہیں ہے، ان کے لیے فارگیونس ہے۔ یعنی ایک گروپ ایک کے لیے ہے پیرڈائز کا ریوارڈ اور دوسرے کے لیے ہے فارگیونس۔</w:t>
      </w:r>
    </w:p>
    <w:p>
      <w:r>
        <w:rPr>
          <w:b/>
        </w:rPr>
        <w:t xml:space="preserve">[17:20] </w:t>
      </w:r>
      <w:r>
        <w:t>wohi hai ke la ilaa alaihim. na kuch milna, na kuch khona.</w:t>
      </w:r>
    </w:p>
    <w:p>
      <w:pPr>
        <w:jc w:val="right"/>
      </w:pPr>
      <w:r>
        <w:t>وہی ہے کہ لالی ولا علیہ۔ نہ کچھ ملنا، نہ کچھ کھونا۔</w:t>
      </w:r>
    </w:p>
    <w:p>
      <w:r>
        <w:rPr>
          <w:b/>
        </w:rPr>
        <w:t xml:space="preserve">[17:32] </w:t>
      </w:r>
      <w:r>
        <w:t>jahan tak punishment ki baat hai to woh</w:t>
      </w:r>
    </w:p>
    <w:p>
      <w:pPr>
        <w:jc w:val="right"/>
      </w:pPr>
      <w:r>
        <w:t>جہاں تک پنشمنٹ کی بات ہے تو وہ</w:t>
      </w:r>
    </w:p>
    <w:p>
      <w:r>
        <w:rPr>
          <w:b/>
        </w:rPr>
        <w:t xml:space="preserve">[17:39] </w:t>
      </w:r>
      <w:r>
        <w:t>bahut hi</w:t>
      </w:r>
    </w:p>
    <w:p>
      <w:pPr>
        <w:jc w:val="right"/>
      </w:pPr>
      <w:r>
        <w:t>بہت ہی</w:t>
      </w:r>
    </w:p>
    <w:p>
      <w:r>
        <w:rPr>
          <w:b/>
        </w:rPr>
        <w:t xml:space="preserve">[17:42] </w:t>
      </w:r>
      <w:r>
        <w:t>jisko kaha gaya hai quran mein shaqi, ashqaa, ashqaa ke liye hai. woh urdu mein kahunga urdu mein ke jo bahut hi sarkash hon.</w:t>
      </w:r>
    </w:p>
    <w:p>
      <w:pPr>
        <w:jc w:val="right"/>
      </w:pPr>
      <w:r>
        <w:t>جس کو کہا گیا ہے قرآن میں شقی، اشقاء، اشقاء کے لیے ہے۔ وہ اردو میں کہوں گا اردو میں کہ جو بہت ہی سرکش ہوں۔</w:t>
      </w:r>
    </w:p>
    <w:p>
      <w:r>
        <w:rPr>
          <w:b/>
        </w:rPr>
        <w:t xml:space="preserve">[17:55] </w:t>
      </w:r>
      <w:r>
        <w:t>haqeeqat mein punishment sarkashon ke liye hai, baqi ke logon ke liye maafi hai. ya phir iske liye jannat ka reward hai.</w:t>
      </w:r>
    </w:p>
    <w:p>
      <w:pPr>
        <w:jc w:val="right"/>
      </w:pPr>
      <w:r>
        <w:t>حقیقت میں پنشمنٹ سرکشوں کے لیے ہے، باقی کے لوگوں کے لیے معافی ہے۔ یا پھر اس کے لیے جنت کا ریوارڈ ہے۔</w:t>
      </w:r>
    </w:p>
    <w:p>
      <w:r>
        <w:rPr>
          <w:b/>
        </w:rPr>
        <w:t xml:space="preserve">[18:08] </w:t>
      </w:r>
      <w:r>
        <w:t>yeh meri samajh mein aaya.</w:t>
      </w:r>
    </w:p>
    <w:p>
      <w:pPr>
        <w:jc w:val="right"/>
      </w:pPr>
      <w:r>
        <w:t>یہ میری سمجھ میں آیا۔</w:t>
      </w:r>
    </w:p>
    <w:p>
      <w:r>
        <w:rPr>
          <w:b/>
        </w:rPr>
        <w:t xml:space="preserve">[18:16] </w:t>
      </w:r>
      <w:r>
        <w:t>to dekhiye, is duniya mein agar kisi ko khushi ka lamha mil jaye to kabhi woh is mein kho na jaye.</w:t>
      </w:r>
    </w:p>
    <w:p>
      <w:pPr>
        <w:jc w:val="right"/>
      </w:pPr>
      <w:r>
        <w:t>تو دیکھیے، اس دنیا میں اگر کسی کو خوشی کا لمحہ مل جائے تو کبھی وہ اس میں کھو نہ جائے۔</w:t>
      </w:r>
    </w:p>
    <w:p>
      <w:r>
        <w:rPr>
          <w:b/>
        </w:rPr>
        <w:t xml:space="preserve">[18:27] </w:t>
      </w:r>
      <w:r>
        <w:t>kyunki woh temporary hoga. woh temporary hoga.</w:t>
      </w:r>
    </w:p>
    <w:p>
      <w:pPr>
        <w:jc w:val="right"/>
      </w:pPr>
      <w:r>
        <w:t>کیونکہ وہ ٹیمپریری ہوگا۔ وہ ٹیمپریری ہوگا۔</w:t>
      </w:r>
    </w:p>
    <w:p>
      <w:r>
        <w:rPr>
          <w:b/>
        </w:rPr>
        <w:t xml:space="preserve">[18:36] </w:t>
      </w:r>
      <w:r>
        <w:t>khone ka matlab kya hai? temporary mein khone ka matlab kya hai? time ko waste karna. agar aap temporary mein kho jayein to aap ne apne time ko waste kiya.</w:t>
      </w:r>
    </w:p>
    <w:p>
      <w:pPr>
        <w:jc w:val="right"/>
      </w:pPr>
      <w:r>
        <w:t>کھونے کا معنی کیا ہے؟ ٹیمپریری میں کھونے کا معنی کیا ہے؟ ٹائم کو ویسٹ کرنا۔ اگر آپ ٹیمپریری میں کھو جائیں تو آپ نے اپنے ٹائم کو ویسٹ کیا۔</w:t>
      </w:r>
    </w:p>
    <w:p>
      <w:r>
        <w:rPr>
          <w:b/>
        </w:rPr>
        <w:t xml:space="preserve">[18:51] </w:t>
      </w:r>
      <w:r>
        <w:t>kyunki time ka istemal yeh tha ke aap sachai ko dhoondh rahe hain, sachai ko talash karein, apne malik ko talash karein.</w:t>
      </w:r>
    </w:p>
    <w:p>
      <w:pPr>
        <w:jc w:val="right"/>
      </w:pPr>
      <w:r>
        <w:t>کیونکہ ٹائم کا استعمال یہ تھا کہ آپ سچائی کو ڈھونڈ رہے ہیں، سچائی کو تلاش کریں، اپنے مالک کو تلاش کریں۔</w:t>
      </w:r>
    </w:p>
    <w:p>
      <w:r>
        <w:rPr>
          <w:b/>
        </w:rPr>
        <w:t xml:space="preserve">[19:02] </w:t>
      </w:r>
      <w:r>
        <w:t>jaanein ke malik ki is scheme of things kya hai.</w:t>
      </w:r>
    </w:p>
    <w:p>
      <w:pPr>
        <w:jc w:val="right"/>
      </w:pPr>
      <w:r>
        <w:t>جانیں کہ مالک کی اس کیم آف تھنگز کیا ہے۔</w:t>
      </w:r>
    </w:p>
    <w:p>
      <w:r>
        <w:rPr>
          <w:b/>
        </w:rPr>
        <w:t xml:space="preserve">[19:10] </w:t>
      </w:r>
      <w:r>
        <w:t>to agar aap temporary. aap ko pager mila, isi mein aap gum ho gaye aap. to iska matlab yeh hai ke aap ne time ko waste kiya.</w:t>
      </w:r>
    </w:p>
    <w:p>
      <w:pPr>
        <w:jc w:val="right"/>
      </w:pPr>
      <w:r>
        <w:t>تو اگر آپ ٹیمپریری۔ آپ کو پیجر ملا، اسی میں آپ گم ہو گئے آپ۔ تو اس کا مطلب یہ ہے کہ آپ نے ٹائم کو ویسٹ کیا۔</w:t>
      </w:r>
    </w:p>
    <w:p>
      <w:r>
        <w:rPr>
          <w:b/>
        </w:rPr>
        <w:t xml:space="preserve">[19:23] </w:t>
      </w:r>
      <w:r>
        <w:t>time ko waste kiya.</w:t>
      </w:r>
    </w:p>
    <w:p>
      <w:pPr>
        <w:jc w:val="right"/>
      </w:pPr>
      <w:r>
        <w:t>ٹائم کو ویسٹ کیا۔</w:t>
      </w:r>
    </w:p>
    <w:p>
      <w:r>
        <w:rPr>
          <w:b/>
        </w:rPr>
        <w:t xml:space="preserve">[19:30] </w:t>
      </w:r>
      <w:r>
        <w:t>to time ko waste karna koi aadmi isko afford nahi kar sakta. hum aap jo hain isko afford nahi kar sakte ke hum time ko waste karein.</w:t>
      </w:r>
    </w:p>
    <w:p>
      <w:pPr>
        <w:jc w:val="right"/>
      </w:pPr>
      <w:r>
        <w:t>تو ٹائم کو ویسٹ کرنا کوئی آدمی اس کو افورڈ نہیں کر سکتا۔ ہم آپ جو ہیں اس کو افورڈ نہیں کر سکتے کہ ہم ٹائم کو ویسٹ کریں۔</w:t>
      </w:r>
    </w:p>
    <w:p>
      <w:r>
        <w:rPr>
          <w:b/>
        </w:rPr>
        <w:t xml:space="preserve">[19:41] </w:t>
      </w:r>
      <w:r>
        <w:t>kyunki time to ek hi baar milta hai, phir to milta nahi.</w:t>
      </w:r>
    </w:p>
    <w:p>
      <w:pPr>
        <w:jc w:val="right"/>
      </w:pPr>
      <w:r>
        <w:t>کیونکہ ٹائم تو ایک ہی بار ملتا ہے، پھر تو ملتا نہیں۔</w:t>
      </w:r>
    </w:p>
    <w:p>
      <w:r>
        <w:rPr>
          <w:b/>
        </w:rPr>
        <w:t xml:space="preserve">[19:50] </w:t>
      </w:r>
      <w:r>
        <w:t>jo time milta hai aap ko karne ke liye woh sirf ek baar mila hai. woh time laut kar nahi aayega. time laut kar nahi aayega.</w:t>
      </w:r>
    </w:p>
    <w:p>
      <w:pPr>
        <w:jc w:val="right"/>
      </w:pPr>
      <w:r>
        <w:t>جو ٹائم ملتا ہے آپ کو کرنے کے لیے وہ صرف ایک بار ملا ہے۔ وہ ٹائم لوٹ کر نہیں آئے گا۔ ٹائم لوٹ کر نہیں آئے گا۔</w:t>
      </w:r>
    </w:p>
    <w:p>
      <w:r>
        <w:rPr>
          <w:b/>
        </w:rPr>
        <w:t xml:space="preserve">[20:04] </w:t>
      </w:r>
      <w:r>
        <w:t>to meri dua hai ke allah ta'ala hum sab ko tofeeq de ke hum allah ke sachay bande banen aur aakhirat mein humein paradise mein entry milay.</w:t>
      </w:r>
    </w:p>
    <w:p>
      <w:pPr>
        <w:jc w:val="right"/>
      </w:pPr>
      <w:r>
        <w:t>تو میری دعا ہے کہ اللہ تعالیٰ ہم سب کو توفیق دے کہ ہم اللہ کے سچے بندے بنیں اور آخرت میں ہمیں پیرڈائز میں انٹری ملے۔</w:t>
      </w:r>
    </w:p>
    <w:p>
      <w:r>
        <w:rPr>
          <w:b/>
        </w:rPr>
        <w:t xml:space="preserve">[20:27] </w:t>
      </w:r>
      <w:r>
        <w:t>ameen. assalam o alaikum warahamtullah.</w:t>
      </w:r>
    </w:p>
    <w:p>
      <w:pPr>
        <w:jc w:val="right"/>
      </w:pPr>
      <w:r>
        <w:t>آمین۔ السلام علیکم ورحمۃ اللہ۔</w:t>
      </w:r>
    </w:p>
    <w:p>
      <w:r>
        <w:rPr>
          <w:b/>
        </w:rPr>
        <w:t xml:space="preserve">[20:43] </w:t>
      </w:r>
      <w:r>
        <w:t>aaj jo maulana ne ek baat khaas mujhe lagi ke ya to reward hai ya forgiveness.</w:t>
      </w:r>
    </w:p>
    <w:p>
      <w:pPr>
        <w:jc w:val="right"/>
      </w:pPr>
      <w:r>
        <w:t>آج جو مولانا نے ایک بات خاص مجھے لگی کہ یا تو ریوارڈ ہے یا فارگیونس۔</w:t>
      </w:r>
    </w:p>
    <w:p>
      <w:r>
        <w:rPr>
          <w:b/>
        </w:rPr>
        <w:t xml:space="preserve">[20:54] </w:t>
      </w:r>
      <w:r>
        <w:t>yeh bara acha point hai chunke hum dekhte thay logon ko jo apni zaati zindagi mein bohat achhe insaan hain, bohat achhi tarah logon se muamla karte hain, honest hain, helpful hain lekin sachai un tak nahi pahunch paai.</w:t>
      </w:r>
    </w:p>
    <w:p>
      <w:pPr>
        <w:jc w:val="right"/>
      </w:pPr>
      <w:r>
        <w:t>یہ بڑا اچھا پوائنٹ ہے چونکہ ہم دیکھتے تھے لوگوں کو جو اپنی ذاتی زندگی میں بہت اچھے انسان ہیں، بہت اچھی طرح لوگوں سے معاملہ کرتے ہیں، آنسٹ ہیں، ہیلپ فل ہیں لیکن سچائی ان تک نہیں پہنچ پائی۔</w:t>
      </w:r>
    </w:p>
    <w:p>
      <w:r>
        <w:rPr>
          <w:b/>
        </w:rPr>
        <w:t xml:space="preserve">[21:15] </w:t>
      </w:r>
      <w:r>
        <w:t>to un logon ka, un logon ka kya hoga? to aaj jo baat kahi hai maulana ne is se ke un ke liye forgiveness hai, is se kafi yani solace milta hai aur itminan hota hai ke jo log</w:t>
      </w:r>
    </w:p>
    <w:p>
      <w:pPr>
        <w:jc w:val="right"/>
      </w:pPr>
      <w:r>
        <w:t>تو ان لوگوں کا، ان لوگوں کا کیا ہوگا؟ تو آج جو بات کہی ہے مولانا نے اس سے کہ ان کے لیے فارگیونس ہے، اس سے کافی یعنی سولیس ملتا ہے اور اطمینان ہوتا ہے کہ جو لوگ</w:t>
      </w:r>
    </w:p>
    <w:p>
      <w:r>
        <w:rPr>
          <w:b/>
        </w:rPr>
        <w:t xml:space="preserve">[21:32] </w:t>
      </w:r>
      <w:r>
        <w:t>sachai tak nahi pahunch sake, un ke liye bhi allah ta'ala ke haan koi aur tareeqa hai un ko judge karne ka. dekhiye, quran ki ek ayat se yeh baat maine paai hai:</w:t>
      </w:r>
    </w:p>
    <w:p>
      <w:pPr>
        <w:jc w:val="right"/>
      </w:pPr>
      <w:r>
        <w:t>سچائی تک نہیں پہنچ سکے، ان کے لیے بھی اللہ تعالیٰ کے ہاں کوئی اور طریقہ ہے ان کو جج کرنے کا۔ دیکھیے، قرآن کی ایک آیت سے یہ بات میں نے پائی ہے:</w:t>
      </w:r>
    </w:p>
    <w:p>
      <w:r>
        <w:rPr>
          <w:b/>
        </w:rPr>
        <w:t xml:space="preserve">[21:46] </w:t>
      </w:r>
      <w:r>
        <w:t>"la la islah illa illal ashqaa". yeh jo ayat hai, is ka hawala badal dijiye, hawala sirf hawala badal dijiye: "la islah illa illal ashqaa".</w:t>
      </w:r>
    </w:p>
    <w:p>
      <w:pPr>
        <w:jc w:val="right"/>
      </w:pPr>
      <w:r>
        <w:t>"لا لا اصلاح الا الاشقاء"۔ یہ جو آیت ہے، اس کا حوالہ بدل دیجئے، حوالہ صرف حوالہ بدل دیجئے: "لا اصلاح الا الاشقاء"۔</w:t>
      </w:r>
    </w:p>
    <w:p>
      <w:r>
        <w:rPr>
          <w:b/>
        </w:rPr>
        <w:t xml:space="preserve">[22:01] </w:t>
      </w:r>
      <w:r>
        <w:t>surah al-layl, chapter number 92, verse number 15. "nan shall enter it but the most wicked".</w:t>
      </w:r>
    </w:p>
    <w:p>
      <w:pPr>
        <w:jc w:val="right"/>
      </w:pPr>
      <w:r>
        <w:t>سورہ اللیل، چیپٹر نمبر 92، ورس نمبر 15۔ "نن شیل اینٹر اٹ بٹ دا موسٹ وکیڈ"۔</w:t>
      </w:r>
    </w:p>
    <w:p>
      <w:r>
        <w:rPr>
          <w:b/>
        </w:rPr>
        <w:t xml:space="preserve">[22:14] </w:t>
      </w:r>
      <w:r>
        <w:t>isi ayat se maine is baat ko samjhaya. maulana, yeh baat samne aai aaj ke aap ne teen category batai.</w:t>
      </w:r>
    </w:p>
    <w:p>
      <w:pPr>
        <w:jc w:val="right"/>
      </w:pPr>
      <w:r>
        <w:t>اسی آیت سے میں نے اس بات کو سمجھایا۔ مولانا، یہ بات سامنے آئی آج کہ آپ نے تین کیٹیگری بتائی۔</w:t>
      </w:r>
    </w:p>
    <w:p>
      <w:r>
        <w:rPr>
          <w:b/>
        </w:rPr>
        <w:t xml:space="preserve">[22:23] </w:t>
      </w:r>
      <w:r>
        <w:t>ek to yeh ke jo allah ki is scheme of things ko janega, woh allah ki rehmat ke saaye mein aayega, yani jannat mein aayega.</w:t>
      </w:r>
    </w:p>
    <w:p>
      <w:pPr>
        <w:jc w:val="right"/>
      </w:pPr>
      <w:r>
        <w:t>ایک تو یہ کہ جو اللہ کی اس کیم آف تھنگز کو جانے گا، وہ اللہ کی رحمت کے سائے میں آئے گا، یعنی جنت میں آئے گا۔</w:t>
      </w:r>
    </w:p>
    <w:p>
      <w:r>
        <w:rPr>
          <w:b/>
        </w:rPr>
        <w:t xml:space="preserve">[22:34] </w:t>
      </w:r>
      <w:r>
        <w:t>doosre jo log hain jo is scheme of things ko nahi janenge, un ke liye maafi hai. aur teesre sarkash log hain jo punishment, yani ke jahannum mein jayenge.</w:t>
      </w:r>
    </w:p>
    <w:p>
      <w:pPr>
        <w:jc w:val="right"/>
      </w:pPr>
      <w:r>
        <w:t>دوسرے جو لوگ ہیں جو اس کیم آف تھنگز کو نہیں جانیں گے، ان کے لیے معافی ہے۔ اور تیسرے سرکش لوگ ہیں جو پنشمنٹ، یعنی کہ جہنم میں جائیں گے۔</w:t>
      </w:r>
    </w:p>
    <w:p>
      <w:r>
        <w:rPr>
          <w:b/>
        </w:rPr>
        <w:t xml:space="preserve">[22:43] </w:t>
      </w:r>
      <w:r>
        <w:t>to mera sawal yeh hai ke woh doosre log kahan jayenge jin ke liye maafi hai? to un ko paradise mein jayenge?</w:t>
      </w:r>
    </w:p>
    <w:p>
      <w:pPr>
        <w:jc w:val="right"/>
      </w:pPr>
      <w:r>
        <w:t>تو میرا سوال یہ ہے کہ وہ دوسرے لوگ کہاں جائیں گے جن کے لیے معافی ہے؟ تو ان کو پیرڈائز میں جائیں گے؟</w:t>
      </w:r>
    </w:p>
    <w:p>
      <w:r>
        <w:rPr>
          <w:b/>
        </w:rPr>
        <w:t xml:space="preserve">[22:53] </w:t>
      </w:r>
      <w:r>
        <w:t>yeh to clear hai. yeh to clear hai.</w:t>
      </w:r>
    </w:p>
    <w:p>
      <w:pPr>
        <w:jc w:val="right"/>
      </w:pPr>
      <w:r>
        <w:t>یہ تو کلیئر ہے۔ یہ تو کلیئر ہے۔</w:t>
      </w:r>
    </w:p>
    <w:p>
      <w:r>
        <w:rPr>
          <w:b/>
        </w:rPr>
        <w:t xml:space="preserve">[23:11] </w:t>
      </w:r>
      <w:r>
        <w:t>maulana, you mentioned today that happiness is only temporary in this world, and it is a fact that we always want happiness.</w:t>
      </w:r>
    </w:p>
    <w:p>
      <w:pPr>
        <w:jc w:val="right"/>
      </w:pPr>
      <w:r>
        <w:t>مولانا، یو مینشن ٹوڈے دیٹ ہیپینس از اونلی ٹیمپریری ان دس ورلڈ، اینڈ اٹ از ا فیکٹ دیٹ وی آلویز وانٹ ہیپینس۔</w:t>
      </w:r>
    </w:p>
    <w:p>
      <w:r>
        <w:rPr>
          <w:b/>
        </w:rPr>
        <w:t xml:space="preserve">[23:24] </w:t>
      </w:r>
      <w:r>
        <w:t>and though, i had understood before, but it became very clear today that i should never even search for happiness in this world.</w:t>
      </w:r>
    </w:p>
    <w:p>
      <w:pPr>
        <w:jc w:val="right"/>
      </w:pPr>
      <w:r>
        <w:t>اینڈ دو، آئی ہیڈ انڈرسٹوڈ بیفور، بٹ اٹ بیکم ویری کلیئر ٹوڈے دیٹ آئی شوڈ نیور ایون سرچ فار ہیپینس ان دس ورلڈ۔</w:t>
      </w:r>
    </w:p>
    <w:p>
      <w:r>
        <w:rPr>
          <w:b/>
        </w:rPr>
        <w:t xml:space="preserve">[23:35] </w:t>
      </w:r>
      <w:r>
        <w:t>whenever i get unhappiness, i should think of paradise, that there is a place where i am going to get happiness, so at this time i have to be patient.</w:t>
      </w:r>
    </w:p>
    <w:p>
      <w:pPr>
        <w:jc w:val="right"/>
      </w:pPr>
      <w:r>
        <w:t>وین ایور آئی گیٹ ان ہیپینس، آئی شوڈ تھنک آف پیرڈائز، دیٹ دیر از ا پلیس ویر آئی ایم گوئنگ ٹو گیٹ ہیپینس، سو ایٹ دس ٹائم آئی ہیو ٹو بی پیشنٹ۔</w:t>
      </w:r>
    </w:p>
    <w:p>
      <w:r>
        <w:rPr>
          <w:b/>
        </w:rPr>
        <w:t xml:space="preserve">[23:47] </w:t>
      </w:r>
      <w:r>
        <w:t>is this the right response to unhappiness?</w:t>
      </w:r>
    </w:p>
    <w:p>
      <w:pPr>
        <w:jc w:val="right"/>
      </w:pPr>
      <w:r>
        <w:t>از دس دا رائٹ رسپانس ٹو ان ہیپینس؟</w:t>
      </w:r>
    </w:p>
    <w:p>
      <w:r>
        <w:rPr>
          <w:b/>
        </w:rPr>
        <w:t xml:space="preserve">[23:52] </w:t>
      </w:r>
      <w:r>
        <w:t>sahi baat hai. sahi hai. maulana, hamara question yeh hai ke aisa kyun, aaj jaise aap abhi bol rahe hain ke sab ko creation plan of god samajhna chahiye.</w:t>
      </w:r>
    </w:p>
    <w:p>
      <w:pPr>
        <w:jc w:val="right"/>
      </w:pPr>
      <w:r>
        <w:t>صحیح بات ہے۔ صحیح ہے۔ مولانا، ہمارا کوئسچن یہ ہے کہ ایسا کیوں، آج جیسے آپ ابھی بول رہے ہیں کہ سب کو کریشن پلان آف گاڈ سمجھنا چاہیے۔</w:t>
      </w:r>
    </w:p>
    <w:p>
      <w:r>
        <w:rPr>
          <w:b/>
        </w:rPr>
        <w:t xml:space="preserve">[24:05] </w:t>
      </w:r>
      <w:r>
        <w:t>so my question is ke kai baar aisa kyun lagta hai, maulana sahib, ke kuch log hote hain jaise lagta hai ke khuda ne in ko chuna hi hai, un ke sath itna zyada difficulties aati hain.</w:t>
      </w:r>
    </w:p>
    <w:p>
      <w:pPr>
        <w:jc w:val="right"/>
      </w:pPr>
      <w:r>
        <w:t>سو مائی کوئسچن از کہ کئی بار ایسا کیوں لگتا ہے، مولانا صاحب، کہ کچھ لوگ ہوتے ہیں جیسے لگتا ہے کہ خدا نے ان کو چنا ہی ہے، ان کے ساتھ اتنا زیادہ ڈیفیکلٹیز آتی ہیں۔</w:t>
      </w:r>
    </w:p>
    <w:p>
      <w:r>
        <w:rPr>
          <w:b/>
        </w:rPr>
        <w:t xml:space="preserve">[24:15] </w:t>
      </w:r>
      <w:r>
        <w:t>hum hi jante hain ya hamari family mein ek hain, koi, un ke bachha, terah saal ka akloota bachha hai, itna itna zyada takleef mein hai woh bachha, aur maa baap daily us ki shakal dekh dekh kar bechare rote rehte hain.</w:t>
      </w:r>
    </w:p>
    <w:p>
      <w:pPr>
        <w:jc w:val="right"/>
      </w:pPr>
      <w:r>
        <w:t>ہم ہی جانتے ہیں یا ہماری فیملی میں ایک ہیں، کوئی، ان کے بچہ، تیرہ سال کا اکلوتا بچہ ہے، اتنا اتنا زیادہ تکلیف میں ہے وہ بچہ، اور ماں باپ ڈیلی اس کی شکل دیکھ دیکھ کر بیچارے روتے رہتے ہیں۔</w:t>
      </w:r>
    </w:p>
    <w:p>
      <w:r>
        <w:rPr>
          <w:b/>
        </w:rPr>
        <w:t xml:space="preserve">[24:30] </w:t>
      </w:r>
      <w:r>
        <w:t>to hamara kehne ka matlab hai, maulana, ke aisa kyun hai ke humein lagta hai ke some people have been chosen for very very dire circumstances?</w:t>
      </w:r>
    </w:p>
    <w:p>
      <w:pPr>
        <w:jc w:val="right"/>
      </w:pPr>
      <w:r>
        <w:t>تو ہمارا کہنے کا مطلب ہے، مولانا، کہ ایسا کیوں ہے کہ ہمیں لگتا ہے کہ سم پیپل ہیو بین چوزن فار ویری ویری ڈائر سرکمسٹانسز؟</w:t>
      </w:r>
    </w:p>
    <w:p>
      <w:r>
        <w:rPr>
          <w:b/>
        </w:rPr>
        <w:t xml:space="preserve">[24:41] </w:t>
      </w:r>
      <w:r>
        <w:t>just his question. maulana, un ka just yeh hai ke creation plan to sab ko batana hai, lekin kai baar aisa bhi mehsoos hota hai ke kuch log jo hain, un ko allah ta'ala ne jaise chuna hua ho aur bohat zyada difficult test ke liye.</w:t>
      </w:r>
    </w:p>
    <w:p>
      <w:pPr>
        <w:jc w:val="right"/>
      </w:pPr>
      <w:r>
        <w:t>جسٹ حساب ان کے کوئسچن۔ مولانا، ان کا جسٹ یہ ہے کہ کریشن پلان تو سب کو بتانا ہے، لیکن کئی بار ایسا بھی محسوس ہوتا ہے کہ کچھ لوگ جو ہیں، ان کو اللہ تعالیٰ نے جیسے چنا ہوا ہو اور بہت زیادہ ڈیفیکلٹ ٹیسٹ کے لیے۔</w:t>
      </w:r>
    </w:p>
    <w:p>
      <w:r>
        <w:rPr>
          <w:b/>
        </w:rPr>
        <w:t xml:space="preserve">[24:58] </w:t>
      </w:r>
      <w:r>
        <w:t>bohat to woh bata rahi hain ke un ki family mein ek bachha hai jo teenager hai, lekin bohat zyada takleef mein hai, aur aur woh parents ka ek hi bachha hai, to us ko dekh dekh ke woh bohat pareshan hote hain.</w:t>
      </w:r>
    </w:p>
    <w:p>
      <w:pPr>
        <w:jc w:val="right"/>
      </w:pPr>
      <w:r>
        <w:t>بہت تو وہ بتا رہی ہیں کہ ان کی فیملی میں ایک بچہ ہے جو ٹین ایجر ہے، لیکن بہت زیادہ تکلیف میں ہے، اور اور وہ پیرنٹس کا ایک ہی بچہ ہے، تو اس کو دیکھ دیکھ کے وہ بہت پریشان ہوتے ہیں۔</w:t>
      </w:r>
    </w:p>
    <w:p>
      <w:r>
        <w:rPr>
          <w:b/>
        </w:rPr>
        <w:t xml:space="preserve">[25:10] </w:t>
      </w:r>
      <w:r>
        <w:t>to aisa lagta hai ke jaise allah ta'ala kuch logon ko chunte hain bohat extreme difficulty ke liye. aisa aisa kyun hai? ek ek sahib se, ek aalim se yeh sawal kiya gaya tha.</w:t>
      </w:r>
    </w:p>
    <w:p>
      <w:pPr>
        <w:jc w:val="right"/>
      </w:pPr>
      <w:r>
        <w:t>تو ایسا لگتا ہے کہ جیسے اللہ تعالیٰ کچھ لوگوں کو چنتے ہیں بہت ایکسٹریم ڈیفیکلٹی کے لیے۔ ایسا ایسا کیوں ہے؟ ایک ایک صاحب سے، ایک عالم سے یہ سوال کیا گیا تھا۔</w:t>
      </w:r>
    </w:p>
    <w:p>
      <w:r>
        <w:rPr>
          <w:b/>
        </w:rPr>
        <w:t xml:space="preserve">[25:29] </w:t>
      </w:r>
      <w:r>
        <w:t>ek aalim se yeh sawal kiya gaya tha. to unhon ne kaha ke aise log jo hain, woh signpost hain.</w:t>
      </w:r>
    </w:p>
    <w:p>
      <w:pPr>
        <w:jc w:val="right"/>
      </w:pPr>
      <w:r>
        <w:t>ایک عالم سے یہ سوال کیا گیا تھا۔ تو انہوں نے کہا کہ ایسے لوگ جو ہیں، وہ سائن پوسٹ ہیں۔</w:t>
      </w:r>
    </w:p>
    <w:p>
      <w:r>
        <w:rPr>
          <w:b/>
        </w:rPr>
        <w:t xml:space="preserve">[25:39] </w:t>
      </w:r>
      <w:r>
        <w:t>sign post. yani rastay kinare kharay hue woh bata rahe hain ke dekho, agar tum ne malik ki marzi se hate to yaad rakho ke kya tumhein pesh aaye ga.</w:t>
      </w:r>
    </w:p>
    <w:p>
      <w:pPr>
        <w:jc w:val="right"/>
      </w:pPr>
      <w:r>
        <w:t>سائن پوسٹ۔ یعنی راستے کنارے کھڑے ہوئے وہ بتا رہے ہیں کہ دیکھو، اگر تم نے مالک کی مرضی سے ہٹے تو یاد رکھو کہ کیا تمہیں پیش آئے گا۔</w:t>
      </w:r>
    </w:p>
    <w:p>
      <w:r>
        <w:rPr>
          <w:b/>
        </w:rPr>
        <w:t xml:space="preserve">[26:04] </w:t>
      </w:r>
      <w:r>
        <w:t>to in ko unhon ne kaha ke in ko sign post wala wala reward mile ga.</w:t>
      </w:r>
    </w:p>
    <w:p>
      <w:pPr>
        <w:jc w:val="right"/>
      </w:pPr>
      <w:r>
        <w:t>تو ان کو انہوں نے کہا کہ ان کو سائن پوسٹ والا والا ریوارڈ ملے گا۔</w:t>
      </w:r>
    </w:p>
    <w:p>
      <w:r>
        <w:rPr>
          <w:b/>
        </w:rPr>
        <w:t xml:space="preserve">[26:14] </w:t>
      </w:r>
      <w:r>
        <w:t>aise logon ko ke khuda ne in ko chuna is is khat ke liye ke woh sign post barh kar rastay kinare kharay ho jayen.</w:t>
      </w:r>
    </w:p>
    <w:p>
      <w:pPr>
        <w:jc w:val="right"/>
      </w:pPr>
      <w:r>
        <w:t>ایسے لوگوں کو کہ خدا نے ان کو چنا اس اس خط کے لیے کہ وہ سائن پوسٹ بڑھ کر راستے کنارے کھڑے ہو جائیں۔</w:t>
      </w:r>
    </w:p>
    <w:p>
      <w:r>
        <w:rPr>
          <w:b/>
        </w:rPr>
        <w:t xml:space="preserve">[26:28] </w:t>
      </w:r>
      <w:r>
        <w:t>is ke liye unhein kuch allowance mile ga. main samajhta hoon ke unhon ne theek kaha tha.</w:t>
      </w:r>
    </w:p>
    <w:p>
      <w:pPr>
        <w:jc w:val="right"/>
      </w:pPr>
      <w:r>
        <w:t>اس کے لیے انہیں کچھ الاوننس ملے گا۔ میں سمجھتا ہوں کہ انہوں نے ٹھیک کہا تھا۔</w:t>
      </w:r>
    </w:p>
    <w:p>
      <w:r>
        <w:rPr>
          <w:b/>
        </w:rPr>
        <w:t xml:space="preserve">[26:42] </w:t>
      </w:r>
      <w:r>
        <w:t>maulana, bohat se logon ne aap ko eid mubarak kaha hai. aur doctor junaid shaikh ne comment likha hai. un ka comment hai: "maulana, today talk was very soothing for my soul, as you mentioned, that person is between reward or forgiveness, which is very thrilling.</w:t>
      </w:r>
    </w:p>
    <w:p>
      <w:pPr>
        <w:jc w:val="right"/>
      </w:pPr>
      <w:r>
        <w:t>مولانا، بہت سے لوگوں نے آپ کو عید مبارک کہا ہے۔ اور ڈاکٹر جنید شیخ نے کمنٹ لکھا ہے۔ ان کا کمنٹ ہے: "مولانا، ٹوڈے ٹاک واز ویری سودنگ فار مائی سول، ایز یو مینشنڈ، دیٹ پرسن از بٹوین ریوارڈ اور فارگیونس، وچ از ویری تھرلنگ۔</w:t>
      </w:r>
    </w:p>
    <w:p>
      <w:r>
        <w:rPr>
          <w:b/>
        </w:rPr>
        <w:t xml:space="preserve">[27:04] </w:t>
      </w:r>
      <w:r>
        <w:t>jaza kallah." miss shabana ansari ne pakistan se likha hai: "real happiness is paradise. maulana, pray for us that may allah give us all paradise."</w:t>
      </w:r>
    </w:p>
    <w:p>
      <w:pPr>
        <w:jc w:val="right"/>
      </w:pPr>
      <w:r>
        <w:t>جزا کلہ۔" مس شبانہ انصاری نے پاکستان سے لکھا ہے: "ریل ہیپینس از پیرڈائز۔ مولانا، پری فار اس دیٹ می اللہ گیو اس ال پیرڈائز۔"</w:t>
      </w:r>
    </w:p>
    <w:p>
      <w:r>
        <w:rPr>
          <w:b/>
        </w:rPr>
        <w:t xml:space="preserve">[27:23] </w:t>
      </w:r>
      <w:r>
        <w:t>inshallah. maulana tariq badar sahib ne ek message bheja hai. aur un ki team ke ek sahib hain, khalid syed sahib.</w:t>
      </w:r>
    </w:p>
    <w:p>
      <w:pPr>
        <w:jc w:val="right"/>
      </w:pPr>
      <w:r>
        <w:t>انشاءاللہ۔ مولانا طارق بدر صاحب نے ایک میسج بھیجا ہے۔ اور ان کی ٹیم کے ایک صاحب ہیں، خالد سید صاحب۔</w:t>
      </w:r>
    </w:p>
    <w:p>
      <w:r>
        <w:rPr>
          <w:b/>
        </w:rPr>
        <w:t xml:space="preserve">[27:34] </w:t>
      </w:r>
      <w:r>
        <w:t>woh hamari audio ki recording bhi karte hain. unhon ne aap ko likha hai: "aap tamam ahbab ko eid ul fitr mubarak ho.</w:t>
      </w:r>
    </w:p>
    <w:p>
      <w:pPr>
        <w:jc w:val="right"/>
      </w:pPr>
      <w:r>
        <w:t>وہ ہماری آڈیو کی ریکارڈنگ بھی کرتے ہیں۔ انہوں نے آپ کو لکھا ہے: "آپ تمام احباب کو عید الفطر مبارک ہو۔</w:t>
      </w:r>
    </w:p>
    <w:p>
      <w:r>
        <w:rPr>
          <w:b/>
        </w:rPr>
        <w:t xml:space="preserve">[27:44] </w:t>
      </w:r>
      <w:r>
        <w:t>maulana sahib ki khidmat mein assalam o alaikum aur eid ki mubarak. maulana sahib se khusoosi duaon ki darkhwast hai. allah aap ko salamat rakhe, abad rakhe, sehat o tandrusti de.</w:t>
      </w:r>
    </w:p>
    <w:p>
      <w:pPr>
        <w:jc w:val="right"/>
      </w:pPr>
      <w:r>
        <w:t>مولانا صاحب کی خدمت میں السلام علیکم اور عید کی مبارک۔ مولانا صاحب سے خصوصی دعاؤں کی درخواست ہے۔ اللہ آپ کو سلامت رکھے، آباد رکھے، صحت و تندرستی دے۔</w:t>
      </w:r>
    </w:p>
    <w:p>
      <w:r>
        <w:rPr>
          <w:b/>
        </w:rPr>
        <w:t xml:space="preserve">[27:56] </w:t>
      </w:r>
      <w:r>
        <w:t>hamare saron par aap ka saya rakhe. aur aap ki taleemat par amal pehra hone ki allah hamein tofeeq ata farmaye. ameen."</w:t>
      </w:r>
    </w:p>
    <w:p>
      <w:pPr>
        <w:jc w:val="right"/>
      </w:pPr>
      <w:r>
        <w:t>ہمارے سروں پر آپ کا سایہ رکھے۔ اور آپ کی تعلیمات پر عمل پیرا ہونے کی اللہ ہمیں توفیق عطا فرمائے۔ آمین۔"</w:t>
      </w:r>
    </w:p>
    <w:p>
      <w:r>
        <w:rPr>
          <w:b/>
        </w:rPr>
        <w:t xml:space="preserve">[28:07] </w:t>
      </w:r>
      <w:r>
        <w:t>jazakm allah. maulana, ashab e suffa ko, jo ashab e suffa thay, jo hijrat kar ke gaye thay madina, un ko bohat hi ziyada sakht takleef mein rehna para tha.</w:t>
      </w:r>
    </w:p>
    <w:p>
      <w:pPr>
        <w:jc w:val="right"/>
      </w:pPr>
      <w:r>
        <w:t>جزاکم اللہ۔ مولانا، اصحاب صفہ کو، جو اصحاب صفہ تھے، جو ہجرت کر کے گئے تھے مدینہ، ان کو بہت ہی زیادہ سخت تکلیف میں رہنا پڑا تھا۔</w:t>
      </w:r>
    </w:p>
    <w:p>
      <w:r>
        <w:rPr>
          <w:b/>
        </w:rPr>
        <w:t xml:space="preserve">[28:19] </w:t>
      </w:r>
      <w:r>
        <w:t>wahan ki arab ki sakht garmi aur woh chhappar mein rehte thay. isi liye woh suffa kahlaye, kyun ke suffa chhappar ko kehte hain. to un ke liye yeh aaya tha ke un ka koi hisab kitab nahi hoga.</w:t>
      </w:r>
    </w:p>
    <w:p>
      <w:pPr>
        <w:jc w:val="right"/>
      </w:pPr>
      <w:r>
        <w:t>وہاں کی عرب کی سخت گرمی اور وہ چھپر میں رہتے تھے۔ اسی لیے وہ صفہ کہلائے، کیونکہ صفہ چھپر کو کہتے ہیں۔ تو ان کے لیے یہ آیا تھا کہ ان کا کوئی حساب کتاب نہیں ہوگا۔</w:t>
      </w:r>
    </w:p>
    <w:p>
      <w:r>
        <w:rPr>
          <w:b/>
        </w:rPr>
        <w:t xml:space="preserve">[28:31] </w:t>
      </w:r>
      <w:r>
        <w:t>woh aise chale jayen ge ke riwayat mein aata hai jaise kabootar idhar se udhar urh ke chali gayi. to un ke liye bohat bari baat hai ke un ka hisab kitab hi nahi hoga. to jo log yahan aaram se rahen ge, un ko phir usi ki wahan pareshani hogi.</w:t>
      </w:r>
    </w:p>
    <w:p>
      <w:pPr>
        <w:jc w:val="right"/>
      </w:pPr>
      <w:r>
        <w:t>وہ ایسے چلے جائیں گے کہ روایت میں آتا ہے جیسے کبوتر ادھر سے ادھر اڑ کے چلی گئی۔ تو ان کے لیے بہت بڑی بات ہے کہ ان کا حساب کتاب ہی نہیں ہوگا۔ تو جو لوگ یہاں آرام سے رہیں گے، ان کو پھر اسی کی وہاں پریشانی ہوگی۔</w:t>
      </w:r>
    </w:p>
    <w:p>
      <w:r>
        <w:rPr>
          <w:b/>
        </w:rPr>
        <w:t xml:space="preserve">[28:43] </w:t>
      </w:r>
      <w:r>
        <w:t>unhein wahan hisab kitab dena pare ga. to yeh ek bohat bari kisi ke liye umeed ki kiran ho sakti hai ke takleef kahin na kahin uthani pare gi, ya to yahan ya wahan.</w:t>
      </w:r>
    </w:p>
    <w:p>
      <w:pPr>
        <w:jc w:val="right"/>
      </w:pPr>
      <w:r>
        <w:t>انہیں وہاں حساب کتاب دینا پڑے گا۔ تو یہ ایک بہت بڑی کسی کے لیے امید کی کرن ہو سکتی ہے کہ تکلیف کہیں نہ کہیں اٹھانی پڑے گی، یا تو یہاں یا وہاں۔</w:t>
      </w:r>
    </w:p>
    <w:p>
      <w:r>
        <w:rPr>
          <w:b/>
        </w:rPr>
        <w:t xml:space="preserve">[28:54] </w:t>
      </w:r>
      <w:r>
        <w:t>phir kya ashab e suffa ka matlab kya hai, woh bata do aap? suffa kehte hain chabutra. suffa ka matlab hota hai chabutra.</w:t>
      </w:r>
    </w:p>
    <w:p>
      <w:pPr>
        <w:jc w:val="right"/>
      </w:pPr>
      <w:r>
        <w:t>پھر کیا اصحاب صفہ کا مطلب کیا ہے، وہ بتا دو آپ؟ صفہ کہتے ہیں چبوترا۔ صفہ کا مطلب ہوتا ہے چبوترا۔</w:t>
      </w:r>
    </w:p>
    <w:p>
      <w:r>
        <w:rPr>
          <w:b/>
        </w:rPr>
        <w:t xml:space="preserve">[29:06] </w:t>
      </w:r>
      <w:r>
        <w:t>to ek sahabi kehte hain kuch logon ke baray mein ke hum log suffa masjid nabwi ke samnay, ek suffa, ek chabutra tha, wahan baithe rehte thay.</w:t>
      </w:r>
    </w:p>
    <w:p>
      <w:pPr>
        <w:jc w:val="right"/>
      </w:pPr>
      <w:r>
        <w:t>تو ایک صحابی کہتے ہیں کچھ لوگوں کے بارے میں کہ ہم لوگ صفہ مسجد نبوی کے سامنے، ایک صفہ، ایک چبوترا تھا، وہاں بیٹھے رہتے تھے۔</w:t>
      </w:r>
    </w:p>
    <w:p>
      <w:r>
        <w:rPr>
          <w:b/>
        </w:rPr>
        <w:t xml:space="preserve">[29:21] </w:t>
      </w:r>
      <w:r>
        <w:t>to yeh woh zamanay tha jab ke bohat ziyada gharat thi, khane peene koi milta nahi tha. to woh baithe rehte thay ke koi aaye ga kuch khane peene dene ke liye to hamein bhi hissa mil jaye ga.</w:t>
      </w:r>
    </w:p>
    <w:p>
      <w:pPr>
        <w:jc w:val="right"/>
      </w:pPr>
      <w:r>
        <w:t>تو یہ وہ زمانہ تھا جب کہ بہت زیادہ غربت تھی، کھانے پینے کوئی ملتا نہیں تھا۔ تو وہ بیٹھے رہتے تھے کہ کوئی آئے گا کچھ کھانے پینے دینے کے لیے تو ہمیں بھی حصہ مل جائے گا۔</w:t>
      </w:r>
    </w:p>
    <w:p>
      <w:r>
        <w:rPr>
          <w:b/>
        </w:rPr>
        <w:t xml:space="preserve">[29:36] </w:t>
      </w:r>
      <w:r>
        <w:t>to woh koi category nahi hai, woh bas woh</w:t>
      </w:r>
    </w:p>
    <w:p>
      <w:pPr>
        <w:jc w:val="right"/>
      </w:pPr>
      <w:r>
        <w:t>تو وہ کوئی کیٹیگری نہیں ہے، وہ بس وہ</w:t>
      </w:r>
    </w:p>
    <w:p>
      <w:r>
        <w:rPr>
          <w:b/>
        </w:rPr>
        <w:t xml:space="preserve">[29:44] </w:t>
      </w:r>
      <w:r>
        <w:t>aise log jin ke paas koi kheti bari nahi thi, koi zariya nahi tha, to woh aap paray rehte thay ke koi aa jaye ga aur hum ko kuch yani madad kare ga.</w:t>
      </w:r>
    </w:p>
    <w:p>
      <w:pPr>
        <w:jc w:val="right"/>
      </w:pPr>
      <w:r>
        <w:t>ایسے لوگ جن کے پاس کوئی کھیتی باڑی نہیں تھی، کوئی ذریعہ نہیں تھا، تو وہ آپ پڑے رہتے تھے کہ کوئی آ جائے گا اور ہم کو کچھ یعنی مدد کرے گا۔</w:t>
      </w:r>
    </w:p>
    <w:p>
      <w:r>
        <w:rPr>
          <w:b/>
        </w:rPr>
        <w:t xml:space="preserve">[29:59] </w:t>
      </w:r>
      <w:r>
        <w:t>bas is se ziyada is ka koi matlab nahi hai. maulana, question yeh hai ke jo aap ne kaha ke jo log bohat ziyada difficulty mein hain is dunya mein, un ka wahan ja ke test hisab kitab nahi hoga.</w:t>
      </w:r>
    </w:p>
    <w:p>
      <w:pPr>
        <w:jc w:val="right"/>
      </w:pPr>
      <w:r>
        <w:t>بس اس سے زیادہ اس کا کوئی مطلب نہیں ہے۔ مولانا، کوئسچن یہ ہے کہ جو آپ نے کہا کہ جو لوگ بہت زیادہ ڈیفیکلٹی میں ہیں اس دنیا میں، ان کا وہاں جا کے ٹیسٹ حساب کتاب نہیں ہوگا۔</w:t>
      </w:r>
    </w:p>
    <w:p>
      <w:r>
        <w:rPr>
          <w:b/>
        </w:rPr>
        <w:t xml:space="preserve">[30:14] </w:t>
      </w:r>
      <w:r>
        <w:t>kya yeh sahi hai? is ka koi hawala hai? yeh yeh bata rahi hain aap. nahi, aisa nahi hai. woh to ek ek hadith hai ke kuch log jannat mein jayen ge, yani phudakte hue, yeh chiriyaan jati hain.</w:t>
      </w:r>
    </w:p>
    <w:p>
      <w:pPr>
        <w:jc w:val="right"/>
      </w:pPr>
      <w:r>
        <w:t>کیا یہ صحیح ہے؟ اس کا کوئی حوالہ ہے؟ یہ یہ بتا رہی ہیں آپ۔ نہیں، ایسا نہیں ہے۔ وہ تو ایک ایک حدیث ہے کہ کچھ لوگ جنت میں جائیں گے، یعنی پھدکتے ہوئے، یہ چڑیاں جاتی ہیں۔</w:t>
      </w:r>
    </w:p>
    <w:p>
      <w:r>
        <w:rPr>
          <w:b/>
        </w:rPr>
        <w:t xml:space="preserve">[30:30] </w:t>
      </w:r>
      <w:r>
        <w:t>to usay</w:t>
      </w:r>
    </w:p>
    <w:p>
      <w:pPr>
        <w:jc w:val="right"/>
      </w:pPr>
      <w:r>
        <w:t>تو اسے</w:t>
      </w:r>
    </w:p>
    <w:p>
      <w:r>
        <w:rPr>
          <w:b/>
        </w:rPr>
        <w:t xml:space="preserve">[30:33] </w:t>
      </w:r>
      <w:r>
        <w:t>poocha jaye ga ke tumhara kya mamla hai? to woh kahin ge ke hum ko kuch logon ne kuch diya hi nahi dunya mein. to hum hisab kitab se kis kis ke log hain?</w:t>
      </w:r>
    </w:p>
    <w:p>
      <w:pPr>
        <w:jc w:val="right"/>
      </w:pPr>
      <w:r>
        <w:t>پوچھا جائے گا کہ تمہارا کیا معاملہ ہے؟ تو وہ کہیں گے کہ ہم کو کچھ لوگوں نے کچھ دیا ہی نہیں دنیا میں۔ تو ہم حساب کتاب سے کس کسی کے لوگ ہیں؟</w:t>
      </w:r>
    </w:p>
    <w:p>
      <w:r>
        <w:rPr>
          <w:b/>
        </w:rPr>
        <w:t xml:space="preserve">[30:43] </w:t>
      </w:r>
      <w:r>
        <w:t>to ek waqia hai hadith mein aisa hai, is ka koi woh bhi koi category nahi hai. woh koi category nahi, is ko generalize nahi karna chahiye.</w:t>
      </w:r>
    </w:p>
    <w:p>
      <w:pPr>
        <w:jc w:val="right"/>
      </w:pPr>
      <w:r>
        <w:t>تو ایک واقعہ ہے حدیث میں ایسا ہے، اس کا کوئی وہ بھی کوئی کیٹیگری نہیں ہے۔ وہ کوئی کیٹیگری نہیں، اس کو جینرلائز نہیں کرنا چاہیے۔</w:t>
      </w:r>
    </w:p>
    <w:p>
      <w:r>
        <w:rPr>
          <w:b/>
        </w:rPr>
        <w:t xml:space="preserve">[30:59] </w:t>
      </w:r>
      <w:r>
        <w:t>maulana, ek sawal aaya hai, un ka naam nahi hai. unhon ne likha hai, unhon ne apna naam nahi diya hai sawal karne ke baad.</w:t>
      </w:r>
    </w:p>
    <w:p>
      <w:pPr>
        <w:jc w:val="right"/>
      </w:pPr>
      <w:r>
        <w:t>مولانا، ایک سوال آیا ہے، ان کا نام نہیں ہے۔ انہوں نے لکھا ہے، انہوں نے اپنا نام نہیں دیا ہے سوال کرنے کے بعد۔</w:t>
      </w:r>
    </w:p>
    <w:p>
      <w:r>
        <w:rPr>
          <w:b/>
        </w:rPr>
        <w:t xml:space="preserve">[31:08] </w:t>
      </w:r>
      <w:r>
        <w:t>sawal hai: "allah ke qurb aur qurb rasool ke liye kya kya jaye?" rasool ko qurbat ka koi concept hi islam mein nahi hai, to musalmanon ne bana liya hai.</w:t>
      </w:r>
    </w:p>
    <w:p>
      <w:pPr>
        <w:jc w:val="right"/>
      </w:pPr>
      <w:r>
        <w:t>سوال ہے: "اللہ کے قرب اور قرب رسول کے لیے کیا کیا جائے؟" رسول کو قربت کا کوئی کانسیپٹ ہی اسلام میں نہیں ہے، تو مسلمانوں نے بنا لیا ہے۔</w:t>
      </w:r>
    </w:p>
    <w:p>
      <w:r>
        <w:rPr>
          <w:b/>
        </w:rPr>
        <w:t xml:space="preserve">[31:18] </w:t>
      </w:r>
      <w:r>
        <w:t>qurbat rasool koi cheez nahi hai, qurbat khudawandi hai asal cheez. kaisa? ji sahi, kahin hai qurbat rasool? nahi, yeh hai hi nahi.</w:t>
      </w:r>
    </w:p>
    <w:p>
      <w:pPr>
        <w:jc w:val="right"/>
      </w:pPr>
      <w:r>
        <w:t>قربت رسول کوئی چیز نہیں ہے، قربت خداوندی ہے اصل چیز۔ کیسا؟ جی صحیح، کہیں ہے قربت رسول؟ نہیں، یہ ہے ہی نہیں۔</w:t>
      </w:r>
    </w:p>
    <w:p>
      <w:r>
        <w:rPr>
          <w:b/>
        </w:rPr>
        <w:t xml:space="preserve">[31:28] </w:t>
      </w:r>
      <w:r>
        <w:t>yeh to musalmanon ka banaya hua hai. ek hi cheez hai, woh allah ki qurbat. to</w:t>
      </w:r>
    </w:p>
    <w:p>
      <w:pPr>
        <w:jc w:val="right"/>
      </w:pPr>
      <w:r>
        <w:t>یہ تو مسلمانوں کا بنایا ہوا ہے۔ ایک ہی چیز ہے، وہ اللہ کی قربت۔ تو</w:t>
      </w:r>
    </w:p>
    <w:p>
      <w:r>
        <w:rPr>
          <w:b/>
        </w:rPr>
        <w:t xml:space="preserve">[31:37] </w:t>
      </w:r>
      <w:r>
        <w:t>sajda jo hai, ek alamat hai allah ki qurbat paane ka. sajda ke maani hain surrender karna.</w:t>
      </w:r>
    </w:p>
    <w:p>
      <w:pPr>
        <w:jc w:val="right"/>
      </w:pPr>
      <w:r>
        <w:t>سجدہ جو ہے، ایک علامت ہے اللہ کی قربت پانے کا۔ سجدہ کے معنی ہیں سرینڈر کرنا۔</w:t>
      </w:r>
    </w:p>
    <w:p>
      <w:r>
        <w:rPr>
          <w:b/>
        </w:rPr>
        <w:t xml:space="preserve">[31:49] </w:t>
      </w:r>
      <w:r>
        <w:t>sajda ki jo spirit hai, woh surrender karna. iska matlab kya hua? ke surrender karo allah ke aage aur allah ki qurbat tum ko mil jayegi.</w:t>
      </w:r>
    </w:p>
    <w:p>
      <w:pPr>
        <w:jc w:val="right"/>
      </w:pPr>
      <w:r>
        <w:t>سجدہ کی جو اسپرٹ ہے، وہ سرینڈر کرنا۔ اس کا مطلب کیا ہوا؟ کہ سرینڈر کرو اللہ کے آگے اور اللہ کی قربت تم کو مل جائے گی۔</w:t>
      </w:r>
    </w:p>
    <w:p>
      <w:r>
        <w:rPr>
          <w:b/>
        </w:rPr>
        <w:t xml:space="preserve">[32:00] </w:t>
      </w:r>
      <w:r>
        <w:t>to woh surrender ka sabak hai. is mein sirf sajda ki shakal ka sabak nahi hai.</w:t>
      </w:r>
    </w:p>
    <w:p>
      <w:pPr>
        <w:jc w:val="right"/>
      </w:pPr>
      <w:r>
        <w:t>تو وہ سرینڈر کا سبق ہے۔ اس میں صرف سجدہ کی شکل کا سبق نہیں ہے۔</w:t>
      </w:r>
    </w:p>
    <w:p>
      <w:r>
        <w:rPr>
          <w:b/>
        </w:rPr>
        <w:t xml:space="preserve">[32:11] </w:t>
      </w:r>
      <w:r>
        <w:t>is ka maani hai ke surrender zariya hai qurbat ilahi ka. jahan tak qurbat rasool hai, woh to musalmanon ka banauti cheez hai. woh to koi shariyat mein kuch hai nahi.</w:t>
      </w:r>
    </w:p>
    <w:p>
      <w:pPr>
        <w:jc w:val="right"/>
      </w:pPr>
      <w:r>
        <w:t>اس کا معنی ہے کہ سرینڈر ذریعہ ہے قربت الہی کا۔ جہاں تک قربت رسول ہے، وہ تو مسلمانوں کا بناؤٹی چیز ہے۔ وہ تو کوئی شریعت میں کچھ ہے نہیں۔</w:t>
      </w:r>
    </w:p>
    <w:p>
      <w:r>
        <w:rPr>
          <w:b/>
        </w:rPr>
        <w:t xml:space="preserve">[32:21] </w:t>
      </w:r>
      <w:r>
        <w:t>kahin yeh sab kahin hai? nahi, maulana, kahin nahi hai.</w:t>
      </w:r>
    </w:p>
    <w:p>
      <w:pPr>
        <w:jc w:val="right"/>
      </w:pPr>
      <w:r>
        <w:t>کہیں یہ سب کہیں ہے؟ نہیں، مولانا، کہیں نہیں ہے۔</w:t>
      </w:r>
    </w:p>
    <w:p>
      <w:r>
        <w:rPr>
          <w:b/>
        </w:rPr>
        <w:t xml:space="preserve">[32:29] </w:t>
      </w:r>
      <w:r>
        <w:t>maulana, aaj ke lecture se ghalbat rehmati ali ghadbi ka mafhoom bohat hi zyada clear ho gaya. maulana, ke jahannum ya punishment sirf un logon ke liye hai jo sarkash hon.</w:t>
      </w:r>
    </w:p>
    <w:p>
      <w:pPr>
        <w:jc w:val="right"/>
      </w:pPr>
      <w:r>
        <w:t>مولانا، آج کے لیکچر سے غلبت رحمتی علی غضبی کا مفہوم بہت ہی زیادہ کلیئر ہو گیا۔ مولانا، کہ جہنم یا پنشمنٹ صرف ان لوگوں کے لیے ہے جو سرکش ہوں۔</w:t>
      </w:r>
    </w:p>
    <w:p>
      <w:r>
        <w:rPr>
          <w:b/>
        </w:rPr>
        <w:t xml:space="preserve">[32:45] </w:t>
      </w:r>
      <w:r>
        <w:t>baqi khuda ki rehmat hi rehmat hai har taraf. to yeh bohat hi</w:t>
      </w:r>
    </w:p>
    <w:p>
      <w:pPr>
        <w:jc w:val="right"/>
      </w:pPr>
      <w:r>
        <w:t>باقی خدا کی رحمت ہی رحمت ہے ہر طرف۔ تو یہ بہت ہی</w:t>
      </w:r>
    </w:p>
    <w:p>
      <w:r>
        <w:rPr>
          <w:b/>
        </w:rPr>
        <w:t xml:space="preserve">[32:53] </w:t>
      </w:r>
      <w:r>
        <w:t>understandable aur khuda ki zaat ke laiq baat hai. maulana, yeh dekhiye, main yeh samjhaun is ka matlab ke allah ki rehmat jo hai, woh rule hai.</w:t>
      </w:r>
    </w:p>
    <w:p>
      <w:pPr>
        <w:jc w:val="right"/>
      </w:pPr>
      <w:r>
        <w:t>انڈرسٹینڈ ایبل اور خدا کی ذات کے لائق بات ہے۔ مولانا، یہ دیکھیے، میں یہ سمجھاؤں اس کا مطلب کہ اللہ کی رحمت جو ہے، وہ رول ہے۔</w:t>
      </w:r>
    </w:p>
    <w:p>
      <w:r>
        <w:rPr>
          <w:b/>
        </w:rPr>
        <w:t xml:space="preserve">[33:06] </w:t>
      </w:r>
      <w:r>
        <w:t>are you rule aur pakad jo hai, yani azab, woh exception hai.</w:t>
      </w:r>
    </w:p>
    <w:p>
      <w:pPr>
        <w:jc w:val="right"/>
      </w:pPr>
      <w:r>
        <w:t>ار یو ایل ای اور پکڑ جو ہے، یعنی عذاب، وہ ایکسیپشن ہے۔</w:t>
      </w:r>
    </w:p>
    <w:p>
      <w:r>
        <w:rPr>
          <w:b/>
        </w:rPr>
        <w:t xml:space="preserve">[33:16] </w:t>
      </w:r>
      <w:r>
        <w:t>rehmat jo hai, rehmat, blessing, jo bhi kahiye, woh woh rule hai kyunke allah ke sifat ke mutabiq hai woh.</w:t>
      </w:r>
    </w:p>
    <w:p>
      <w:pPr>
        <w:jc w:val="right"/>
      </w:pPr>
      <w:r>
        <w:t>رحمت جو ہے، رحمت، بلیسنگ، جو بھی کہیے، وہ وہ رول ہے کیونکہ اللہ کے صفت کے مطابق ہے وہ۔</w:t>
      </w:r>
    </w:p>
    <w:p>
      <w:r>
        <w:rPr>
          <w:b/>
        </w:rPr>
        <w:t xml:space="preserve">[33:27] </w:t>
      </w:r>
      <w:r>
        <w:t>aur jahan tak azab ka sawal hai, woh exception hai. to woh is ayat se maloom hota hai ke ishqa ke liye hai.</w:t>
      </w:r>
    </w:p>
    <w:p>
      <w:pPr>
        <w:jc w:val="right"/>
      </w:pPr>
      <w:r>
        <w:t>اور جہاں تک عذاب کا سوال ہے، وہ ایکسیپشن ہے۔ تو وہ اس آیت سے معلوم ہوتا ہے کہ عشقہ کے لیے ہے۔</w:t>
      </w:r>
    </w:p>
    <w:p>
      <w:r>
        <w:rPr>
          <w:b/>
        </w:rPr>
        <w:t xml:space="preserve">[33:37] </w:t>
      </w:r>
      <w:r>
        <w:t>ishqa, ishqa jo jo ishqa hoga, yani sarkash, sarkash, jaan boojh kar sachai ko baras aside karne wala,</w:t>
      </w:r>
    </w:p>
    <w:p>
      <w:pPr>
        <w:jc w:val="right"/>
      </w:pPr>
      <w:r>
        <w:t>عشقہ، عشقہ جو جو عشقہ ہوگا، یعنی سرکش، سرکش، جان بوجھ کر سچائی کو برس اسائیڈ کرنے والا،</w:t>
      </w:r>
    </w:p>
    <w:p>
      <w:r>
        <w:rPr>
          <w:b/>
        </w:rPr>
        <w:t xml:space="preserve">[33:52] </w:t>
      </w:r>
      <w:r>
        <w:t>jaan boojh kar sachai ko baras aside karne wala, woh ishqa hai.</w:t>
      </w:r>
    </w:p>
    <w:p>
      <w:pPr>
        <w:jc w:val="right"/>
      </w:pPr>
      <w:r>
        <w:t>جان بوجھ کر سچائی کو برس اسائیڈ کرنے والا، وہ عشقہ ہے۔</w:t>
      </w:r>
    </w:p>
    <w:p>
      <w:r>
        <w:rPr>
          <w:b/>
        </w:rPr>
        <w:t xml:space="preserve">[34:01] </w:t>
      </w:r>
      <w:r>
        <w:t>maulana, sajid anwar sahib ne mumbai se likha hai comment: "maulana, today once again, i discovered that the real happiness is only in paradise and not in this world, so i must focus on paradise." vishakhapatnam se miss aisha yasra ne aap se sawal kiya hai.</w:t>
      </w:r>
    </w:p>
    <w:p>
      <w:pPr>
        <w:jc w:val="right"/>
      </w:pPr>
      <w:r>
        <w:t>مولانا، ساجد انور صاحب نے ممبئی سے لکھا ہے کمنٹ: "مولانا، ٹوڈے ونس اگین، آئی ڈسکورڈ دیٹ دا ریل ہیپینس از اونلی ان پیرڈائز اینڈ ناٹ ان دس ورلڈ، سو آئی مسٹ فوکس ان پیرڈائز۔" وشاکہ پٹنم سے مس عائشہ یسرا نے آپ سے سوال کیا ہے۔</w:t>
      </w:r>
    </w:p>
    <w:p>
      <w:r>
        <w:rPr>
          <w:b/>
        </w:rPr>
        <w:t xml:space="preserve">[34:28] </w:t>
      </w:r>
      <w:r>
        <w:t>unhon ne poocha hai: "maulana sahib, jo insan duniya mein allah ke deen ka kaam karenge, kya un ko is duniya mein real happiness milegi?" yeh to kahin nahi hai.</w:t>
      </w:r>
    </w:p>
    <w:p>
      <w:pPr>
        <w:jc w:val="right"/>
      </w:pPr>
      <w:r>
        <w:t>انہوں نے پوچھا ہے: "مولانا صاحب، جو انسان دنیا میں اللہ کے دین کا کام کریں گے، کیا ان کو اس دنیا میں ریل ہیپینس ملے گی؟" یہ تو کہیں نہیں ہے۔</w:t>
      </w:r>
    </w:p>
    <w:p>
      <w:r>
        <w:rPr>
          <w:b/>
        </w:rPr>
        <w:t xml:space="preserve">[34:44] </w:t>
      </w:r>
      <w:r>
        <w:t>duniya mein real happiness milna, yeh to kahin nahi hai.</w:t>
      </w:r>
    </w:p>
    <w:p>
      <w:pPr>
        <w:jc w:val="right"/>
      </w:pPr>
      <w:r>
        <w:t>دنیا میں ریل ہیپینس ملنا، یہ تو کہیں نہیں ہے۔</w:t>
      </w:r>
    </w:p>
    <w:p>
      <w:r>
        <w:rPr>
          <w:b/>
        </w:rPr>
        <w:t xml:space="preserve">[34:50] </w:t>
      </w:r>
      <w:r>
        <w:t>yeh woh to real happiness to sirf jannat, jannat mein hai, akhirat mein.</w:t>
      </w:r>
    </w:p>
    <w:p>
      <w:pPr>
        <w:jc w:val="right"/>
      </w:pPr>
      <w:r>
        <w:t>یہ وہ تو ریل ہیپینس تو صرف جنت، جنت میں ہے، آخرت میں۔</w:t>
      </w:r>
    </w:p>
    <w:p>
      <w:r>
        <w:rPr>
          <w:b/>
        </w:rPr>
        <w:t xml:space="preserve">[34:58] </w:t>
      </w:r>
      <w:r>
        <w:t>duniya ki happiness to bohat hi zyada temporary hai.</w:t>
      </w:r>
    </w:p>
    <w:p>
      <w:pPr>
        <w:jc w:val="right"/>
      </w:pPr>
      <w:r>
        <w:t>دنیا کی ہیپینس تو کوئی بہت ہی زیادہ ٹیمپریری ہے۔</w:t>
      </w:r>
    </w:p>
    <w:p>
      <w:r>
        <w:rPr>
          <w:b/>
        </w:rPr>
        <w:t xml:space="preserve">[35:07] </w:t>
      </w:r>
      <w:r>
        <w:t>mile tab bhi bohat hi zyada temporary hai.</w:t>
      </w:r>
    </w:p>
    <w:p>
      <w:pPr>
        <w:jc w:val="right"/>
      </w:pPr>
      <w:r>
        <w:t>ملے تب بھی بہت ہی زیادہ ٹیمپریری ہے۔</w:t>
      </w:r>
    </w:p>
    <w:p>
      <w:r>
        <w:rPr>
          <w:b/>
        </w:rPr>
        <w:t xml:space="preserve">[35:16] </w:t>
      </w:r>
      <w:r>
        <w:t>maulana, yeh mahmood ul salam qasmi karachi se likhte hain, aap se yeh sawal kar rahe hain: "hum apne aap ko ghalat kamon se apne deen ke zariye kaise rok sakte hain?" hain kya matlab?</w:t>
      </w:r>
    </w:p>
    <w:p>
      <w:pPr>
        <w:jc w:val="right"/>
      </w:pPr>
      <w:r>
        <w:t>مولانا، یہ محمود السلام قاسمی کراچی سے لکھتے ہیں، آپ سے یہ سوال کر رہے ہیں: "ہم اپنے آپ کو غلط کاموں سے اپنے دین کے ذریعے کیسے روک سکتے ہیں؟" ہیں کیا مطلب؟</w:t>
      </w:r>
    </w:p>
    <w:p>
      <w:r>
        <w:rPr>
          <w:b/>
        </w:rPr>
        <w:t xml:space="preserve">[35:29] </w:t>
      </w:r>
      <w:r>
        <w:t>ghalat kamon se apne aap ko kaise rok sakte hain? deen ki madad se kis ki wajah se? deen, deen, deen, ji! meri samajh nahi aayi.</w:t>
      </w:r>
    </w:p>
    <w:p>
      <w:pPr>
        <w:jc w:val="right"/>
      </w:pPr>
      <w:r>
        <w:t>غلط کاموں سے اپنے آپ کو کیسے روک سکتے ہیں؟ دین کی مدد سے کس کی وجہ سے؟ دین، دین، دین، جی! میری سمجھ نہیں آئی۔</w:t>
      </w:r>
    </w:p>
    <w:p>
      <w:r>
        <w:rPr>
          <w:b/>
        </w:rPr>
        <w:t xml:space="preserve">[35:40] </w:t>
      </w:r>
      <w:r>
        <w:t>deen, deen ki madad se hum kaise apne aap ko ghalat kaam karne se rok sakte hain? yeh kya matlab? jaise meri samajh nahi aaya. deen ki madad kya? deen, deen ki madad kya?</w:t>
      </w:r>
    </w:p>
    <w:p>
      <w:pPr>
        <w:jc w:val="right"/>
      </w:pPr>
      <w:r>
        <w:t>دین، دین کی مدد سے ہم کیسے اپنے آپ کو غلط کام کرنے سے روک سکتے ہیں؟ یہ کیا مطلب؟ جیسے میری سمجھ نہیں آیا۔ دین کی مدد کیا؟ دین، دین کی مدد کیا؟</w:t>
      </w:r>
    </w:p>
    <w:p>
      <w:r>
        <w:rPr>
          <w:b/>
        </w:rPr>
        <w:t xml:space="preserve">[35:50] </w:t>
      </w:r>
      <w:r>
        <w:t>tum deen ke zariye, unhon ne asal mein likha hai, deen ke zariye to deen is liye hai hi nahi ke woh jo, us ko to us ke liye to aap ko sochna hai, soch kar apna ravaiyya durust karna hai.</w:t>
      </w:r>
    </w:p>
    <w:p>
      <w:pPr>
        <w:jc w:val="right"/>
      </w:pPr>
      <w:r>
        <w:t>تم دین کے ذریعے، انہوں نے اصل میں لکھا ہے، دین کے ذریعے تو دین اس لیے ہے ہی نہیں کہ وہ جو، اس کو تو اس کے لیے تو آپ کو سوچنا ہے، سوچ کر اپنا رویہ درست کرنا ہے۔</w:t>
      </w:r>
    </w:p>
    <w:p>
      <w:r>
        <w:rPr>
          <w:b/>
        </w:rPr>
        <w:t xml:space="preserve">[36:06] </w:t>
      </w:r>
      <w:r>
        <w:t>yeh thori hai ke aap koi deen ka kaam karein aur apne aap hi woh automatic tor par bach jayenge. Aap yeh to hai hi nahi.</w:t>
      </w:r>
    </w:p>
    <w:p>
      <w:pPr>
        <w:jc w:val="right"/>
      </w:pPr>
      <w:r>
        <w:t>یہ تھوڑی ہے کہ آپ کوئی دین کا کام کریں اور اپنے آپ ہی وہ آٹومیٹک طور پر بچ جائیں گے۔ آپ یہ تو ہے ہی نہیں۔</w:t>
      </w:r>
    </w:p>
    <w:p>
      <w:r>
        <w:rPr>
          <w:b/>
        </w:rPr>
        <w:t xml:space="preserve">[36:14] </w:t>
      </w:r>
      <w:r>
        <w:t>kahin koi hadith quran mein ka aisa to koi hai nahi?</w:t>
      </w:r>
    </w:p>
    <w:p>
      <w:pPr>
        <w:jc w:val="right"/>
      </w:pPr>
      <w:r>
        <w:t>کہیں کوئی حدیث قرآن میں کا ایسا تو کوئی ہے نہیں؟</w:t>
      </w:r>
    </w:p>
    <w:p>
      <w:r>
        <w:rPr>
          <w:b/>
        </w:rPr>
        <w:t xml:space="preserve">[36:25] </w:t>
      </w:r>
      <w:r>
        <w:t>aap bataiye, kya matlab hai in ka question ka?</w:t>
      </w:r>
    </w:p>
    <w:p>
      <w:pPr>
        <w:jc w:val="right"/>
      </w:pPr>
      <w:r>
        <w:t>آپ بتائیے، کیا مطلب ہے ان کا کوئسچن کا؟</w:t>
      </w:r>
    </w:p>
    <w:p>
      <w:r>
        <w:rPr>
          <w:b/>
        </w:rPr>
        <w:t xml:space="preserve">[36:33] </w:t>
      </w:r>
      <w:r>
        <w:t>jo mein samjhaun to yeh meri samajh mein yahi aata hai. Maulana, agar in ke sawal ko is yeh wala hissa liya jaye ke apne aap ko ghalat kaam karne se kaise roka jaye, to is mein aap ka kya advice hoga?</w:t>
      </w:r>
    </w:p>
    <w:p>
      <w:pPr>
        <w:jc w:val="right"/>
      </w:pPr>
      <w:r>
        <w:t>جو میں سمجھاؤں تو یہ میری سمجھ میں یہی آتا ہے۔ مولانا، اگر ان کے سوال کو اس یہ والا حصہ لیا جائے کہ اپنے آپ کو غلط کام کرنے سے کیسے روکا جائے، تو اس میں آپ کا کیا ایڈوائس ہوگا؟</w:t>
      </w:r>
    </w:p>
    <w:p>
      <w:r>
        <w:rPr>
          <w:b/>
        </w:rPr>
        <w:t xml:space="preserve">[36:50] </w:t>
      </w:r>
      <w:r>
        <w:t>kaise koi insaan apne aap ko ghalat kaam karne se rok sakta hai? Bhai, is ke anjaam se ko le kar sochna, anjaam ko le kar sochna ke agar mein ghalat kaam karta hoon</w:t>
      </w:r>
    </w:p>
    <w:p>
      <w:pPr>
        <w:jc w:val="right"/>
      </w:pPr>
      <w:r>
        <w:t>کیسے کوئی انسان اپنے آپ کو غلط کام کرنے سے روک سکتا ہے؟ بھائی، اس کے انجام سے کو لے کر سوچنا، انجام کو لے کر سوچنا کہ اگر میں غلط کام کرتا ہوں</w:t>
      </w:r>
    </w:p>
    <w:p>
      <w:r>
        <w:rPr>
          <w:b/>
        </w:rPr>
        <w:t xml:space="preserve">[37:07] </w:t>
      </w:r>
      <w:r>
        <w:t>to is ka anjaam kya hoga?</w:t>
      </w:r>
    </w:p>
    <w:p>
      <w:pPr>
        <w:jc w:val="right"/>
      </w:pPr>
      <w:r>
        <w:t>تو اس کا انجام کیا ہوگا؟</w:t>
      </w:r>
    </w:p>
    <w:p>
      <w:r>
        <w:rPr>
          <w:b/>
        </w:rPr>
        <w:t xml:space="preserve">[37:12] </w:t>
      </w:r>
      <w:r>
        <w:t>to anjaam ko le kar jab sochenge to apne aap hum apne group karenge, ruk jayenge.</w:t>
      </w:r>
    </w:p>
    <w:p>
      <w:pPr>
        <w:jc w:val="right"/>
      </w:pPr>
      <w:r>
        <w:t>تو انجام کو لے کر جب سوچیں گے تو اپنے آپ ہم اپنے گروہ کریں گے، رک جائیں گے۔</w:t>
      </w:r>
    </w:p>
    <w:p>
      <w:r>
        <w:rPr>
          <w:b/>
        </w:rPr>
        <w:t xml:space="preserve">[37:28] </w:t>
      </w:r>
      <w:r>
        <w:t>Maulana, mujhe yeh lagta hai ke ghalat kaam se rokne ki ek hi, ek hi cheez ho sakti hai, woh hai khauf-e-Khuda. Agar aadmi ko khauf-e-Khuda ho, lag raha ho ke Allah miyan dekh rahe hain, to aadmi ghalat kaam se bach sakta hai, warna is ko koi cheez nahi bacha sakti.</w:t>
      </w:r>
    </w:p>
    <w:p>
      <w:pPr>
        <w:jc w:val="right"/>
      </w:pPr>
      <w:r>
        <w:t>مولانا، مجھے یہ لگتا ہے کہ غلط کام سے روکنے کی ایک ہی، ایک ہی چیز ہو سکتی ہے، وہ ہے خوف خدا۔ اگر آدمی کو خوف خدا ہو، لگ رہا ہو کہ اللہ میاں دیکھ رہے ہیں، تو آدمی غلط کام سے بچ سکتا ہے، ورنہ اس کو کوئی چیز نہیں بچا سکتی۔</w:t>
      </w:r>
    </w:p>
    <w:p>
      <w:r>
        <w:rPr>
          <w:b/>
        </w:rPr>
        <w:t xml:space="preserve">[37:44] </w:t>
      </w:r>
      <w:r>
        <w:t>sahi hai, sahi hai. Aap ne itna zabardast diya hai kai jagah ke woh jab hamein yeh ehsaas ho jaye ke paas mein jhaadi mein kahin sher khada hai aur woh monitor hai,</w:t>
      </w:r>
    </w:p>
    <w:p>
      <w:pPr>
        <w:jc w:val="right"/>
      </w:pPr>
      <w:r>
        <w:t>صحیح ہے، صحیح ہے۔ آپ نے اتنا زبردست دیا ہے کئی جگہ کہ وہ جب ہمیں یہ احساس ہو جائے کہ پاس میں جھاڑی میں کہیں شیر کھڑا ہے اور وہ مینیٹر ہے،</w:t>
      </w:r>
    </w:p>
    <w:p>
      <w:r>
        <w:rPr>
          <w:b/>
        </w:rPr>
        <w:t xml:space="preserve">[38:00] </w:t>
      </w:r>
      <w:r>
        <w:t>to hamara kya haal ho jata hai? Hamare andar khoon ke ragoon ka woh kitna tez ho jata hai. To isi se hum yeh samajh sakte hain ke hum kahin is sher ke khaliq ka agar hum ehsaas kar lein to hum ghalati kaise karenge?</w:t>
      </w:r>
    </w:p>
    <w:p>
      <w:pPr>
        <w:jc w:val="right"/>
      </w:pPr>
      <w:r>
        <w:t>تو ہمارا کیا حال ہو جاتا ہے؟ ہمارے اندر خون کے رگوں کا وہ کتنا تیز ہو جاتا ہے۔ تو اسی سے ہم یہ سمجھ سکتے ہیں کہ ہم کہیں اس شیر کے خالق کا اگر ہم احساس کر لیں تو ہم غلطی کیسے کریں گے؟</w:t>
      </w:r>
    </w:p>
    <w:p>
      <w:r>
        <w:rPr>
          <w:b/>
        </w:rPr>
        <w:t xml:space="preserve">[38:15] </w:t>
      </w:r>
      <w:r>
        <w:t>sahi baat hai. To is ka matlab agar hum ghalati kar dein to hamein Khuda ka khauf hi nahi hai, hamein discovery hi nahi hui, hamein yaad hi nahi hai.</w:t>
      </w:r>
    </w:p>
    <w:p>
      <w:pPr>
        <w:jc w:val="right"/>
      </w:pPr>
      <w:r>
        <w:t>صحیح بات ہے۔ تو اس کا مطلب اگر ہم غلطی کر دیں تو ہمیں خدا کا خوف ہی نہیں ہے، ہمیں ڈسکوری ہی نہیں ہوئی، ہمیں یاد ہی نہیں ہے۔</w:t>
      </w:r>
    </w:p>
    <w:p>
      <w:r>
        <w:rPr>
          <w:b/>
        </w:rPr>
        <w:t xml:space="preserve">[38:34] </w:t>
      </w:r>
      <w:r>
        <w:t>do baatein mujhe bohat zyada strike karein. Ek to aap ne jo apna independence day wala example le ke samjhaya ke happiness kitni zyada fleeting hai.</w:t>
      </w:r>
    </w:p>
    <w:p>
      <w:pPr>
        <w:jc w:val="right"/>
      </w:pPr>
      <w:r>
        <w:t>دو باتیں مجھے بہت زیادہ سٹرائیک کریں۔ ایک تو آپ نے جو اپنا انڈیپینڈنس ڈے والا ایگزیمپل لے کے سمجھایا کہ ہیپینس کتنی زیادہ فلیٹنگ ہے۔</w:t>
      </w:r>
    </w:p>
    <w:p>
      <w:r>
        <w:rPr>
          <w:b/>
        </w:rPr>
        <w:t xml:space="preserve">[38:48] </w:t>
      </w:r>
      <w:r>
        <w:t>matlab hum sab experience karte hain, lekin aap ka example bohat hi heart-hitting tha jab aap ne kaha ke tamam charagh bujh gaye aur phir woh kabhi nahi jale.</w:t>
      </w:r>
    </w:p>
    <w:p>
      <w:pPr>
        <w:jc w:val="right"/>
      </w:pPr>
      <w:r>
        <w:t>مطلب ہم سب ایکسپیرینس کرتے ہیں، لیکن آپ کا ایگزیمپل بہت ہی ہارٹ ہٹنگ تھا جب آپ نے کہا کہ تمام چراغ بجھ گئے اور پھر وہ کبھی نہیں جلے۔</w:t>
      </w:r>
    </w:p>
    <w:p>
      <w:r>
        <w:rPr>
          <w:b/>
        </w:rPr>
        <w:t xml:space="preserve">[38:57] </w:t>
      </w:r>
      <w:r>
        <w:t>and that is so true. Jo bhi hum happiness ka moment bhi feel karte hain, it is just completely fleeting. Aur doosri bohat bari jo aap ne discovery share ki ke Allah ki rehmat rule hai aur pakad exception hai,</w:t>
      </w:r>
    </w:p>
    <w:p>
      <w:pPr>
        <w:jc w:val="right"/>
      </w:pPr>
      <w:r>
        <w:t>اینڈ دیٹ از سو ٹرو۔ جو بھی ہم ہیپینس کا مومنٹ بھی فیل کرتے ہیں، اٹ از جسٹ کمپلیٹلی فلیٹنگ۔ اور دوسری بہت بڑی جو آپ نے ڈسکوری شیئر کی کہ اللہ کی رحمت رول ہے اور پکڑ ایکسیپشن ہے،</w:t>
      </w:r>
    </w:p>
    <w:p>
      <w:r>
        <w:rPr>
          <w:b/>
        </w:rPr>
        <w:t xml:space="preserve">[39:16] </w:t>
      </w:r>
      <w:r>
        <w:t>jis ki wajah se Allah ne do, Allah ne apni discovery ka yeh yeh rakha ke aadmi jo apne intellectual development ko is level tak le ke jaye ke woh Allah ko discover kar le, us ko reward hai, aur jo woh na kar paye, us ke liye bhi forgiveness hai.</w:t>
      </w:r>
    </w:p>
    <w:p>
      <w:pPr>
        <w:jc w:val="right"/>
      </w:pPr>
      <w:r>
        <w:t>جس کی وجہ سے اللہ نے دو، اللہ نے اپنی ڈسکوری کا یہ یہ رکھا کہ آدمی جو اپنے انٹلیکچول ڈیویلپمنٹ کو اس لیول تک لے کے جائے کہ وہ اللہ کو ڈسکور کر لے، اس کو ریوارڈ ہے، اور جو وہ نہ کر پائے، اس کے لیے بھی فارگیونس ہے۔</w:t>
      </w:r>
    </w:p>
    <w:p>
      <w:r>
        <w:rPr>
          <w:b/>
        </w:rPr>
        <w:t xml:space="preserve">[39:35] </w:t>
      </w:r>
      <w:r>
        <w:t>to yeh hamein Allah ki mercy ka ek bohat hi deep realization karati hai, yeh baat. Aur is se yeh lagta hai jaise Allah aadmi ko har opportunity de ke paradise mein enter karana chahta hai.</w:t>
      </w:r>
    </w:p>
    <w:p>
      <w:pPr>
        <w:jc w:val="right"/>
      </w:pPr>
      <w:r>
        <w:t>تو یہ ہمیں اللہ کی مرسی کا ایک بہت ہی ڈیپ ریلائزیشن کراتی ہے، یہ بات۔ اور اس سے یہ لگتا ہے جیسے اللہ آدمی کو ہر اپرچونیٹی دے کے پیرڈائز میں انٹر کرانا چاہتا ہے۔</w:t>
      </w:r>
    </w:p>
    <w:p>
      <w:r>
        <w:rPr>
          <w:b/>
        </w:rPr>
        <w:t xml:space="preserve">[39:54] </w:t>
      </w:r>
      <w:r>
        <w:t>only man should be wanting to do it.</w:t>
      </w:r>
    </w:p>
    <w:p>
      <w:pPr>
        <w:jc w:val="right"/>
      </w:pPr>
      <w:r>
        <w:t>اونلی مین شوڈ بی وانٹنگ ٹو ڈو اٹ۔</w:t>
      </w:r>
    </w:p>
    <w:p>
      <w:r>
        <w:rPr>
          <w:b/>
        </w:rPr>
        <w:t xml:space="preserve">[40:01] </w:t>
      </w:r>
      <w:r>
        <w:t>dekhiye, mein yeh samjhaun ke jannat</w:t>
      </w:r>
    </w:p>
    <w:p>
      <w:pPr>
        <w:jc w:val="right"/>
      </w:pPr>
      <w:r>
        <w:t>دیکھیں، میں یہ سمجھاؤں کہ جنت</w:t>
      </w:r>
    </w:p>
    <w:p>
      <w:r>
        <w:rPr>
          <w:b/>
        </w:rPr>
        <w:t xml:space="preserve">[40:08] </w:t>
      </w:r>
      <w:r>
        <w:t>qualified logon ke liye hai, sirf rehmat thi, yani aap rehmat rehmat kahein aur jannat mein jayein, aisa bhi nahi hone wala hai.</w:t>
      </w:r>
    </w:p>
    <w:p>
      <w:pPr>
        <w:jc w:val="right"/>
      </w:pPr>
      <w:r>
        <w:t>کوالیفائیڈ لوگوں کے لیے ہے، صرف رحمت تھی، یعنی آپ رحمت رحمت کہیں اور جنت میں جائیں، ایسا بھی نہیں ہونے والا ہے۔</w:t>
      </w:r>
    </w:p>
    <w:p>
      <w:r>
        <w:rPr>
          <w:b/>
        </w:rPr>
        <w:t xml:space="preserve">[40:20] </w:t>
      </w:r>
      <w:r>
        <w:t>yani pakad se bach jayein, rehmat ka reference de kar. Yeh to shayad mumkin hai rehmat ka reference de kar pakad se bach jana, lekin jahan tak jannat ki baat hai, us ke liye aap ko qualified hona padega,</w:t>
      </w:r>
    </w:p>
    <w:p>
      <w:pPr>
        <w:jc w:val="right"/>
      </w:pPr>
      <w:r>
        <w:t>یعنی پکڑ سے بچ جائیں، رحمت کا ریفرنس دے کر۔ یہ تو شاید ممکن ہے رحمت کا ریفرنس دے کر پکڑ سے بچ جانا، لیکن جہاں تک جنت کی بات ہے، اس کے لیے آپ کو کوالیفائیڈ ہونا پڑے گا،</w:t>
      </w:r>
    </w:p>
    <w:p>
      <w:r>
        <w:rPr>
          <w:b/>
        </w:rPr>
        <w:t xml:space="preserve">[40:38] </w:t>
      </w:r>
      <w:r>
        <w:t>nahi to jannat milne wali nahi. Khuda ki rehmat apne aap aap ko jannat nahi de sakti, aisa nahi hoga, kyunke doosre log jannat mein jo honge, doosre logon ke liye khud Quran mein hai ke best neighbor, jannat best neighborhood, neighborhood ka maqam hai.</w:t>
      </w:r>
    </w:p>
    <w:p>
      <w:pPr>
        <w:jc w:val="right"/>
      </w:pPr>
      <w:r>
        <w:t>نہیں تو جنت ملنے والی نہیں۔ خدا کی رحمت اپنے آپ آپ کو جنت نہیں دے سکتی، ایسا نہیں ہوگا، کیونکہ دوسرے لوگ جنت میں جو ہوں گے، دوسرے لوگوں کے لیے خود قرآن میں ہے کہ بیسٹ نیبر، جنت بیسٹ نیبرہڈ، نیبرہڈ کا مقام ہے۔</w:t>
      </w:r>
    </w:p>
    <w:p>
      <w:r>
        <w:rPr>
          <w:b/>
        </w:rPr>
        <w:t xml:space="preserve">[41:01] </w:t>
      </w:r>
      <w:r>
        <w:t>to aap ko prove karna padega ke mein jannat walon ke liye behtareen parosi hoon, nahi to sirf rehmat se aap jannat chale jayein, aisa nahi ho sakta.</w:t>
      </w:r>
    </w:p>
    <w:p>
      <w:pPr>
        <w:jc w:val="right"/>
      </w:pPr>
      <w:r>
        <w:t>تو آپ کو پروف کرنا پڑے گا کہ میں جنت والوں کے لیے بہترین پڑوسی ہوں، نہیں تو صرف رحمت سے آپ جنت چلے جائیں، ایسا نہیں ہو سکتا۔</w:t>
      </w:r>
    </w:p>
    <w:p>
      <w:r>
        <w:rPr>
          <w:b/>
        </w:rPr>
        <w:t xml:space="preserve">[41:14] </w:t>
      </w:r>
      <w:r>
        <w:t>qualified hona chahiye, bach jana, pakad se bach jana, azab se bach jana, yeh to rehmat se ho sakta hai. Allah ki rehmat ka reference de kar ke aap bach jayein azab se, pakad se, lekin jannat mein dakhila, jannat mein entry ke liye aap ko us ke liye qualify karna padega,</w:t>
      </w:r>
    </w:p>
    <w:p>
      <w:pPr>
        <w:jc w:val="right"/>
      </w:pPr>
      <w:r>
        <w:t>کوالیفائیڈ ہونا چاہیے، بچ جانا، پکڑ سے بچ جانا، عذاب سے بچ جانا، یہ تو رحمت سے ہو سکتا ہے۔ اللہ کی رحمت کا ریفرنس دے کر کہ آپ بچ جائیں عذاب سے، پکڑ سے، لیکن جنت میں داخلہ، جنت میں انٹری کے لیے آپ کو اس کے لیے کوالیفائی کرنا پڑے گا،</w:t>
      </w:r>
    </w:p>
    <w:p>
      <w:r>
        <w:rPr>
          <w:b/>
        </w:rPr>
        <w:t xml:space="preserve">[41:38] </w:t>
      </w:r>
      <w:r>
        <w:t>yani ahle jannat ke liye acceptable hon. Aap mislan dekhiye, Quran mein hai: "La yasmaoona feeha laghwan wa la taqseeman", yani woh jannat mein jannat wale absurd baatein nahi sunenge.</w:t>
      </w:r>
    </w:p>
    <w:p>
      <w:pPr>
        <w:jc w:val="right"/>
      </w:pPr>
      <w:r>
        <w:t>یعنی اہل جنت کے لیے ایکسیپٹیبل ہوں۔ آپ مثلاً دیکھیے، قرآن میں ہے: "لا یسمون فیہا لغوا ولا تقسیم"، یعنی وہ جنت میں جنت والے ابسٹرڈ باتیں نہیں سنیں گے۔</w:t>
      </w:r>
    </w:p>
    <w:p>
      <w:r>
        <w:rPr>
          <w:b/>
        </w:rPr>
        <w:t xml:space="preserve">[42:01] </w:t>
      </w:r>
      <w:r>
        <w:t>to absurd baatein koi karne wala hua, tab to in ko sunna pare ga. to jannat mein aise log pohnch jayen, shash o raghal karen, gaali galoch karen, to jannat walay to kahain ge: "bhai, kya museebat ho gayi hai?</w:t>
      </w:r>
    </w:p>
    <w:p>
      <w:pPr>
        <w:jc w:val="right"/>
      </w:pPr>
      <w:r>
        <w:t>تو ابسٹرڈ باتیں کوئی کرنے والا ہوا، تب تو ان کو سننا پڑے گا۔ تو جنت میں ایسے لوگ پہنچ جائیں، شش و رغل کریں، گالی گلوچ کریں، تو جنت والے تو کہیں گے: "بھئی، کیا مصیبت ہو گئی ہے؟</w:t>
      </w:r>
    </w:p>
    <w:p>
      <w:r>
        <w:rPr>
          <w:b/>
        </w:rPr>
        <w:t xml:space="preserve">[42:17] </w:t>
      </w:r>
      <w:r>
        <w:t>yahan bhi yeh log hain." to main yeh samajh paya hoon ke rehmat kisi ko azab se bacha sakti hai, lekin jannat mein entry nahi mile gi.</w:t>
      </w:r>
    </w:p>
    <w:p>
      <w:pPr>
        <w:jc w:val="right"/>
      </w:pPr>
      <w:r>
        <w:t>یہاں بھی یہ لوگ ہیں۔" تو میں یہ سمجھ پایا ہوں کہ رحمت کسی کو عذاب سے بچا سکتی ہے، لیکن جنت میں انٹری نہیں ملے گی۔</w:t>
      </w:r>
    </w:p>
    <w:p>
      <w:r>
        <w:rPr>
          <w:b/>
        </w:rPr>
        <w:t xml:space="preserve">[42:32] </w:t>
      </w:r>
      <w:r>
        <w:t>jannat mein entry ke liye aap ko qualified karna pare ga, qualify karna pare ga, is is qualification ka proof dena pare ga ke aap ke andar hai.</w:t>
      </w:r>
    </w:p>
    <w:p>
      <w:pPr>
        <w:jc w:val="right"/>
      </w:pPr>
      <w:r>
        <w:t>جنت میں انٹری کے لیے آپ کو کوالیفائیڈ کرنا پڑے گا، کوالیفائی کرنا پڑے گا، اس اس کوالیفیکیشن کا پروف دینا پڑے گا کہ آپ کے اندر ہے۔</w:t>
      </w:r>
    </w:p>
    <w:p>
      <w:r>
        <w:rPr>
          <w:b/>
        </w:rPr>
        <w:t xml:space="preserve">[42:43] </w:t>
      </w:r>
      <w:r>
        <w:t>woh mislan agar aap ke andar yani negative thinking hai, nafrat hai, to sirf rehmat ki wajah se aap jannat jannat mein nahi pohnch sakte.</w:t>
      </w:r>
    </w:p>
    <w:p>
      <w:pPr>
        <w:jc w:val="right"/>
      </w:pPr>
      <w:r>
        <w:t>وہ مثلاً اگر آپ کے اندر یعنی نیگیٹیو تھنکنگ ہے، نفرت ہے، تو صرف رحمت کی وجہ سے آپ جنت جنت میں نہیں پہنچ سکتے۔</w:t>
      </w:r>
    </w:p>
    <w:p>
      <w:r>
        <w:rPr>
          <w:b/>
        </w:rPr>
        <w:t xml:space="preserve">[42:57] </w:t>
      </w:r>
      <w:r>
        <w:t>doosron ke liye, doosron ki nafrat agar hai, is liye main zor deta hoon ke doosron ke liye bohat hi zyada, bohat hi zyada, bohat hi zyada aadmi ko woh hona chahiye,</w:t>
      </w:r>
    </w:p>
    <w:p>
      <w:pPr>
        <w:jc w:val="right"/>
      </w:pPr>
      <w:r>
        <w:t>دوسروں کے لیے، دوسروں کی نفرت اگر ہے، اس لیے میں زور دیتا ہوں کہ دوسروں کے لیے بہت ہی زیادہ، بہت ہی زیادہ، بہت ہی زیادہ آدمی کو وہ ہونا چاہیے،</w:t>
      </w:r>
    </w:p>
    <w:p>
      <w:r>
        <w:rPr>
          <w:b/>
        </w:rPr>
        <w:t xml:space="preserve">[43:14] </w:t>
      </w:r>
      <w:r>
        <w:t>yani reham, reham wala, negative soch se pak.</w:t>
      </w:r>
    </w:p>
    <w:p>
      <w:pPr>
        <w:jc w:val="right"/>
      </w:pPr>
      <w:r>
        <w:t>یعنی رحم، رحم والا، نیگیٹیو سوچ سے پاک۔</w:t>
      </w:r>
    </w:p>
    <w:p>
      <w:r>
        <w:rPr>
          <w:b/>
        </w:rPr>
        <w:t xml:space="preserve">[43:27] </w:t>
      </w:r>
      <w:r>
        <w:t>maulana, kuch comment parhna chahen ge. abdul rauf khateeb sahib ne chaplon se likha hai: "maulana, your today lecture is mind boggling.</w:t>
      </w:r>
    </w:p>
    <w:p>
      <w:pPr>
        <w:jc w:val="right"/>
      </w:pPr>
      <w:r>
        <w:t>مولانا، کچھ کمنٹ پڑھنا چاہیں گے۔ عبدالرؤف خطیب صاحب نے چپلون سے لکھا ہے: "مولانا، یور ٹوڈے لیکچر از مائنڈ باگلنگ۔</w:t>
      </w:r>
    </w:p>
    <w:p>
      <w:r>
        <w:rPr>
          <w:b/>
        </w:rPr>
        <w:t xml:space="preserve">[43:38] </w:t>
      </w:r>
      <w:r>
        <w:t>today we all muslims are celebrating eid ul fitr with full of joy, but just now, during your video, watching your video, the fact comes in my mind that real happiness is only possible in paradise.</w:t>
      </w:r>
    </w:p>
    <w:p>
      <w:pPr>
        <w:jc w:val="right"/>
      </w:pPr>
      <w:r>
        <w:t>ٹوڈے وی ال مسلمز ار سیلیبریٹنگ عید الفطر ود فل اف جوئے، بٹ جسٹ ناؤ، ڈیورنگ یور ویڈیو، واچنگ یور ویڈیو، دا فیکٹ کمز ان مائی مائنڈ دیٹ ریل ہیپینس از اونلی پوسیبل ان پیرڈائز۔</w:t>
      </w:r>
    </w:p>
    <w:p>
      <w:r>
        <w:rPr>
          <w:b/>
        </w:rPr>
        <w:t xml:space="preserve">[43:54] </w:t>
      </w:r>
      <w:r>
        <w:t>then it is useless to pass our time to celebrate festivals." miss shabina ali ne kolkata se likha hai: "maulana, it is real happiness to see you delivering us words of guidance and wisdom in the day of eid.</w:t>
      </w:r>
    </w:p>
    <w:p>
      <w:pPr>
        <w:jc w:val="right"/>
      </w:pPr>
      <w:r>
        <w:t>دین اٹ از یوزلیس ٹو پاس اور ٹائم ٹو سیلیبریٹ فیسٹیولز۔" مس شبینہ علی نے کلکتہ سے لکھا ہے: "مولانا، اٹ از ریل ہیپینس ٹو سی یو ڈیلیورنگ اس ورڈز اف گائیڈنس اینڈ وزڈم ان دا ڈے اف عید۔</w:t>
      </w:r>
    </w:p>
    <w:p>
      <w:r>
        <w:rPr>
          <w:b/>
        </w:rPr>
        <w:t xml:space="preserve">[44:11] </w:t>
      </w:r>
      <w:r>
        <w:t>usually people forget in this day the message of ramadan, that they have to inculcate the same obedience of ramadan in their entire life and not indulge in entertainment.</w:t>
      </w:r>
    </w:p>
    <w:p>
      <w:pPr>
        <w:jc w:val="right"/>
      </w:pPr>
      <w:r>
        <w:t>یوزلی پیپل فارگیٹ ان دس ڈے دا میسج اف رمضان، دیٹ دے ہیو ٹو انکلکیٹ دا سیم اوبیڈینس اف رمضان ان دی انٹائر لائف اینڈ ناٹ انڈلج ان انٹرٹینمنٹ۔</w:t>
      </w:r>
    </w:p>
    <w:p>
      <w:r>
        <w:rPr>
          <w:b/>
        </w:rPr>
        <w:t xml:space="preserve">[44:25] </w:t>
      </w:r>
      <w:r>
        <w:t>b</w:t>
      </w:r>
    </w:p>
    <w:p>
      <w:pPr>
        <w:jc w:val="right"/>
      </w:pPr>
      <w:r>
        <w:t>ب</w:t>
      </w:r>
    </w:p>
    <w:p>
      <w:r>
        <w:rPr>
          <w:b/>
        </w:rPr>
        <w:t xml:space="preserve">[44:26] </w:t>
      </w:r>
      <w:r>
        <w:t>ut you choose to guide us further to the remembrance of god and not waste our precious time. jazak allah." mir muzammil sahib ne kashmir se likha hai,</w:t>
      </w:r>
    </w:p>
    <w:p>
      <w:pPr>
        <w:jc w:val="right"/>
      </w:pPr>
      <w:r>
        <w:t>ٹ یو چوز ٹو گائیڈ اس فردر ٹو دا ریممبرنس اف گاڈ اینڈ ناٹ ویسٹ اور پریشیس ٹائم۔ جزاک اللہ۔" میر مزمل صاحب نے کشمیر سے لکھا ہے،</w:t>
      </w:r>
    </w:p>
    <w:p>
      <w:r>
        <w:rPr>
          <w:b/>
        </w:rPr>
        <w:t xml:space="preserve">[44:40] </w:t>
      </w:r>
      <w:r>
        <w:t>unhon ne aap se kaha hai ke maulana, kashmir ke liye khaas dua farmayen. inshallah. doctor zarina ne sawal bheja hai, maulana, unhon ne aap se poocha hai ke shafa'at rasool sab ko</w:t>
      </w:r>
    </w:p>
    <w:p>
      <w:pPr>
        <w:jc w:val="right"/>
      </w:pPr>
      <w:r>
        <w:t>انہوں نے آپ سے کہا ہے کہ مولانا، کشمیر کے لیے خاص دعا فرمائیں۔ انشاءاللہ۔ ڈاکٹر زرینہ نے سوال بھیجا ہے، مولانا، انہوں نے آپ سے پوچھا ہے کہ شفاعت رسول سب کو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