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Question &amp; Answer Jan 6th 2013 - Maulana Wahiduddin Kahn</w:t>
      </w:r>
    </w:p>
    <w:p>
      <w:r>
        <w:t>https://www.youtube.com/watch?v=1FAK1QuHEpw</w:t>
      </w:r>
    </w:p>
    <w:p>
      <w:r>
        <w:rPr>
          <w:b/>
        </w:rPr>
        <w:t xml:space="preserve">[00:10] </w:t>
      </w:r>
      <w:r>
        <w:t>maulana, yeh sawal kashmir se aya hai, aamir jan mori sahib ka. unhon ne likha hai: "we are living in a country where people are having faith in different religions.</w:t>
      </w:r>
    </w:p>
    <w:p>
      <w:pPr>
        <w:jc w:val="right"/>
      </w:pPr>
      <w:r>
        <w:t>مولانا، یہ سوال کشمیر سے آیا ہے، عامر جن موری صاحب کا۔ انہوں نے لکھا ہے: "We are living in a country where people are having faith in different religions.</w:t>
      </w:r>
    </w:p>
    <w:p>
      <w:r>
        <w:rPr>
          <w:b/>
        </w:rPr>
        <w:t xml:space="preserve">[00:25] </w:t>
      </w:r>
      <w:r>
        <w:t>every religion has got its own festival." maulana sahib, my question is: is it permissible for a muslim to celebrate other festivals like holi and diwali?</w:t>
      </w:r>
    </w:p>
    <w:p>
      <w:pPr>
        <w:jc w:val="right"/>
      </w:pPr>
      <w:r>
        <w:t>Every religion has got its own festival." مولانا صاحب، my question is: is it permissible for a Muslim to celebrate other festivals like Holi and Diwali?</w:t>
      </w:r>
    </w:p>
    <w:p>
      <w:r>
        <w:rPr>
          <w:b/>
        </w:rPr>
        <w:t xml:space="preserve">[00:38] </w:t>
      </w:r>
      <w:r>
        <w:t>what is your advice for us?</w:t>
      </w:r>
    </w:p>
    <w:p>
      <w:pPr>
        <w:jc w:val="right"/>
      </w:pPr>
      <w:r>
        <w:t>What is your advice for us?</w:t>
      </w:r>
    </w:p>
    <w:p>
      <w:r>
        <w:rPr>
          <w:b/>
        </w:rPr>
        <w:t xml:space="preserve">[00:42] </w:t>
      </w:r>
      <w:r>
        <w:t>dekhen, yeh koi sawal nahi hai.</w:t>
      </w:r>
    </w:p>
    <w:p>
      <w:pPr>
        <w:jc w:val="right"/>
      </w:pPr>
      <w:r>
        <w:t>دیکھیں، یہ کوئی سوال نہیں ہے۔</w:t>
      </w:r>
    </w:p>
    <w:p>
      <w:r>
        <w:rPr>
          <w:b/>
        </w:rPr>
        <w:t xml:space="preserve">[00:47] </w:t>
      </w:r>
      <w:r>
        <w:t>asal sawal yeh hai ke aap yeh janen ke aap ka purpose of life kya hai, goal kya hai aap ka.</w:t>
      </w:r>
    </w:p>
    <w:p>
      <w:pPr>
        <w:jc w:val="right"/>
      </w:pPr>
      <w:r>
        <w:t>اصل سوال یہ ہے کہ آپ یہ جانیں کہ آپ کا purpose of life کیا ہے، goal کیا ہے آپ کا۔</w:t>
      </w:r>
    </w:p>
    <w:p>
      <w:r>
        <w:rPr>
          <w:b/>
        </w:rPr>
        <w:t xml:space="preserve">[00:57] </w:t>
      </w:r>
      <w:r>
        <w:t>yeh sab to, is ki koi ahmiyat nahi hai. aap yeh kyun nahi sochte ke tarah tarah ke festivals hotay hain to hum ko opportunity de rahe hain, wahan ja kar hum islami literature pohnchayen, logon se interact karen, logon se discussion karen, logon se dialogue karen.</w:t>
      </w:r>
    </w:p>
    <w:p>
      <w:pPr>
        <w:jc w:val="right"/>
      </w:pPr>
      <w:r>
        <w:t>یہ سب تو، اس کی کوئی اہمیت نہیں ہے۔ آپ یہ کیوں نہیں سوچتے کہ طرح طرح کے festivals ہوتے ہیں تو ہم کو opportunity دے رہے ہیں، وہاں جا کر ہم اسلامی literature پہنچائیں، لوگوں سے interact کریں، لوگوں سے discussion کریں، لوگوں سے dialogue کریں۔</w:t>
      </w:r>
    </w:p>
    <w:p>
      <w:r>
        <w:rPr>
          <w:b/>
        </w:rPr>
        <w:t xml:space="preserve">[01:17] </w:t>
      </w:r>
      <w:r>
        <w:t>yani aik jagah, aise saare log mil rahe hain. rasool allah ke zamanay mein bhi aswaq hua karte thay, souq.</w:t>
      </w:r>
    </w:p>
    <w:p>
      <w:pPr>
        <w:jc w:val="right"/>
      </w:pPr>
      <w:r>
        <w:t>یعنی ایک جگہ، ایسے سارے لوگ مل رہے ہیں۔ رسول اللہ کے زمانے میں بھی اسواق ہوا کرتے تھے، سوق۔</w:t>
      </w:r>
    </w:p>
    <w:p>
      <w:r>
        <w:rPr>
          <w:b/>
        </w:rPr>
        <w:t xml:space="preserve">[01:26] </w:t>
      </w:r>
      <w:r>
        <w:t>yani wahan par aise jashn manate thay log, ikhatta hotay thay wahan par. wahan aap jatay thay, baqayda. aap parh lijiyay sahi sahi kitabon mein.</w:t>
      </w:r>
    </w:p>
    <w:p>
      <w:pPr>
        <w:jc w:val="right"/>
      </w:pPr>
      <w:r>
        <w:t>یعنی وہاں پر ایسے جشن مناتے تھے لوگ، اکٹھا ہوتے تھے وہاں پر۔ وہاں آپ جاتے تھے، باقاعدہ۔ آپ پڑھ لیجیے صحیح صحیح کتابوں میں۔</w:t>
      </w:r>
    </w:p>
    <w:p>
      <w:r>
        <w:rPr>
          <w:b/>
        </w:rPr>
        <w:t xml:space="preserve">[01:37] </w:t>
      </w:r>
      <w:r>
        <w:t>masla yeh nahi ke aap khud bhi jashn manayen. masla yeh hai ke un ke jashn ko avail kijiyay aap.</w:t>
      </w:r>
    </w:p>
    <w:p>
      <w:pPr>
        <w:jc w:val="right"/>
      </w:pPr>
      <w:r>
        <w:t>مسئلہ یہ نہیں کہ آپ خود بھی جشن منائیں۔ مسئلہ یہ ہے کہ ان کے جشن کو avail کیجیے آپ۔</w:t>
      </w:r>
    </w:p>
    <w:p>
      <w:r>
        <w:rPr>
          <w:b/>
        </w:rPr>
        <w:t xml:space="preserve">[01:45] </w:t>
      </w:r>
      <w:r>
        <w:t>take it as an opportunity. un se interaction kijiyay, un se discussion kijiyay, un se dialogue kijiyay, un ko kitaben dijiye, un ko quran ke tarjume pohnchaiye.</w:t>
      </w:r>
    </w:p>
    <w:p>
      <w:pPr>
        <w:jc w:val="right"/>
      </w:pPr>
      <w:r>
        <w:t>Take it as an opportunity۔ ان سے interaction کیجیے، ان سے discussion کیجیے، ان سے dialogue کیجیے، ان کو کتابیں دیجیے، ان کو قرآن کے ترجمے پہنچائیے۔</w:t>
      </w:r>
    </w:p>
    <w:p>
      <w:r>
        <w:rPr>
          <w:b/>
        </w:rPr>
        <w:t xml:space="preserve">[01:55] </w:t>
      </w:r>
      <w:r>
        <w:t>yeh sab kijiyay. asal sochne ki cheez yeh hai. woh to koi sochne ki baat nahi hai.</w:t>
      </w:r>
    </w:p>
    <w:p>
      <w:pPr>
        <w:jc w:val="right"/>
      </w:pPr>
      <w:r>
        <w:t>یہ سب کیجیے۔ اصل سوچنے کی چیز یہ ہے۔ وہ تو کوئی سوچنے کی بات نہیں ہے۔</w:t>
      </w:r>
    </w:p>
    <w:p>
      <w:r>
        <w:rPr>
          <w:b/>
        </w:rPr>
        <w:t xml:space="preserve">[02:06] </w:t>
      </w:r>
      <w:r>
        <w:t>maulana, agla sawal dilli se hai, shah imran hasan sahib ka. unhon ne aap se poocha hai: hadith mein aya hai ke kam paise walay baray baray makan bananay lagen ge.</w:t>
      </w:r>
    </w:p>
    <w:p>
      <w:pPr>
        <w:jc w:val="right"/>
      </w:pPr>
      <w:r>
        <w:t>مولانا، اگلا سوال دلی سے ہے، شاہ عمران حسن صاحب کا۔ انہوں نے آپ سے پوچھا ہے: حدیث میں آیا ہے کہ کم پیسے والے بڑے بڑے مکان بنانے لگیں گے۔</w:t>
      </w:r>
    </w:p>
    <w:p>
      <w:r>
        <w:rPr>
          <w:b/>
        </w:rPr>
        <w:t xml:space="preserve">[02:18] </w:t>
      </w:r>
      <w:r>
        <w:t>is ka kya matlab hai?</w:t>
      </w:r>
    </w:p>
    <w:p>
      <w:pPr>
        <w:jc w:val="right"/>
      </w:pPr>
      <w:r>
        <w:t>اس کا کیا مطلب ہے؟</w:t>
      </w:r>
    </w:p>
    <w:p>
      <w:r>
        <w:rPr>
          <w:b/>
        </w:rPr>
        <w:t xml:space="preserve">[02:21] </w:t>
      </w:r>
      <w:r>
        <w:t>hadees mein yeh lafz hai ke: "ترل اورات الحفات یتعولون فی البنیان"۔</w:t>
      </w:r>
    </w:p>
    <w:p>
      <w:pPr>
        <w:jc w:val="right"/>
      </w:pPr>
      <w:r>
        <w:t>حدیث میں یہ لفظ ہے کہ: "ترل اورات الحفات یتعولون فی البنیان"۔</w:t>
      </w:r>
    </w:p>
    <w:p>
      <w:r>
        <w:rPr>
          <w:b/>
        </w:rPr>
        <w:t xml:space="preserve">[02:33] </w:t>
      </w:r>
      <w:r>
        <w:t>ke ek zamana aaye ga ke jab,</w:t>
      </w:r>
    </w:p>
    <w:p>
      <w:pPr>
        <w:jc w:val="right"/>
      </w:pPr>
      <w:r>
        <w:t>کہ ایک زمانہ آئے گا کہ جب،</w:t>
      </w:r>
    </w:p>
    <w:p>
      <w:r>
        <w:rPr>
          <w:b/>
        </w:rPr>
        <w:t xml:space="preserve">[02:38] </w:t>
      </w:r>
      <w:r>
        <w:t>yani, اورات الحفات kehte hain nangay aur, yani, nangay badan aur nangay paon, bila joote aur bila kapray walay.</w:t>
      </w:r>
    </w:p>
    <w:p>
      <w:pPr>
        <w:jc w:val="right"/>
      </w:pPr>
      <w:r>
        <w:t>یعنی، اورات الحفات کہتے ہیں ننگے اور، یعنی، ننگے بدن اور ننگے پاؤں، بلا جوتے اور بلا کپڑے والے۔</w:t>
      </w:r>
    </w:p>
    <w:p>
      <w:r>
        <w:rPr>
          <w:b/>
        </w:rPr>
        <w:t xml:space="preserve">[02:47] </w:t>
      </w:r>
      <w:r>
        <w:t>matlab yeh hai ke ghareeb log baray baray makan banayen gay. Yani ghareeb log, pehlay zamanay mein dekhiye, kamanay ka koi zariya nahi hua karta tha.</w:t>
      </w:r>
    </w:p>
    <w:p>
      <w:pPr>
        <w:jc w:val="right"/>
      </w:pPr>
      <w:r>
        <w:t>مطلب یہ ہے کہ غریب لوگ بڑے بڑے مکان بنائیں گے۔ یعنی غریب لوگ، پہلے زمانے میں دیکھیے، کمانے کا کوئی ذریعہ نہیں ہوا کرتا تھا۔</w:t>
      </w:r>
    </w:p>
    <w:p>
      <w:r>
        <w:rPr>
          <w:b/>
        </w:rPr>
        <w:t xml:space="preserve">[03:02] </w:t>
      </w:r>
      <w:r>
        <w:t>yeh yeh peshangoi hai ke agriculture ka daur khatam hoga, industry ka daur aaye ga. Mojooda zamanay ki jo industry hai woh kya hai?</w:t>
      </w:r>
    </w:p>
    <w:p>
      <w:pPr>
        <w:jc w:val="right"/>
      </w:pPr>
      <w:r>
        <w:t>یہ یہ پیشنگوئی ہے کہ agriculture کا دور ختم ہوگا، industry کا دور آئے گا۔ موجودہ زمانے کی جو industry ہے وہ کیا ہے؟</w:t>
      </w:r>
    </w:p>
    <w:p>
      <w:r>
        <w:rPr>
          <w:b/>
        </w:rPr>
        <w:t xml:space="preserve">[03:15] </w:t>
      </w:r>
      <w:r>
        <w:t>woh decentralization of economy hai. Yani pehlay land based economy hua karti thi. Jis ke paas zameen hai usi ke paas paisa hai, baqi log ghareeb hain.</w:t>
      </w:r>
    </w:p>
    <w:p>
      <w:pPr>
        <w:jc w:val="right"/>
      </w:pPr>
      <w:r>
        <w:t>وہ decentralization of economy ہے۔ یعنی پہلے land based economy ہوا کرتی تھی۔ جس کے پاس زمین ہے اسی کے پاس پیسہ ہے، باقی لوگ غریب ہیں۔</w:t>
      </w:r>
    </w:p>
    <w:p>
      <w:r>
        <w:rPr>
          <w:b/>
        </w:rPr>
        <w:t xml:space="preserve">[03:27] </w:t>
      </w:r>
      <w:r>
        <w:t>ab jo hai industry ne kya kiya ke har aadmi kuch na kuch kama sakta hai. Har aadmi kuch na kuch. Yeh dekhiye, million billion item naye barh gaye pehlay koi item nahi tha pehlay zamanay mein.</w:t>
      </w:r>
    </w:p>
    <w:p>
      <w:pPr>
        <w:jc w:val="right"/>
      </w:pPr>
      <w:r>
        <w:t>اب جو ہے industry نے کیا کیا کہ ہر آدمی کچھ نہ کچھ کما سکتا ہے۔ ہر آدمی کچھ نہ کچھ۔ یہ دیکھیے، ملین بلین item نئے بڑھ گئے۔ پہلے کوئی item نہیں تھا پہلے زمانے میں۔</w:t>
      </w:r>
    </w:p>
    <w:p>
      <w:r>
        <w:rPr>
          <w:b/>
        </w:rPr>
        <w:t xml:space="preserve">[03:42] </w:t>
      </w:r>
      <w:r>
        <w:t>koi item nahi hua karta tha pehlay zamanay mein. To yeh yeh industrial growth ka is mein prediction hai ke ek zamana aaye ga ke jab industrial growth hoga, nayi nayi kamai ki sooraten banen gi aur woh log jo moojooda zamanay mein, is zamanay mein,</w:t>
      </w:r>
    </w:p>
    <w:p>
      <w:pPr>
        <w:jc w:val="right"/>
      </w:pPr>
      <w:r>
        <w:t>کوئی item نہیں ہوا کرتا تھا پہلے زمانے میں۔ تو یہ یہ industrial growth کا اس میں prediction ہے کہ ایک زمانہ آئے گا کہ جب industrial growth ہوگا، نئی نئی کمائی کی صورتیں بنیں گی اور وہ لوگ جو موجودہ زمانے میں، اس زمانے میں،</w:t>
      </w:r>
    </w:p>
    <w:p>
      <w:r>
        <w:rPr>
          <w:b/>
        </w:rPr>
        <w:t xml:space="preserve">[04:05] </w:t>
      </w:r>
      <w:r>
        <w:t>un ke paas koi source nahi hai to woh wohi source pa len gay. Har aadmi kamaye ga, har aadmi kamaye ga.</w:t>
      </w:r>
    </w:p>
    <w:p>
      <w:pPr>
        <w:jc w:val="right"/>
      </w:pPr>
      <w:r>
        <w:t>ان کے پاس کوئی source نہیں ہے تو وہ وہ وہی source پا لیں گے۔ ہر آدمی کمائے گا، ہر آدمی کمائے گا۔</w:t>
      </w:r>
    </w:p>
    <w:p>
      <w:r>
        <w:rPr>
          <w:b/>
        </w:rPr>
        <w:t xml:space="preserve">[04:15] </w:t>
      </w:r>
      <w:r>
        <w:t>jin ke baap dada nangay bhookay rehtay thay woh baray baray ghar banayen gay. Yeh peshangoi hai baad ke zamanay ke baray mein.</w:t>
      </w:r>
    </w:p>
    <w:p>
      <w:pPr>
        <w:jc w:val="right"/>
      </w:pPr>
      <w:r>
        <w:t>جن کے باپ دادا ننگے بھوکے رہتے تھے وہ بڑے بڑے گھر بنائیں گے۔ یہ پیشنگوئی ہے بعد کے زمانے کے بارے میں۔</w:t>
      </w:r>
    </w:p>
    <w:p>
      <w:r>
        <w:rPr>
          <w:b/>
        </w:rPr>
        <w:t xml:space="preserve">[04:25] </w:t>
      </w:r>
      <w:r>
        <w:t>aur jo aaj waqea ban chuki hai. Is zamanay mein yeh cheez waqea ban chuki hai.</w:t>
      </w:r>
    </w:p>
    <w:p>
      <w:pPr>
        <w:jc w:val="right"/>
      </w:pPr>
      <w:r>
        <w:t>اور جو آج واقعہ بن چکی ہے۔ اس زمانے میں یہ چیز واقعہ بن چکی ہے۔</w:t>
      </w:r>
    </w:p>
    <w:p>
      <w:r>
        <w:rPr>
          <w:b/>
        </w:rPr>
        <w:t xml:space="preserve">[04:33] </w:t>
      </w:r>
      <w:r>
        <w:t>maulana, agla sawal kolkata se hai, farooq sahib ka. Unhon ne likha hai: "maulana, you mentioned in today's talk about asking from other people about their finding or their discovery." Maulana sahib, I want to know what is your definition of finding or discovery</w:t>
      </w:r>
    </w:p>
    <w:p>
      <w:pPr>
        <w:jc w:val="right"/>
      </w:pPr>
      <w:r>
        <w:t>مولانا، اگلا سوال کلکتہ سے ہے، فاروق صاحب کا۔ انہوں نے لکھا ہے: "مولانا، you mentioned in today's talk about asking from other people about their finding or their discovery." مولانا صاحب، I want to know what is your definition of finding or discovery</w:t>
      </w:r>
    </w:p>
    <w:p>
      <w:r>
        <w:rPr>
          <w:b/>
        </w:rPr>
        <w:t xml:space="preserve">[04:53] </w:t>
      </w:r>
      <w:r>
        <w:t>? I am asking this because when we ask people they give us some answer which is of negative experience or complaint in nature.</w:t>
      </w:r>
    </w:p>
    <w:p>
      <w:pPr>
        <w:jc w:val="right"/>
      </w:pPr>
      <w:r>
        <w:t>؟ I am asking this because when we ask people they give us some answer which is of negative experience or complaint in nature.</w:t>
      </w:r>
    </w:p>
    <w:p>
      <w:r>
        <w:rPr>
          <w:b/>
        </w:rPr>
        <w:t xml:space="preserve">[05:03] </w:t>
      </w:r>
      <w:r>
        <w:t>Please tell me.</w:t>
      </w:r>
    </w:p>
    <w:p>
      <w:pPr>
        <w:jc w:val="right"/>
      </w:pPr>
      <w:r>
        <w:t>Please tell me.</w:t>
      </w:r>
    </w:p>
    <w:p>
      <w:r>
        <w:rPr>
          <w:b/>
        </w:rPr>
        <w:t xml:space="preserve">[05:05] </w:t>
      </w:r>
      <w:r>
        <w:t>woh woh discovery nahi kaha jaye ga. Discovery honi chahiye positive. Agar koi positive finding nahi hai aap ke paas to discovery nahi hai. Woh to reaction hai. There is difference between reaction and discovery.</w:t>
      </w:r>
    </w:p>
    <w:p>
      <w:pPr>
        <w:jc w:val="right"/>
      </w:pPr>
      <w:r>
        <w:t>وہ وہ discovery نہیں کہا جائے گا۔ Discovery ہونی چاہیے positive۔ اگر کوئی positive finding نہیں ہے آپ کے پاس تو discovery نہیں ہے۔ وہ تو reaction ہے۔ There is difference between reaction and discovery۔</w:t>
      </w:r>
    </w:p>
    <w:p>
      <w:r>
        <w:rPr>
          <w:b/>
        </w:rPr>
        <w:t xml:space="preserve">[05:18] </w:t>
      </w:r>
      <w:r>
        <w:t>jo aadmi bataye ke dekho bhai aasman mein zulm ho raha hai, dekho bhai falasteen mein aisa zulm hua, woh discovery nahi is ki kahi jaye gi. Woh to reaction kaha jaye ga.</w:t>
      </w:r>
    </w:p>
    <w:p>
      <w:pPr>
        <w:jc w:val="right"/>
      </w:pPr>
      <w:r>
        <w:t>جو آدمی بتائے کہ دیکھو بھئی آسمان میں ظلم ہو رہا ہے، دیکھو بھئی فلسطین میں ایسا ظلم ہوا، وہ discovery نہیں اس کی کہی جائے گی۔ وہ تو reaction کہا جائے گا۔</w:t>
      </w:r>
    </w:p>
    <w:p>
      <w:r>
        <w:rPr>
          <w:b/>
        </w:rPr>
        <w:t xml:space="preserve">[05:28] </w:t>
      </w:r>
      <w:r>
        <w:t>So there is difference between reaction and discovery. Discovery aik creative word hai. Aik positive word hai. Aik wisdom se bhara hua word hai.</w:t>
      </w:r>
    </w:p>
    <w:p>
      <w:pPr>
        <w:jc w:val="right"/>
      </w:pPr>
      <w:r>
        <w:t>So there is difference between reaction and discovery۔ Discovery ایک creative word ہے۔ ایک positive word ہے۔ ایک wisdom سے بھرا ہوا word ہے۔</w:t>
      </w:r>
    </w:p>
    <w:p>
      <w:r>
        <w:rPr>
          <w:b/>
        </w:rPr>
        <w:t xml:space="preserve">[05:40] </w:t>
      </w:r>
      <w:r>
        <w:t>jo aadmi protest ki baaten kare, complaint ki baaten kare, woh to just like animal jee raha hai woh. Animal ko danda mara hai to woh chalaye ga.</w:t>
      </w:r>
    </w:p>
    <w:p>
      <w:pPr>
        <w:jc w:val="right"/>
      </w:pPr>
      <w:r>
        <w:t>جو آدمی protest کی باتیں کرے، complaint کی باتیں کرے، وہ تو just like animal جی رہا ہے وہ۔ Animal کو ڈنڈا مارا ہے تو وہ چلائے گا۔</w:t>
      </w:r>
    </w:p>
    <w:p>
      <w:r>
        <w:rPr>
          <w:b/>
        </w:rPr>
        <w:t xml:space="preserve">[05:51] </w:t>
      </w:r>
      <w:r>
        <w:t>woh discovery nahi hai. Discovery woh hai ke jis jo koi wisdom ki baat daryaft kare, koi hikmat ki baat daryaft kare, koi positive baat daryaft kare, koi creative baat daryaft kare.</w:t>
      </w:r>
    </w:p>
    <w:p>
      <w:pPr>
        <w:jc w:val="right"/>
      </w:pPr>
      <w:r>
        <w:t>وہ discovery نہیں ہے۔ Discovery وہ ہے کہ جس جو کوئی wisdom کی بات دریافت کرے، کوئی حکمت کی بات دریافت کرے، کوئی positive بات دریافت کرے، کوئی creative بات دریافت کرے۔</w:t>
      </w:r>
    </w:p>
    <w:p>
      <w:r>
        <w:rPr>
          <w:b/>
        </w:rPr>
        <w:t xml:space="preserve">[06:04] </w:t>
      </w:r>
      <w:r>
        <w:t>to woh us se log khali hain. Shikayaten karte hain, khali shikayaten karte hain. Jaise ke mein ne arz kiya, ek sahib dunya bhar ghoome hain. Unhon ne kaha ke sari dunya ke musalmanon mein do hi baaten hain: apne liye fakhr, doosre ki nafrat.</w:t>
      </w:r>
    </w:p>
    <w:p>
      <w:pPr>
        <w:jc w:val="right"/>
      </w:pPr>
      <w:r>
        <w:t>تو وہ اس سے لوگ خالی ہیں۔ شکایتیں کرتے ہیں، خالی شکایتیں کرتے ہیں۔ جیسے کہ میں نے عرض کیا، ایک صاحب دنیا بھر گھومے ہیں۔ انہوں نے کہا کہ ساری دنیا کے مسلمانوں میں دو ہی باتیں ہیں: اپنے لیے فخر، دوسرے کی نفرت۔</w:t>
      </w:r>
    </w:p>
    <w:p>
      <w:r>
        <w:rPr>
          <w:b/>
        </w:rPr>
        <w:t xml:space="preserve">[06:19] </w:t>
      </w:r>
      <w:r>
        <w:t>yeh discovery nahi hai yeh. Yeh to bilkul animal behavior hai, animal hai. Is ko kuch bhi haqeeqat is ki nahi hai.</w:t>
      </w:r>
    </w:p>
    <w:p>
      <w:pPr>
        <w:jc w:val="right"/>
      </w:pPr>
      <w:r>
        <w:t>یہ discovery نہیں ہے یہ۔ یہ تو بالکل animal behavior ہے، animal ہے۔ اس کو کچھ بھی حقیقت اس کی نہیں ہے۔</w:t>
      </w:r>
    </w:p>
    <w:p>
      <w:r>
        <w:rPr>
          <w:b/>
        </w:rPr>
        <w:t xml:space="preserve">[06:29] </w:t>
      </w:r>
      <w:r>
        <w:t>maulana, agla sawal saharanpur se hai, syed mohsin bilal sahib ka. Unhon ne likha hai: "Since four days I have been in Delhi.</w:t>
      </w:r>
    </w:p>
    <w:p>
      <w:pPr>
        <w:jc w:val="right"/>
      </w:pPr>
      <w:r>
        <w:t>مولانا، اگلا سوال سہارن پور سے ہے، سید محسن بلال صاحب کا۔ انہوں نے لکھا ہے: "Since four days I have been in Delhi.</w:t>
      </w:r>
    </w:p>
    <w:p>
      <w:r>
        <w:rPr>
          <w:b/>
        </w:rPr>
        <w:t xml:space="preserve">[06:40] </w:t>
      </w:r>
      <w:r>
        <w:t>I am very sad to see the Delhiites. They are totally trapped in consumer and entertaining culture.</w:t>
      </w:r>
    </w:p>
    <w:p>
      <w:pPr>
        <w:jc w:val="right"/>
      </w:pPr>
      <w:r>
        <w:t>I am very sad to see the Delhiites. They are totally trapped in consumer and entertaining culture.</w:t>
      </w:r>
    </w:p>
    <w:p>
      <w:r>
        <w:rPr>
          <w:b/>
        </w:rPr>
        <w:t xml:space="preserve">[06:47] </w:t>
      </w:r>
      <w:r>
        <w:t>They sleep late and they get up late at twelve in the morning. I try to do Dawa work but nobody is ready to listen.</w:t>
      </w:r>
    </w:p>
    <w:p>
      <w:pPr>
        <w:jc w:val="right"/>
      </w:pPr>
      <w:r>
        <w:t>They sleep late and they get up late at twelve in the morning. I try to do Dawa work but nobody is ready to listen.</w:t>
      </w:r>
    </w:p>
    <w:p>
      <w:r>
        <w:rPr>
          <w:b/>
        </w:rPr>
        <w:t xml:space="preserve">[06:57] </w:t>
      </w:r>
      <w:r>
        <w:t>They think they are intelligent. So how to give message to these kind of intelligent people?"</w:t>
      </w:r>
    </w:p>
    <w:p>
      <w:pPr>
        <w:jc w:val="right"/>
      </w:pPr>
      <w:r>
        <w:t>They think they are intelligent. So how to give message to these kind of intelligent people?"</w:t>
      </w:r>
    </w:p>
    <w:p>
      <w:r>
        <w:rPr>
          <w:b/>
        </w:rPr>
        <w:t xml:space="preserve">[07:05] </w:t>
      </w:r>
      <w:r>
        <w:t>dekhiye, aisa hundred percent nahi hai. Aap seeker ko talash kijiye. Seeker. Isi mein ek shakhs seeker hoga.</w:t>
      </w:r>
    </w:p>
    <w:p>
      <w:pPr>
        <w:jc w:val="right"/>
      </w:pPr>
      <w:r>
        <w:t>دیکھیے، ایسا hundred percent نہیں ہے۔ آپ seeker کو تلاش کیجیے۔ Seeker۔ اسی میں ایک شخص seeker ہوگا۔</w:t>
      </w:r>
    </w:p>
    <w:p>
      <w:r>
        <w:rPr>
          <w:b/>
        </w:rPr>
        <w:t xml:space="preserve">[07:15] </w:t>
      </w:r>
      <w:r>
        <w:t>misalan mein bata doon aap ko aaj hi ka experience, aaj ka.</w:t>
      </w:r>
    </w:p>
    <w:p>
      <w:pPr>
        <w:jc w:val="right"/>
      </w:pPr>
      <w:r>
        <w:t>مثلاً میں بتا دوں آپ کو آج ہی کا ایکسپیرئینس، آج کا۔</w:t>
      </w:r>
    </w:p>
    <w:p>
      <w:r>
        <w:rPr>
          <w:b/>
        </w:rPr>
        <w:t xml:space="preserve">[07:21] </w:t>
      </w:r>
      <w:r>
        <w:t>hamare paas ek sahab aaye jo senior professor, woh ab retire ho gaye hain. Un ke, yaani, woh eighties ke late eighties mein hain woh us waqt.</w:t>
      </w:r>
    </w:p>
    <w:p>
      <w:pPr>
        <w:jc w:val="right"/>
      </w:pPr>
      <w:r>
        <w:t>ہمارے پاس ایک صاحب آئے جو senior professor، وہ اب ریٹائر ہو گئے ہیں۔ ان کے، یعنی، وہ eighties کے late eighties میں ہیں وہ اس وقت۔</w:t>
      </w:r>
    </w:p>
    <w:p>
      <w:r>
        <w:rPr>
          <w:b/>
        </w:rPr>
        <w:t xml:space="preserve">[07:38] </w:t>
      </w:r>
      <w:r>
        <w:t>toh woh khud bhi English mein kitabein likhi hain unhone. Toh hamare paas aaye, ab taqreeban der tak rahe woh, hamare kai saathi bhi wahan maujood the.</w:t>
      </w:r>
    </w:p>
    <w:p>
      <w:pPr>
        <w:jc w:val="right"/>
      </w:pPr>
      <w:r>
        <w:t>تو وہ خود بھی انگلش میں کتابیں لکھی ہیں انہوں نے۔ تو ہمارے پاس آئے، اب تقریباً دیر تک رہے وہ، ہمارے کئی ساتھی بھی وہاں موجود تھے۔</w:t>
      </w:r>
    </w:p>
    <w:p>
      <w:r>
        <w:rPr>
          <w:b/>
        </w:rPr>
        <w:t xml:space="preserve">[07:53] </w:t>
      </w:r>
      <w:r>
        <w:t>toh hamare haan kitabein un ko di gayeen aur baatein huin. Ab aaj hi in ka message aaya, aaj hi. Bahut ajeeb o ghareeb message, aap bataiye kya message hai?</w:t>
      </w:r>
    </w:p>
    <w:p>
      <w:pPr>
        <w:jc w:val="right"/>
      </w:pPr>
      <w:r>
        <w:t>تو ہمارے ہاں کتابیں ان کو دی گئیں اور باتیں ہوئیں۔ اب آج ہی ان کا message آیا، آج ہی۔ بہت عجیب و غریب message، آپ بتائیے کیا message ہے؟</w:t>
      </w:r>
    </w:p>
    <w:p>
      <w:r>
        <w:rPr>
          <w:b/>
        </w:rPr>
        <w:t xml:space="preserve">[08:04] </w:t>
      </w:r>
      <w:r>
        <w:t>Well, he gave a call in the morning and he said that I have been going through Maulana's literature and I must say that it's very rich and very comprehensive and daily I am getting, you know, something out of the literature.</w:t>
      </w:r>
    </w:p>
    <w:p>
      <w:pPr>
        <w:jc w:val="right"/>
      </w:pPr>
      <w:r>
        <w:t>Well, he gave a call in the morning and he said that I have been going through مولانا's literature and I must say that it's very rich and very comprehensive and daily I am getting, you know, something out of the literature.</w:t>
      </w:r>
    </w:p>
    <w:p>
      <w:r>
        <w:rPr>
          <w:b/>
        </w:rPr>
        <w:t xml:space="preserve">[08:18] </w:t>
      </w:r>
      <w:r>
        <w:t>In fact, he finished one book yesterday itself and he was saying that I will continue my study and when I reach back home because he is on this travel I am going to write a letter to Maulana sahib and one additional thing he said, what he said that I want to congratulate Maulana sahib because there are a lot of youngsters involved in this mission.</w:t>
      </w:r>
    </w:p>
    <w:p>
      <w:pPr>
        <w:jc w:val="right"/>
      </w:pPr>
      <w:r>
        <w:t>In fact, he finished one book yesterday itself and he was saying that I will continue my study and when I reach back home because he is on this travel I am going to write a letter to مولانا صاحب and one additional thing he said, what he said that I want to congratulate مولانا صاحب because there are a lot of youngsters involved in this mission.</w:t>
      </w:r>
    </w:p>
    <w:p>
      <w:r>
        <w:rPr>
          <w:b/>
        </w:rPr>
        <w:t xml:space="preserve">[08:40] </w:t>
      </w:r>
      <w:r>
        <w:t>So he was very happy and very moved by Maulana sahib's literature.</w:t>
      </w:r>
    </w:p>
    <w:p>
      <w:pPr>
        <w:jc w:val="right"/>
      </w:pPr>
      <w:r>
        <w:t>So he was very happy and very moved by مولانا صاحب's literature.</w:t>
      </w:r>
    </w:p>
    <w:p>
      <w:r>
        <w:rPr>
          <w:b/>
        </w:rPr>
        <w:t xml:space="preserve">[08:45] </w:t>
      </w:r>
      <w:r>
        <w:t>dekhiye, asal baat kya hai? Aap bheed ko kyun dekhte hain? Yaani sab ko le kar kyun sochte hain? Aap individual ko le kar sochiye, individual.</w:t>
      </w:r>
    </w:p>
    <w:p>
      <w:pPr>
        <w:jc w:val="right"/>
      </w:pPr>
      <w:r>
        <w:t>دیکھیے، اصل بات کیا ہے؟ آپ بھیڑ کو کیوں دیکھتے ہیں؟ یعنی سب کو لے کر کیوں سوچتے ہیں؟ آپ individual کو لے کر سوچیے، individual۔</w:t>
      </w:r>
    </w:p>
    <w:p>
      <w:r>
        <w:rPr>
          <w:b/>
        </w:rPr>
        <w:t xml:space="preserve">[08:55] </w:t>
      </w:r>
      <w:r>
        <w:t>Isi ko mein seeker keh raha hoon. Agar aap bheed ko le kar sochenge toh hamesha aap ko mayusi milegi, frustration.</w:t>
      </w:r>
    </w:p>
    <w:p>
      <w:pPr>
        <w:jc w:val="right"/>
      </w:pPr>
      <w:r>
        <w:t>اسی کو میں seeker کہہ رہا ہوں۔ اگر آپ بھیڑ کو لے کر سوچیں گے تو ہمیشہ آپ کو مایوسی ملے گی، frustration۔</w:t>
      </w:r>
    </w:p>
    <w:p>
      <w:r>
        <w:rPr>
          <w:b/>
        </w:rPr>
        <w:t xml:space="preserve">[09:05] </w:t>
      </w:r>
      <w:r>
        <w:t>Lekin individual toh hamesha maujood hote hain. Un se kabhi duniya khaali nahi hoti hai. Toh aap ka target individual hona chahiye na ke bheed.</w:t>
      </w:r>
    </w:p>
    <w:p>
      <w:pPr>
        <w:jc w:val="right"/>
      </w:pPr>
      <w:r>
        <w:t>لیکن individual تو ہمیشہ موجود ہوتے ہیں۔ ان سے کبھی دنیا خالی نہیں ہوتی ہے۔ تو آپ کا target individual ہونا چاہیے نہ کہ بھیڑ۔</w:t>
      </w:r>
    </w:p>
    <w:p>
      <w:r>
        <w:rPr>
          <w:b/>
        </w:rPr>
        <w:t xml:space="preserve">[09:16] </w:t>
      </w:r>
      <w:r>
        <w:t>tab aap aisi baat nahi farmayenge.</w:t>
      </w:r>
    </w:p>
    <w:p>
      <w:pPr>
        <w:jc w:val="right"/>
      </w:pPr>
      <w:r>
        <w:t>تب آپ ایسی بات نہیں فرمائیں گے۔</w:t>
      </w:r>
    </w:p>
    <w:p>
      <w:r>
        <w:rPr>
          <w:b/>
        </w:rPr>
        <w:t xml:space="preserve">[09:23] </w:t>
      </w:r>
      <w:r>
        <w:t>Maulana, agla sawal Badr, Karnataka se hai, Yunusuddin sahib ka. Unhone likha hai:</w:t>
      </w:r>
    </w:p>
    <w:p>
      <w:pPr>
        <w:jc w:val="right"/>
      </w:pPr>
      <w:r>
        <w:t>مولانا، اگلا سوال بدر، کرناٹکا سے ہے، یونس الدین صاحب کا۔ انہوں نے لکھا ہے:</w:t>
      </w:r>
    </w:p>
    <w:p>
      <w:r>
        <w:rPr>
          <w:b/>
        </w:rPr>
        <w:t xml:space="preserve">[09:33] </w:t>
      </w:r>
      <w:r>
        <w:t>"Maulana, aksar log aap ki tehreer par yeh aitraaz karte hain ke aap anbiya aur sahaba par alaihi assalam ya radiallahu anhu nahi lagate."</w:t>
      </w:r>
    </w:p>
    <w:p>
      <w:pPr>
        <w:jc w:val="right"/>
      </w:pPr>
      <w:r>
        <w:t>"مولانا، اکثر لوگ آپ کی تحریر پر یہ اعتراض کرتے ہیں کہ آپ انبیاء اور صحابہ پر علیہ السلام یا رضی اللہ عنہا نہیں لگاتے۔</w:t>
      </w:r>
    </w:p>
    <w:p>
      <w:r>
        <w:rPr>
          <w:b/>
        </w:rPr>
        <w:t xml:space="preserve">[09:45] </w:t>
      </w:r>
      <w:r>
        <w:t>Maulana, mera sawal yeh hai ke un ki deeni aitbaar se kya ahmiyat hai ya nahi hai?"</w:t>
      </w:r>
    </w:p>
    <w:p>
      <w:pPr>
        <w:jc w:val="right"/>
      </w:pPr>
      <w:r>
        <w:t>مولانا، میرا سوال یہ ہے کہ ان کی دینی اعتبار سے کیا اہمیت ہے یا نہیں ہے؟"</w:t>
      </w:r>
    </w:p>
    <w:p>
      <w:r>
        <w:rPr>
          <w:b/>
        </w:rPr>
        <w:t xml:space="preserve">[09:52] </w:t>
      </w:r>
      <w:r>
        <w:t>Kuch bhi nahi hai. Aap sahaba ki jo kitabein hain us ko padhiye. Yeh sab jhoote aitrazaat hain, jhoote.</w:t>
      </w:r>
    </w:p>
    <w:p>
      <w:pPr>
        <w:jc w:val="right"/>
      </w:pPr>
      <w:r>
        <w:t>کچھ بھی نہیں ہے۔ آپ صحابہ کی جو کتابیں ہیں اس کو پڑھیے۔ یہ سب جھوٹے اعتراضات ہیں، جھوٹے۔</w:t>
      </w:r>
    </w:p>
    <w:p>
      <w:r>
        <w:rPr>
          <w:b/>
        </w:rPr>
        <w:t xml:space="preserve">[10:01] </w:t>
      </w:r>
      <w:r>
        <w:t>Jhoote se kam belafz nahi hai. Sahaba ke bare mein bahut si kitabein maujood hain, un ko padhiye.</w:t>
      </w:r>
    </w:p>
    <w:p>
      <w:pPr>
        <w:jc w:val="right"/>
      </w:pPr>
      <w:r>
        <w:t>جھوٹے سے کم بے لفظ نہیں ہے۔ صحابہ کے بارے میں بہت سی کتابیں موجود ہیں، ان کو پڑھیے۔</w:t>
      </w:r>
    </w:p>
    <w:p>
      <w:r>
        <w:rPr>
          <w:b/>
        </w:rPr>
        <w:t xml:space="preserve">[10:11] </w:t>
      </w:r>
      <w:r>
        <w:t>Aap is qism ka aaj kal masnooi culture bana hua hai, aaj kal masnooi culture. Banawati culture. Aage peeche lagayenge ilqaab. Woh aisa nahi kehte the.</w:t>
      </w:r>
    </w:p>
    <w:p>
      <w:pPr>
        <w:jc w:val="right"/>
      </w:pPr>
      <w:r>
        <w:t>آپ اس قسم کا آج کل مصنوعی کلچر بنا ہوا ہے، آج کل مصنوعی کلچر۔ بناوٹی کلچر۔ آگے پیچھے لگائیں گے القاب۔ وہ ایسا نہیں کہتے تھے۔</w:t>
      </w:r>
    </w:p>
    <w:p>
      <w:r>
        <w:rPr>
          <w:b/>
        </w:rPr>
        <w:t xml:space="preserve">[10:22] </w:t>
      </w:r>
      <w:r>
        <w:t>Misalan mein aap ko ek waqia bataoon. Rasool Allah sallallahu alaihi wasallam ki wafat hui. Yaani poora mission poora kar ke aap ki wafat hui, aap ki Madina mein.</w:t>
      </w:r>
    </w:p>
    <w:p>
      <w:pPr>
        <w:jc w:val="right"/>
      </w:pPr>
      <w:r>
        <w:t>مثلاً میں آپ کو ایک واقعہ بتاؤں۔ رسول اللہ صلی اللہ علیہ وسلم کی وفات ہوئی۔ یعنی پورا مشن پورا کر کے آپ کی وفات ہوئی، آپ کی مدینہ میں۔</w:t>
      </w:r>
    </w:p>
    <w:p>
      <w:r>
        <w:rPr>
          <w:b/>
        </w:rPr>
        <w:t xml:space="preserve">[10:33] </w:t>
      </w:r>
      <w:r>
        <w:t>Toh us waqt wahan par kai log aise the jin ko ke bahut pareshani hui ke Rasool Allah nahi rahe duniya mein, ab kya hoga? Bahut pareshan the.</w:t>
      </w:r>
    </w:p>
    <w:p>
      <w:pPr>
        <w:jc w:val="right"/>
      </w:pPr>
      <w:r>
        <w:t>تو اس وقت وہاں پر کئی لوگ ایسے تھے جن کو کہ بہت پریشانی ہوئی کہ رسول اللہ نہیں رہے دنیا میں، اب کیا ہوگا؟ بہت پریشان تھے۔</w:t>
      </w:r>
    </w:p>
    <w:p>
      <w:r>
        <w:rPr>
          <w:b/>
        </w:rPr>
        <w:t xml:space="preserve">[10:43] </w:t>
      </w:r>
      <w:r>
        <w:t>Toh jo sab se zyada senior, most aadmi the woh the Abu Bakr Siddiq. Woh aaye. Woh us waqt Madine se bahar the.</w:t>
      </w:r>
    </w:p>
    <w:p>
      <w:pPr>
        <w:jc w:val="right"/>
      </w:pPr>
      <w:r>
        <w:t>تو جو سب سے زیادہ senior، most آدمی تھے وہ تھے ابوبکر صدیق۔ وہ آئے۔ وہ اس وقت مدینے سے باہر تھے۔</w:t>
      </w:r>
    </w:p>
    <w:p>
      <w:r>
        <w:rPr>
          <w:b/>
        </w:rPr>
        <w:t xml:space="preserve">[10:53] </w:t>
      </w:r>
      <w:r>
        <w:t>Jab khabar suni toh aaye. Toh Rasool Allah ki jo, yaani, jism tha, jo body tha aap ka, us par chadar logon ne phaila diya tha.</w:t>
      </w:r>
    </w:p>
    <w:p>
      <w:pPr>
        <w:jc w:val="right"/>
      </w:pPr>
      <w:r>
        <w:t>جب خبر سنی تو آئے۔ تو رسول اللہ کی جو، یعنی، جسم تھا، جو body تھا آپ کا، اس پر چادر لوگوں نے پھیلا دیا تھا۔</w:t>
      </w:r>
    </w:p>
    <w:p>
      <w:r>
        <w:rPr>
          <w:b/>
        </w:rPr>
        <w:t xml:space="preserve">[11:05] </w:t>
      </w:r>
      <w:r>
        <w:t>Toh unhone chadar uthai, aap ke chehre ko dekha aur kaha: "Man kan ya Muhammad fa inna Muhammad qad mat wa man kan ya abda Muhammad fa inna Allah hayyun la yamoot".</w:t>
      </w:r>
    </w:p>
    <w:p>
      <w:pPr>
        <w:jc w:val="right"/>
      </w:pPr>
      <w:r>
        <w:t>تو انہوں نے چادر اٹھائی، آپ کے چہرے کو دیکھا اور کہا: "من کان یا محمد فان محمد قدمات ومن کان یا عبداللہ فان اللہ حی اللہ یعقوب"۔</w:t>
      </w:r>
    </w:p>
    <w:p>
      <w:r>
        <w:rPr>
          <w:b/>
        </w:rPr>
        <w:t xml:space="preserve">[11:20] </w:t>
      </w:r>
      <w:r>
        <w:t>Yeh nahi ke Muhammad ke saath aage peeche bahut se lafz lagaye woh. Bas saada tor par kaha unhone: "Man kan ya abda Muhammad fa inna Muhammad qad mat".</w:t>
      </w:r>
    </w:p>
    <w:p>
      <w:pPr>
        <w:jc w:val="right"/>
      </w:pPr>
      <w:r>
        <w:t>یہ نہیں کہ محمد کے ساتھ آگے پیچھے بہت سے لفظ لگائیں وہ۔ بس سادہ طور پر کہا انہوں نے: "من کان یا عبد محمد فان محمد قدمات"۔</w:t>
      </w:r>
    </w:p>
    <w:p>
      <w:r>
        <w:rPr>
          <w:b/>
        </w:rPr>
        <w:t xml:space="preserve">[11:32] </w:t>
      </w:r>
      <w:r>
        <w:t>wahan aate the log, ya muhammad, yeh sab bolte the. dekhiye, islam jo hai nature par base karta hai. yeh banawati culture jo bataiye, zawal ke daur, yeh yeh musalman is zamane mein zawal ke daur mein hain, zawal.</w:t>
      </w:r>
    </w:p>
    <w:p>
      <w:pPr>
        <w:jc w:val="right"/>
      </w:pPr>
      <w:r>
        <w:t>وہاں آتے تھے لوگ، یا محمد، یہ سب بولتے تھے۔ دیکھیے، اسلام جو ہے nature پر base کرتا ہے۔ یہ بناوٹی کلچر جو بتائیے، زوال کے دور، یہ یہ مسلمان اس زمانے میں زوال کے دور میں ہیں، زوال۔</w:t>
      </w:r>
    </w:p>
    <w:p>
      <w:r>
        <w:rPr>
          <w:b/>
        </w:rPr>
        <w:t xml:space="preserve">[11:46] </w:t>
      </w:r>
      <w:r>
        <w:t>girawat ke daur mein. tab yeh sab banawati baatein bahut badh gayi hain. jab ummat zinda thi tab yeh sab culture hi chalta tha, banawati culture.</w:t>
      </w:r>
    </w:p>
    <w:p>
      <w:pPr>
        <w:jc w:val="right"/>
      </w:pPr>
      <w:r>
        <w:t>گراوٹ کے دور میں۔ تب یہ سب بناوٹی باتیں بہت بڑھ گئی ہیں۔ جب امت زندہ تھی تب یہ سب کلچر ہی چلتا تھا، بناوٹی کلچر۔</w:t>
      </w:r>
    </w:p>
    <w:p>
      <w:r>
        <w:rPr>
          <w:b/>
        </w:rPr>
        <w:t xml:space="preserve">[11:59] </w:t>
      </w:r>
      <w:r>
        <w:t>to mein yeh kahunga ke aaj kal ki jo zawal yafta log hain un ko le kar mat rai qaim kijie. aap sahaba ko le kar rai qaim kijie. sahaba ki zuban kya hoti thi?</w:t>
      </w:r>
    </w:p>
    <w:p>
      <w:pPr>
        <w:jc w:val="right"/>
      </w:pPr>
      <w:r>
        <w:t>تو میں یہ کہوں گا کہ آج کل کی جو زوال یافتہ لوگ ہیں ان کو لے کر مت رائے قائم کیجیے۔ آپ صحابہ کو لے کر رائے قائم کیجیے۔ صحابہ کی زبان کیا ہوتی تھی؟</w:t>
      </w:r>
    </w:p>
    <w:p>
      <w:r>
        <w:rPr>
          <w:b/>
        </w:rPr>
        <w:t xml:space="preserve">[12:14] </w:t>
      </w:r>
      <w:r>
        <w:t>aap sahaba ke bare mein kitabein padhiye, is mein aap khud hi jawab pa lenge ke wahan yeh sab banawati zuban chalti nahi thi wahan par. to mein to sahaba ke ke ko model samajhta hoon, aaj kal logon ko model nahi samajhta mein.</w:t>
      </w:r>
    </w:p>
    <w:p>
      <w:pPr>
        <w:jc w:val="right"/>
      </w:pPr>
      <w:r>
        <w:t>آپ صحابہ کے بارے میں کتابیں پڑھیے، اس میں آپ خود ہی جواب پا لیں گے کہ وہاں یہ سب بناوٹی زبان چلتی نہیں تھی وہاں پر۔ تو میں تو صحابہ کے کے کو ماڈل سمجھتا ہوں، آج کل لوگوں کو ماڈل نہیں سمجھتا میں۔</w:t>
      </w:r>
    </w:p>
    <w:p>
      <w:r>
        <w:rPr>
          <w:b/>
        </w:rPr>
        <w:t xml:space="preserve">[12:29] </w:t>
      </w:r>
      <w:r>
        <w:t>aaj kal ke log kya karte hain woh mere model nahi hain mere liye. sahaba mere model hain. to aap pehle sahaba wali kitabein padhiye, phir yeh sawal kijie.</w:t>
      </w:r>
    </w:p>
    <w:p>
      <w:pPr>
        <w:jc w:val="right"/>
      </w:pPr>
      <w:r>
        <w:t>آج کل کے لوگ کیا کرتے ہیں وہ میرے ماڈل نہیں ہیں میرے لیے۔ صحابہ میرے ماڈل ہیں۔ تو آپ پہلے صحابہ والی کتابیں پڑھیے، پھر یہ سوال کیجیے۔</w:t>
      </w:r>
    </w:p>
    <w:p>
      <w:r>
        <w:rPr>
          <w:b/>
        </w:rPr>
        <w:t xml:space="preserve">[12:40] </w:t>
      </w:r>
      <w:r>
        <w:t>maulana, agla sawal tamil nadu se hai, maulana iqbal umri ka. maulana, unhone talk sunne ke baad ek high thinking ki apne understanding ke hisab se ek definition di hai.</w:t>
      </w:r>
    </w:p>
    <w:p>
      <w:pPr>
        <w:jc w:val="right"/>
      </w:pPr>
      <w:r>
        <w:t>مولانا، اگلا سوال تمل ناڈو سے ہے، مولانا اقبال عمری کا۔ مولانا، انہوں نے talk سننے کے بعد ایک high thinking کی اپنے understanding کے حساب سے ایک definition دی ہے۔</w:t>
      </w:r>
    </w:p>
    <w:p>
      <w:r>
        <w:rPr>
          <w:b/>
        </w:rPr>
        <w:t xml:space="preserve">[12:53] </w:t>
      </w:r>
      <w:r>
        <w:t>to woh yeh janna chahte hain ke yeh definition mein aur kya cheezein ho sakti hain. unhone likha hai: "High definition ki thinking convert material thinking into divine thinking.</w:t>
      </w:r>
    </w:p>
    <w:p>
      <w:pPr>
        <w:jc w:val="right"/>
      </w:pPr>
      <w:r>
        <w:t>تو وہ یہ جاننا چاہتے ہیں کہ یہ definition میں اور کیا چیزیں ہو سکتی ہیں۔ انہوں نے لکھا ہے: "High definition کی thinking convert material thinking into divine thinking.</w:t>
      </w:r>
    </w:p>
    <w:p>
      <w:r>
        <w:rPr>
          <w:b/>
        </w:rPr>
        <w:t xml:space="preserve">[13:05] </w:t>
      </w:r>
      <w:r>
        <w:t>Hate thinking into positive thinking. Political thinking into Dawa thinking. Luxury life into need based life</w:t>
      </w:r>
    </w:p>
    <w:p>
      <w:pPr>
        <w:jc w:val="right"/>
      </w:pPr>
      <w:r>
        <w:t>Hate thinking into positive thinking. Political thinking into Dawa thinking. Luxury life into need based life</w:t>
      </w:r>
    </w:p>
    <w:p>
      <w:r>
        <w:rPr>
          <w:b/>
        </w:rPr>
        <w:t xml:space="preserve">[13:14] </w:t>
      </w:r>
      <w:r>
        <w:t>" . theek to hai? ji. achha hai. mera khayal hai achha hai. ji. kaisa hai? ji bilkul theek hai. achha hai.</w:t>
      </w:r>
    </w:p>
    <w:p>
      <w:pPr>
        <w:jc w:val="right"/>
      </w:pPr>
      <w:r>
        <w:t>"۔ ٹھیک تو ہے؟ جی۔ اچھا ہے۔ میرا خیال ہے اچھا ہے۔ جی۔ کیسا ہے؟ جی بالکل ٹھیک ہے۔ اچھا ہے۔</w:t>
      </w:r>
    </w:p>
    <w:p>
      <w:r>
        <w:rPr>
          <w:b/>
        </w:rPr>
        <w:t xml:space="preserve">[13:24] </w:t>
      </w:r>
      <w:r>
        <w:t>maulana, agla sawal delhi se hai, ah miss ahmad ka. unhone likha hai: "Maulana, thanks a lot for explaining the modern consumerism and making us rethink the whole idea of shopping.</w:t>
      </w:r>
    </w:p>
    <w:p>
      <w:pPr>
        <w:jc w:val="right"/>
      </w:pPr>
      <w:r>
        <w:t>مولانا، اگلا سوال دلی سے ہے، آہ مس ایس احمد کا۔ انہوں نے لکھا ہے: "مولانا، thanks a lot for explaining the modern consumerism and making us rethink the whole idea of shopping.</w:t>
      </w:r>
    </w:p>
    <w:p>
      <w:r>
        <w:rPr>
          <w:b/>
        </w:rPr>
        <w:t xml:space="preserve">[13:41] </w:t>
      </w:r>
      <w:r>
        <w:t>However, I have a little doubt. My question is: the fine line between need based consumerism and comfort based consumerism.</w:t>
      </w:r>
    </w:p>
    <w:p>
      <w:pPr>
        <w:jc w:val="right"/>
      </w:pPr>
      <w:r>
        <w:t>However, I have a little doubt. My question is: the fine line between need based consumerism and comfort based consumerism.</w:t>
      </w:r>
    </w:p>
    <w:p>
      <w:r>
        <w:rPr>
          <w:b/>
        </w:rPr>
        <w:t xml:space="preserve">[13:53] </w:t>
      </w:r>
      <w:r>
        <w:t>It is disappearing so quickly that it often becomes difficult to define what is need and what is comfort.</w:t>
      </w:r>
    </w:p>
    <w:p>
      <w:pPr>
        <w:jc w:val="right"/>
      </w:pPr>
      <w:r>
        <w:t>It is disappearing so quickly that it often becomes difficult to define what is need and what is comfort.</w:t>
      </w:r>
    </w:p>
    <w:p>
      <w:r>
        <w:rPr>
          <w:b/>
        </w:rPr>
        <w:t xml:space="preserve">[14:02] </w:t>
      </w:r>
      <w:r>
        <w:t>Especially if parents provide the needful to children, the children often demand or sometimes complain for extra comfort.</w:t>
      </w:r>
    </w:p>
    <w:p>
      <w:pPr>
        <w:jc w:val="right"/>
      </w:pPr>
      <w:r>
        <w:t>Especially if parents provide the needful to children, the children often demand or sometimes complain for extra comfort.</w:t>
      </w:r>
    </w:p>
    <w:p>
      <w:r>
        <w:rPr>
          <w:b/>
        </w:rPr>
        <w:t xml:space="preserve">[14:12] </w:t>
      </w:r>
      <w:r>
        <w:t>So what should one do? How should a person plan a strategy for it</w:t>
      </w:r>
    </w:p>
    <w:p>
      <w:pPr>
        <w:jc w:val="right"/>
      </w:pPr>
      <w:r>
        <w:t>So what should one do? How should a person plan a strategy for it</w:t>
      </w:r>
    </w:p>
    <w:p>
      <w:r>
        <w:rPr>
          <w:b/>
        </w:rPr>
        <w:t xml:space="preserve">[14:18] </w:t>
      </w:r>
      <w:r>
        <w:t>?" bhai dekhiye, na bachche criterion hain na parent criterion hain. jo log is mein phanse rahenge to woh to isi mein phanse rahenge.</w:t>
      </w:r>
    </w:p>
    <w:p>
      <w:pPr>
        <w:jc w:val="right"/>
      </w:pPr>
      <w:r>
        <w:t>?" بھائی دیکھیے، نہ بچے criterion ہیں نہ parent criterion ہیں۔ جو لوگ اس میں پھنسے رہیں گے تو وہ تو اسی میں پھنسے رہیں گے۔</w:t>
      </w:r>
    </w:p>
    <w:p>
      <w:r>
        <w:rPr>
          <w:b/>
        </w:rPr>
        <w:t xml:space="preserve">[14:28] </w:t>
      </w:r>
      <w:r>
        <w:t>woh to kabhi un ko chutti nahi milegi marne se pehle. mein to logon se kehta hoon ke dekhiye, quran mein aaya hai ke</w:t>
      </w:r>
    </w:p>
    <w:p>
      <w:pPr>
        <w:jc w:val="right"/>
      </w:pPr>
      <w:r>
        <w:t>وہ تو کبھی ان کو چھٹی نہیں ملے گی مرنے سے پہلے۔ میں تو لوگوں سے کہتا ہوں کہ دیکھیے، قرآن میں آیا ہے کہ</w:t>
      </w:r>
    </w:p>
    <w:p>
      <w:r>
        <w:rPr>
          <w:b/>
        </w:rPr>
        <w:t xml:space="preserve">[14:40] </w:t>
      </w:r>
      <w:r>
        <w:t>do aayatein hain quran majeed ki. aaj kal sare log family mein phanse rehte hain. do aayatein hain, woh padhein woh. ek aayat yeh hai ke jahannami log jo hain un ke bare mein woh aayat hai:</w:t>
      </w:r>
    </w:p>
    <w:p>
      <w:pPr>
        <w:jc w:val="right"/>
      </w:pPr>
      <w:r>
        <w:t>دو آیتیں ہیں قرآن مجید کی۔ آج کل سارے لوگ family میں پھنسے رہتے ہیں۔ دو آیتیں ہیں، وہ پڑھیں وہ۔ ایک آیت یہ ہے کہ جہنمی لوگ جو ہیں ان کے بارے میں وہ آیت ہے:</w:t>
      </w:r>
    </w:p>
    <w:p>
      <w:r>
        <w:rPr>
          <w:b/>
        </w:rPr>
        <w:t xml:space="preserve">[14:55] </w:t>
      </w:r>
      <w:r>
        <w:t>"کان فی اہلی مسرورا" . ke apne family mein khoob khush rehte the woh. yani family ki demand poori karna aur family ki ko khush rakhna, un ki company karna, un ke liye har item dala ke dena un ko.</w:t>
      </w:r>
    </w:p>
    <w:p>
      <w:pPr>
        <w:jc w:val="right"/>
      </w:pPr>
      <w:r>
        <w:t>"کان فی اہلی مسرورا"۔ کہ اپنے family میں خوب خوش رہتے تھے وہ۔ یعنی family کی demand پوری کرنا اور family کی کو خوش رکھنا، ان کی company کرنا، ان کے لیے ہر item ڈالا کے دینا ان کو۔</w:t>
      </w:r>
    </w:p>
    <w:p>
      <w:r>
        <w:rPr>
          <w:b/>
        </w:rPr>
        <w:t xml:space="preserve">[15:11] </w:t>
      </w:r>
      <w:r>
        <w:t>to "کان فی اہلی مسرورا" . woh aadmi family mein jeeta tha, family ke mein khush kharam rehta tha. woh jahannum mein jayega.</w:t>
      </w:r>
    </w:p>
    <w:p>
      <w:pPr>
        <w:jc w:val="right"/>
      </w:pPr>
      <w:r>
        <w:t>تو "کان فی اہلی مسرورا"۔ وہ آدمی family میں جیتا تھا، family کے میں خوش خرم رہتا تھا۔ وہ جہنم میں جائے گا۔</w:t>
      </w:r>
    </w:p>
    <w:p>
      <w:r>
        <w:rPr>
          <w:b/>
        </w:rPr>
        <w:t xml:space="preserve">[15:21] </w:t>
      </w:r>
      <w:r>
        <w:t>yeh jahannum ke liye hai. aur jannat ke liye kya hai? "انا کنا فی اہلنا مشرقین" . mushriq maani khauf, dara hua.</w:t>
      </w:r>
    </w:p>
    <w:p>
      <w:pPr>
        <w:jc w:val="right"/>
      </w:pPr>
      <w:r>
        <w:t>یہ جہنم کے لیے ہے۔ اور جنت کے لیے کیا ہے؟ "انا کنا فی اہلنا مشرقین"۔ مشرق معنی خائف، ڈرا ہوا۔</w:t>
      </w:r>
    </w:p>
    <w:p>
      <w:r>
        <w:rPr>
          <w:b/>
        </w:rPr>
        <w:t xml:space="preserve">[15:35] </w:t>
      </w:r>
      <w:r>
        <w:t>ke jannat wale kahenge ke hum apne family mein, apne ghar mein khauf ban kar rehte the, andesha naak ban kar rehte the. allah ki pakad se dar, jahannum se dar, qayamat ki accountability se dar.</w:t>
      </w:r>
    </w:p>
    <w:p>
      <w:pPr>
        <w:jc w:val="right"/>
      </w:pPr>
      <w:r>
        <w:t>کہ جنت والے کہیں گے کہ ہم اپنے family میں، اپنے گھر میں خائف بن کر رہتے تھے، اندیشہ ناک بن کر رہتے تھے۔ اللہ کی پکڑ سے ڈر، جہنم سے ڈر، قیامت کی accountability سے ڈر۔</w:t>
      </w:r>
    </w:p>
    <w:p>
      <w:r>
        <w:rPr>
          <w:b/>
        </w:rPr>
        <w:t xml:space="preserve">[15:49] </w:t>
      </w:r>
      <w:r>
        <w:t>is mein jeete the hum. yeh do tasveerein hain, aap dekh lijie. yeh zamane ke musalmanon mein shayad hi koi ghar ho jo aap ko mile woh is ka namuna.</w:t>
      </w:r>
    </w:p>
    <w:p>
      <w:pPr>
        <w:jc w:val="right"/>
      </w:pPr>
      <w:r>
        <w:t>اس میں جیتے تھے ہم۔ یہ دو تصویریں ہیں، آپ دیکھ لیجیے۔ یہ زمانے کے مسلمانوں میں شاید ہی کوئی گھر ہو جو آپ کو ملے وہ اس کا نمونہ۔</w:t>
      </w:r>
    </w:p>
    <w:p>
      <w:r>
        <w:rPr>
          <w:b/>
        </w:rPr>
        <w:t xml:space="preserve">[15:58] </w:t>
      </w:r>
      <w:r>
        <w:t>is sab wohi ab family mein khush hain, family ke liye saman la rahe hain, kama kama kar un ko de rahe hain taake woh bachche khush rahen, ghar wale khush rahen, family wale khush rahen.</w:t>
      </w:r>
    </w:p>
    <w:p>
      <w:pPr>
        <w:jc w:val="right"/>
      </w:pPr>
      <w:r>
        <w:t>اس سب وہی اب family میں خوش ہیں، family کے لیے سامان لا رہے ہیں، کما کما کر ان کو دے رہے ہیں تاکہ وہ بچے خوش رہیں، گھر والے خوش رہیں، family والے خوش رہیں۔</w:t>
      </w:r>
    </w:p>
    <w:p>
      <w:r>
        <w:rPr>
          <w:b/>
        </w:rPr>
        <w:t xml:space="preserve">[16:13] </w:t>
      </w:r>
      <w:r>
        <w:t>to yeh to aap yeh rai, yani yeh yeh mat sochiye ke bachche kya kya chahte hain, parent kya chahte hain. aap dekhiye ke jannat walon ki tasveer quran mein kya hai aur jahannum walon ki tasveer quran majeed mein kya hai.</w:t>
      </w:r>
    </w:p>
    <w:p>
      <w:pPr>
        <w:jc w:val="right"/>
      </w:pPr>
      <w:r>
        <w:t>تو یہ تو آپ یہ رائے، یعنی یہ یہ مت سوچیے کہ بچے کیا کیا چاہتے ہیں، parent کیا چاہتے ہیں۔ آپ دیکھیے کہ جنت والوں کی تصویر قرآن میں کیا ہے اور جہنم والوں کی تصویر قرآن مجید میں کیا ہے۔</w:t>
      </w:r>
    </w:p>
    <w:p>
      <w:r>
        <w:rPr>
          <w:b/>
        </w:rPr>
        <w:t xml:space="preserve">[16:26] </w:t>
      </w:r>
      <w:r>
        <w:t>is se faisla kijie.</w:t>
      </w:r>
    </w:p>
    <w:p>
      <w:pPr>
        <w:jc w:val="right"/>
      </w:pPr>
      <w:r>
        <w:t>اس سے فیصلہ کیجیے۔</w:t>
      </w:r>
    </w:p>
    <w:p>
      <w:r>
        <w:rPr>
          <w:b/>
        </w:rPr>
        <w:t xml:space="preserve">[16:29] </w:t>
      </w:r>
      <w:r>
        <w:t>maulana, un ka aik hissa question ka yeh bhi tha ke woh difference janna chah rahi thi ke between fine line between need based consumerism and comfort based consum</w:t>
      </w:r>
    </w:p>
    <w:p>
      <w:pPr>
        <w:jc w:val="right"/>
      </w:pPr>
      <w:r>
        <w:t>مولانا، ان کا ایک حصہ question کا یہ بھی تھا کہ وہ difference جاننا چاہ رہی تھی کہ between fine line between need based consumerism and comfort based consum</w:t>
      </w:r>
    </w:p>
    <w:p>
      <w:r>
        <w:rPr>
          <w:b/>
        </w:rPr>
        <w:t xml:space="preserve">[16:40] </w:t>
      </w:r>
      <w:r>
        <w:t>erism. dekhiye, haan is ka bohat aasan hai. woh jo hadith sunai mein ne aap ko, usi hadith samajh lijiye. ke dunya mein zinda rehne ke liye jo zaroori ho wahi need based hai.</w:t>
      </w:r>
    </w:p>
    <w:p>
      <w:pPr>
        <w:jc w:val="right"/>
      </w:pPr>
      <w:r>
        <w:t>erism۔ دیکھیے، ہاں اس کا بہت آسان ہے۔ وہ جو حدیث سنائی میں نے آپ کو، اسی حدیث سمجھ لیجیے۔ کہ دنیا میں زندہ رہنے کے لیے جو ضروری ہو وہی need based ہے۔</w:t>
      </w:r>
    </w:p>
    <w:p>
      <w:r>
        <w:rPr>
          <w:b/>
        </w:rPr>
        <w:t xml:space="preserve">[16:55] </w:t>
      </w:r>
      <w:r>
        <w:t>aur jo jab aap aap dhoondh rahe hain, lazzat dhoondh rahe hain, aaram dhoondh rahe hain aur ronak dhoondh rahe hain aur shan daari dhoondh rahe hain to wahan par woh consumerism aa gaya.</w:t>
      </w:r>
    </w:p>
    <w:p>
      <w:pPr>
        <w:jc w:val="right"/>
      </w:pPr>
      <w:r>
        <w:t>اور جو جب آپ آپ ڈھونڈ رہے ہیں، لذت ڈھونڈ رہے ہیں، آرام ڈھونڈ رہے ہیں اور رونق ڈھونڈ رہے ہیں اور شان داری ڈھونڈ رہے ہیں تو وہاں پر وہ consumerism آ گیا۔</w:t>
      </w:r>
    </w:p>
    <w:p>
      <w:r>
        <w:rPr>
          <w:b/>
        </w:rPr>
        <w:t xml:space="preserve">[17:10] </w:t>
      </w:r>
      <w:r>
        <w:t>consumerism aa gaya. bohat aasan hai, bohat aasan hai. mein to dekhiye yahan rehta hoon jahan nineteen eighty three se us waqt jo mera jo kursi thi ya jo furniture tha wahi aaj bhi hai.</w:t>
      </w:r>
    </w:p>
    <w:p>
      <w:pPr>
        <w:jc w:val="right"/>
      </w:pPr>
      <w:r>
        <w:t>Consumerism آ گیا۔ بہت آسان ہے، بہت آسان ہے۔ میں تو دیکھیے یہاں رہتا ہوں جہاں nineteen eighty three سے اس وقت جو میرا جو کرسی تھی یا جو furniture تھا وہی آج بھی ہے۔</w:t>
      </w:r>
    </w:p>
    <w:p>
      <w:r>
        <w:rPr>
          <w:b/>
        </w:rPr>
        <w:t xml:space="preserve">[17:27] </w:t>
      </w:r>
      <w:r>
        <w:t>is beech mein. aap colony mein ghoomiye, doosron ke haan kitni baar badal chuke honge woh. ke zaroorat hi nahi badla unhon ne. market mein gaye, dekha ke naye qism ka sofa chataiya hai, naye qism ki kursiyan aayi hain to woh khareed liya, pichla wala hata diya.</w:t>
      </w:r>
    </w:p>
    <w:p>
      <w:pPr>
        <w:jc w:val="right"/>
      </w:pPr>
      <w:r>
        <w:t>اس بیچ میں۔ آپ کالونی میں گھومیے، دوسروں کے ہاں کتنی بار بدل چکے ہوں گے وہ۔ کہ ضرورت ہی نہیں بدلا انہوں نے۔ مارکیٹ میں گئے، دیکھا کہ نئے قسم کا صوفہ چٹایا ہے، نئے قسم کا کرسیاں آئی ہیں تو وہ خرید لیا، پچھلا والا ہٹا دیا۔</w:t>
      </w:r>
    </w:p>
    <w:p>
      <w:r>
        <w:rPr>
          <w:b/>
        </w:rPr>
        <w:t xml:space="preserve">[17:44] </w:t>
      </w:r>
      <w:r>
        <w:t>to aadmi bohat aasani se samajh sakta hai ke dunya mein jeene ke liye waqai zaroorat meri kya hai. bas isi par raazi ho jaon.</w:t>
      </w:r>
    </w:p>
    <w:p>
      <w:pPr>
        <w:jc w:val="right"/>
      </w:pPr>
      <w:r>
        <w:t>تو آدمی بہت آسانی سے سمجھ سکتا ہے کہ دنیا میں جینے کے لیے واقعی ضرورت میری کیا ہے۔ بس اسی پر راضی ہو جاؤں۔</w:t>
      </w:r>
    </w:p>
    <w:p>
      <w:r>
        <w:rPr>
          <w:b/>
        </w:rPr>
        <w:t xml:space="preserve">[17:53] </w:t>
      </w:r>
      <w:r>
        <w:t>aur doosri ke shauq ke liye aur khwahish ke liye, lazzat ke liye, ronak ke liye, logon ko khush karne ke liye.</w:t>
      </w:r>
    </w:p>
    <w:p>
      <w:pPr>
        <w:jc w:val="right"/>
      </w:pPr>
      <w:r>
        <w:t>اور دوسری کہ شوق کے لیے اور خواہش کے لیے، لذت کے لیے، رونق کے لیے، لوگوں کو خوش کرنے کے لیے۔</w:t>
      </w:r>
    </w:p>
    <w:p>
      <w:r>
        <w:rPr>
          <w:b/>
        </w:rPr>
        <w:t xml:space="preserve">[18:05] </w:t>
      </w:r>
      <w:r>
        <w:t>zyadatar is liye hota hai yeh yeh social status ka maamla hota hai ke log kya kahenge. social status ke aap aap choti gaadi mein baithte hain, doosra wala parosi badi gaadi mein baithta hai to aap ko lagta hai ke mera darja ghat gaya.</w:t>
      </w:r>
    </w:p>
    <w:p>
      <w:pPr>
        <w:jc w:val="right"/>
      </w:pPr>
      <w:r>
        <w:t>زیادہ تر اس لیے ہوتا ہے یہ یہ social status کا معاملہ ہوتا ہے کہ لوگ کیا کہیں گے۔ Social status کہ آپ آپ چھوٹی گاڑی میں بیٹھتے ہیں، دوسرا والا پڑوسی بڑی گاڑی میں بیٹھتا ہے تو آپ کو لگتا ہے کہ میرا درجہ گھٹ گیا۔</w:t>
      </w:r>
    </w:p>
    <w:p>
      <w:r>
        <w:rPr>
          <w:b/>
        </w:rPr>
        <w:t xml:space="preserve">[18:22] </w:t>
      </w:r>
      <w:r>
        <w:t>aap flat mein rehte hain, doosra kothi mein rehta hai to aap samajhte hain mera darja ghat gaya. aap ke kamre mein sirf mamooli kursiyan hain, us ke sofa set hai to aap samajhte hain mera darja ghat gaya.</w:t>
      </w:r>
    </w:p>
    <w:p>
      <w:pPr>
        <w:jc w:val="right"/>
      </w:pPr>
      <w:r>
        <w:t>آپ فلیٹ میں رہتے ہیں، دوسرا کوٹھی میں رہتا ہے تو آپ سمجھتے ہیں میرا درجہ گھٹ گیا۔ آپ کے کمرے میں صرف معمولی کرسیاں ہیں، اس کے صوفہ سیٹ ہے تو آپ سمجھتے ہیں میرا درجہ گھٹ گیا۔</w:t>
      </w:r>
    </w:p>
    <w:p>
      <w:r>
        <w:rPr>
          <w:b/>
        </w:rPr>
        <w:t xml:space="preserve">[18:34] </w:t>
      </w:r>
      <w:r>
        <w:t>to social status jo hai woh logon ke zehan mein basa hua rehta hai. bachon ke zehan mein aur parent ke zehan mein. yeh sab jahili soch hai, jahili.</w:t>
      </w:r>
    </w:p>
    <w:p>
      <w:pPr>
        <w:jc w:val="right"/>
      </w:pPr>
      <w:r>
        <w:t>تو social status جو ہے وہ لوگوں کے ذہن میں بسا ہوا رہتا ہے۔ بچوں کے ذہن میں اور parent کے ذہن میں۔ یہ سب جاہلی سوچ ہے، جاہلی۔</w:t>
      </w:r>
    </w:p>
    <w:p>
      <w:r>
        <w:rPr>
          <w:b/>
        </w:rPr>
        <w:t xml:space="preserve">[18:43] </w:t>
      </w:r>
      <w:r>
        <w:t>bas zindagi guzarne ke liye jo zaroori cheez hai woh har aadmi samajh sakta hai bohat aasani se. bas isi par raazi ho jaiye.</w:t>
      </w:r>
    </w:p>
    <w:p>
      <w:pPr>
        <w:jc w:val="right"/>
      </w:pPr>
      <w:r>
        <w:t>بس زندگی گزارنے کے لیے جو ضروری چیز ہے وہ ہر آدمی سمجھ سکتا ہے بہت آسانی سے۔ بس اسی پر راضی ہو جائیے۔</w:t>
      </w:r>
    </w:p>
    <w:p>
      <w:r>
        <w:rPr>
          <w:b/>
        </w:rPr>
        <w:t xml:space="preserve">[18:52] </w:t>
      </w:r>
      <w:r>
        <w:t>maulana, agla sawal dilli se hai, shail sahib ka. unhon ne sawal kiya hai: "what is wisdom and intellect؟"</w:t>
      </w:r>
    </w:p>
    <w:p>
      <w:pPr>
        <w:jc w:val="right"/>
      </w:pPr>
      <w:r>
        <w:t>مولانا، اگلا سوال دلی سے ہے، شایل صاحب کا۔ انہوں نے سوال کیا ہے: "What is wisdom and intellect؟"</w:t>
      </w:r>
    </w:p>
    <w:p>
      <w:r>
        <w:rPr>
          <w:b/>
        </w:rPr>
        <w:t xml:space="preserve">[19:08] </w:t>
      </w:r>
      <w:r>
        <w:t>ab intellect ka matlab to hota hai zehanat. wisdom ka matlab hota hai hikmat. to wisdom to intellect se nikalti hai.</w:t>
      </w:r>
    </w:p>
    <w:p>
      <w:pPr>
        <w:jc w:val="right"/>
      </w:pPr>
      <w:r>
        <w:t>اب intellect کا مطلب تو ہوتا ہے ذہانت۔ Wisdom کا مطلب ہوتا ہے حکمت۔ تو wisdom تو intellect سے نکلتی ہے۔</w:t>
      </w:r>
    </w:p>
    <w:p>
      <w:r>
        <w:rPr>
          <w:b/>
        </w:rPr>
        <w:t xml:space="preserve">[19:18] </w:t>
      </w:r>
      <w:r>
        <w:t>yani intellect jo hai woh is is se wisdom hasil hoti hai. aur intellect to salahiyat ka naam hai. zehanat aap ka aap ke andar hai to aap ke andar woh salahiyat maujood hai.</w:t>
      </w:r>
    </w:p>
    <w:p>
      <w:pPr>
        <w:jc w:val="right"/>
      </w:pPr>
      <w:r>
        <w:t>یعنی intellect جو ہے وہ اس اس سے wisdom حاصل ہوتی ہے۔ اور intellect تو صلاحیت کا نام ہے۔ ذہانت آپ کا آپ کے اندر ہے تو آپ کے اندر وہ صلاحیت موجود ہے۔</w:t>
      </w:r>
    </w:p>
    <w:p>
      <w:r>
        <w:rPr>
          <w:b/>
        </w:rPr>
        <w:t xml:space="preserve">[19:31] </w:t>
      </w:r>
      <w:r>
        <w:t>to intellect jo hai woh salahiyat ko bata rahi hai. aur wisdom nateeje ko bata rahi hai. yeh mein samajhta hoon. phir</w:t>
      </w:r>
    </w:p>
    <w:p>
      <w:pPr>
        <w:jc w:val="right"/>
      </w:pPr>
      <w:r>
        <w:t>تو intellect جو ہے وہ صلاحیت کو بتا رہی ہے۔ اور wisdom نتیجے کو بتا رہی ہے۔ یہ میں سمجھتا ہوں۔ پھر</w:t>
      </w:r>
    </w:p>
    <w:p>
      <w:r>
        <w:rPr>
          <w:b/>
        </w:rPr>
        <w:t xml:space="preserve">[19:40] </w:t>
      </w:r>
      <w:r>
        <w:t>ab theek hai. ji. maulana, un ka aik aur sawal hai, unhon ne likha hai: "i can see here in the hall lots of consumerism like apple laptop, desktop and android mobile phones etc.</w:t>
      </w:r>
    </w:p>
    <w:p>
      <w:pPr>
        <w:jc w:val="right"/>
      </w:pPr>
      <w:r>
        <w:t>اب ٹھیک ہے۔ جی۔ مولانا، ان کا ایک اور سوال ہے، انہوں نے لکھا ہے: "I can see here in the hall lots of consumerism like Apple لیپ ٹاپ، ڈیسک ٹاپ and Android موبائل فونز etc.</w:t>
      </w:r>
    </w:p>
    <w:p>
      <w:r>
        <w:rPr>
          <w:b/>
        </w:rPr>
        <w:t xml:space="preserve">[19:54] </w:t>
      </w:r>
      <w:r>
        <w:t>they all are in front of your eyes. what is your op</w:t>
      </w:r>
    </w:p>
    <w:p>
      <w:pPr>
        <w:jc w:val="right"/>
      </w:pPr>
      <w:r>
        <w:t>They all are in front of your eyes. What is your op</w:t>
      </w:r>
    </w:p>
    <w:p>
      <w:r>
        <w:rPr>
          <w:b/>
        </w:rPr>
        <w:t xml:space="preserve">[19:58] </w:t>
      </w:r>
      <w:r>
        <w:t>inion؟" is maani mein aap ne meri baat samjhi nahi. aap ne suna bhi nahi meri baat ko shayad. aap apne maani mein jee rahe the. aap yahan nahi the yahan par.</w:t>
      </w:r>
    </w:p>
    <w:p>
      <w:pPr>
        <w:jc w:val="right"/>
      </w:pPr>
      <w:r>
        <w:t>inion؟" اس معنی میں آپ نے میری بات سمجھی نہیں۔ آپ نے سنا بھی نہیں میری بات کو شاید۔ آپ اپنے معنی میں جی رہے تھے۔ آپ یہاں نہیں تھے یہاں پر۔</w:t>
      </w:r>
    </w:p>
    <w:p>
      <w:r>
        <w:rPr>
          <w:b/>
        </w:rPr>
        <w:t xml:space="preserve">[20:08] </w:t>
      </w:r>
      <w:r>
        <w:t>yahan nahi the aap. aap is se pehle jahan the wahin, abhi bhi wahin the aap. dekhiye, hamein hum aik commission chala rahe hain, aik global mission, international mission.</w:t>
      </w:r>
    </w:p>
    <w:p>
      <w:pPr>
        <w:jc w:val="right"/>
      </w:pPr>
      <w:r>
        <w:t>یہاں نہیں تھے آپ۔ آپ اس سے پہلے جہاں تھے وہیں، ابھی بھی وہیں تھے آپ۔ دیکھیے، ہمیں ہم ایک کمیشن چلا رہے ہیں، ایک گلوبل مشن، انٹرنیشنل مشن۔</w:t>
      </w:r>
    </w:p>
    <w:p>
      <w:r>
        <w:rPr>
          <w:b/>
        </w:rPr>
        <w:t xml:space="preserve">[20:20] </w:t>
      </w:r>
      <w:r>
        <w:t>apni baat ko saare dunya mein pahunchana hai. to aap kaise pahunchayenge? yahan jitni cheezein aap dekhenge sab zaroorat ki cheezein hain. yani global modern communication jeete hain hum.</w:t>
      </w:r>
    </w:p>
    <w:p>
      <w:pPr>
        <w:jc w:val="right"/>
      </w:pPr>
      <w:r>
        <w:t>اپنی بات کو سارے دنیا میں پہنچانا ہے۔ تو آپ کیسے پہنچائیں گے؟ یہاں جتنی چیزیں آپ دیکھیں گے سب ضرورت کی چیزیں ہیں۔ یعنی گلوبل ماڈرن کمیونیکیشن جیتے ہیں ہم۔</w:t>
      </w:r>
    </w:p>
    <w:p>
      <w:r>
        <w:rPr>
          <w:b/>
        </w:rPr>
        <w:t xml:space="preserve">[20:33] </w:t>
      </w:r>
      <w:r>
        <w:t>hamein aik global mission hum chala rahe hain. to kaise chalayenge bataiye? is ke baghair chalayenge aap? to aik cheez hoti hai yani apni shauq ko poora karna, apni khwahish ko poora karna, apni shan o shaukat ko poora karna.</w:t>
      </w:r>
    </w:p>
    <w:p>
      <w:pPr>
        <w:jc w:val="right"/>
      </w:pPr>
      <w:r>
        <w:t>ہمیں ایک گلوبل مشن ہم چلا رہے ہیں۔ تو کیسے چلائیں گے بتائیے؟ اس کے بغیر چلائیں گے آپ؟ تو ایک چیز ہوتی ہے یعنی اپنی شوق کو پورا کرنا، اپنی خواہش کو پورا کرنا، اپنی شان و شوکت کو پورا کرنا۔</w:t>
      </w:r>
    </w:p>
    <w:p>
      <w:r>
        <w:rPr>
          <w:b/>
        </w:rPr>
        <w:t xml:space="preserve">[20:48] </w:t>
      </w:r>
      <w:r>
        <w:t>woh aik alag cheez hai. yeh to bilkul zaroorat ki cheezein hain. yeh mission ke aitbaar se dekhiye, is ko mission ke aitbaar se. mere khayal se aap yahan tashreef rakhte honge lekin aap maujood nahi yahan par hain.</w:t>
      </w:r>
    </w:p>
    <w:p>
      <w:pPr>
        <w:jc w:val="right"/>
      </w:pPr>
      <w:r>
        <w:t>وہ ایک الگ چیز ہے۔ یہ تو بالکل ضرورت کی چیزیں ہیں۔ یہ مشن کے اعتبار سے دیکھیے، اس کو مشن کے اعتبار سے۔ میرے خیال سے آپ یہاں تشریف رکھتے ہوں گے لیکن آپ موجود نہیں یہاں پر ہیں۔</w:t>
      </w:r>
    </w:p>
    <w:p>
      <w:r>
        <w:rPr>
          <w:b/>
        </w:rPr>
        <w:t xml:space="preserve">[21:04] </w:t>
      </w:r>
      <w:r>
        <w:t>meri baaton ko suna nahi aap ne.</w:t>
      </w:r>
    </w:p>
    <w:p>
      <w:pPr>
        <w:jc w:val="right"/>
      </w:pPr>
      <w:r>
        <w:t>میری باتوں کو سنا نہیں آپ نے۔</w:t>
      </w:r>
    </w:p>
    <w:p>
      <w:r>
        <w:rPr>
          <w:b/>
        </w:rPr>
        <w:t xml:space="preserve">[21:09] </w:t>
      </w:r>
      <w:r>
        <w:t>aik fard woh hai jo bas kahin kamre mein jee raha hai, is ka maamla alag hai. lekin jo jo mun of mission hai us ke maamlaat alag hote hain. mun of mission ki zaroorat hai ke is par telephone ho, is ke paas computer ho, is ke paas laptop ho.</w:t>
      </w:r>
    </w:p>
    <w:p>
      <w:pPr>
        <w:jc w:val="right"/>
      </w:pPr>
      <w:r>
        <w:t>ایک فرد وہ ہے جو بس کہیں کمرے میں جی رہا ہے، اس کا معاملہ الگ ہے۔ لیکن جو جو من آف مشن ہے اس کے معاملات الگ ہوتے ہیں۔ من آف مشن کی ضرورت ہے کہ اس پر ٹیلی فون ہو، اس کے پاس کمپیوٹر ہو، اس کے پاس لیپ ٹاپ ہو۔</w:t>
      </w:r>
    </w:p>
    <w:p>
      <w:r>
        <w:rPr>
          <w:b/>
        </w:rPr>
        <w:t xml:space="preserve">[21:24] </w:t>
      </w:r>
      <w:r>
        <w:t>taake saari dunya mein apni baat ko pahuncha sake woh. to aap aap is aitbaar se dekhiye ke meri personal life ko aa ke dekhiye mere kamre mein ke mein kaise rehta hoon.</w:t>
      </w:r>
    </w:p>
    <w:p>
      <w:pPr>
        <w:jc w:val="right"/>
      </w:pPr>
      <w:r>
        <w:t>تاکہ ساری دنیا میں اپنی بات کو پہنچا سکے وہ۔ تو آپ آپ اس اعتبار سے دیکھیے کہ میری پرسنل لائف کو آ کے دیکھیے میرے کمرے میں کہ میں کیسے رہتا ہوں۔</w:t>
      </w:r>
    </w:p>
    <w:p>
      <w:r>
        <w:rPr>
          <w:b/>
        </w:rPr>
        <w:t xml:space="preserve">[21:37] </w:t>
      </w:r>
      <w:r>
        <w:t>mishn ke aitbaar se mein kya kar raha hoon is ko is ko ise mat naapiye aap. meri jo personal life hai ke mein kapra kaisa hai, meri kursi kaisi hai, mera khana kaisa hai woh ek alag cheez hai.</w:t>
      </w:r>
    </w:p>
    <w:p>
      <w:pPr>
        <w:jc w:val="right"/>
      </w:pPr>
      <w:r>
        <w:t>مشن کے اعتبار سے میں کیا کر رہا ہوں اس کو اس کو اسے مت ناپیے آپ۔ میری جو پرسنل لائف ہے کہ میں کپڑا کیسا ہے، میری کرسی کیسی ہے، میرا کھانا کیسا ہے وہ ایک الگ چیز ہے۔</w:t>
      </w:r>
    </w:p>
    <w:p>
      <w:r>
        <w:rPr>
          <w:b/>
        </w:rPr>
        <w:t xml:space="preserve">[21:51] </w:t>
      </w:r>
      <w:r>
        <w:t>is ko alag kar ke dekhiye. aur doosri ke mishn ko chalane ke liye mein kya kar raha hoon woh ek alag cheez hai. ya to mishn ko aap band kar dein.</w:t>
      </w:r>
    </w:p>
    <w:p>
      <w:pPr>
        <w:jc w:val="right"/>
      </w:pPr>
      <w:r>
        <w:t>اس کو الگ کر کے دیکھیے۔ اور دوسری کہ مشن کو چلانے کے لیے میں کیا کر رہا ہوں وہ ایک الگ چیز ہے۔ یا تو مشن کو آپ بند کر دیں۔</w:t>
      </w:r>
    </w:p>
    <w:p>
      <w:r>
        <w:rPr>
          <w:b/>
        </w:rPr>
        <w:t xml:space="preserve">[22:01] </w:t>
      </w:r>
      <w:r>
        <w:t>yeh age jo hai yeh is mein is age mein hum ko apni baat ko saari duniya tak pahunchana hai. to kaise pahunchayein bataiye? Most modern technique jo hai woh hum istemaal karenge is ko.</w:t>
      </w:r>
    </w:p>
    <w:p>
      <w:pPr>
        <w:jc w:val="right"/>
      </w:pPr>
      <w:r>
        <w:t>یہ age جو ہے یہ اس میں اس age میں ہم کو اپنی بات کو ساری دنیا تک پہنچانا ہے۔ تو کیسے پہنچائیں بتائیے؟ Most modern technique جو ہے وہ ہم استعمال کریں گے اس کو۔</w:t>
      </w:r>
    </w:p>
    <w:p>
      <w:r>
        <w:rPr>
          <w:b/>
        </w:rPr>
        <w:t xml:space="preserve">[22:13] </w:t>
      </w:r>
      <w:r>
        <w:t>kyunke woh hamare mun of mishn ki zaroorat hai woh.</w:t>
      </w:r>
    </w:p>
    <w:p>
      <w:pPr>
        <w:jc w:val="right"/>
      </w:pPr>
      <w:r>
        <w:t>کیونکہ وہ ہمارے من آف مشن کی ضرورت ہے وہ۔</w:t>
      </w:r>
    </w:p>
    <w:p>
      <w:r>
        <w:rPr>
          <w:b/>
        </w:rPr>
        <w:t xml:space="preserve">[22:19] </w:t>
      </w:r>
      <w:r>
        <w:t>aap ise phir se sochiye to aap yeh baat aap ko clear ho jayegi.</w:t>
      </w:r>
    </w:p>
    <w:p>
      <w:pPr>
        <w:jc w:val="right"/>
      </w:pPr>
      <w:r>
        <w:t>آپ اسے پھر سے سوچیے تو آپ یہ بات آپ کو clear ہو جائے گی۔</w:t>
      </w:r>
    </w:p>
    <w:p>
      <w:r>
        <w:rPr>
          <w:b/>
        </w:rPr>
        <w:t xml:space="preserve">[22:25] </w:t>
      </w:r>
      <w:r>
        <w:t>maulana, agla sawal dilli se hai, miss naghma siddiqui ka. unhon ne aap se poocha hai: "Contentment is the door to shukr.</w:t>
      </w:r>
    </w:p>
    <w:p>
      <w:pPr>
        <w:jc w:val="right"/>
      </w:pPr>
      <w:r>
        <w:t>مولانا، اگلا سوال دلی سے ہے، مس نغمہ صدیقی کا۔ انہوں نے آپ سے پوچھا ہے: "Contentment is the door to شکر۔</w:t>
      </w:r>
    </w:p>
    <w:p>
      <w:r>
        <w:rPr>
          <w:b/>
        </w:rPr>
        <w:t xml:space="preserve">[22:36] </w:t>
      </w:r>
      <w:r>
        <w:t>Can you please elaborate on this؟"</w:t>
      </w:r>
    </w:p>
    <w:p>
      <w:pPr>
        <w:jc w:val="right"/>
      </w:pPr>
      <w:r>
        <w:t>Can you please elaborate on this؟"</w:t>
      </w:r>
    </w:p>
    <w:p>
      <w:r>
        <w:rPr>
          <w:b/>
        </w:rPr>
        <w:t xml:space="preserve">[22:41] </w:t>
      </w:r>
      <w:r>
        <w:t>saheeh hai, contentment se aap distractions se bach jaate hain. Basic baat hai distraction. Distraction.</w:t>
      </w:r>
    </w:p>
    <w:p>
      <w:pPr>
        <w:jc w:val="right"/>
      </w:pPr>
      <w:r>
        <w:t>صحیح ہے، contentment سے آپ distractions سے بچ جاتے ہیں۔ Basic بات ہے distraction۔ Distraction۔</w:t>
      </w:r>
    </w:p>
    <w:p>
      <w:r>
        <w:rPr>
          <w:b/>
        </w:rPr>
        <w:t xml:space="preserve">[22:51] </w:t>
      </w:r>
      <w:r>
        <w:t>agar aap contentment ka tareeqa na ikhtiyar karein to kya hoga? shauq ke peeche daudenge, khwahish ke peeche daudenge, numaish ke peeche daudenge, fashion ke peeche daudenge.</w:t>
      </w:r>
    </w:p>
    <w:p>
      <w:pPr>
        <w:jc w:val="right"/>
      </w:pPr>
      <w:r>
        <w:t>اگر آپ contentment کا طریقہ نہ اختیار کریں تو کیا ہوگا؟ شوق کے پیچھے دوڑیں گے، خواہش کے پیچھے دوڑیں گے، نمائش کے پیچھے دوڑیں گے، فیشن کے پیچھے دوڑیں گے۔</w:t>
      </w:r>
    </w:p>
    <w:p>
      <w:r>
        <w:rPr>
          <w:b/>
        </w:rPr>
        <w:t xml:space="preserve">[23:05] </w:t>
      </w:r>
      <w:r>
        <w:t>to kya hai? Distract hote rahenge. jab distract hote rahenge to Allah ke bare mein sochne ka waqt hi aap ke paas nahi hoga. jab aap Allah ke liye sochenge tab to shukr aayega.</w:t>
      </w:r>
    </w:p>
    <w:p>
      <w:pPr>
        <w:jc w:val="right"/>
      </w:pPr>
      <w:r>
        <w:t>تو کیا ہے؟ Distract ہوتے رہیں گے۔ جب distract ہوتے رہیں گے تو اللہ کے بارے میں سوچنے کا وقت ہی آپ کے پاس نہیں ہوگا۔ جب آپ اللہ کے لیے سوچیں گے تب تو شکر آئے گا۔</w:t>
      </w:r>
    </w:p>
    <w:p>
      <w:r>
        <w:rPr>
          <w:b/>
        </w:rPr>
        <w:t xml:space="preserve">[23:16] </w:t>
      </w:r>
      <w:r>
        <w:t>nahi to shukr aayega kaise? shukr jo hai ek deep thinking se aata hai. shukr yeh nahi ke lip service karte hue kuch bol dein aap.</w:t>
      </w:r>
    </w:p>
    <w:p>
      <w:pPr>
        <w:jc w:val="right"/>
      </w:pPr>
      <w:r>
        <w:t>نہیں تو شکر آئے گا کیسے؟ شکر جو ہے ایک deep thinking سے آتا ہے۔ شکر یہ نہیں کہ lip service کرتے ہوئے کچھ بول دیں آپ۔</w:t>
      </w:r>
    </w:p>
    <w:p>
      <w:r>
        <w:rPr>
          <w:b/>
        </w:rPr>
        <w:t xml:space="preserve">[23:26] </w:t>
      </w:r>
      <w:r>
        <w:t>Khuda tera shukr hai. yeh shukr nahi hai. shukr yeh hai ke aap deep thinking karein. aap ko ek discovery ho. us discovery aap ke munh se nikal pade.</w:t>
      </w:r>
    </w:p>
    <w:p>
      <w:pPr>
        <w:jc w:val="right"/>
      </w:pPr>
      <w:r>
        <w:t>خدا تیرا شکر ہے۔ یہ شکر نہیں ہے۔ شکر یہ ہے کہ آپ deep thinking کریں۔ آپ کو ایک discovery ہو۔ اس discovery آپ کے منہ سے نکل پڑے۔</w:t>
      </w:r>
    </w:p>
    <w:p>
      <w:r>
        <w:rPr>
          <w:b/>
        </w:rPr>
        <w:t xml:space="preserve">[23:37] </w:t>
      </w:r>
      <w:r>
        <w:t>to is ke liye zaroori hai ke aap logon ko distraction se bachayein. warna warna shukr wahi lip service hogi, haqeeqi shukr nahi hoga.</w:t>
      </w:r>
    </w:p>
    <w:p>
      <w:pPr>
        <w:jc w:val="right"/>
      </w:pPr>
      <w:r>
        <w:t>تو اس کے لیے ضروری ہے کہ آپ لوگوں کو distraction سے بچائیں۔ ورنہ ورنہ شکر وہی lip service ہوگی، حقیقی شکر نہیں ہوگا۔</w:t>
      </w:r>
    </w:p>
    <w:p>
      <w:r>
        <w:rPr>
          <w:b/>
        </w:rPr>
        <w:t xml:space="preserve">[23:50] </w:t>
      </w:r>
      <w:r>
        <w:t>maulana, agla sawal dilli se hai, kousar ali sahib ka. unhon ne likha hai: "Is shaitan the only one?</w:t>
      </w:r>
    </w:p>
    <w:p>
      <w:pPr>
        <w:jc w:val="right"/>
      </w:pPr>
      <w:r>
        <w:t>مولانا، اگلا سوال دلی سے ہے، کوثر علی صاحب کا۔ انہوں نے لکھا ہے: "Is شیطان the only one?</w:t>
      </w:r>
    </w:p>
    <w:p>
      <w:r>
        <w:rPr>
          <w:b/>
        </w:rPr>
        <w:t xml:space="preserve">[23:58] </w:t>
      </w:r>
      <w:r>
        <w:t>If he is the only one then how he is controlling the whole human being؟" is ke bare mein</w:t>
      </w:r>
    </w:p>
    <w:p>
      <w:pPr>
        <w:jc w:val="right"/>
      </w:pPr>
      <w:r>
        <w:t>If he is the only one then how he is controlling the whole human being؟" اس کے بارے میں</w:t>
      </w:r>
    </w:p>
    <w:p>
      <w:r>
        <w:rPr>
          <w:b/>
        </w:rPr>
        <w:t xml:space="preserve">[24:05] </w:t>
      </w:r>
      <w:r>
        <w:t>nahi hai, shaitan ek nahi hai. jis cheez ko hum shaitan ya iblis kehte hain woh haqeeqat mein jinat, woh log woh log jinat se taluq rakhte hain, jin se.</w:t>
      </w:r>
    </w:p>
    <w:p>
      <w:pPr>
        <w:jc w:val="right"/>
      </w:pPr>
      <w:r>
        <w:t>۔ نہیں ہے، شیطان ایک نہیں ہے۔ جس چیز کو ہم شیطان یا ابلیس کہتے ہیں وہ حقیقت میں جنات، وہ لوگ وہ لوگ جنات سے تعلق رکھتے ہیں، جن سے۔</w:t>
      </w:r>
    </w:p>
    <w:p>
      <w:r>
        <w:rPr>
          <w:b/>
        </w:rPr>
        <w:t xml:space="preserve">[24:17] </w:t>
      </w:r>
      <w:r>
        <w:t>to jinnu ke sardar tha iblis. aisa nahi ke bas ek hi insan hai. un ke to bohat saare log hain. jinat ki ek poori ek qaum hai.</w:t>
      </w:r>
    </w:p>
    <w:p>
      <w:pPr>
        <w:jc w:val="right"/>
      </w:pPr>
      <w:r>
        <w:t>تو جنوں کے سردار تھا ابلیس۔ ایسا نہیں کہ بس ایک ہی انسان ہے۔ ان کے تو بہت سارے لوگ ہیں۔ جناتوں کی ایک پوری ایک قوم ہے۔</w:t>
      </w:r>
    </w:p>
    <w:p>
      <w:r>
        <w:rPr>
          <w:b/>
        </w:rPr>
        <w:t xml:space="preserve">[24:30] </w:t>
      </w:r>
      <w:r>
        <w:t>aur iblis jo Quran majeed mein hai woh to sirf is ka sardar tha bas. to aisa nahi hai.</w:t>
      </w:r>
    </w:p>
    <w:p>
      <w:pPr>
        <w:jc w:val="right"/>
      </w:pPr>
      <w:r>
        <w:t>اور ابلیس جو قرآن مجید میں ہے وہ تو صرف اس کا سردار تھا بس۔ تو ایسا نہیں ہے۔</w:t>
      </w:r>
    </w:p>
    <w:p>
      <w:r>
        <w:rPr>
          <w:b/>
        </w:rPr>
        <w:t xml:space="preserve">[24:43] </w:t>
      </w:r>
      <w:r>
        <w:t>maulana, agla sawal roorkee se hai, sajid anwar sahib ka. unhon ne likha hai: "Molana, while doing daawa work with a person, sometimes we do not get a positive response.</w:t>
      </w:r>
    </w:p>
    <w:p>
      <w:pPr>
        <w:jc w:val="right"/>
      </w:pPr>
      <w:r>
        <w:t>مولانا، اگلا سوال روڑکی سے ہے، ساجد انور صاحب کا۔ انہوں نے لکھا ہے: "Molana, while doing دعویٰ work with a person, sometimes we do not get a positive response.</w:t>
      </w:r>
    </w:p>
    <w:p>
      <w:r>
        <w:rPr>
          <w:b/>
        </w:rPr>
        <w:t xml:space="preserve">[24:57] </w:t>
      </w:r>
      <w:r>
        <w:t>How do we know that the limit of daawa has reached to the end and we stop doing daawa work on that person?"</w:t>
      </w:r>
    </w:p>
    <w:p>
      <w:pPr>
        <w:jc w:val="right"/>
      </w:pPr>
      <w:r>
        <w:t>How do we know that the limit of دعویٰ has reached to the end and we stop doing دعویٰ work on that person?"</w:t>
      </w:r>
    </w:p>
    <w:p>
      <w:r>
        <w:rPr>
          <w:b/>
        </w:rPr>
        <w:t xml:space="preserve">[25:07] </w:t>
      </w:r>
      <w:r>
        <w:t>dekhiye, hamara two point formula hai. ek hai pahunchana. pahunchana. to pahunchana to sab tak hai.</w:t>
      </w:r>
    </w:p>
    <w:p>
      <w:pPr>
        <w:jc w:val="right"/>
      </w:pPr>
      <w:r>
        <w:t>دیکھیے، ہمارا two point فارمولا ہے۔ ایک ہے پہنچانا۔ پہنچانا۔ تو پہنچانا تو سب تک ہے۔</w:t>
      </w:r>
    </w:p>
    <w:p>
      <w:r>
        <w:rPr>
          <w:b/>
        </w:rPr>
        <w:t xml:space="preserve">[25:19] </w:t>
      </w:r>
      <w:r>
        <w:t>koi aadmi yeh na keh sake ke mujh ko nahi pahuncha. misaal ke taur par Quran ka jo translation hai. kisi ko aap ne de diya to aap ne pahuncha diya. lekin jab aap kisi ko paayein ke us ke andar seeking spirit hai, woh janna chahta hai to us par concentrate kijiye us ke upar.</w:t>
      </w:r>
    </w:p>
    <w:p>
      <w:pPr>
        <w:jc w:val="right"/>
      </w:pPr>
      <w:r>
        <w:t>کوئی آدمی یہ نہ کہہ سکے کہ مجھ کو نہیں پہنچا۔ مثلاً قرآن کا جو translation ہے۔ کسی کو آپ نے دے دیا تو آپ نے پہنچا دیا۔ لیکن جب آپ کسی کو پائیں کہ اس کے اندر seeking spirit ہے، وہ جاننا چاہتا ہے تو اس پر concentrate کیجیے اس کے اوپر۔</w:t>
      </w:r>
    </w:p>
    <w:p>
      <w:r>
        <w:rPr>
          <w:b/>
        </w:rPr>
        <w:t xml:space="preserve">[25:37] </w:t>
      </w:r>
      <w:r>
        <w:t>us ko aur kitabein dijiye aur baat cheet kijiye aur us se mulaqatein kijiye. to dawat ka kaam hamesha two fold rahega.</w:t>
      </w:r>
    </w:p>
    <w:p>
      <w:pPr>
        <w:jc w:val="right"/>
      </w:pPr>
      <w:r>
        <w:t>اس کو اور کتابیں دیجیے اور بات چیت کیجیے اور اس سے ملاقاتیں کیجیے۔ تو دعوت کا کام ہمیشہ two fold رہے گا۔</w:t>
      </w:r>
    </w:p>
    <w:p>
      <w:r>
        <w:rPr>
          <w:b/>
        </w:rPr>
        <w:t xml:space="preserve">[25:47] </w:t>
      </w:r>
      <w:r>
        <w:t>aam logon ke liye yani sirf pahunchana aur jo seeker qism ke log hain un par mazeed mehnat karna, mazeed mehnat karna.</w:t>
      </w:r>
    </w:p>
    <w:p>
      <w:pPr>
        <w:jc w:val="right"/>
      </w:pPr>
      <w:r>
        <w:t>عام لوگوں کے لیے یعنی صرف پہنچانا اور جو seeker قسم کے لوگ ہیں ان پر مزید محنت کرنا، مزید محنت کرنا۔</w:t>
      </w:r>
    </w:p>
    <w:p>
      <w:r>
        <w:rPr>
          <w:b/>
        </w:rPr>
        <w:t xml:space="preserve">[25:56] </w:t>
      </w:r>
      <w:r>
        <w:t>yahi tareeqa hai.</w:t>
      </w:r>
    </w:p>
    <w:p>
      <w:pPr>
        <w:jc w:val="right"/>
      </w:pPr>
      <w:r>
        <w:t>یہی طریقہ ہے۔</w:t>
      </w:r>
    </w:p>
    <w:p>
      <w:r>
        <w:rPr>
          <w:b/>
        </w:rPr>
        <w:t xml:space="preserve">[26:01] </w:t>
      </w:r>
      <w:r>
        <w:t>Maulana, agla sawal Dilli se hai, Dr. Muslima Siddiqui ka. Unhon ne likha hai: "Muslims do not follow the models set by the Prophet and his companions.</w:t>
      </w:r>
    </w:p>
    <w:p>
      <w:pPr>
        <w:jc w:val="right"/>
      </w:pPr>
      <w:r>
        <w:t>مولانا، اگلا سوال دلی سے ہے، ڈاکٹر مسلمہ صدیقی کا۔ انہوں نے لکھا ہے: "Muslims do not follow the models set by the Prophet and his companions.</w:t>
      </w:r>
    </w:p>
    <w:p>
      <w:r>
        <w:rPr>
          <w:b/>
        </w:rPr>
        <w:t xml:space="preserve">[26:14] </w:t>
      </w:r>
      <w:r>
        <w:t>They think adding titles to their names is sufficient. When we remind them of this fact they fail to understand it.</w:t>
      </w:r>
    </w:p>
    <w:p>
      <w:pPr>
        <w:jc w:val="right"/>
      </w:pPr>
      <w:r>
        <w:t>They think adding titles to their names is sufficient. When we remind them of this fact they fail to understand it.</w:t>
      </w:r>
    </w:p>
    <w:p>
      <w:r>
        <w:rPr>
          <w:b/>
        </w:rPr>
        <w:t xml:space="preserve">[26:23] </w:t>
      </w:r>
      <w:r>
        <w:t>It is something alien to them that they are our models. What is your opinion on this?"</w:t>
      </w:r>
    </w:p>
    <w:p>
      <w:pPr>
        <w:jc w:val="right"/>
      </w:pPr>
      <w:r>
        <w:t>It is something alien to them that they are our models. What is your opinion on this?"</w:t>
      </w:r>
    </w:p>
    <w:p>
      <w:r>
        <w:rPr>
          <w:b/>
        </w:rPr>
        <w:t xml:space="preserve">[26:32] </w:t>
      </w:r>
      <w:r>
        <w:t>Asal mein yeh daur-e-zawaal ka phenomena hai. Zawaal.</w:t>
      </w:r>
    </w:p>
    <w:p>
      <w:pPr>
        <w:jc w:val="right"/>
      </w:pPr>
      <w:r>
        <w:t>اصل میں یہ دور زوال کا phenomena ہے۔ زوال۔</w:t>
      </w:r>
    </w:p>
    <w:p>
      <w:r>
        <w:rPr>
          <w:b/>
        </w:rPr>
        <w:t xml:space="preserve">[26:40] </w:t>
      </w:r>
      <w:r>
        <w:t>Degeneration. Jab kisi qaum mein, kisi ummat mein zawaal aata hai, yaani degeneration ka zamana aata hai to kya hota hai?</w:t>
      </w:r>
    </w:p>
    <w:p>
      <w:pPr>
        <w:jc w:val="right"/>
      </w:pPr>
      <w:r>
        <w:t>Degeneration۔ جب کسی قوم میں، کسی امت میں زوال آتا ہے، یعنی degeneration کا زمانہ آتا ہے تو کیا ہوتا ہے؟</w:t>
      </w:r>
    </w:p>
    <w:p>
      <w:r>
        <w:rPr>
          <w:b/>
        </w:rPr>
        <w:t xml:space="preserve">[26:51] </w:t>
      </w:r>
      <w:r>
        <w:t>Rituals ko nahin chhodte woh. Woh rituals chhod dein to unki identity khatm ho jayegi. Apni identity ko baqi rakhne ke liye kuch zahiri rituals, khoob altaab-o-aadab lagayenge, khoob bade bade alfaaz bolenge.</w:t>
      </w:r>
    </w:p>
    <w:p>
      <w:pPr>
        <w:jc w:val="right"/>
      </w:pPr>
      <w:r>
        <w:t>Rituals کو نہیں چھوڑتے وہ۔ وہ rituals چھوڑ دیں تو ان کی identity ختم ہو جائے گی۔ اپنی identity کو باقی رکھنے کے لیے کچھ ظاہری rituals، خوب القاب و آداب لگائیں گے، خوب بڑے بڑے الفاظ بولیں گے۔</w:t>
      </w:r>
    </w:p>
    <w:p>
      <w:r>
        <w:rPr>
          <w:b/>
        </w:rPr>
        <w:t xml:space="preserve">[27:05] </w:t>
      </w:r>
      <w:r>
        <w:t>Lekin spirit ke sense mein khatm ho chuke hote hain woh. Yeh hamesha daur-e-zawaal mein yahi hota hai ke alfaaz badh jaate hain, rituals badh jaate hain aur jo spirit wali baatein hain woh ghayab ho jaati hain.</w:t>
      </w:r>
    </w:p>
    <w:p>
      <w:pPr>
        <w:jc w:val="right"/>
      </w:pPr>
      <w:r>
        <w:t>لیکن spirit کے sense میں ختم ہو چکے ہوتے ہیں وہ۔ یہ ہمیشہ دور زوال میں یہی ہوتا ہے کہ الفاظ بڑھ جاتے ہیں، rituals بڑھ جاتے ہیں اور جو spirit والی باتیں ہیں وہ غائب ہو جاتی ہیں۔</w:t>
      </w:r>
    </w:p>
    <w:p>
      <w:r>
        <w:rPr>
          <w:b/>
        </w:rPr>
        <w:t xml:space="preserve">[27:22] </w:t>
      </w:r>
      <w:r>
        <w:t>Hamesha yahi hua hai daur-e-zawaal mein aur ab bhi Musalmanon ka yahi haal hai.</w:t>
      </w:r>
    </w:p>
    <w:p>
      <w:pPr>
        <w:jc w:val="right"/>
      </w:pPr>
      <w:r>
        <w:t>ہمیشہ یہی ہوا ہے دور زوال میں اور اب بھی مسلمانوں کا یہی حال ہے۔</w:t>
      </w:r>
    </w:p>
    <w:p>
      <w:r>
        <w:rPr>
          <w:b/>
        </w:rPr>
        <w:t xml:space="preserve">[27:31] </w:t>
      </w:r>
      <w:r>
        <w:t>Maulana, agla sawal Dilli se hai, Muhammad Anas sahib ka. Unhon ne likha hai: "Tazkir-ul-Quran padhkar yeh samajh mein aata hai ke asal ibaadat Allah se darna aur mohabbat karna hai.</w:t>
      </w:r>
    </w:p>
    <w:p>
      <w:pPr>
        <w:jc w:val="right"/>
      </w:pPr>
      <w:r>
        <w:t>مولانا، اگلا سوال دلی سے ہے، محمد انس صاحب کا۔ انہوں نے لکھا ہے: "تذکر القرآن پڑھ کر یہ سمجھ میں آتا ہے کہ اصل عبادت اللہ سے ڈرنا اور محبت کرنا ہے۔</w:t>
      </w:r>
    </w:p>
    <w:p>
      <w:r>
        <w:rPr>
          <w:b/>
        </w:rPr>
        <w:t xml:space="preserve">[27:44] </w:t>
      </w:r>
      <w:r>
        <w:t>Lekin mujhe aisa mehsoos hota hai ke hum to apne personal interest ke liye ibaadat karte hain. Maulana, jo log lalach ke taur par ibaadat karte hain kya yeh bhi ibaadat hai?</w:t>
      </w:r>
    </w:p>
    <w:p>
      <w:pPr>
        <w:jc w:val="right"/>
      </w:pPr>
      <w:r>
        <w:t>لیکن مجھے ایسا محسوس ہوتا ہے کہ ہم تو اپنے personal interest کے لیے عبادت کرتے ہیں۔ مولانا، جو لوگ لالچ کے طور پر عبادت کرتے ہیں کیا یہ بھی عبادت ہے؟</w:t>
      </w:r>
    </w:p>
    <w:p>
      <w:r>
        <w:rPr>
          <w:b/>
        </w:rPr>
        <w:t xml:space="preserve">[27:58] </w:t>
      </w:r>
      <w:r>
        <w:t>Aur kaise hum Allah se darne wale aur mohabbat karne wale banein? Is ke bare mein</w:t>
      </w:r>
    </w:p>
    <w:p>
      <w:pPr>
        <w:jc w:val="right"/>
      </w:pPr>
      <w:r>
        <w:t>اور کیسے ہم اللہ سے ڈرنے والے اور محبت کرنے والے بنیں؟ اس کے بارے میں</w:t>
      </w:r>
    </w:p>
    <w:p>
      <w:r>
        <w:rPr>
          <w:b/>
        </w:rPr>
        <w:t xml:space="preserve">[28:04] </w:t>
      </w:r>
      <w:r>
        <w:t>bataiye." Dekhiye, lalach waghera ka lafz jo hai yeh to bekhabaron ke alfaaz hain. Jo jaante nahin kuch. Lalach, main to nahin jaanta ke lalach koi cheez hai.</w:t>
      </w:r>
    </w:p>
    <w:p>
      <w:pPr>
        <w:jc w:val="right"/>
      </w:pPr>
      <w:r>
        <w:t>بتائیے۔" دیکھیے، لالچ وغیرہ کا لفظ جو ہے یہ تو بے خبروں کے الفاظ ہیں۔ جو جانتے نہیں کچھ۔ لالچ، میں تو نہیں جانتا کہ لالچ کوئی چیز ہے۔</w:t>
      </w:r>
    </w:p>
    <w:p>
      <w:r>
        <w:rPr>
          <w:b/>
        </w:rPr>
        <w:t xml:space="preserve">[28:14] </w:t>
      </w:r>
      <w:r>
        <w:t>Is cheez se acknowledge karna, Allah ko acknowledge karna, lalach kya cheez hoti hai? Yeh sab yaani meaningless alfaaz hain jo logon ko jo jo haqeeqat se bechna ho, naachna hote hain.</w:t>
      </w:r>
    </w:p>
    <w:p>
      <w:pPr>
        <w:jc w:val="right"/>
      </w:pPr>
      <w:r>
        <w:t>اس چیز سے acknowledge کرنا، اللہ کو acknowledge کرنا، لالچ کیا چیز ہوتی ہے؟ یہ سب یعنی meaningless الفاظ ہیں جو لوگوں کو جو جو حقیقت سے بیچنا ہو، ناچنا ہوتے ہیں۔</w:t>
      </w:r>
    </w:p>
    <w:p>
      <w:r>
        <w:rPr>
          <w:b/>
        </w:rPr>
        <w:t xml:space="preserve">[28:26] </w:t>
      </w:r>
      <w:r>
        <w:t>Isi ko main kehta hoon ke poori poori qaum intellectual dwarfism ka shikaar hai. Isi ko aise alfaaz bolte hain. There is phenomena of intellectual dwarf</w:t>
      </w:r>
    </w:p>
    <w:p>
      <w:pPr>
        <w:jc w:val="right"/>
      </w:pPr>
      <w:r>
        <w:t>اسی کو میں کہتا ہوں کہ پوری پوری قوم intellectual dwarfism کا شکار ہے۔ اسی کو ایسے الفاظ بولتے ہیں۔ There is phenomena of intellectual dwarf</w:t>
      </w:r>
    </w:p>
    <w:p>
      <w:r>
        <w:rPr>
          <w:b/>
        </w:rPr>
        <w:t xml:space="preserve">[28:36] </w:t>
      </w:r>
      <w:r>
        <w:t>ism. Kuch samajhte nahin baaton ko. Khwamkhwah ki baatein kar rahe hain. Hamari ibaadat, hamara zikr, hamara shaoor kya hai? Allah Rabb-ul-Aalameen ko acknowledge karna.</w:t>
      </w:r>
    </w:p>
    <w:p>
      <w:pPr>
        <w:jc w:val="right"/>
      </w:pPr>
      <w:r>
        <w:t>ism۔ کچھ سمجھتے نہیں باتوں کو۔ خوامخواہ کی باتیں کر رہے ہیں۔ ہماری عبادت، ہمارا ذکر، ہمارا شعور کیا ہے؟ اللہ رب العالمین کو acknowledge کرنا۔</w:t>
      </w:r>
    </w:p>
    <w:p>
      <w:r>
        <w:rPr>
          <w:b/>
        </w:rPr>
        <w:t xml:space="preserve">[28:47] </w:t>
      </w:r>
      <w:r>
        <w:t>Acknowledge karna to bohat hi highest value hai. Koi aadmi duniya mein aap ke saath kuch kare to aap us ko acknowledge karte hain. To Khuda ko acknowledge nahin karenge?</w:t>
      </w:r>
    </w:p>
    <w:p>
      <w:pPr>
        <w:jc w:val="right"/>
      </w:pPr>
      <w:r>
        <w:t>Acknowledge کرنا تو بہت ہی highest value ہے۔ کوئی آدمی دنیا میں آپ کے ساتھ کچھ کرے تو آپ اس کو acknowledge کرتے ہیں۔ تو خدا کو acknowledge نہیں کریں گے؟</w:t>
      </w:r>
    </w:p>
    <w:p>
      <w:r>
        <w:rPr>
          <w:b/>
        </w:rPr>
        <w:t xml:space="preserve">[28:58] </w:t>
      </w:r>
      <w:r>
        <w:t>Jis ne aap ko create kiya, jis ne aap ko itni bari duniya di, jis ne life support system ka nizaam rakha duniya mein waghera waghera. Yeh sab acknowledgement ke phenomena hain.</w:t>
      </w:r>
    </w:p>
    <w:p>
      <w:pPr>
        <w:jc w:val="right"/>
      </w:pPr>
      <w:r>
        <w:t>جس نے آپ کو create کیا، جس نے آپ کو اتنی بڑی دنیا دی، جس نے life support system کا نظام رکھا دنیا میں وغیرہ وغیرہ۔ یہ سب acknowledgement کے phenomena ہیں۔</w:t>
      </w:r>
    </w:p>
    <w:p>
      <w:r>
        <w:rPr>
          <w:b/>
        </w:rPr>
        <w:t xml:space="preserve">[29:10] </w:t>
      </w:r>
      <w:r>
        <w:t>Yeh lalach waghera ka lafz to is dimaagh mein paida hote hain jo intellectual dwarf hote hain. Jin ke andar koi aala thinking nahin hai. Yeh to main kehta hoon ke aala thinking ghayab ho gayi hai.</w:t>
      </w:r>
    </w:p>
    <w:p>
      <w:pPr>
        <w:jc w:val="right"/>
      </w:pPr>
      <w:r>
        <w:t>یہ لالچ وغیرہ کا لفظ تو اس دماغ میں پیدا ہوتے ہیں جو intellectual dwarf ہوتے ہیں۔ جن کے اندر کوئی اعلیٰ thinking نہیں ہے۔ یہ تو میں کہتا ہوں کہ اعلیٰ thinking غائب ہو گئی ہے۔</w:t>
      </w:r>
    </w:p>
    <w:p>
      <w:r>
        <w:rPr>
          <w:b/>
        </w:rPr>
        <w:t xml:space="preserve">[29:21] </w:t>
      </w:r>
      <w:r>
        <w:t>Isi liye third class ke alfaaz bolte hain log.</w:t>
      </w:r>
    </w:p>
    <w:p>
      <w:pPr>
        <w:jc w:val="right"/>
      </w:pPr>
      <w:r>
        <w:t>اسی لیے third class کے الفاظ بولتے ہیں لوگ۔</w:t>
      </w:r>
    </w:p>
    <w:p>
      <w:r>
        <w:rPr>
          <w:b/>
        </w:rPr>
        <w:t xml:space="preserve">[29:27] </w:t>
      </w:r>
      <w:r>
        <w:t>Maulana, agla sawal Dilli se hai, Miss Razia Siddiqui ka. Unhon ne likha hai: "You mentioned that the present day Muslims are a case of living in pride as far as the community is concerned and harboring hatred for all others.</w:t>
      </w:r>
    </w:p>
    <w:p>
      <w:pPr>
        <w:jc w:val="right"/>
      </w:pPr>
      <w:r>
        <w:t>مولانا، اگلا سوال دلی سے ہے، مس راضیہ صدیقی کا۔ انہوں نے لکھا ہے: "You mentioned that the present day Muslims are a case of living in pride as far as the community is concerned and harboring hatred for all others.</w:t>
      </w:r>
    </w:p>
    <w:p>
      <w:r>
        <w:rPr>
          <w:b/>
        </w:rPr>
        <w:t xml:space="preserve">[29:46] </w:t>
      </w:r>
      <w:r>
        <w:t>What is the cause of this behavior of Muslims?"</w:t>
      </w:r>
    </w:p>
    <w:p>
      <w:pPr>
        <w:jc w:val="right"/>
      </w:pPr>
      <w:r>
        <w:t>What is the cause of this behavior of Muslims?"</w:t>
      </w:r>
    </w:p>
    <w:p>
      <w:r>
        <w:rPr>
          <w:b/>
        </w:rPr>
        <w:t xml:space="preserve">[29:50] </w:t>
      </w:r>
      <w:r>
        <w:t>Yeh bhi wahi degeneration ya zawaal ki wajah se hai. Hamesha aise hi hota hai. Yeh yehud mein hua tha.</w:t>
      </w:r>
    </w:p>
    <w:p>
      <w:pPr>
        <w:jc w:val="right"/>
      </w:pPr>
      <w:r>
        <w:t>یہ بھی وہی degeneration یا زوال کی وجہ سے ہے۔ ہمیشہ ایسے ہی ہوتا ہے۔ یہ یہود میں ہوا تھا۔</w:t>
      </w:r>
    </w:p>
    <w:p>
      <w:r>
        <w:rPr>
          <w:b/>
        </w:rPr>
        <w:t xml:space="preserve">[30:00] </w:t>
      </w:r>
      <w:r>
        <w:t>Doosron ke liye nafrat, apne liye pride. Yeh hamesha jo bhi qaum zawaal ka shikaar hoti hai uska yahi anjaam hota hai. Yeh sab zawaal ke phenomena hain.</w:t>
      </w:r>
    </w:p>
    <w:p>
      <w:pPr>
        <w:jc w:val="right"/>
      </w:pPr>
      <w:r>
        <w:t>دوسروں کے لیے نفرت، اپنے لیے pride۔ یہ ہمیشہ جو بھی قوم زوال کا شکار ہوتی ہے اس کا یہی انجام ہوتا ہے۔ یہ سب زوال کے phenomena ہیں۔</w:t>
      </w:r>
    </w:p>
    <w:p>
      <w:r>
        <w:rPr>
          <w:b/>
        </w:rPr>
        <w:t xml:space="preserve">[30:12] </w:t>
      </w:r>
      <w:r>
        <w:t>Zawaal ka matlab hai degeneration.</w:t>
      </w:r>
    </w:p>
    <w:p>
      <w:pPr>
        <w:jc w:val="right"/>
      </w:pPr>
      <w:r>
        <w:t>زوال کا مطلب ہے degeneration۔</w:t>
      </w:r>
    </w:p>
    <w:p>
      <w:r>
        <w:rPr>
          <w:b/>
        </w:rPr>
        <w:t xml:space="preserve">[30:18] </w:t>
      </w:r>
      <w:r>
        <w:t>To is zamane ke jo Musalman jo hain un ka case yahi hai. Asal case jo hai woh zawaal ka case hai. Is ka phenomena hai yeh nafrat aur fakhr dono.</w:t>
      </w:r>
    </w:p>
    <w:p>
      <w:pPr>
        <w:jc w:val="right"/>
      </w:pPr>
      <w:r>
        <w:t>تو اس زمانے کے جو مسلمان جو ہیں ان کا case یہی ہے۔ اصل case جو ہے وہ زوال کا case ہے۔ اس کا phenomena ہے یہ نفرت اور فخر دونوں۔</w:t>
      </w:r>
    </w:p>
    <w:p>
      <w:r>
        <w:rPr>
          <w:b/>
        </w:rPr>
        <w:t xml:space="preserve">[30:31] </w:t>
      </w:r>
      <w:r>
        <w:t>nafrat aur fakhr asal nahi hai. asal jo hai woh to zawal hai.</w:t>
      </w:r>
    </w:p>
    <w:p>
      <w:pPr>
        <w:jc w:val="right"/>
      </w:pPr>
      <w:r>
        <w:t>نفرت اور فخر اصل نہیں ہے۔ اصل جو ہے وہ تو زوال ہے۔</w:t>
      </w:r>
    </w:p>
    <w:p>
      <w:r>
        <w:rPr>
          <w:b/>
        </w:rPr>
        <w:t xml:space="preserve">[30:39] </w:t>
      </w:r>
      <w:r>
        <w:t>yeh to hona hi hona hai jab tak aap in ko dobara degenerate na karein. phir in ke andar yani nai soch na laein. in ko phir se yani living religion par khara na karein.</w:t>
      </w:r>
    </w:p>
    <w:p>
      <w:pPr>
        <w:jc w:val="right"/>
      </w:pPr>
      <w:r>
        <w:t>یہ تو ہونا ہی ہونا ہے جب تک آپ ان کو دوبارہ degenerate نہ کریں۔ پھر ان کے اندر یعنی نئی سوچ نہ لائیں۔ ان کو پھر سے یعنی living religion پر کھڑا نہ کریں۔</w:t>
      </w:r>
    </w:p>
    <w:p>
      <w:r>
        <w:rPr>
          <w:b/>
        </w:rPr>
        <w:t xml:space="preserve">[30:52] </w:t>
      </w:r>
      <w:r>
        <w:t>tab tak yeh aise hi rahega.</w:t>
      </w:r>
    </w:p>
    <w:p>
      <w:pPr>
        <w:jc w:val="right"/>
      </w:pPr>
      <w:r>
        <w:t>تب تک یہ ایسے ہی رہے گا۔</w:t>
      </w:r>
    </w:p>
    <w:p>
      <w:r>
        <w:rPr>
          <w:b/>
        </w:rPr>
        <w:t xml:space="preserve">[30:56] </w:t>
      </w:r>
      <w:r>
        <w:t>molana, agla sawal dilli se hai, molana zakwan nadvi ka. unhon ne likha hai: "Molana sahib, in today's talk you narrated the hadith about the best and the worst place on earth.</w:t>
      </w:r>
    </w:p>
    <w:p>
      <w:pPr>
        <w:jc w:val="right"/>
      </w:pPr>
      <w:r>
        <w:t>مولانا، اگلا سوال دلی سے ہے، مولانا زکوان ندوی کا۔ انہوں نے لکھا ہے: "Molana صاحب، in today's talk you narrated the hadith about the best and the worst place on earth.</w:t>
      </w:r>
    </w:p>
    <w:p>
      <w:r>
        <w:rPr>
          <w:b/>
        </w:rPr>
        <w:t xml:space="preserve">[31:10] </w:t>
      </w:r>
      <w:r>
        <w:t>Please explain the second part of the hadith that is the mosque being the best place on earth."</w:t>
      </w:r>
    </w:p>
    <w:p>
      <w:pPr>
        <w:jc w:val="right"/>
      </w:pPr>
      <w:r>
        <w:t>Please explain the second part of the hadith that is the mosque being the best place on earth."</w:t>
      </w:r>
    </w:p>
    <w:p>
      <w:r>
        <w:rPr>
          <w:b/>
        </w:rPr>
        <w:t xml:space="preserve">[31:18] </w:t>
      </w:r>
      <w:r>
        <w:t>haan, dekhiye, masjid behtareen jagah ka matlab yeh nahi ke aaj kal jo masjidon ka haal hai</w:t>
      </w:r>
    </w:p>
    <w:p>
      <w:pPr>
        <w:jc w:val="right"/>
      </w:pPr>
      <w:r>
        <w:t>ہاں، دیکھیے، مسجد بہترین جگہ کا معنی یہ نہیں کہ آج کل جو مسجدوں کا حال ہے</w:t>
      </w:r>
    </w:p>
    <w:p>
      <w:r>
        <w:rPr>
          <w:b/>
        </w:rPr>
        <w:t xml:space="preserve">[31:26] </w:t>
      </w:r>
      <w:r>
        <w:t>woh woh matlab is hadith ka nahi hai. masjid ka matlab yeh hai ke woh jagah jahan Allah ka zikr ho, Allah ki soch le kar baithe hain log, Allah ko acknowledge karne wale log wahan hon.</w:t>
      </w:r>
    </w:p>
    <w:p>
      <w:pPr>
        <w:jc w:val="right"/>
      </w:pPr>
      <w:r>
        <w:t>وہ وہ مطلب اس حدیث کا نہیں ہے۔ مسجد کا مطلب یہ ہے کہ وہ جگہ جہاں اللہ کا ذکر ہو، اللہ کی سوچ لے کر بیٹھے ہیں لوگ، اللہ کو acknowledge کرنے والے لوگ وہاں ہوں۔</w:t>
      </w:r>
    </w:p>
    <w:p>
      <w:r>
        <w:rPr>
          <w:b/>
        </w:rPr>
        <w:t xml:space="preserve">[31:39] </w:t>
      </w:r>
      <w:r>
        <w:t>to wahan jahan taqwa ho. to ek hadith hai ke al masajid buyoot al muttaqeen. masjidain ahl e taqwa ka markaz hain.</w:t>
      </w:r>
    </w:p>
    <w:p>
      <w:pPr>
        <w:jc w:val="right"/>
      </w:pPr>
      <w:r>
        <w:t>تو وہاں جہاں تقویٰ ہو۔ تو ایک حدیث ہے کہ المساجد بیوت المتقین۔ مسجدیں اہل تقویٰ کا مرکز ہیں۔</w:t>
      </w:r>
    </w:p>
    <w:p>
      <w:r>
        <w:rPr>
          <w:b/>
        </w:rPr>
        <w:t xml:space="preserve">[31:53] </w:t>
      </w:r>
      <w:r>
        <w:t>jo jab taqwa wahan hoga to woh masjidain hongi. lekin aaj kal taqwa wali masjidain nahi hain. woh to wohi hain jo woh hadith maine sunai aap ko ke masajid mu'ammara masjidon mein bheed khoob dikhai deti hai lekin hidayat se khali hain woh masjidain.</w:t>
      </w:r>
    </w:p>
    <w:p>
      <w:pPr>
        <w:jc w:val="right"/>
      </w:pPr>
      <w:r>
        <w:t>جو جب تقویٰ وہاں ہوگا تو وہ مسجدیں ہوں گی۔ لیکن آج کل تقویٰ والی مسجدیں نہیں ہیں۔ وہ تو وہی ہیں جو وہ حدیث میں نے سنائی آپ کو کہ مساجد معمرہ مسجدوں میں بھیڑ خوب دکھائی دیتی ہے لیکن ہدایت سے خالی ہیں وہ مسجدیں۔</w:t>
      </w:r>
    </w:p>
    <w:p>
      <w:r>
        <w:rPr>
          <w:b/>
        </w:rPr>
        <w:t xml:space="preserve">[32:10] </w:t>
      </w:r>
      <w:r>
        <w:t>to yahan jis jis cheez ka zikr hai yani potential sense mein hai, actual sense mein hai yani haqeeqi masjid agar hai jo buyoot al muttaqeen ke matlab mein jahan hai, jahan Allah se darne wale, Allah se mohabbat karne wale, Allah ko acknowledge karne wale log ikattha hote hain to waqai behtareen jagah is se behtar to koi jagah nahi hai.</w:t>
      </w:r>
    </w:p>
    <w:p>
      <w:pPr>
        <w:jc w:val="right"/>
      </w:pPr>
      <w:r>
        <w:t>تو یہاں جس جس چیز کا ذکر ہے یعنی potential sense میں ہے، actual sense میں ہے یعنی حقیقی مسجد اگر ہے جو بیوت المتقین کے معنی میں جہاں ہے، جہاں اللہ سے ڈرنے والے، اللہ سے محبت کرنے والے، اللہ کو acknowledge کرنے والے لوگ اکٹھا ہوتے ہیں تو واقعی بہترین جگہ اس سے بہتر تو کوئی جگہ نہیں ہے۔</w:t>
      </w:r>
    </w:p>
    <w:p>
      <w:r>
        <w:rPr>
          <w:b/>
        </w:rPr>
        <w:t xml:space="preserve">[32:36] </w:t>
      </w:r>
      <w:r>
        <w:t>to masjid hi ki baat nahi hai. aap kahin bhi ikattha hon Allah ke haqeeqi matlab mein Allah ki yaad ke liye to is ka darja wohi ho jayega.</w:t>
      </w:r>
    </w:p>
    <w:p>
      <w:pPr>
        <w:jc w:val="right"/>
      </w:pPr>
      <w:r>
        <w:t>تو مسجد ہی کی بات نہیں ہے۔ آپ کہیں بھی اکٹھا ہوں اللہ کے حقیقی معنی میں اللہ کی یاد کے لیے تو اس کا درجہ وہی ہو جائے گا۔</w:t>
      </w:r>
    </w:p>
    <w:p>
      <w:r>
        <w:rPr>
          <w:b/>
        </w:rPr>
        <w:t xml:space="preserve">[32:46] </w:t>
      </w:r>
      <w:r>
        <w:t>kyun ke hadith mein aata hai ke mere liye sari zameen masjid bana di gayi. Islam mein poori poori zameen hi masjid hai.</w:t>
      </w:r>
    </w:p>
    <w:p>
      <w:pPr>
        <w:jc w:val="right"/>
      </w:pPr>
      <w:r>
        <w:t>کیونکہ حدیث میں آتا ہے کہ میرے لیے ساری زمین مسجد بنا دی گئی۔ اسلام میں پوری پوری زمین ہی مسجد ہے۔</w:t>
      </w:r>
    </w:p>
    <w:p>
      <w:r>
        <w:rPr>
          <w:b/>
        </w:rPr>
        <w:t xml:space="preserve">[32:57] </w:t>
      </w:r>
      <w:r>
        <w:t>to asal cheez is mein hai ke woh is part jahan log jama hon is liye ke woh Allah ka par tadabbur karein, tafakkur karein,</w:t>
      </w:r>
    </w:p>
    <w:p>
      <w:pPr>
        <w:jc w:val="right"/>
      </w:pPr>
      <w:r>
        <w:t>تو اصل چیز اس میں ہے کہ وہ اس part جہاں لوگ جمع ہوں اس لیے کہ وہ اللہ کا پر تدبر کریں، تفکر کریں،</w:t>
      </w:r>
    </w:p>
    <w:p>
      <w:r>
        <w:rPr>
          <w:b/>
        </w:rPr>
        <w:t xml:space="preserve">[33:10] </w:t>
      </w:r>
      <w:r>
        <w:t>Allah ka charcha karein aur haqeeqi matlab mein zikr aur shukr karein aur jahan taqwa ka mahol ho woh jo maqam hai woh bilashuba sab se acha maqam hai.</w:t>
      </w:r>
    </w:p>
    <w:p>
      <w:pPr>
        <w:jc w:val="right"/>
      </w:pPr>
      <w:r>
        <w:t>اللہ کا چرچہ کریں اور حقیقی معنی میں ذکر اور شکر کریں اور جہاں تقویٰ کا ماحول ہو وہ جو مقام ہے وہ بلاشبہ سب سے اچھا مقام ہے۔</w:t>
      </w:r>
    </w:p>
    <w:p>
      <w:r>
        <w:rPr>
          <w:b/>
        </w:rPr>
        <w:t xml:space="preserve">[33:25] </w:t>
      </w:r>
      <w:r>
        <w:t>yeh matlab hai is ka.</w:t>
      </w:r>
    </w:p>
    <w:p>
      <w:pPr>
        <w:jc w:val="right"/>
      </w:pPr>
      <w:r>
        <w:t>یہ مطلب ہے اس کا۔</w:t>
      </w:r>
    </w:p>
    <w:p>
      <w:r>
        <w:rPr>
          <w:b/>
        </w:rPr>
        <w:t xml:space="preserve">[33:29] </w:t>
      </w:r>
      <w:r>
        <w:t>molana, yeh sawal dilli se hai, shah imran hasan sahab ka. unhon ne likha hai: "ek bare aalim e deen ki maine taqreer suni.</w:t>
      </w:r>
    </w:p>
    <w:p>
      <w:pPr>
        <w:jc w:val="right"/>
      </w:pPr>
      <w:r>
        <w:t>مولانا، یہ سوال دلی سے ہے، شاہ عمران حسن صاحب کا۔ انہوں نے لکھا ہے: "ایک بڑے عالم دین کی میں نے تقریر سنی۔</w:t>
      </w:r>
    </w:p>
    <w:p>
      <w:r>
        <w:rPr>
          <w:b/>
        </w:rPr>
        <w:t xml:space="preserve">[33:39] </w:t>
      </w:r>
      <w:r>
        <w:t>yeh taqreer muslim culture ke upar thi. aakhir mein unhon ne Hazrat Ibrahim ki yeh baat kahi ke aye</w:t>
      </w:r>
    </w:p>
    <w:p>
      <w:pPr>
        <w:jc w:val="right"/>
      </w:pPr>
      <w:r>
        <w:t>یہ تقریر مسلم کلچر کے اوپر تھی۔ آخر میں انہوں نے حضرت ابراہیم کی یہ بات کہی کہ اے</w:t>
      </w:r>
    </w:p>
    <w:p>
      <w:r>
        <w:rPr>
          <w:b/>
        </w:rPr>
        <w:t xml:space="preserve">[33:49] </w:t>
      </w:r>
      <w:r>
        <w:t>meri qaum! main tum se koi ajr nahi mangta. mera ajr to Allah ke paas hai." molana sahib, mera sawal yeh hai ke is tarah ki cultural taqreer ke baad is ko quran se jodna kaisa hai?</w:t>
      </w:r>
    </w:p>
    <w:p>
      <w:pPr>
        <w:jc w:val="right"/>
      </w:pPr>
      <w:r>
        <w:t>میری قوم! میں تم سے کوئی اجر نہیں مانگتا۔ میرا اجر تو اللہ کے پاس ہے۔" مولانا صاحب، میرا سوال یہ ہے کہ اس طرح کی کلچرل تقریر کے بعد اس کو قرآن سے جوڑنا کیسا ہے؟</w:t>
      </w:r>
    </w:p>
    <w:p>
      <w:r>
        <w:rPr>
          <w:b/>
        </w:rPr>
        <w:t xml:space="preserve">[34:11] </w:t>
      </w:r>
      <w:r>
        <w:t>cultural jo musalmanon ka zehan hai, cultural identity yani shanakht woh to ek milli yani milli mamla hai, millat ka mamla hai.</w:t>
      </w:r>
    </w:p>
    <w:p>
      <w:pPr>
        <w:jc w:val="right"/>
      </w:pPr>
      <w:r>
        <w:t>کلچرل جو مسلمانوں کا ذہن ہے، کلچرل identity یعنی شناخت وہ تو ایک ملی یعنی ملی معاملہ ہے، ملت کا معاملہ ہے۔</w:t>
      </w:r>
    </w:p>
    <w:p>
      <w:r>
        <w:rPr>
          <w:b/>
        </w:rPr>
        <w:t xml:space="preserve">[34:26] </w:t>
      </w:r>
      <w:r>
        <w:t>musalman is zamane mein bohat zyada baatein karte hain shanakht ki, identity ki. woh ek milli masla hai. woh Hazrat Ibrahim ka jo waqia hai ya doosre paighambaron ka woh da'i ka culture hai ke da'i jin logon mein daryaaon mein kaam karta hai, un se un se chanda mangna, un se faida uthana yeh is ka mizaj nahi hota hai.</w:t>
      </w:r>
    </w:p>
    <w:p>
      <w:pPr>
        <w:jc w:val="right"/>
      </w:pPr>
      <w:r>
        <w:t>مسلمان اس زمانے میں بہت زیادہ باتیں کرتے ہیں شناخت کی، identity کی۔ وہ ایک ملی مسئلہ ہے۔ وہ حضرت ابراہیم کا جو واقعہ ہے یا دوسرے پیغمبروں کا وہ داعی کا کلچر ہے کہ داعی جن لوگوں میں دریاؤں میں کام کرتا ہے، ان سے ان سے چندہ مانگنا، ان سے فائدہ اٹھانا یہ اس کا مزاج نہیں ہوتا ہے۔</w:t>
      </w:r>
    </w:p>
    <w:p>
      <w:r>
        <w:rPr>
          <w:b/>
        </w:rPr>
        <w:t xml:space="preserve">[34:50] </w:t>
      </w:r>
      <w:r>
        <w:t>woh woh to yak tarafah tor par apni baat un tak pohnchanay ki koshish karta hai. woh us ko jo us ko lena hai, woh Allah se umeed rakhta hai.</w:t>
      </w:r>
    </w:p>
    <w:p>
      <w:pPr>
        <w:jc w:val="right"/>
      </w:pPr>
      <w:r>
        <w:t>وہ وہ تو یکطرفہ طور پر اپنی بات ان تک پہنچانے کی کوشش کرتا ہے۔ وہ اس کو جو اس کو لینا ہے، وہ اللہ سے امید رکھتا ہے۔</w:t>
      </w:r>
    </w:p>
    <w:p>
      <w:r>
        <w:rPr>
          <w:b/>
        </w:rPr>
        <w:t xml:space="preserve">[34:59] </w:t>
      </w:r>
      <w:r>
        <w:t>is ke liye woh baqi jo mad'u log hain, un se is kisi maadi cheez ki umeed de kar nahi kaam karta. woh kuch nahi.</w:t>
      </w:r>
    </w:p>
    <w:p>
      <w:pPr>
        <w:jc w:val="right"/>
      </w:pPr>
      <w:r>
        <w:t>اس کے لیے وہ باقی جو مدعو لوگ ہیں، ان سے اس کسی مادی چیز کی امید دے کر نہیں کام کرتا۔ وہ کچھ نہیں۔</w:t>
      </w:r>
    </w:p>
    <w:p>
      <w:r>
        <w:rPr>
          <w:b/>
        </w:rPr>
        <w:t xml:space="preserve">[35:10] </w:t>
      </w:r>
      <w:r>
        <w:t>to woh woh wahan par da'wa culture ki baat hai, woh milli culture ki baat nahi hai. dono alag cheezein hain. milli culture to ek qaumi cheez hai, qaumi.</w:t>
      </w:r>
    </w:p>
    <w:p>
      <w:pPr>
        <w:jc w:val="right"/>
      </w:pPr>
      <w:r>
        <w:t>تو وہ وہ وہاں پر دعویٰ کلچر کی بات ہے، وہ ملی کلچر کی بات نہیں ہے۔ دونوں الگ چیزیں ہیں۔ ملی کلچر تو ایک قومی چیز ہے، قومی۔</w:t>
      </w:r>
    </w:p>
    <w:p>
      <w:r>
        <w:rPr>
          <w:b/>
        </w:rPr>
        <w:t xml:space="preserve">[35:20] </w:t>
      </w:r>
      <w:r>
        <w:t>ab woh to ek da'wati cheezein, bohat oonchi oonchi baat hai. woh woh alag hai, woh alag hai.</w:t>
      </w:r>
    </w:p>
    <w:p>
      <w:pPr>
        <w:jc w:val="right"/>
      </w:pPr>
      <w:r>
        <w:t>اب وہ تو ایک دعوتی چیزیں، بہت اونچی اونچی بات ہے۔ وہ وہ الگ ہے، وہ الگ ہے۔</w:t>
      </w:r>
    </w:p>
    <w:p>
      <w:r>
        <w:rPr>
          <w:b/>
        </w:rPr>
        <w:t xml:space="preserve">[35:28] </w:t>
      </w:r>
      <w:r>
        <w:t>okay, we will end the session now. thank you.</w:t>
      </w:r>
    </w:p>
    <w:p>
      <w:pPr>
        <w:jc w:val="right"/>
      </w:pPr>
      <w:r>
        <w:t>اوکے، وی ویل اینڈ دی سیشن ناؤ۔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