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Divine Management in History Q&amp;A - Maulana Wahiduddin Khan 7th April 2013</w:t>
      </w:r>
    </w:p>
    <w:p>
      <w:r>
        <w:t>https://www.youtube.com/watch?v=iWpZL-9HAx8</w:t>
      </w:r>
    </w:p>
    <w:p>
      <w:r>
        <w:rPr>
          <w:b/>
        </w:rPr>
        <w:t xml:space="preserve">[00:09] </w:t>
      </w:r>
      <w:r>
        <w:t>lete hain, maulana. agla sawal aaya hai karachi, pakistan se abdul latif sahab ka. unhon ne likha hai, "aaj ke insan ko jab deen ki taraf bulaya jata hai, to vah yah ujr batate hain ki mahangai itni zyada ho gayi hai ki hamein waqt hi nahin milta ki hum deen ke bare mein sochein." maulana sahab, is bare mein aapki kya rai hai?</w:t>
      </w:r>
    </w:p>
    <w:p>
      <w:pPr>
        <w:jc w:val="right"/>
      </w:pPr>
      <w:r>
        <w:t>लेते हैं, मौलाना। अगला सवाल आया है कराची, पाकिस्तान से अब्दुल लतीफ साहब का। उन्होंने लिखा है, "आज के इंसान को जब दीन की तरफ बुलाया जाता है, तो वह यह उज्र बताते हैं कि महंगाई इतनी ज्यादा हो गई है कि हमें वक्त ही नहीं मिलता कि हम दीन के बारे में सोचें।" मौलाना साहब, इस बारे में आपकी क्या राय है?</w:t>
      </w:r>
    </w:p>
    <w:p>
      <w:r>
        <w:rPr>
          <w:b/>
        </w:rPr>
        <w:t xml:space="preserve">[00:36] </w:t>
      </w:r>
      <w:r>
        <w:t>dekhiye, main bhi isi duniya mein rehta hoon, isi duniya mein jahan mehengai bahut zyada hai.</w:t>
      </w:r>
    </w:p>
    <w:p>
      <w:pPr>
        <w:jc w:val="right"/>
      </w:pPr>
      <w:r>
        <w:t>देखिए, मैं भी इसी दुनिया में रहता हूँ, इसी दुनिया में जहाँ महंगाई बहुत ज्यादा है।</w:t>
      </w:r>
    </w:p>
    <w:p>
      <w:r>
        <w:rPr>
          <w:b/>
        </w:rPr>
        <w:t xml:space="preserve">[00:43] </w:t>
      </w:r>
      <w:r>
        <w:t>maine dono daur dekha hai.</w:t>
      </w:r>
    </w:p>
    <w:p>
      <w:pPr>
        <w:jc w:val="right"/>
      </w:pPr>
      <w:r>
        <w:t>मैंने दोनों दौर देखा है।</w:t>
      </w:r>
    </w:p>
    <w:p>
      <w:r>
        <w:rPr>
          <w:b/>
        </w:rPr>
        <w:t xml:space="preserve">[00:46] </w:t>
      </w:r>
      <w:r>
        <w:t>azadi se pehle isi duniya mein</w:t>
      </w:r>
    </w:p>
    <w:p>
      <w:pPr>
        <w:jc w:val="right"/>
      </w:pPr>
      <w:r>
        <w:t>आज़ादी से पहले इसी दुनिया में</w:t>
      </w:r>
    </w:p>
    <w:p>
      <w:r>
        <w:rPr>
          <w:b/>
        </w:rPr>
        <w:t xml:space="preserve">[00:49] </w:t>
      </w:r>
      <w:r>
        <w:t>mehengai bilkul nahi thi.</w:t>
      </w:r>
    </w:p>
    <w:p>
      <w:pPr>
        <w:jc w:val="right"/>
      </w:pPr>
      <w:r>
        <w:t>महंगाई बिल्कुल नहीं थी।</w:t>
      </w:r>
    </w:p>
    <w:p>
      <w:r>
        <w:rPr>
          <w:b/>
        </w:rPr>
        <w:t xml:space="preserve">[00:54] </w:t>
      </w:r>
      <w:r>
        <w:t>mujhe ab tak yaad hai ek waqia ke Maulana Mujibullah Nadvi</w:t>
      </w:r>
    </w:p>
    <w:p>
      <w:pPr>
        <w:jc w:val="right"/>
      </w:pPr>
      <w:r>
        <w:t>मुझे अब तक याद है एक वाकया कि मौलाना मुजीबुल्लाह नदवी</w:t>
      </w:r>
    </w:p>
    <w:p>
      <w:r>
        <w:rPr>
          <w:b/>
        </w:rPr>
        <w:t xml:space="preserve">[00:59] </w:t>
      </w:r>
      <w:r>
        <w:t>ghar se, yaani</w:t>
      </w:r>
    </w:p>
    <w:p>
      <w:pPr>
        <w:jc w:val="right"/>
      </w:pPr>
      <w:r>
        <w:t>घर से, यानी</w:t>
      </w:r>
    </w:p>
    <w:p>
      <w:r>
        <w:rPr>
          <w:b/>
        </w:rPr>
        <w:t xml:space="preserve">[01:04] </w:t>
      </w:r>
      <w:r>
        <w:t>apne ghar walon ko bataye baghair, parhne ke liye Nadva aa gaye.</w:t>
      </w:r>
    </w:p>
    <w:p>
      <w:pPr>
        <w:jc w:val="right"/>
      </w:pPr>
      <w:r>
        <w:t>अपने घर वालों को बताए बगैर, पढ़ने के लिए नदवा आ गए।</w:t>
      </w:r>
    </w:p>
    <w:p>
      <w:r>
        <w:rPr>
          <w:b/>
        </w:rPr>
        <w:t xml:space="preserve">[01:08] </w:t>
      </w:r>
      <w:r>
        <w:t>ghar wale Nadva ke khilaf the us zaman mein.</w:t>
      </w:r>
    </w:p>
    <w:p>
      <w:pPr>
        <w:jc w:val="right"/>
      </w:pPr>
      <w:r>
        <w:t>घर वाले नदवा के खिलाफ थे उस زمان में।</w:t>
      </w:r>
    </w:p>
    <w:p>
      <w:r>
        <w:rPr>
          <w:b/>
        </w:rPr>
        <w:t xml:space="preserve">[01:13] </w:t>
      </w:r>
      <w:r>
        <w:t>to unhone bataya ke ab sirf mere paas paanch rupye tha us waqt.</w:t>
      </w:r>
    </w:p>
    <w:p>
      <w:pPr>
        <w:jc w:val="right"/>
      </w:pPr>
      <w:r>
        <w:t>तो उन्होंने बताया कि अब सिर्फ मेरे पास पाँच रुपये था उस वक्त।</w:t>
      </w:r>
    </w:p>
    <w:p>
      <w:r>
        <w:rPr>
          <w:b/>
        </w:rPr>
        <w:t xml:space="preserve">[01:18] </w:t>
      </w:r>
      <w:r>
        <w:t>paanch rupye. aur unhone</w:t>
      </w:r>
    </w:p>
    <w:p>
      <w:pPr>
        <w:jc w:val="right"/>
      </w:pPr>
      <w:r>
        <w:t>पाँच रुपये। और उन्होंने</w:t>
      </w:r>
    </w:p>
    <w:p>
      <w:r>
        <w:rPr>
          <w:b/>
        </w:rPr>
        <w:t xml:space="preserve">[01:22] </w:t>
      </w:r>
      <w:r>
        <w:t>bataya ki ek mahine tak maine us panch rupye se bahut itban ke sath, yani khaya. nashta aur khana aur dopahar ka aur sham ka sab. panch rupye mein ek mahine tak.</w:t>
      </w:r>
    </w:p>
    <w:p>
      <w:pPr>
        <w:jc w:val="right"/>
      </w:pPr>
      <w:r>
        <w:t>बताया कि एक महीने तक मैंने उस पाँच रुपये से बहुत इतबान के साथ, यानी खाया। नाश्ता और खाना और दोपहर का और शाम का सब। पाँच रुपये में एक महीने तक।</w:t>
      </w:r>
    </w:p>
    <w:p>
      <w:r>
        <w:rPr>
          <w:b/>
        </w:rPr>
        <w:t xml:space="preserve">[01:40] </w:t>
      </w:r>
      <w:r>
        <w:t>ab jo hai, har aadmi janta hai ki ab panch rupye koi walo nahin hai. to main bhi is duniya mein hoon. asal baat dekhiye, mahangai nahin hai.</w:t>
      </w:r>
    </w:p>
    <w:p>
      <w:pPr>
        <w:jc w:val="right"/>
      </w:pPr>
      <w:r>
        <w:t>अब जो है, हर आदमी जानता है कि अब पाँच रुपये कोई وَلُو نہیں है। तो मैं भी इस दुनिया में हूँ। असल बात देखिए, महंगाई नहीं है।</w:t>
      </w:r>
    </w:p>
    <w:p>
      <w:r>
        <w:rPr>
          <w:b/>
        </w:rPr>
        <w:t xml:space="preserve">[01:55] </w:t>
      </w:r>
      <w:r>
        <w:t>asal baat yah nahin ki mahangai badh gayi. asal baat yah hai ki logon ne apne ikhrajaat badha liye. har aadmi ne kharch badha rakha hai. itna zyada kharch karte hain har mad mein. bachchon ke kapda, bachchon ki khwahishen poori karna, bachchon ki pampering, shadi-byah. yani koi mad aisi nahin hai jismein log bahut zyada kharch na karte hon. mera koi kharch nahin hai,</w:t>
      </w:r>
    </w:p>
    <w:p>
      <w:pPr>
        <w:jc w:val="right"/>
      </w:pPr>
      <w:r>
        <w:t>असल बात यह नहीं कि महंगाई बढ़ गई। असल बात यह है कि लोगों ने अपने اخراجات بڑھا लिए। हर आदमी ने खर्च بڑھا रखा है। इतना ज्यादा खर्च करते हैं हर मद में। बच्चों के कपड़ा, बच्चों की ख्वाहिशें पूरी करना, बच्चों की पैंपरिंग, शादी-ब्याह। यानी कोई मद ऐसी नहीं है जिसमें लोग बहुत ज्यादा खर्च न करते हों। मेरा कोई खर्च नहीं है,</w:t>
      </w:r>
    </w:p>
    <w:p>
      <w:r>
        <w:rPr>
          <w:b/>
        </w:rPr>
        <w:t xml:space="preserve">[02:24] </w:t>
      </w:r>
      <w:r>
        <w:t>to mujhe koi isko koi pareshani bhi nahin.</w:t>
      </w:r>
    </w:p>
    <w:p>
      <w:pPr>
        <w:jc w:val="right"/>
      </w:pPr>
      <w:r>
        <w:t>तो मुझे कोई इसको कोई परेशानी भी नहीं।</w:t>
      </w:r>
    </w:p>
    <w:p>
      <w:r>
        <w:rPr>
          <w:b/>
        </w:rPr>
        <w:t xml:space="preserve">[02:31] </w:t>
      </w:r>
      <w:r>
        <w:t>main koi kharch hi nahin. jo hai vahi kha liya, jo hai vahi pi liya. to logon ko chahiye ki is tarah ki shikayaten karne ke baad apne kharch ko ghatayein.</w:t>
      </w:r>
    </w:p>
    <w:p>
      <w:pPr>
        <w:jc w:val="right"/>
      </w:pPr>
      <w:r>
        <w:t>मैं कोई खर्च ही नहीं। जो है वही खा लिया, जो है वही पी लिया। तो लोगों को चाहिए कि इस तरह की शिकायतें करने के बाद अपने खर्च को घटाएँ।</w:t>
      </w:r>
    </w:p>
    <w:p>
      <w:r>
        <w:rPr>
          <w:b/>
        </w:rPr>
        <w:t xml:space="preserve">[02:46] </w:t>
      </w:r>
      <w:r>
        <w:t>jaisa ki maine ghata rakha hai. apne kharch ko ghataiye, phir aapko mahangai ki shikayat nahin hogi. yah main apne tajrube ki buniyad par poore yaqin ke sath keh sakta hoon.</w:t>
      </w:r>
    </w:p>
    <w:p>
      <w:pPr>
        <w:jc w:val="right"/>
      </w:pPr>
      <w:r>
        <w:t>जैसा कि मैंने घटा रखा है। अपने खर्च को घटाइए, फिर आपको महंगाई की शिकायत नहीं होगी। यह मैं अपने تجربे की बुनियाद पर पूरे यकीन के साथ कह सकता हूँ।</w:t>
      </w:r>
    </w:p>
    <w:p>
      <w:r>
        <w:rPr>
          <w:b/>
        </w:rPr>
        <w:t xml:space="preserve">[03:03] </w:t>
      </w:r>
      <w:r>
        <w:t>maulana, agla ek comment aaya hai aur ek sawal bhi aaya hai kashmir se mohammad saleem meer sahab ka. pehle unka comment padhte hain. unhon ne likha hai, "in al-rasala issue march, titled 'azdwaz-e-zindagi',</w:t>
      </w:r>
    </w:p>
    <w:p>
      <w:pPr>
        <w:jc w:val="right"/>
      </w:pPr>
      <w:r>
        <w:t>मौलाना, अगला एक कमेंट आया है और एक सवाल भी आया है कश्मीर से मोहम्मद सलीम मीर साहब का। पहले उनका कमेंट पढ़ते हैं। उन्होंने लिखा है, "इन अल-रसाला इशू मार्च, टाइटल्ड 'अज़दवाज़े ज़िंदगी',</w:t>
      </w:r>
    </w:p>
    <w:p>
      <w:r>
        <w:rPr>
          <w:b/>
        </w:rPr>
        <w:t xml:space="preserve">[03:18] </w:t>
      </w:r>
      <w:r>
        <w:t>You have quoted a verse from Surah Al-Baqarah in light of home partner and life partner.</w:t>
      </w:r>
    </w:p>
    <w:p>
      <w:pPr>
        <w:jc w:val="right"/>
      </w:pPr>
      <w:r>
        <w:t>यू हैव कोटेड अ वर्स फ्रॉम सूरह अल-बकरा इन लाइट ऑफ होम पार्टनर एंड लाइफ पार्टनर।</w:t>
      </w:r>
    </w:p>
    <w:p>
      <w:r>
        <w:rPr>
          <w:b/>
        </w:rPr>
        <w:t xml:space="preserve">[03:26] </w:t>
      </w:r>
      <w:r>
        <w:t>The interpretation in this regard, which I was trying to find out in Quranic verses, other than Tazkirul</w:t>
      </w:r>
    </w:p>
    <w:p>
      <w:pPr>
        <w:jc w:val="right"/>
      </w:pPr>
      <w:r>
        <w:t>द इंटरप्रिटेशन इन दिस रिगार्ड, व्हिच आई वाज़ ट्राइंग टू फाइंड आउट इन कुरानिक वर्सेस, अदर देन तस्किरुल</w:t>
      </w:r>
    </w:p>
    <w:p>
      <w:r>
        <w:rPr>
          <w:b/>
        </w:rPr>
        <w:t xml:space="preserve">[03:33] </w:t>
      </w:r>
      <w:r>
        <w:t>Quran, was never comprehended by my mind.</w:t>
      </w:r>
    </w:p>
    <w:p>
      <w:pPr>
        <w:jc w:val="right"/>
      </w:pPr>
      <w:r>
        <w:t>कुरान, वाज़ नेवर कॉम्प्रिहेंडेड बाय माय माइंड।</w:t>
      </w:r>
    </w:p>
    <w:p>
      <w:r>
        <w:rPr>
          <w:b/>
        </w:rPr>
        <w:t xml:space="preserve">[03:37] </w:t>
      </w:r>
      <w:r>
        <w:t>And it was the first time that I understood the divine plan in terms of home partner and</w:t>
      </w:r>
    </w:p>
    <w:p>
      <w:pPr>
        <w:jc w:val="right"/>
      </w:pPr>
      <w:r>
        <w:t>एंड इट वाज़ द फर्स्ट टाइम दैट आई अंडरस्टुड द डिवाइन प्लान इन टर्म्स ऑफ होम पार्टनर एंड</w:t>
      </w:r>
    </w:p>
    <w:p>
      <w:r>
        <w:rPr>
          <w:b/>
        </w:rPr>
        <w:t xml:space="preserve">[03:44] </w:t>
      </w:r>
      <w:r>
        <w:t>a life partner."</w:t>
      </w:r>
    </w:p>
    <w:p>
      <w:pPr>
        <w:jc w:val="right"/>
      </w:pPr>
      <w:r>
        <w:t>अ लाइफ पार्टनर।"</w:t>
      </w:r>
    </w:p>
    <w:p>
      <w:r>
        <w:rPr>
          <w:b/>
        </w:rPr>
        <w:t xml:space="preserve">[03:47] </w:t>
      </w:r>
      <w:r>
        <w:t>aur Maulana, unhone ek sawal kiya hai.</w:t>
      </w:r>
    </w:p>
    <w:p>
      <w:pPr>
        <w:jc w:val="right"/>
      </w:pPr>
      <w:r>
        <w:t>और मौलाना, उन्होंने एक सवाल किया है।</w:t>
      </w:r>
    </w:p>
    <w:p>
      <w:r>
        <w:rPr>
          <w:b/>
        </w:rPr>
        <w:t xml:space="preserve">[03:49] </w:t>
      </w:r>
      <w:r>
        <w:t>unka sawal yeh hai,</w:t>
      </w:r>
    </w:p>
    <w:p>
      <w:pPr>
        <w:jc w:val="right"/>
      </w:pPr>
      <w:r>
        <w:t>उनका सवाल यह है,</w:t>
      </w:r>
    </w:p>
    <w:p>
      <w:r>
        <w:rPr>
          <w:b/>
        </w:rPr>
        <w:t xml:space="preserve">[03:51] </w:t>
      </w:r>
      <w:r>
        <w:t>"the one who always thinks regarding the accountability of the day of judgment is called a god oriented thinker. my question is, how to develop such pattern of thinking among the muslims who are not even ready to accept the basics of creation plan of god?" iske bare mein bataein.</w:t>
      </w:r>
    </w:p>
    <w:p>
      <w:pPr>
        <w:jc w:val="right"/>
      </w:pPr>
      <w:r>
        <w:t>"द वन हु ऑलवेज थिंक्स रिगार्डिंग द अकाउंटेबिलिटी ऑफ द डे ऑफ जजमेंट इज कॉल्ड अ गॉड ओरिएंटेड थिंकर। माय क्वेश्चन इज, हाउ टू डेवलप सच पैटर्न ऑफ थिंकिंग अमंग द मुस्लिम्स हु आर नॉट इवन रेडी टू एक्सेप्ट द बेसिक्स ऑफ क्रिएशन प्लान ऑफ गॉड?" इसके बारे में बताएं।</w:t>
      </w:r>
    </w:p>
    <w:p>
      <w:r>
        <w:rPr>
          <w:b/>
        </w:rPr>
        <w:t xml:space="preserve">[04:16] </w:t>
      </w:r>
      <w:r>
        <w:t>dekhiye, iska koi</w:t>
      </w:r>
    </w:p>
    <w:p>
      <w:pPr>
        <w:jc w:val="right"/>
      </w:pPr>
      <w:r>
        <w:t>देखिए, इसका कोई</w:t>
      </w:r>
    </w:p>
    <w:p>
      <w:r>
        <w:rPr>
          <w:b/>
        </w:rPr>
        <w:t xml:space="preserve">[04:23] </w:t>
      </w:r>
      <w:r>
        <w:t>trismati tareeqa nahi hai.</w:t>
      </w:r>
    </w:p>
    <w:p>
      <w:pPr>
        <w:jc w:val="right"/>
      </w:pPr>
      <w:r>
        <w:t>त्रिस्मती तरीका नहीं है।</w:t>
      </w:r>
    </w:p>
    <w:p>
      <w:r>
        <w:rPr>
          <w:b/>
        </w:rPr>
        <w:t xml:space="preserve">[04:29] </w:t>
      </w:r>
      <w:r>
        <w:t>wahi ke jo maine kiya, alag faz se.</w:t>
      </w:r>
    </w:p>
    <w:p>
      <w:pPr>
        <w:jc w:val="right"/>
      </w:pPr>
      <w:r>
        <w:t>वही कि जो मैंने किया, अलग फज से।</w:t>
      </w:r>
    </w:p>
    <w:p>
      <w:r>
        <w:rPr>
          <w:b/>
        </w:rPr>
        <w:t xml:space="preserve">[04:33] </w:t>
      </w:r>
      <w:r>
        <w:t>matlab Quran ko maine tilawat nahi ki, balki study ki.</w:t>
      </w:r>
    </w:p>
    <w:p>
      <w:pPr>
        <w:jc w:val="right"/>
      </w:pPr>
      <w:r>
        <w:t>मतलब कुरान को मैंने तिलावत नहीं की, बल्कि स्टडी की।</w:t>
      </w:r>
    </w:p>
    <w:p>
      <w:r>
        <w:rPr>
          <w:b/>
        </w:rPr>
        <w:t xml:space="preserve">[04:39] </w:t>
      </w:r>
      <w:r>
        <w:t>Quran ki maine sirf tilawat nahi ki, balki study ki.</w:t>
      </w:r>
    </w:p>
    <w:p>
      <w:pPr>
        <w:jc w:val="right"/>
      </w:pPr>
      <w:r>
        <w:t>कुरान की मैंने सिर्फ तिलावत नहीं की, बल्कि स्टडी की।</w:t>
      </w:r>
    </w:p>
    <w:p>
      <w:r>
        <w:rPr>
          <w:b/>
        </w:rPr>
        <w:t xml:space="preserve">[04:45] </w:t>
      </w:r>
      <w:r>
        <w:t>aise maine jo sunnat-e-Rasool hai, usko gehrai ke saath parha.</w:t>
      </w:r>
    </w:p>
    <w:p>
      <w:pPr>
        <w:jc w:val="right"/>
      </w:pPr>
      <w:r>
        <w:t>ऐसे मैंने जो सुन्नत रसूल है, उसको गहराई के साथ पढ़ा।</w:t>
      </w:r>
    </w:p>
    <w:p>
      <w:r>
        <w:rPr>
          <w:b/>
        </w:rPr>
        <w:t xml:space="preserve">[04:50] </w:t>
      </w:r>
      <w:r>
        <w:t>aur jo relatable literature hai, sabko parha.</w:t>
      </w:r>
    </w:p>
    <w:p>
      <w:pPr>
        <w:jc w:val="right"/>
      </w:pPr>
      <w:r>
        <w:t>और जो रिलेटेबल लिटरेचर है, सबको पढ़ा।</w:t>
      </w:r>
    </w:p>
    <w:p>
      <w:r>
        <w:rPr>
          <w:b/>
        </w:rPr>
        <w:t xml:space="preserve">[04:54] </w:t>
      </w:r>
      <w:r>
        <w:t>to Allah ke faz se mere andar yeh cheez develop</w:t>
      </w:r>
    </w:p>
    <w:p>
      <w:pPr>
        <w:jc w:val="right"/>
      </w:pPr>
      <w:r>
        <w:t>तो अल्लाह के फज से मेरे अंदर यह चीज डेवलप</w:t>
      </w:r>
    </w:p>
    <w:p>
      <w:r>
        <w:rPr>
          <w:b/>
        </w:rPr>
        <w:t xml:space="preserve">[04:58] </w:t>
      </w:r>
      <w:r>
        <w:t>ho gayi. mujhe is qism ki Allah ke faz se koi shikayat nahi hai.</w:t>
      </w:r>
    </w:p>
    <w:p>
      <w:pPr>
        <w:jc w:val="right"/>
      </w:pPr>
      <w:r>
        <w:t>हो गई। मुझे इस किस्म की अल्लाह के फज से कोई शिकायत नहीं है।</w:t>
      </w:r>
    </w:p>
    <w:p>
      <w:r>
        <w:rPr>
          <w:b/>
        </w:rPr>
        <w:t xml:space="preserve">[05:04] </w:t>
      </w:r>
      <w:r>
        <w:t>to koi koi doosra tareeqa nahi hai.</w:t>
      </w:r>
    </w:p>
    <w:p>
      <w:pPr>
        <w:jc w:val="right"/>
      </w:pPr>
      <w:r>
        <w:t>तो कोई कोई दूसरा तरीका नहीं है।</w:t>
      </w:r>
    </w:p>
    <w:p>
      <w:r>
        <w:rPr>
          <w:b/>
        </w:rPr>
        <w:t xml:space="preserve">[05:08] </w:t>
      </w:r>
      <w:r>
        <w:t>isi</w:t>
      </w:r>
    </w:p>
    <w:p>
      <w:pPr>
        <w:jc w:val="right"/>
      </w:pPr>
      <w:r>
        <w:t>इसी</w:t>
      </w:r>
    </w:p>
    <w:p>
      <w:r>
        <w:rPr>
          <w:b/>
        </w:rPr>
        <w:t xml:space="preserve">[05:09] </w:t>
      </w:r>
      <w:r>
        <w:t>allah ki kitab ko padhna, isi rasool ki sunnat ka mutal karna,</w:t>
      </w:r>
    </w:p>
    <w:p>
      <w:pPr>
        <w:jc w:val="right"/>
      </w:pPr>
      <w:r>
        <w:t>अल्लाह की किताब को पढ़ना, इसी रसूल की सुन्नत का मुताल करना,</w:t>
      </w:r>
    </w:p>
    <w:p>
      <w:r>
        <w:rPr>
          <w:b/>
        </w:rPr>
        <w:t xml:space="preserve">[05:14] </w:t>
      </w:r>
      <w:r>
        <w:t>aur kaynat ko khuli aankhon se dekhna.</w:t>
      </w:r>
    </w:p>
    <w:p>
      <w:pPr>
        <w:jc w:val="right"/>
      </w:pPr>
      <w:r>
        <w:t>और कायनात को खुली आंखों से देखना।</w:t>
      </w:r>
    </w:p>
    <w:p>
      <w:r>
        <w:rPr>
          <w:b/>
        </w:rPr>
        <w:t xml:space="preserve">[05:20] </w:t>
      </w:r>
      <w:r>
        <w:t>kaynat ko khuli aankhon se dekhna.</w:t>
      </w:r>
    </w:p>
    <w:p>
      <w:pPr>
        <w:jc w:val="right"/>
      </w:pPr>
      <w:r>
        <w:t>कायनात को खुली आंखों से देखना।</w:t>
      </w:r>
    </w:p>
    <w:p>
      <w:r>
        <w:rPr>
          <w:b/>
        </w:rPr>
        <w:t xml:space="preserve">[05:24] </w:t>
      </w:r>
      <w:r>
        <w:t>to isi se sab baaten paida hoti hain.</w:t>
      </w:r>
    </w:p>
    <w:p>
      <w:pPr>
        <w:jc w:val="right"/>
      </w:pPr>
      <w:r>
        <w:t>तो इसी से सब बातें पैदा होती हैं।</w:t>
      </w:r>
    </w:p>
    <w:p>
      <w:r>
        <w:rPr>
          <w:b/>
        </w:rPr>
        <w:t xml:space="preserve">[05:29] </w:t>
      </w:r>
      <w:r>
        <w:t>ab main kya aapko kal kal parson ka ek ek tajurba batata hoon</w:t>
      </w:r>
    </w:p>
    <w:p>
      <w:pPr>
        <w:jc w:val="right"/>
      </w:pPr>
      <w:r>
        <w:t>अब मैं क्या आपको कल कल परसों का एक एक तजुर्बा बताता हूं</w:t>
      </w:r>
    </w:p>
    <w:p>
      <w:r>
        <w:rPr>
          <w:b/>
        </w:rPr>
        <w:t xml:space="preserve">[05:34] </w:t>
      </w:r>
      <w:r>
        <w:t>ki main apne ghar ke samne jo mera jo balcony hai,</w:t>
      </w:r>
    </w:p>
    <w:p>
      <w:pPr>
        <w:jc w:val="right"/>
      </w:pPr>
      <w:r>
        <w:t>कि मैं अपने घर के सामने जो मेरा जो बालकनी है,</w:t>
      </w:r>
    </w:p>
    <w:p>
      <w:r>
        <w:rPr>
          <w:b/>
        </w:rPr>
        <w:t xml:space="preserve">[05:40] </w:t>
      </w:r>
      <w:r>
        <w:t>us par baitha hua tha. subah ka waqt tha aur suraj abhi bhi nikla tha. to ek sahab milne ke liye aa gaye. to meri aadat hai ki main poochta hoon aadmi se ki aapke paas koi nai news hai?</w:t>
      </w:r>
    </w:p>
    <w:p>
      <w:pPr>
        <w:jc w:val="right"/>
      </w:pPr>
      <w:r>
        <w:t>उस पर बैठा हुआ था। सुबह का वक्त था और सूरज अभी भी निकला था। तो एक साहब मिलने के लिए आ गए। तो मेरी आदत है कि मैं पूछता हूं आदमी से कि आपके पास कोई नई न्यूज है?</w:t>
      </w:r>
    </w:p>
    <w:p>
      <w:r>
        <w:rPr>
          <w:b/>
        </w:rPr>
        <w:t xml:space="preserve">[05:59] </w:t>
      </w:r>
      <w:r>
        <w:t>to main use hi poochta hoon, aapke paas koi nai news hai?</w:t>
      </w:r>
    </w:p>
    <w:p>
      <w:pPr>
        <w:jc w:val="right"/>
      </w:pPr>
      <w:r>
        <w:t>तो मैं उसे ही पूछता हूं, आपके पास कोई नई न्यूज है?</w:t>
      </w:r>
    </w:p>
    <w:p>
      <w:r>
        <w:rPr>
          <w:b/>
        </w:rPr>
        <w:t xml:space="preserve">[06:04] </w:t>
      </w:r>
      <w:r>
        <w:t>to unhon ne kuch der</w:t>
      </w:r>
    </w:p>
    <w:p>
      <w:pPr>
        <w:jc w:val="right"/>
      </w:pPr>
      <w:r>
        <w:t>तो उन्होंने कुछ देर</w:t>
      </w:r>
    </w:p>
    <w:p>
      <w:r>
        <w:rPr>
          <w:b/>
        </w:rPr>
        <w:t xml:space="preserve">[06:07] </w:t>
      </w:r>
      <w:r>
        <w:t>soch kar kaha ki nahin, koi nai news to nahin hai.</w:t>
      </w:r>
    </w:p>
    <w:p>
      <w:pPr>
        <w:jc w:val="right"/>
      </w:pPr>
      <w:r>
        <w:t>सोच कर कहा कि नहीं, कोई नई न्यूज तो नहीं है।</w:t>
      </w:r>
    </w:p>
    <w:p>
      <w:r>
        <w:rPr>
          <w:b/>
        </w:rPr>
        <w:t xml:space="preserve">[06:11] </w:t>
      </w:r>
      <w:r>
        <w:t>to mere dimagh se nikla ki dekhiye, suraj nikla hua hai, yeh new nai news nahin hai.</w:t>
      </w:r>
    </w:p>
    <w:p>
      <w:pPr>
        <w:jc w:val="right"/>
      </w:pPr>
      <w:r>
        <w:t>तो मेरे दिमाग से निकला कि देखिए, सूरज निकला हुआ है, यह न्यू नई न्यूज नहीं है।</w:t>
      </w:r>
    </w:p>
    <w:p>
      <w:r>
        <w:rPr>
          <w:b/>
        </w:rPr>
        <w:t xml:space="preserve">[06:17] </w:t>
      </w:r>
      <w:r>
        <w:t>raat ki tareeki ke baad</w:t>
      </w:r>
    </w:p>
    <w:p>
      <w:pPr>
        <w:jc w:val="right"/>
      </w:pPr>
      <w:r>
        <w:t>रात की तारीकी के बाद</w:t>
      </w:r>
    </w:p>
    <w:p>
      <w:r>
        <w:rPr>
          <w:b/>
        </w:rPr>
        <w:t xml:space="preserve">[06:20] </w:t>
      </w:r>
      <w:r>
        <w:t>suraj nikal aaya aur sara aalam jag utha ki nai news nahin hai.</w:t>
      </w:r>
    </w:p>
    <w:p>
      <w:pPr>
        <w:jc w:val="right"/>
      </w:pPr>
      <w:r>
        <w:t>सूरज निकल आया और सारा आलम जग उठा कि नई न्यूज नहीं है।</w:t>
      </w:r>
    </w:p>
    <w:p>
      <w:r>
        <w:rPr>
          <w:b/>
        </w:rPr>
        <w:t xml:space="preserve">[06:26] </w:t>
      </w:r>
      <w:r>
        <w:t>hawaein chal rahi hain, hawaein ruki nahin, nai news nahin hai.</w:t>
      </w:r>
    </w:p>
    <w:p>
      <w:pPr>
        <w:jc w:val="right"/>
      </w:pPr>
      <w:r>
        <w:t>हवाएं चल रही हैं, हवाएं रुकी नहीं, नई न्यूज नहीं है।</w:t>
      </w:r>
    </w:p>
    <w:p>
      <w:r>
        <w:rPr>
          <w:b/>
        </w:rPr>
        <w:t xml:space="preserve">[06:30] </w:t>
      </w:r>
      <w:r>
        <w:t>oxygen ki supply jari hai, band nahin hui.</w:t>
      </w:r>
    </w:p>
    <w:p>
      <w:pPr>
        <w:jc w:val="right"/>
      </w:pPr>
      <w:r>
        <w:t>ऑक्सीजन की सप्लाई जारी है, बंद नहीं हुई।</w:t>
      </w:r>
    </w:p>
    <w:p>
      <w:r>
        <w:rPr>
          <w:b/>
        </w:rPr>
        <w:t xml:space="preserve">[06:34] </w:t>
      </w:r>
      <w:r>
        <w:t>kya nai news nahin hai?</w:t>
      </w:r>
    </w:p>
    <w:p>
      <w:pPr>
        <w:jc w:val="right"/>
      </w:pPr>
      <w:r>
        <w:t>क्या नई न्यूज नहीं है?</w:t>
      </w:r>
    </w:p>
    <w:p>
      <w:r>
        <w:rPr>
          <w:b/>
        </w:rPr>
        <w:t xml:space="preserve">[06:36] </w:t>
      </w:r>
      <w:r>
        <w:t>zameen apne bahut hi zyada, yani sahi taur par revolve kar rahi hai. kya nai news nahin hai?</w:t>
      </w:r>
    </w:p>
    <w:p>
      <w:pPr>
        <w:jc w:val="right"/>
      </w:pPr>
      <w:r>
        <w:t>जमीन अपने बहुत ही ज्यादा, यानी सही तौर पर रिवॉल्व कर रही है। क्या नई न्यूज नहीं है?</w:t>
      </w:r>
    </w:p>
    <w:p>
      <w:r>
        <w:rPr>
          <w:b/>
        </w:rPr>
        <w:t xml:space="preserve">[06:51] </w:t>
      </w:r>
      <w:r>
        <w:t>phir maine kaha ki aapne sham ko khana khaya hoga aur subah ko hazam ho gaya. kya yah news nahin? nai news nahin hai. raat ko aapki aankh band ho gayi thi, is waqt aankh khuli hai. aap sab duniya ko dekh rahe hain. kya nai news nahin hai?</w:t>
      </w:r>
    </w:p>
    <w:p>
      <w:pPr>
        <w:jc w:val="right"/>
      </w:pPr>
      <w:r>
        <w:t>फिर मैंने कहा कि आपने शाम को खाना खाया होगा और सुबह को हजम हो गया। क्या यह न्यूज नहीं? नई न्यूज नहीं है। रात को आपकी आंख बंद हो गई थी, इस वक्त आंख खुली है। आप सब दुनिया को देख रहे हैं। क्या नई न्यूज नहीं है?</w:t>
      </w:r>
    </w:p>
    <w:p>
      <w:r>
        <w:rPr>
          <w:b/>
        </w:rPr>
        <w:t xml:space="preserve">[07:07] </w:t>
      </w:r>
      <w:r>
        <w:t>asal cheez yeh hai ki log jo hain,</w:t>
      </w:r>
    </w:p>
    <w:p>
      <w:pPr>
        <w:jc w:val="right"/>
      </w:pPr>
      <w:r>
        <w:t>असल चीज यह है कि लोग जो हैं,</w:t>
      </w:r>
    </w:p>
    <w:p>
      <w:r>
        <w:rPr>
          <w:b/>
        </w:rPr>
        <w:t xml:space="preserve">[07:11] </w:t>
      </w:r>
      <w:r>
        <w:t>jaante nahin duniya mein kaise rehna hai.</w:t>
      </w:r>
    </w:p>
    <w:p>
      <w:pPr>
        <w:jc w:val="right"/>
      </w:pPr>
      <w:r>
        <w:t>जानते नहीं दुनिया में कैसे रहना है।</w:t>
      </w:r>
    </w:p>
    <w:p>
      <w:r>
        <w:rPr>
          <w:b/>
        </w:rPr>
        <w:t xml:space="preserve">[07:15] </w:t>
      </w:r>
      <w:r>
        <w:t>ab yeh sab baaten jo maine kahi, agar aap yeh sochen to shukr ka samundar aapke andar aa</w:t>
      </w:r>
    </w:p>
    <w:p>
      <w:pPr>
        <w:jc w:val="right"/>
      </w:pPr>
      <w:r>
        <w:t>अब यह सब बातें जो मैंने कही, अगर आप यह सोचें तो शुक्र का समुद्र आपके अंदर आ</w:t>
      </w:r>
    </w:p>
    <w:p>
      <w:r>
        <w:rPr>
          <w:b/>
        </w:rPr>
        <w:t xml:space="preserve">[07:19] </w:t>
      </w:r>
      <w:r>
        <w:t>jayega. shukr ka samundar, marfat ka samundar,</w:t>
      </w:r>
    </w:p>
    <w:p>
      <w:pPr>
        <w:jc w:val="right"/>
      </w:pPr>
      <w:r>
        <w:t>जाएगा। शुक्र का समुद्र, मारफत का समुद्र,</w:t>
      </w:r>
    </w:p>
    <w:p>
      <w:r>
        <w:rPr>
          <w:b/>
        </w:rPr>
        <w:t xml:space="preserve">[07:26] </w:t>
      </w:r>
      <w:r>
        <w:t>rabbaniyat ka samundar.</w:t>
      </w:r>
    </w:p>
    <w:p>
      <w:pPr>
        <w:jc w:val="right"/>
      </w:pPr>
      <w:r>
        <w:t>रब्बानियत का समुद्र।</w:t>
      </w:r>
    </w:p>
    <w:p>
      <w:r>
        <w:rPr>
          <w:b/>
        </w:rPr>
        <w:t xml:space="preserve">[07:30] </w:t>
      </w:r>
      <w:r>
        <w:t>to hamari jo kitaben hain, risara jo hai, isi ke liye to hai.</w:t>
      </w:r>
    </w:p>
    <w:p>
      <w:pPr>
        <w:jc w:val="right"/>
      </w:pPr>
      <w:r>
        <w:t>तो हमारी जो किताबें हैं, रिसारा जो है, इसी के लिए तो है।</w:t>
      </w:r>
    </w:p>
    <w:p>
      <w:r>
        <w:rPr>
          <w:b/>
        </w:rPr>
        <w:t xml:space="preserve">[07:33] </w:t>
      </w:r>
      <w:r>
        <w:t>usko padhen log, baqayda bar bar padhen to us se ye cheez develop hogi.</w:t>
      </w:r>
    </w:p>
    <w:p>
      <w:pPr>
        <w:jc w:val="right"/>
      </w:pPr>
      <w:r>
        <w:t>उसको पढ़ें लोग, बाकायदा बार-बार पढ़ें तो उससे ये चीज डेवलप होगी।</w:t>
      </w:r>
    </w:p>
    <w:p>
      <w:r>
        <w:rPr>
          <w:b/>
        </w:rPr>
        <w:t xml:space="preserve">[07:42] </w:t>
      </w:r>
      <w:r>
        <w:t>maulana, agla sawal bidar karnataka se hai yunusuddin sahab ka. unhon ne likha hai, "maulana, al-rasala march 2013 ke title page par quote is tarah hai:</w:t>
      </w:r>
    </w:p>
    <w:p>
      <w:pPr>
        <w:jc w:val="right"/>
      </w:pPr>
      <w:r>
        <w:t>मौलाना, अगला सवाल बिदर कर्नाटिका से है यूनुसुद्दीन साहब का। उन्होंने लिखा है, "मौलाना, अल-रसाला मार्च 2013 के टाइटल पेज पर कोट इस तरह है:</w:t>
      </w:r>
    </w:p>
    <w:p>
      <w:r>
        <w:rPr>
          <w:b/>
        </w:rPr>
        <w:t xml:space="preserve">[07:56] </w:t>
      </w:r>
      <w:r>
        <w:t>chhoton ko izzat dena ikhlas ki pehchan hai aur badon ko izzat dena munafiqat ki pehchan hai. bara-e-karam iski wazahat farmaein."</w:t>
      </w:r>
    </w:p>
    <w:p>
      <w:pPr>
        <w:jc w:val="right"/>
      </w:pPr>
      <w:r>
        <w:t>छोटों को इज्जत देना इखलास की पहचान है और बड़ों को इज्जत देना मुनाफिकत की पहचान है। बराए करम इसकी वजाहत फरमाएं।"</w:t>
      </w:r>
    </w:p>
    <w:p>
      <w:r>
        <w:rPr>
          <w:b/>
        </w:rPr>
        <w:t xml:space="preserve">[08:09] </w:t>
      </w:r>
      <w:r>
        <w:t>dekhiye, har statement limited sense mein hota hai. har statement jo hai, limited sense mein hota hai.</w:t>
      </w:r>
    </w:p>
    <w:p>
      <w:pPr>
        <w:jc w:val="right"/>
      </w:pPr>
      <w:r>
        <w:t>देखिए, हर स्टेटमेंट लिमिटेड सेंस में होता है। हर स्टेटमेंट जो है, लिमिटेड सेंस में होता है।</w:t>
      </w:r>
    </w:p>
    <w:p>
      <w:r>
        <w:rPr>
          <w:b/>
        </w:rPr>
        <w:t xml:space="preserve">[08:19] </w:t>
      </w:r>
      <w:r>
        <w:t>to yah jo hai, aajkal ke jo halaat hain, uske lihaz se yah. yani aajkal ka jo ho raha hai duniya mein, aajkal ke zamane mein jo ho raha hai duniya mein ki log jo hain,</w:t>
      </w:r>
    </w:p>
    <w:p>
      <w:pPr>
        <w:jc w:val="right"/>
      </w:pPr>
      <w:r>
        <w:t>तो यह जो है, आजकल के जो हालात हैं, उसके लिहाज से यह। यानी आजकल का जो हो रहा है दुनिया में, आजकल के जमाने में जो हो रहा है दुनिया में कि लोग जो हैं,</w:t>
      </w:r>
    </w:p>
    <w:p>
      <w:r>
        <w:rPr>
          <w:b/>
        </w:rPr>
        <w:t xml:space="preserve">[08:34] </w:t>
      </w:r>
      <w:r>
        <w:t>itna materialistic ho gaye hain, itna</w:t>
      </w:r>
    </w:p>
    <w:p>
      <w:pPr>
        <w:jc w:val="right"/>
      </w:pPr>
      <w:r>
        <w:t>इतना मटेरियलिस्ट हो गए हैं, इतना</w:t>
      </w:r>
    </w:p>
    <w:p>
      <w:r>
        <w:rPr>
          <w:b/>
        </w:rPr>
        <w:t xml:space="preserve">[08:37] </w:t>
      </w:r>
      <w:r>
        <w:t>yani self interest logon par chhaya hua hai, jisse umeed ho rahi hai ki ise kuch milega, use</w:t>
      </w:r>
    </w:p>
    <w:p>
      <w:pPr>
        <w:jc w:val="right"/>
      </w:pPr>
      <w:r>
        <w:t>यानी सेल्फ इंटरेस्ट लोगों पर छाया हुआ है, जिससे उम्मीद हो रही है कि इसे कुछ मिलेगा, उसे</w:t>
      </w:r>
    </w:p>
    <w:p>
      <w:r>
        <w:rPr>
          <w:b/>
        </w:rPr>
        <w:t xml:space="preserve">[08:43] </w:t>
      </w:r>
      <w:r>
        <w:t>khoob respect denge.</w:t>
      </w:r>
    </w:p>
    <w:p>
      <w:pPr>
        <w:jc w:val="right"/>
      </w:pPr>
      <w:r>
        <w:t>खूब रिस्पेक्ट देंगे।</w:t>
      </w:r>
    </w:p>
    <w:p>
      <w:r>
        <w:rPr>
          <w:b/>
        </w:rPr>
        <w:t xml:space="preserve">[08:46] </w:t>
      </w:r>
      <w:r>
        <w:t>aur jise umeed na ho, kuch milne wala nahi hai, usko nazar daat karenge.</w:t>
      </w:r>
    </w:p>
    <w:p>
      <w:pPr>
        <w:jc w:val="right"/>
      </w:pPr>
      <w:r>
        <w:t>और जिसे उम्मीद ना हो, कुछ मिलने वाला नहीं है, उसको नजर दात करेंगे।</w:t>
      </w:r>
    </w:p>
    <w:p>
      <w:r>
        <w:rPr>
          <w:b/>
        </w:rPr>
        <w:t xml:space="preserve">[08:49] </w:t>
      </w:r>
      <w:r>
        <w:t>is pasmanzar mein woh qaul hai.</w:t>
      </w:r>
    </w:p>
    <w:p>
      <w:pPr>
        <w:jc w:val="right"/>
      </w:pPr>
      <w:r>
        <w:t>इस पसमंजर में वह कौल है।</w:t>
      </w:r>
    </w:p>
    <w:p>
      <w:r>
        <w:rPr>
          <w:b/>
        </w:rPr>
        <w:t xml:space="preserve">[08:52] </w:t>
      </w:r>
      <w:r>
        <w:t>usko aap absolute sense mein na lijiye.</w:t>
      </w:r>
    </w:p>
    <w:p>
      <w:pPr>
        <w:jc w:val="right"/>
      </w:pPr>
      <w:r>
        <w:t>उसको आप एब्सलूट सेंस में ना लीजिए।</w:t>
      </w:r>
    </w:p>
    <w:p>
      <w:r>
        <w:rPr>
          <w:b/>
        </w:rPr>
        <w:t xml:space="preserve">[08:55] </w:t>
      </w:r>
      <w:r>
        <w:t>kisi bhi baat ko agar absolute sense mein lenge aap, to baat wazih nahi hogi.</w:t>
      </w:r>
    </w:p>
    <w:p>
      <w:pPr>
        <w:jc w:val="right"/>
      </w:pPr>
      <w:r>
        <w:t>किसी भी बात को अगर एब्सलूट सेंस में लेंगे आप, तो बात वाज नहीं होगी।</w:t>
      </w:r>
    </w:p>
    <w:p>
      <w:r>
        <w:rPr>
          <w:b/>
        </w:rPr>
        <w:t xml:space="preserve">[09:01] </w:t>
      </w:r>
      <w:r>
        <w:t>yaad rakhiye, qusool ki koi bhi statement absolute sense mein nahi hota hai.</w:t>
      </w:r>
    </w:p>
    <w:p>
      <w:pPr>
        <w:jc w:val="right"/>
      </w:pPr>
      <w:r>
        <w:t>याद रखिए, कुसूल कि कोई भी स्टेटमेंट एब्सलूट सेंस में नहीं होता है।</w:t>
      </w:r>
    </w:p>
    <w:p>
      <w:r>
        <w:rPr>
          <w:b/>
        </w:rPr>
        <w:t xml:space="preserve">[09:07] </w:t>
      </w:r>
      <w:r>
        <w:t>kisi makhsoos background ke pasmanzar mein hota hai.</w:t>
      </w:r>
    </w:p>
    <w:p>
      <w:pPr>
        <w:jc w:val="right"/>
      </w:pPr>
      <w:r>
        <w:t>किसी मखसूस बैकग्राउंड के पसमंजर में होता है।</w:t>
      </w:r>
    </w:p>
    <w:p>
      <w:r>
        <w:rPr>
          <w:b/>
        </w:rPr>
        <w:t xml:space="preserve">[09:14] </w:t>
      </w:r>
      <w:r>
        <w:t>maulana, agla sawal delhi se hai raziya ka jamia millia islamia se. unhon ne likha hai, "maulana, aapne christian community ki ek behtareen misal di hai. iske reference se mujhe please yah clear kar dijiye ki kuch log jo yah kehte hain ki agar hum kisi non muslim ko follow karenge, to hamara hisab bhi unhi ke sath hoga. kya iska matlab, iska matlab kya hai?\</w:t>
      </w:r>
    </w:p>
    <w:p>
      <w:pPr>
        <w:jc w:val="right"/>
      </w:pPr>
      <w:r>
        <w:t>मौलाना, अगला सवाल दिल्ली से है रजिया का जामिया मिलिया इस्लामिया से। उन्होंने लिखा है, "मौलाना, आपने क्रिश्चियन कम्युनिटी की एक बेहतरीन मिसाल दी है। इसके रेफरेंस से मुझे प्लीज यह क्लियर कर दीजिए कि कुछ लोग जो यह कहते हैं कि अगर हम किसी नॉन मुस्लिम को फॉलो करेंगे, तो हमारा हिसाब भी उन्हीं के साथ होगा। क्या इसका मतलब, इसका मतलब क्या है?</w:t>
      </w:r>
    </w:p>
    <w:p>
      <w:r>
        <w:rPr>
          <w:b/>
        </w:rPr>
        <w:t xml:space="preserve">[09:42] </w:t>
      </w:r>
      <w:r>
        <w:t>kya hum unki achhi teachings ko bhi follow nahi kar sakte?" mai</w:t>
      </w:r>
    </w:p>
    <w:p>
      <w:pPr>
        <w:jc w:val="right"/>
      </w:pPr>
      <w:r>
        <w:t>क्या हम उनकी अच्छी टीचिंग्स को भी फॉलो नहीं कर सकते?" मै</w:t>
      </w:r>
    </w:p>
    <w:p>
      <w:r>
        <w:rPr>
          <w:b/>
        </w:rPr>
        <w:t xml:space="preserve">[09:48] </w:t>
      </w:r>
      <w:r>
        <w:t>ne dekhiye, method ke bare mein kaha hai.</w:t>
      </w:r>
    </w:p>
    <w:p>
      <w:pPr>
        <w:jc w:val="right"/>
      </w:pPr>
      <w:r>
        <w:t>ंने देखिए, मेथड के बारे में कहा है।</w:t>
      </w:r>
    </w:p>
    <w:p>
      <w:r>
        <w:rPr>
          <w:b/>
        </w:rPr>
        <w:t xml:space="preserve">[09:50] </w:t>
      </w:r>
      <w:r>
        <w:t>method ka bible to rasoolullah ne bhi follow kiya, non muslim ko.</w:t>
      </w:r>
    </w:p>
    <w:p>
      <w:pPr>
        <w:jc w:val="right"/>
      </w:pPr>
      <w:r>
        <w:t>मेथड का बायबल तो रसूलल्लाह ने भी फॉलो किया, नॉन मुस्लिम को।</w:t>
      </w:r>
    </w:p>
    <w:p>
      <w:r>
        <w:rPr>
          <w:b/>
        </w:rPr>
        <w:t xml:space="preserve">[09:55] </w:t>
      </w:r>
      <w:r>
        <w:t>rasoolullah ko makka se madina jana tha, to us zamane mein road nahi hua karti thi, nakshe nahi</w:t>
      </w:r>
    </w:p>
    <w:p>
      <w:pPr>
        <w:jc w:val="right"/>
      </w:pPr>
      <w:r>
        <w:t>रसूलल्लाह को मक्का से मदीना जाना था, तो उस जमाने में रोड नहीं हुआ करती थी, नक्शे नहीं</w:t>
      </w:r>
    </w:p>
    <w:p>
      <w:r>
        <w:rPr>
          <w:b/>
        </w:rPr>
        <w:t xml:space="preserve">[10:00] </w:t>
      </w:r>
      <w:r>
        <w:t>hua karte the.</w:t>
      </w:r>
    </w:p>
    <w:p>
      <w:pPr>
        <w:jc w:val="right"/>
      </w:pPr>
      <w:r>
        <w:t>हुआ करते थे।</w:t>
      </w:r>
    </w:p>
    <w:p>
      <w:r>
        <w:rPr>
          <w:b/>
        </w:rPr>
        <w:t xml:space="preserve">[10:02] </w:t>
      </w:r>
      <w:r>
        <w:t>ghatiyon mein aur jangalon se hokar gujarna padta tha.</w:t>
      </w:r>
    </w:p>
    <w:p>
      <w:pPr>
        <w:jc w:val="right"/>
      </w:pPr>
      <w:r>
        <w:t>घाटियों में और जंगलों से होकर गुजरना पड़ता था।</w:t>
      </w:r>
    </w:p>
    <w:p>
      <w:r>
        <w:rPr>
          <w:b/>
        </w:rPr>
        <w:t xml:space="preserve">[10:05] </w:t>
      </w:r>
      <w:r>
        <w:t>to mahir hua karte the raste ke.</w:t>
      </w:r>
    </w:p>
    <w:p>
      <w:pPr>
        <w:jc w:val="right"/>
      </w:pPr>
      <w:r>
        <w:t>तो माहिर हुआ करते थे रास्ते के।</w:t>
      </w:r>
    </w:p>
    <w:p>
      <w:r>
        <w:rPr>
          <w:b/>
        </w:rPr>
        <w:t xml:space="preserve">[10:08] </w:t>
      </w:r>
      <w:r>
        <w:t>to aapne ek mahir isi qism ka jo tha, uska naam abdullah ibne harkat ya abdullah ibne uqat,</w:t>
      </w:r>
    </w:p>
    <w:p>
      <w:pPr>
        <w:jc w:val="right"/>
      </w:pPr>
      <w:r>
        <w:t>तो आपने एक माहिर इसी किस्म का जो था, उसका नाम अब्दुल्लाह इब्ने हरकत या अब्दुल्लाह इब्ने उकत,</w:t>
      </w:r>
    </w:p>
    <w:p>
      <w:r>
        <w:rPr>
          <w:b/>
        </w:rPr>
        <w:t xml:space="preserve">[10:14] </w:t>
      </w:r>
      <w:r>
        <w:t>usko liya. usko follow karte hue aap madine pahunche.</w:t>
      </w:r>
    </w:p>
    <w:p>
      <w:pPr>
        <w:jc w:val="right"/>
      </w:pPr>
      <w:r>
        <w:t>उसको लिया। उसको फॉलो करते हुए आप मदीने पहुंचे।</w:t>
      </w:r>
    </w:p>
    <w:p>
      <w:r>
        <w:rPr>
          <w:b/>
        </w:rPr>
        <w:t xml:space="preserve">[10:18] </w:t>
      </w:r>
      <w:r>
        <w:t>to method ke taur se kisi ko follow karna chahiye aapko.</w:t>
      </w:r>
    </w:p>
    <w:p>
      <w:pPr>
        <w:jc w:val="right"/>
      </w:pPr>
      <w:r>
        <w:t>तो मेथड के तौर से किसी को फॉलो करना चाहिए आपको।</w:t>
      </w:r>
    </w:p>
    <w:p>
      <w:r>
        <w:rPr>
          <w:b/>
        </w:rPr>
        <w:t xml:space="preserve">[10:22] </w:t>
      </w:r>
      <w:r>
        <w:t>main ye thodi keh raha hoon ki aap uski sachchai ke bare mein usko maan lein ki woh</w:t>
      </w:r>
    </w:p>
    <w:p>
      <w:pPr>
        <w:jc w:val="right"/>
      </w:pPr>
      <w:r>
        <w:t>मैं ये थोड़ी कह रहा हूं कि आप उसकी सच्चाई के बारे में उसको मान लें कि वो</w:t>
      </w:r>
    </w:p>
    <w:p>
      <w:r>
        <w:rPr>
          <w:b/>
        </w:rPr>
        <w:t xml:space="preserve">[10:26] </w:t>
      </w:r>
      <w:r>
        <w:t>sachchai use milegi.</w:t>
      </w:r>
    </w:p>
    <w:p>
      <w:pPr>
        <w:jc w:val="right"/>
      </w:pPr>
      <w:r>
        <w:t>सच्चाई उसे मिलेगी।</w:t>
      </w:r>
    </w:p>
    <w:p>
      <w:r>
        <w:rPr>
          <w:b/>
        </w:rPr>
        <w:t xml:space="preserve">[10:27] </w:t>
      </w:r>
      <w:r>
        <w:t>mujhe sachchai ke liye to quran hai.</w:t>
      </w:r>
    </w:p>
    <w:p>
      <w:pPr>
        <w:jc w:val="right"/>
      </w:pPr>
      <w:r>
        <w:t>मुझे सच्चाई के लिए तो कुरान है।</w:t>
      </w:r>
    </w:p>
    <w:p>
      <w:r>
        <w:rPr>
          <w:b/>
        </w:rPr>
        <w:t xml:space="preserve">[10:32] </w:t>
      </w:r>
      <w:r>
        <w:t>to aap ismein</w:t>
      </w:r>
    </w:p>
    <w:p>
      <w:pPr>
        <w:jc w:val="right"/>
      </w:pPr>
      <w:r>
        <w:t>तो आप इसमें</w:t>
      </w:r>
    </w:p>
    <w:p>
      <w:r>
        <w:rPr>
          <w:b/>
        </w:rPr>
        <w:t xml:space="preserve">[10:33] </w:t>
      </w:r>
      <w:r>
        <w:t>fark kijiye ki sachchai ke mamle mein kisi ki baat manna aur use method ke bare mein kisi se saunp lena. ji haan. to maine jo baat kahi, maine kai baar repeat kiya hai ki main method ke taur se keh raha hoon, method ke taur se. to method ke taur se to rasoolullah ne bhi ek mushrik ko follow kiya tha.</w:t>
      </w:r>
    </w:p>
    <w:p>
      <w:pPr>
        <w:jc w:val="right"/>
      </w:pPr>
      <w:r>
        <w:t>फर्क कीजिए कि सच्चाई के मामले में किसी की बात मानना और उसे मेथड के बारे में किसी से सौंप लेना। जी हां। तो मैंने जो बात कही, मैंने कई बार रिपीट किया है कि मैं मेथड के तौर से कह रहा हूं, मेथड के तौर से। तो मेथड के तौर से तो रसूलल्लाह ने भी एक मुशरिक को फॉलो किया था।</w:t>
      </w:r>
    </w:p>
    <w:p>
      <w:r>
        <w:rPr>
          <w:b/>
        </w:rPr>
        <w:t xml:space="preserve">[11:01] </w:t>
      </w:r>
      <w:r>
        <w:t>maulana, agla sawal farhan khan sahab ka hai, mumbai se. unhone likha hai, "maulana, could you explain the verse number 34 of al-nisa in quran, which reads:</w:t>
      </w:r>
    </w:p>
    <w:p>
      <w:pPr>
        <w:jc w:val="right"/>
      </w:pPr>
      <w:r>
        <w:t>मौलाना, अगला सवाल फरहान खान साहब का है, मुंबई से। उन्होंने लिखा है, "मौलाना, कुड यू एक्सप्लेन द वर्स नंबर 34 ऑफ अल-नसा इन कुरान, व्हिच रीड्स:</w:t>
      </w:r>
    </w:p>
    <w:p>
      <w:r>
        <w:rPr>
          <w:b/>
        </w:rPr>
        <w:t xml:space="preserve">[11:15] </w:t>
      </w:r>
      <w:r>
        <w:t>'men are in charge of women by what allah has given one over the other, and what they spend from their wealth. so righteous women are devoutly obedient, guarding in the husbands absence what allah would have them guard. but those wives from whom you fear arrogance,</w:t>
      </w:r>
    </w:p>
    <w:p>
      <w:pPr>
        <w:jc w:val="right"/>
      </w:pPr>
      <w:r>
        <w:t>'मेन आर इन चार्ज ऑफ वुमेन बाय व्हाट अल्लाह हैज़ गिवन वन ओवर द अदर, एंड व्हाट दे स्पेंड फ्रॉम देयर वेल्थ। सो राइटियस वुमेन आर डिवाउटली ओबेडिएंट, गार्डिंग इन द हस्बैंड्स एब्सेंस व्हाट अल्लाह वुड हैव देम गार्ड। बट दोज़ वाइफ्स फ्रॉम हुम यू फियर एरोगेंस,</w:t>
      </w:r>
    </w:p>
    <w:p>
      <w:r>
        <w:rPr>
          <w:b/>
        </w:rPr>
        <w:t xml:space="preserve">[11:38] </w:t>
      </w:r>
      <w:r>
        <w:t>first advise them, then if they persist, force them in bed, and finally strike them. but if they obey you once more, seek no means against them. indeed, allah is ever exalted and grand. maulana sahab, my question is: how can the quran condone domestic violence?"</w:t>
      </w:r>
    </w:p>
    <w:p>
      <w:pPr>
        <w:jc w:val="right"/>
      </w:pPr>
      <w:r>
        <w:t>फर्स्ट एडवाइस देम, देन इफ दे पर्सिस्ट, फोर्सिक देम इन बेड, एंड फाइनली स्ट्राइक देम। बट इफ दे ओबे यू वंस मोर, सीक नो मींस अगेंस्ट देम। इनडीड, अल्लाह इज़ एवर एग्जॉल्टेड एंड ग्रैंड। मौलाना साहब, माय क्वेश्चन इज: हाउ कैन द कुरान कंडोन डोमेस्टिक वायलेंस?"</w:t>
      </w:r>
    </w:p>
    <w:p>
      <w:r>
        <w:rPr>
          <w:b/>
        </w:rPr>
        <w:t xml:space="preserve">[12:04] </w:t>
      </w:r>
      <w:r>
        <w:t>dekhiye, aap pehle meri do kitabein padhiye:</w:t>
      </w:r>
    </w:p>
    <w:p>
      <w:pPr>
        <w:jc w:val="right"/>
      </w:pPr>
      <w:r>
        <w:t>देखिए, आप पहले मेरी दो किताबें पढ़िए:</w:t>
      </w:r>
    </w:p>
    <w:p>
      <w:r>
        <w:rPr>
          <w:b/>
        </w:rPr>
        <w:t xml:space="preserve">[12:08] </w:t>
      </w:r>
      <w:r>
        <w:t>"khaatoon-e-islam" aur</w:t>
      </w:r>
    </w:p>
    <w:p>
      <w:pPr>
        <w:jc w:val="right"/>
      </w:pPr>
      <w:r>
        <w:t>"खातून इस्लाम" और</w:t>
      </w:r>
    </w:p>
    <w:p>
      <w:r>
        <w:rPr>
          <w:b/>
        </w:rPr>
        <w:t xml:space="preserve">[12:11] </w:t>
      </w:r>
      <w:r>
        <w:t>"aurat meinbar insaniyat".</w:t>
      </w:r>
    </w:p>
    <w:p>
      <w:pPr>
        <w:jc w:val="right"/>
      </w:pPr>
      <w:r>
        <w:t>"औरत मेंबार इंसानियत"।</w:t>
      </w:r>
    </w:p>
    <w:p>
      <w:r>
        <w:rPr>
          <w:b/>
        </w:rPr>
        <w:t xml:space="preserve">[12:14] </w:t>
      </w:r>
      <w:r>
        <w:t>isko padhne ke baad aap question kijiye.</w:t>
      </w:r>
    </w:p>
    <w:p>
      <w:pPr>
        <w:jc w:val="right"/>
      </w:pPr>
      <w:r>
        <w:t>इसको पढ़ने के बाद आप क्वेश्चन कीजिए।</w:t>
      </w:r>
    </w:p>
    <w:p>
      <w:r>
        <w:rPr>
          <w:b/>
        </w:rPr>
        <w:t xml:space="preserve">[12:17] </w:t>
      </w:r>
      <w:r>
        <w:t>mere khayal se aapne abhi hamari kitabein padhi nahi hain, isliye aap ye sab question kar rahe hain.</w:t>
      </w:r>
    </w:p>
    <w:p>
      <w:pPr>
        <w:jc w:val="right"/>
      </w:pPr>
      <w:r>
        <w:t>मेरे ख्याल से आपने अभी हमारी किताबें पढ़ी नहीं हैं, इसलिए आप ये सब क्वेश्चन कर रहे हैं।</w:t>
      </w:r>
    </w:p>
    <w:p>
      <w:r>
        <w:rPr>
          <w:b/>
        </w:rPr>
        <w:t xml:space="preserve">[12:23] </w:t>
      </w:r>
      <w:r>
        <w:t>kitabein, ye dono kitabein padhkar ke phir aap sochiye ki aapka question jo hai, answer hua ki nahi.</w:t>
      </w:r>
    </w:p>
    <w:p>
      <w:pPr>
        <w:jc w:val="right"/>
      </w:pPr>
      <w:r>
        <w:t>किताबें, ये दोनों किताबें पढ़कर के फिर आप सोचिए कि आपका क्वेश्चन जो है, आंसर हुआ कि नहीं।</w:t>
      </w:r>
    </w:p>
    <w:p>
      <w:r>
        <w:rPr>
          <w:b/>
        </w:rPr>
        <w:t xml:space="preserve">[12:31] </w:t>
      </w:r>
      <w:r>
        <w:t>mujhe yakeen hai ke aapke question ka aap khud hi aapko answer mil jayega.</w:t>
      </w:r>
    </w:p>
    <w:p>
      <w:pPr>
        <w:jc w:val="right"/>
      </w:pPr>
      <w:r>
        <w:t>मुझे यकीन है कि आपके क्वेश्चन का आप खुद ही आपको आंसर मिल जाएगा।</w:t>
      </w:r>
    </w:p>
    <w:p>
      <w:r>
        <w:rPr>
          <w:b/>
        </w:rPr>
        <w:t xml:space="preserve">[12:37] </w:t>
      </w:r>
      <w:r>
        <w:t>maulana, unka ek aur sawal hai. unhone likha hai, "what is your take on love marriage? do you think it is permitted in islam?</w:t>
      </w:r>
    </w:p>
    <w:p>
      <w:pPr>
        <w:jc w:val="right"/>
      </w:pPr>
      <w:r>
        <w:t>मौलाना, उनका एक और सवाल है। उन्होंने लिखा है, "व्हाट इज योर टेक ऑन लव मैरिज? डू यू थिंक इट इज परमिटेड इन इस्लाम?</w:t>
      </w:r>
    </w:p>
    <w:p>
      <w:r>
        <w:rPr>
          <w:b/>
        </w:rPr>
        <w:t xml:space="preserve">[12:47] </w:t>
      </w:r>
      <w:r>
        <w:t>would you agree that the marriage of the prophet and khadija was also a love mar</w:t>
      </w:r>
    </w:p>
    <w:p>
      <w:pPr>
        <w:jc w:val="right"/>
      </w:pPr>
      <w:r>
        <w:t>वुड यू एग्री दैट द मैरिज ऑफ द प्रोफेट एंड खदीजा वाज आल्सो अ लव मै</w:t>
      </w:r>
    </w:p>
    <w:p>
      <w:r>
        <w:rPr>
          <w:b/>
        </w:rPr>
        <w:t xml:space="preserve">[12:52] </w:t>
      </w:r>
      <w:r>
        <w:t>riage?" ji sahab, aap sad baat hai. main love marriage ko ahmaqana marriage samajhta hoon. yaani pagalon ki marriage, pagalon ki. isliye ki dekhiye, aap love marriage hoti hai, tootata kyun hai?</w:t>
      </w:r>
    </w:p>
    <w:p>
      <w:pPr>
        <w:jc w:val="right"/>
      </w:pPr>
      <w:r>
        <w:t>रिज?" जी साहब, आप सड बात है। मैं लव मैरिज को अहमकाना मैरिज समझता हूं। यानी पागलों की मैरिज, पागलों की। इसलिए कि देखिए, आप लव मैरिज होती है, टूटता क्यों है?</w:t>
      </w:r>
    </w:p>
    <w:p>
      <w:r>
        <w:rPr>
          <w:b/>
        </w:rPr>
        <w:t xml:space="preserve">[13:08] </w:t>
      </w:r>
      <w:r>
        <w:t>yaani more than 50% love marriage nakaam ho jati hai. to what is that love marriage? jo pagalpan ki shaadiyan hoti hain, use kehte hain love marriage. india se lekar europe, africa tak har jagah love marriage nakaam hai. to nakaam kyun?</w:t>
      </w:r>
    </w:p>
    <w:p>
      <w:pPr>
        <w:jc w:val="right"/>
      </w:pPr>
      <w:r>
        <w:t>यानी मोर देन 50% लव मैरिज नाकाम हो जाती है। तो व्हाट इज दैट लव मैरिज? जो पागलपन की शादियां होती हैं, उसे कहते हैं लव मैरिज। इंडिया से लेकर यूरोप, अफ्रीका तक हर जगह लव मैरिज नाकाम है। तो नाकाम क्यों?</w:t>
      </w:r>
    </w:p>
    <w:p>
      <w:r>
        <w:rPr>
          <w:b/>
        </w:rPr>
        <w:t xml:space="preserve">[13:25] </w:t>
      </w:r>
      <w:r>
        <w:t>agar wo love hai, to nakaam kyun? nakaam kyun? italy mein ek sahab se baat hui thi, isi par wo wahan ke professor sahab the. to maine kaha ki y isi baat ko maine kaha ki agar ye love marriage hai, to nakaam kyun hoti hai?</w:t>
      </w:r>
    </w:p>
    <w:p>
      <w:pPr>
        <w:jc w:val="right"/>
      </w:pPr>
      <w:r>
        <w:t>अगर वो लव है, तो नाकाम क्यों? नाकाम क्यों? इटली में एक साहब से बात हुई थी, इसी पर वो वहां के प्रोफेसर साहब थे। तो मैंने कहा कि य इसी बात को मैंने कहा कि अगर ये लव मैरिज है, तो नाकाम क्यों होती है?</w:t>
      </w:r>
    </w:p>
    <w:p>
      <w:r>
        <w:rPr>
          <w:b/>
        </w:rPr>
        <w:t xml:space="preserve">[13:43] </w:t>
      </w:r>
      <w:r>
        <w:t>to maine kaha ki love marriage hoti hi nahi, wo lust marriage hoti hai. l u s t, lust marriage hoti hai, love marriage hoti hi nahi. to unhone maan mana, kaha sahi keh rahe hain aap. nahi sahab, bilkul. yaani main isko jahilon ki baatein samajhta hoon, jiska ilm se, science se koi taluq nahi.</w:t>
      </w:r>
    </w:p>
    <w:p>
      <w:pPr>
        <w:jc w:val="right"/>
      </w:pPr>
      <w:r>
        <w:t>तो मैंने कहा कि लव मैरिज होती ही नहीं, वो लस्ट मैरिज होती है। एल यू एस टी, लस्ट मैरिज होती है, लव मैरिज होती ही नहीं। तो उन्होंने मान माना, कहा सही कह रहे हैं आप। नहीं साहब, बिल्कुल। यानी मैं इसको जाहिलों की बातें समझता हूं, जिसका इल्म से, साइंस से कोई ताल्लुक नहीं।</w:t>
      </w:r>
    </w:p>
    <w:p>
      <w:r>
        <w:rPr>
          <w:b/>
        </w:rPr>
        <w:t xml:space="preserve">[14:07] </w:t>
      </w:r>
      <w:r>
        <w:t>maulana farhan sahab ko yeh bhi batana chahenge ki woh aapki jo kitab hai, "secret of successful marriage life", usko padh sakte hain.</w:t>
      </w:r>
    </w:p>
    <w:p>
      <w:pPr>
        <w:jc w:val="right"/>
      </w:pPr>
      <w:r>
        <w:t>मौलाना फरहान साहब को यह भी बताना चाहेंगे कि वह आपकी जो किताब है, "सीक्रेट ऑफ सक्सेसफुल मैरिज लाइफ", उसको पढ़ सकते हैं।</w:t>
      </w:r>
    </w:p>
    <w:p>
      <w:r>
        <w:rPr>
          <w:b/>
        </w:rPr>
        <w:t xml:space="preserve">[14:15] </w:t>
      </w:r>
      <w:r>
        <w:t>aap haan, wahi padhiye. wo bhi hai. sabse zyada meaningless word jo bola gaya is zamane mein, wo love marriage hai. main apni zindagi mein, apni family mein, aur beshumar waqiyat dekhe hain ki dhoom se love marriage hoti hai aur dhoom se wo nakaam ho jati hai. tab main jo keh raha hoon ki love marriage, love marriage nahi hoti hai,</w:t>
      </w:r>
    </w:p>
    <w:p>
      <w:pPr>
        <w:jc w:val="right"/>
      </w:pPr>
      <w:r>
        <w:t>आप हां, वही पढ़िए। वो भी है। सबसे ज्यादा मीनिंगलेस वर्ड जो बोला गया इस जमाने में, वो लव मैरिज है। मैं अपनी जिंदगी में, अपनी फैमिली में, और बेशुमार वाक्यात देखे हैं कि धूम से लव मैरिज होती है और धूम से वो नाकाम हो जाती है। तब मैं जो कह रहा हूं कि लव मैरिज, लव मैरिज नहीं होती है,</w:t>
      </w:r>
    </w:p>
    <w:p>
      <w:r>
        <w:rPr>
          <w:b/>
        </w:rPr>
        <w:t xml:space="preserve">[14:41] </w:t>
      </w:r>
      <w:r>
        <w:t>wo lust marriage hoti hai. to tajurbe ko dekhkar main keh raha hoon, khamkha nahi keh raha hoon. kam se kam maine ek bhi love marriage kaamyaab nahi dekhi. apni family ke andar, family ke bahar,</w:t>
      </w:r>
    </w:p>
    <w:p>
      <w:pPr>
        <w:jc w:val="right"/>
      </w:pPr>
      <w:r>
        <w:t>वो लस्ट मैरिज होती है। तो तजुर्बे को देखकर मैं कह रहा हूं, खामखा नहीं कह रहा हूं। कम से कम मैंने एक भी लव मैरिज कामयाब नहीं देखी। अपनी फैमिली के अंदर, फैमिली के बाहर,</w:t>
      </w:r>
    </w:p>
    <w:p>
      <w:r>
        <w:rPr>
          <w:b/>
        </w:rPr>
        <w:t xml:space="preserve">[14:56] </w:t>
      </w:r>
      <w:r>
        <w:t>ya to toot jati hai ya bas nibhate hain log bachche ki wajah se. zyada tar bachche ki wajah se bachche paida ho gaye, to ab kya karein?</w:t>
      </w:r>
    </w:p>
    <w:p>
      <w:pPr>
        <w:jc w:val="right"/>
      </w:pPr>
      <w:r>
        <w:t>या तो टूट जाती है या बस निभाते हैं लोग बच्चे की वजह से। ज्यादातर बच्चे की वजह से बच्चे पैदा हो गए, तो अब क्या करें?</w:t>
      </w:r>
    </w:p>
    <w:p>
      <w:r>
        <w:rPr>
          <w:b/>
        </w:rPr>
        <w:t xml:space="preserve">[15:05] </w:t>
      </w:r>
      <w:r>
        <w:t>to aurat se jo love hoti hai, wah khatm ho ja ho chuki hoti hai.</w:t>
      </w:r>
    </w:p>
    <w:p>
      <w:pPr>
        <w:jc w:val="right"/>
      </w:pPr>
      <w:r>
        <w:t>तो औरत से जो लव होती है, वह खत्म हो जा हो चुकी होती है।</w:t>
      </w:r>
    </w:p>
    <w:p>
      <w:r>
        <w:rPr>
          <w:b/>
        </w:rPr>
        <w:t xml:space="preserve">[15:09] </w:t>
      </w:r>
      <w:r>
        <w:t>ab sirf bete hote hain.</w:t>
      </w:r>
    </w:p>
    <w:p>
      <w:pPr>
        <w:jc w:val="right"/>
      </w:pPr>
      <w:r>
        <w:t>अब सिर्फ बेटे होते हैं।</w:t>
      </w:r>
    </w:p>
    <w:p>
      <w:r>
        <w:rPr>
          <w:b/>
        </w:rPr>
        <w:t xml:space="preserve">[15:11] </w:t>
      </w:r>
      <w:r>
        <w:t>maine kisi ko bhi nahi dekha</w:t>
      </w:r>
    </w:p>
    <w:p>
      <w:pPr>
        <w:jc w:val="right"/>
      </w:pPr>
      <w:r>
        <w:t>मैंने किसी को भी नहीं देखा</w:t>
      </w:r>
    </w:p>
    <w:p>
      <w:r>
        <w:rPr>
          <w:b/>
        </w:rPr>
        <w:t xml:space="preserve">[15:14] </w:t>
      </w:r>
      <w:r>
        <w:t>ke aurat se love unki aankhon tak baqi rahe.</w:t>
      </w:r>
    </w:p>
    <w:p>
      <w:pPr>
        <w:jc w:val="right"/>
      </w:pPr>
      <w:r>
        <w:t>कि औरत से लव उनकी आंखों तक बाकी रहे।</w:t>
      </w:r>
    </w:p>
    <w:p>
      <w:r>
        <w:rPr>
          <w:b/>
        </w:rPr>
        <w:t xml:space="preserve">[15:20] </w:t>
      </w:r>
      <w:r>
        <w:t>ya to toot jati hai ya bachchon ke upar.</w:t>
      </w:r>
    </w:p>
    <w:p>
      <w:pPr>
        <w:jc w:val="right"/>
      </w:pPr>
      <w:r>
        <w:t>या तो टूट जाती है या बच्चों के ऊपर।</w:t>
      </w:r>
    </w:p>
    <w:p>
      <w:r>
        <w:rPr>
          <w:b/>
        </w:rPr>
        <w:t xml:space="preserve">[15:22] </w:t>
      </w:r>
      <w:r>
        <w:t>main aapko ek qissa batata hoon.</w:t>
      </w:r>
    </w:p>
    <w:p>
      <w:pPr>
        <w:jc w:val="right"/>
      </w:pPr>
      <w:r>
        <w:t>मैं आपको एक किस्सा बताता हूं।</w:t>
      </w:r>
    </w:p>
    <w:p>
      <w:r>
        <w:rPr>
          <w:b/>
        </w:rPr>
        <w:t xml:space="preserve">[15:24] </w:t>
      </w:r>
      <w:r>
        <w:t>main gaya ek baar ajmer,</w:t>
      </w:r>
    </w:p>
    <w:p>
      <w:pPr>
        <w:jc w:val="right"/>
      </w:pPr>
      <w:r>
        <w:t>मैं गया एक बार अजमेर,</w:t>
      </w:r>
    </w:p>
    <w:p>
      <w:r>
        <w:rPr>
          <w:b/>
        </w:rPr>
        <w:t xml:space="preserve">[15:28] </w:t>
      </w:r>
      <w:r>
        <w:t>muna tak. main tha muna tak yameeni sahib.</w:t>
      </w:r>
    </w:p>
    <w:p>
      <w:pPr>
        <w:jc w:val="right"/>
      </w:pPr>
      <w:r>
        <w:t>मुना तक। मैं था मुना तक यमीनी साहब।</w:t>
      </w:r>
    </w:p>
    <w:p>
      <w:r>
        <w:rPr>
          <w:b/>
        </w:rPr>
        <w:t xml:space="preserve">[15:31] </w:t>
      </w:r>
      <w:r>
        <w:t>to wahan par ek sahib the, unke do bete the.</w:t>
      </w:r>
    </w:p>
    <w:p>
      <w:pPr>
        <w:jc w:val="right"/>
      </w:pPr>
      <w:r>
        <w:t>तो वहां पर एक साहब थे, उनके दो बेटे थे।</w:t>
      </w:r>
    </w:p>
    <w:p>
      <w:r>
        <w:rPr>
          <w:b/>
        </w:rPr>
        <w:t xml:space="preserve">[15:35] </w:t>
      </w:r>
      <w:r>
        <w:t>ek bete ko unhone dukaan de di.</w:t>
      </w:r>
    </w:p>
    <w:p>
      <w:pPr>
        <w:jc w:val="right"/>
      </w:pPr>
      <w:r>
        <w:t>एक बेटे को उन्होंने दुकान दे दी।</w:t>
      </w:r>
    </w:p>
    <w:p>
      <w:r>
        <w:rPr>
          <w:b/>
        </w:rPr>
        <w:t xml:space="preserve">[15:38] </w:t>
      </w:r>
      <w:r>
        <w:t>doosre bete ne kaha ke mujhe falan aurat se shadi karni hai.</w:t>
      </w:r>
    </w:p>
    <w:p>
      <w:pPr>
        <w:jc w:val="right"/>
      </w:pPr>
      <w:r>
        <w:t>दूसरे बेटे ने कहा कि मुझे फलां औरत से शादी करनी है।</w:t>
      </w:r>
    </w:p>
    <w:p>
      <w:r>
        <w:rPr>
          <w:b/>
        </w:rPr>
        <w:t xml:space="preserve">[15:44] </w:t>
      </w:r>
      <w:r>
        <w:t>to us us aurat se unhone shadi karwai aur uske liye ek ek farm house bana diya.</w:t>
      </w:r>
    </w:p>
    <w:p>
      <w:pPr>
        <w:jc w:val="right"/>
      </w:pPr>
      <w:r>
        <w:t>तो उस उस औरत से उन्होंने शादी करवाई और उसके लिए एक एक फार्म हाउस बना दिया।</w:t>
      </w:r>
    </w:p>
    <w:p>
      <w:r>
        <w:rPr>
          <w:b/>
        </w:rPr>
        <w:t xml:space="preserve">[15:49] </w:t>
      </w:r>
      <w:r>
        <w:t>paise wale the wo.</w:t>
      </w:r>
    </w:p>
    <w:p>
      <w:pPr>
        <w:jc w:val="right"/>
      </w:pPr>
      <w:r>
        <w:t>पैसे वाले थे वो।</w:t>
      </w:r>
    </w:p>
    <w:p>
      <w:r>
        <w:rPr>
          <w:b/>
        </w:rPr>
        <w:t xml:space="preserve">[15:50] </w:t>
      </w:r>
      <w:r>
        <w:t>us</w:t>
      </w:r>
    </w:p>
    <w:p>
      <w:pPr>
        <w:jc w:val="right"/>
      </w:pPr>
      <w:r>
        <w:t>उस</w:t>
      </w:r>
    </w:p>
    <w:p>
      <w:r>
        <w:rPr>
          <w:b/>
        </w:rPr>
        <w:t xml:space="preserve">[15:51] </w:t>
      </w:r>
      <w:r>
        <w:t>farm house mein hum gaye, ek raat rahe wahan par.</w:t>
      </w:r>
    </w:p>
    <w:p>
      <w:pPr>
        <w:jc w:val="right"/>
      </w:pPr>
      <w:r>
        <w:t>फार्म हाउस में हम गए, एक रात रहे वहां पर।</w:t>
      </w:r>
    </w:p>
    <w:p>
      <w:r>
        <w:rPr>
          <w:b/>
        </w:rPr>
        <w:t xml:space="preserve">[15:55] </w:t>
      </w:r>
      <w:r>
        <w:t>aur maine dekha ke wo wo mard aur aurat dono usi mein rehte the.</w:t>
      </w:r>
    </w:p>
    <w:p>
      <w:pPr>
        <w:jc w:val="right"/>
      </w:pPr>
      <w:r>
        <w:t>और मैंने देखा कि वो वो मर्द और औरत दोनों उसी में रहते थे।</w:t>
      </w:r>
    </w:p>
    <w:p>
      <w:r>
        <w:rPr>
          <w:b/>
        </w:rPr>
        <w:t xml:space="preserve">[16:00] </w:t>
      </w:r>
      <w:r>
        <w:t>aur jab tak hum the, kabhi dono mein baat nahi hui.</w:t>
      </w:r>
    </w:p>
    <w:p>
      <w:pPr>
        <w:jc w:val="right"/>
      </w:pPr>
      <w:r>
        <w:t>और जब तक हम थे, कभी दोनों में बात नहीं हुई।</w:t>
      </w:r>
    </w:p>
    <w:p>
      <w:r>
        <w:rPr>
          <w:b/>
        </w:rPr>
        <w:t xml:space="preserve">[16:05] </w:t>
      </w:r>
      <w:r>
        <w:t>na din mein, na raat mein.</w:t>
      </w:r>
    </w:p>
    <w:p>
      <w:pPr>
        <w:jc w:val="right"/>
      </w:pPr>
      <w:r>
        <w:t>ना दिन में, ना रात में।</w:t>
      </w:r>
    </w:p>
    <w:p>
      <w:r>
        <w:rPr>
          <w:b/>
        </w:rPr>
        <w:t xml:space="preserve">[16:06] </w:t>
      </w:r>
      <w:r>
        <w:t>wo alag, wo alag.</w:t>
      </w:r>
    </w:p>
    <w:p>
      <w:pPr>
        <w:jc w:val="right"/>
      </w:pPr>
      <w:r>
        <w:t>वो अलग, वो अलग।</w:t>
      </w:r>
    </w:p>
    <w:p>
      <w:r>
        <w:rPr>
          <w:b/>
        </w:rPr>
        <w:t xml:space="preserve">[16:08] </w:t>
      </w:r>
      <w:r>
        <w:t>aur usi love marriage ke liye baap se usne takrao kiya tha ke mujhe</w:t>
      </w:r>
    </w:p>
    <w:p>
      <w:pPr>
        <w:jc w:val="right"/>
      </w:pPr>
      <w:r>
        <w:t>और उसी लव मैरिज के लिए बाप से उसने टकराव किया था कि मुझे</w:t>
      </w:r>
    </w:p>
    <w:p>
      <w:r>
        <w:rPr>
          <w:b/>
        </w:rPr>
        <w:t xml:space="preserve">[16:14] </w:t>
      </w:r>
      <w:r>
        <w:t>alag ghar chahiye aur mujhe is ladki se shadi karna hai.</w:t>
      </w:r>
    </w:p>
    <w:p>
      <w:pPr>
        <w:jc w:val="right"/>
      </w:pPr>
      <w:r>
        <w:t>अलग घर चाहिए और मुझे इस लड़की से शादी करना है।</w:t>
      </w:r>
    </w:p>
    <w:p>
      <w:r>
        <w:rPr>
          <w:b/>
        </w:rPr>
        <w:t xml:space="preserve">[16:18] </w:t>
      </w:r>
      <w:r>
        <w:t>aise ki aise ek do nahi, aise bahut qisse.</w:t>
      </w:r>
    </w:p>
    <w:p>
      <w:pPr>
        <w:jc w:val="right"/>
      </w:pPr>
      <w:r>
        <w:t>ऐसे कि ऐसे एक दो नहीं, ऐसे बहुत किस्से।</w:t>
      </w:r>
    </w:p>
    <w:p>
      <w:r>
        <w:rPr>
          <w:b/>
        </w:rPr>
        <w:t xml:space="preserve">[16:21] </w:t>
      </w:r>
      <w:r>
        <w:t>aap agar isko na jante ho, to aap andhe behre hain.</w:t>
      </w:r>
    </w:p>
    <w:p>
      <w:pPr>
        <w:jc w:val="right"/>
      </w:pPr>
      <w:r>
        <w:t>आप अगर इसको ना जानते हो, तो आप अंधे बह रहे हैं।</w:t>
      </w:r>
    </w:p>
    <w:p>
      <w:r>
        <w:rPr>
          <w:b/>
        </w:rPr>
        <w:t xml:space="preserve">[16:24] </w:t>
      </w:r>
      <w:r>
        <w:t>aur kya keh sakta hoon main?</w:t>
      </w:r>
    </w:p>
    <w:p>
      <w:pPr>
        <w:jc w:val="right"/>
      </w:pPr>
      <w:r>
        <w:t>और क्या कह सकता हूं मैं?</w:t>
      </w:r>
    </w:p>
    <w:p>
      <w:r>
        <w:rPr>
          <w:b/>
        </w:rPr>
        <w:t xml:space="preserve">[16:28] </w:t>
      </w:r>
      <w:r>
        <w:t>love marriage kya cheez hai? nothing, nothing, nothing, nothing.</w:t>
      </w:r>
    </w:p>
    <w:p>
      <w:pPr>
        <w:jc w:val="right"/>
      </w:pPr>
      <w:r>
        <w:t>लव मैरिज क्या चीज है? नथिंग, नथिंग, नथिंग, नथिंग।</w:t>
      </w:r>
    </w:p>
    <w:p>
      <w:r>
        <w:rPr>
          <w:b/>
        </w:rPr>
        <w:t xml:space="preserve">[16:35] </w:t>
      </w:r>
      <w:r>
        <w:t>is wajah se main sirf arrange marriage ka kaal hoon. maa-baap jinko tajurba hota hai, jinko experience hota hai, wo jo faisla karte hain, wahi sahi hai. usi ko le lijiye. baqi love marriage kuch nahi.</w:t>
      </w:r>
    </w:p>
    <w:p>
      <w:pPr>
        <w:jc w:val="right"/>
      </w:pPr>
      <w:r>
        <w:t>इस वजह से मैं सिर्फ अरेंज मैरिज का काल हूं। मां-बाप जिनको तजुर्बा होता है, जिनको एक्सपीरियंस होता है, वो जो फैसला करते हैं, वही सही है। उसी को ले लीजिए। बाकी लव मैरिज कुछ नहीं।</w:t>
      </w:r>
    </w:p>
    <w:p>
      <w:r>
        <w:rPr>
          <w:b/>
        </w:rPr>
        <w:t xml:space="preserve">[16:51] </w:t>
      </w:r>
      <w:r>
        <w:t>maulana, agla sawal chennai se aaya hai, maulana iqbal umri ka. unhone likha hai, "maulana, ek sahab ne sawal kiya ki maulana ki tehreer ka khulasa kya hai?" to maine unhe kaha,</w:t>
      </w:r>
    </w:p>
    <w:p>
      <w:pPr>
        <w:jc w:val="right"/>
      </w:pPr>
      <w:r>
        <w:t>मौलाना, अगला सवाल चेन्नई से आया है, मौलाना इकबाल उमरी का। उन्होंने लिखा है, "मौलाना, एक साहब ने सवाल किया कि मौलाना की तहरीर का खुलासा क्या है?" तो मैंने उन्हें कहा,</w:t>
      </w:r>
    </w:p>
    <w:p>
      <w:r>
        <w:rPr>
          <w:b/>
        </w:rPr>
        <w:t xml:space="preserve">[17:06] </w:t>
      </w:r>
      <w:r>
        <w:t>"tazdeed of marfat and dawa, the true interpretation of islam verses the political islam, which help us to know about the creation plan of god and the application of the prophecies given in the quran and sunnat." maulana, kya yeh sahi taqseem hai</w:t>
      </w:r>
    </w:p>
    <w:p>
      <w:pPr>
        <w:jc w:val="right"/>
      </w:pPr>
      <w:r>
        <w:t>"तजदीद ऑफ मारफत एंड दावा, द ट्रू इंटरप्रिटेशन ऑफ इस्लाम वर्सेस द पॉलिटिकल इस्लाम, व्हिच हेल्प अस टू नो अबाउट द क्रिएशन प्लान ऑफ गॉड एंड द एप्लीकेशन ऑफ द प्रोफेसीज गिवन इन द कुरान एंड सुन्नत।" मौलाना, क्या यह सही तकसीम है</w:t>
      </w:r>
    </w:p>
    <w:p>
      <w:r>
        <w:rPr>
          <w:b/>
        </w:rPr>
        <w:t xml:space="preserve">[17:29] </w:t>
      </w:r>
      <w:r>
        <w:t>? haan, sahi taqseem hai.</w:t>
      </w:r>
    </w:p>
    <w:p>
      <w:pPr>
        <w:jc w:val="right"/>
      </w:pPr>
      <w:r>
        <w:t>? हां, सही तकसीम है।</w:t>
      </w:r>
    </w:p>
    <w:p>
      <w:r>
        <w:rPr>
          <w:b/>
        </w:rPr>
        <w:t xml:space="preserve">[17:31] </w:t>
      </w:r>
      <w:r>
        <w:t>agar mujhse koi pooche, to main kahunga ke meri tehreeron ka koi ek paragraph padh lijiye.</w:t>
      </w:r>
    </w:p>
    <w:p>
      <w:pPr>
        <w:jc w:val="right"/>
      </w:pPr>
      <w:r>
        <w:t>अगर मुझसे कोई पूछे, तो मैं कहूंगा कि मेरी तहरीरों का कोई एक पैराग्राफ पढ़ लीजिए।</w:t>
      </w:r>
    </w:p>
    <w:p>
      <w:r>
        <w:rPr>
          <w:b/>
        </w:rPr>
        <w:t xml:space="preserve">[17:36] </w:t>
      </w:r>
      <w:r>
        <w:t>aap sirf ek single paragraph, usi mein jawab mil jayega aapko.</w:t>
      </w:r>
    </w:p>
    <w:p>
      <w:pPr>
        <w:jc w:val="right"/>
      </w:pPr>
      <w:r>
        <w:t>आप सिर्फ एक सिंगल पैराग्राफ, उसी में जवाब मिल जाएगा आपको।</w:t>
      </w:r>
    </w:p>
    <w:p>
      <w:r>
        <w:rPr>
          <w:b/>
        </w:rPr>
        <w:t xml:space="preserve">[17:41] </w:t>
      </w:r>
      <w:r>
        <w:t>allah ke fazl se meri jo writing hai, wo alag dhang ki hoti hai.</w:t>
      </w:r>
    </w:p>
    <w:p>
      <w:pPr>
        <w:jc w:val="right"/>
      </w:pPr>
      <w:r>
        <w:t>अल्लाह के फर से मेरी जो राइटिंग है, वो अलगढंग की होती है।</w:t>
      </w:r>
    </w:p>
    <w:p>
      <w:r>
        <w:rPr>
          <w:b/>
        </w:rPr>
        <w:t xml:space="preserve">[17:46] </w:t>
      </w:r>
      <w:r>
        <w:t>wo wo novel ki tarah kitabein nahin hain, maine likhi hain.</w:t>
      </w:r>
    </w:p>
    <w:p>
      <w:pPr>
        <w:jc w:val="right"/>
      </w:pPr>
      <w:r>
        <w:t>वो वो नावेल की तरह किताबें नहीं हैं, मैंने लिखी हैं।</w:t>
      </w:r>
    </w:p>
    <w:p>
      <w:r>
        <w:rPr>
          <w:b/>
        </w:rPr>
        <w:t xml:space="preserve">[17:51] </w:t>
      </w:r>
      <w:r>
        <w:t>koi ek single paragraph aadmi padh le, samajh karke, achhi tarah se, usi mein jaan lega ke mere</w:t>
      </w:r>
    </w:p>
    <w:p>
      <w:pPr>
        <w:jc w:val="right"/>
      </w:pPr>
      <w:r>
        <w:t>कोई एक सिंगल पैराग्राफ आदमी पढ़ ले, समझ करके, अच्छी तरीके से, उसी में जान लेगा कि मेरे</w:t>
      </w:r>
    </w:p>
    <w:p>
      <w:r>
        <w:rPr>
          <w:b/>
        </w:rPr>
        <w:t xml:space="preserve">[17:56] </w:t>
      </w:r>
      <w:r>
        <w:t>message kya hai.</w:t>
      </w:r>
    </w:p>
    <w:p>
      <w:pPr>
        <w:jc w:val="right"/>
      </w:pPr>
      <w:r>
        <w:t>मैसेज क्या है।</w:t>
      </w:r>
    </w:p>
    <w:p>
      <w:r>
        <w:rPr>
          <w:b/>
        </w:rPr>
        <w:t xml:space="preserve">[17:57] </w:t>
      </w:r>
      <w:r>
        <w:t>mera</w:t>
      </w:r>
    </w:p>
    <w:p>
      <w:pPr>
        <w:jc w:val="right"/>
      </w:pPr>
      <w:r>
        <w:t>मेरा</w:t>
      </w:r>
    </w:p>
    <w:p>
      <w:r>
        <w:rPr>
          <w:b/>
        </w:rPr>
        <w:t xml:space="preserve">[18:00] </w:t>
      </w:r>
      <w:r>
        <w:t>jo chahe, tajurba karke dekh le. kisi ek kitab ko lijiye aur kholiye, usko ek paragraph padhiye. uska</w:t>
      </w:r>
    </w:p>
    <w:p>
      <w:pPr>
        <w:jc w:val="right"/>
      </w:pPr>
      <w:r>
        <w:t>जो चाहे, तजुर्बा करके देख ले। किसी एक किताब को लीजिए और खोलिए, उसको एक पैराग्राफ पढ़िए। उसका</w:t>
      </w:r>
    </w:p>
    <w:p>
      <w:r>
        <w:rPr>
          <w:b/>
        </w:rPr>
        <w:t xml:space="preserve">[18:08] </w:t>
      </w:r>
      <w:r>
        <w:t>maulana, agla sawal dilli se hai, mis nagma siddiqi ka. unhon ne likha hai, "many muslims consider it inaf to do salat, roza and haj and zakat for getting paradise. please clarify what we have to do to be eligible for paradise."</w:t>
      </w:r>
    </w:p>
    <w:p>
      <w:pPr>
        <w:jc w:val="right"/>
      </w:pPr>
      <w:r>
        <w:t>मौलाना, अगला सवाल दिल्ली से है, मिस नगमा सिद्दीकी का। उन्होंने लिखा है, "मेनी मुस्लिम्स कंसीडर इट इनफ टू डू सलात, रोजा एंड हज एंड जकात फॉर गेटिंग पैराडाइस। प्लीज क्लेरिफाई व्हाट वी हैव टू डू टू बी एलिजिबल फॉर पैराडाइस।"</w:t>
      </w:r>
    </w:p>
    <w:p>
      <w:r>
        <w:rPr>
          <w:b/>
        </w:rPr>
        <w:t xml:space="preserve">[18:30] </w:t>
      </w:r>
      <w:r>
        <w:t>bhai, quran mein to hai ke "zalika jaza mantaka."</w:t>
      </w:r>
    </w:p>
    <w:p>
      <w:pPr>
        <w:jc w:val="right"/>
      </w:pPr>
      <w:r>
        <w:t>भाई, कुरान में तो है कि "जालिका जजा मंतका।"</w:t>
      </w:r>
    </w:p>
    <w:p>
      <w:r>
        <w:rPr>
          <w:b/>
        </w:rPr>
        <w:t xml:space="preserve">[18:35] </w:t>
      </w:r>
      <w:r>
        <w:t>jannat uske liye milegi jisne apne aap ko purify kiya.</w:t>
      </w:r>
    </w:p>
    <w:p>
      <w:pPr>
        <w:jc w:val="right"/>
      </w:pPr>
      <w:r>
        <w:t>जन्नत उसके लिए मिलेगी जिसने अपने आप को प्यूरिफाई किया।</w:t>
      </w:r>
    </w:p>
    <w:p>
      <w:r>
        <w:rPr>
          <w:b/>
        </w:rPr>
        <w:t xml:space="preserve">[18:41] </w:t>
      </w:r>
      <w:r>
        <w:t>yaani apne aap ko, yaani ek apne andar personal,</w:t>
      </w:r>
    </w:p>
    <w:p>
      <w:pPr>
        <w:jc w:val="right"/>
      </w:pPr>
      <w:r>
        <w:t>यानी अपने आप को, यानी एक अपने अंदर पर्सनल,</w:t>
      </w:r>
    </w:p>
    <w:p>
      <w:r>
        <w:rPr>
          <w:b/>
        </w:rPr>
        <w:t xml:space="preserve">[18:47] </w:t>
      </w:r>
      <w:r>
        <w:t>yaani apni personality ko develop kiya.</w:t>
      </w:r>
    </w:p>
    <w:p>
      <w:pPr>
        <w:jc w:val="right"/>
      </w:pPr>
      <w:r>
        <w:t>यानी अपनी पर्सनालिटी को डेवलप किया।</w:t>
      </w:r>
    </w:p>
    <w:p>
      <w:r>
        <w:rPr>
          <w:b/>
        </w:rPr>
        <w:t xml:space="preserve">[18:50] </w:t>
      </w:r>
      <w:r>
        <w:t>usne apni personality ko develop karke apne aap ko</w:t>
      </w:r>
    </w:p>
    <w:p>
      <w:pPr>
        <w:jc w:val="right"/>
      </w:pPr>
      <w:r>
        <w:t>उसने अपनी पर्सनालिटी को डेवलप करके अपने आप को</w:t>
      </w:r>
    </w:p>
    <w:p>
      <w:r>
        <w:rPr>
          <w:b/>
        </w:rPr>
        <w:t xml:space="preserve">[18:57] </w:t>
      </w:r>
      <w:r>
        <w:t>waisa banaya jaisa allah ko chahiye jannat mein basane ke liye.</w:t>
      </w:r>
    </w:p>
    <w:p>
      <w:pPr>
        <w:jc w:val="right"/>
      </w:pPr>
      <w:r>
        <w:t>वैसा बनाया जैसा अल्लाह को चाहिए जन्नत में बसाने के लिए।</w:t>
      </w:r>
    </w:p>
    <w:p>
      <w:r>
        <w:rPr>
          <w:b/>
        </w:rPr>
        <w:t xml:space="preserve">[19:02] </w:t>
      </w:r>
      <w:r>
        <w:t>to yaani is quran mein aisi bahut si ayatein hain, aise maloom hota hai ke jannat mein</w:t>
      </w:r>
    </w:p>
    <w:p>
      <w:pPr>
        <w:jc w:val="right"/>
      </w:pPr>
      <w:r>
        <w:t>तो यानी इस कुरान में ऐसी बहुत सी आयतें हैं, ऐसे मालूम होता है कि जन्नत में</w:t>
      </w:r>
    </w:p>
    <w:p>
      <w:r>
        <w:rPr>
          <w:b/>
        </w:rPr>
        <w:t xml:space="preserve">[19:10] </w:t>
      </w:r>
      <w:r>
        <w:t>wo log jayenge jo jinhone apni personality ko us nach par develop kiya ho.</w:t>
      </w:r>
    </w:p>
    <w:p>
      <w:pPr>
        <w:jc w:val="right"/>
      </w:pPr>
      <w:r>
        <w:t>वो लोग जाएंगे जो जिन्होंने अपनी पर्सनालिटी को उस नच पर डेवलप किया हो।</w:t>
      </w:r>
    </w:p>
    <w:p>
      <w:r>
        <w:rPr>
          <w:b/>
        </w:rPr>
        <w:t xml:space="preserve">[19:15] </w:t>
      </w:r>
      <w:r>
        <w:t>baqi</w:t>
      </w:r>
    </w:p>
    <w:p>
      <w:pPr>
        <w:jc w:val="right"/>
      </w:pPr>
      <w:r>
        <w:t>बाकी</w:t>
      </w:r>
    </w:p>
    <w:p>
      <w:r>
        <w:rPr>
          <w:b/>
        </w:rPr>
        <w:t xml:space="preserve">[19:16] </w:t>
      </w:r>
      <w:r>
        <w:t>koi form aur koi ritual jo hai, usko aap dohrate rahe. ya aajkal ke namaz wagera kya hai? to kuch rituals hain, blus vachan sab jo dohrate hain. masjidon mein jate hain aur unka dhyan rehta hai jeb ke andar pade hue mobile par. ye koi namaz hai?</w:t>
      </w:r>
    </w:p>
    <w:p>
      <w:pPr>
        <w:jc w:val="right"/>
      </w:pPr>
      <w:r>
        <w:t>कोई फार्म और कोई रिचुअल जो है, उसको आप दोहराते रहे। या आजकल के नमाज वगैरह क्या है? तो कुछ रिचुअल्स हैं, ब्लस वचन सब जो दोहराते हैं। मस्जिदों में जाते हैं और उनका ध्यान रहता है जेब के अंदर पड़े हुए मोबाइल पर। ये कोई नमाज है?</w:t>
      </w:r>
    </w:p>
    <w:p>
      <w:r>
        <w:rPr>
          <w:b/>
        </w:rPr>
        <w:t xml:space="preserve">[19:35] </w:t>
      </w:r>
      <w:r>
        <w:t>ye koi namaz hai? kisi ne pehle zamane mein ek sher tha, ek aadmi ne kaha tha, "saf waqt namaz bar bandam, chkhat bamdad farzand." ke raat mein jab namaz ke liye khada hua, to dimag mein yeh sawal tha ke subah ko mere bachche kya khayenge?</w:t>
      </w:r>
    </w:p>
    <w:p>
      <w:pPr>
        <w:jc w:val="right"/>
      </w:pPr>
      <w:r>
        <w:t>ये कोई नमाज है? किसी ने पहले जमाने में एक शेर था, एक आदमी ने कहा था, "सफ वक्त नमाज बर बंदम, चखत बामदाद फर्जंद।" कि रात में जब नमाज के लिए खड़ा हुआ, तो दिमाग में यह सवाल था कि सुबह को मेरे बच्चे क्या खाएंगे?</w:t>
      </w:r>
    </w:p>
    <w:p>
      <w:r>
        <w:rPr>
          <w:b/>
        </w:rPr>
        <w:t xml:space="preserve">[19:53] </w:t>
      </w:r>
      <w:r>
        <w:t>ab kya hai? aap namaz ke liye khade hote hain aur dimag mein hota hai ke mobile mein kiska message aa raha hoga, usko mujhe check karna hai namaz ke baad. kya namaz kya hai?</w:t>
      </w:r>
    </w:p>
    <w:p>
      <w:pPr>
        <w:jc w:val="right"/>
      </w:pPr>
      <w:r>
        <w:t>अब क्या है? आप नमाज के लिए खड़े होते हैं और दिमाग में होता है कि मोबाइल में किसका मैसेज आ रहा होगा, उसको मुझे चेक करना है नमाज के बाद। क्या नमाज क्या है?</w:t>
      </w:r>
    </w:p>
    <w:p>
      <w:r>
        <w:rPr>
          <w:b/>
        </w:rPr>
        <w:t xml:space="preserve">[20:01] </w:t>
      </w:r>
      <w:r>
        <w:t>yeh yeh to ek rasm hai, ek ritual hai, ek form hai, ek culture hai. bas is wajah se is par main zor deta hoon ke asli cheez personality ko develop karna. kisi kisi form ko dohrate rahe, aap aapka zara atka hua mobile mein,</w:t>
      </w:r>
    </w:p>
    <w:p>
      <w:pPr>
        <w:jc w:val="right"/>
      </w:pPr>
      <w:r>
        <w:t>यह यह तो एक रस्म है, एक रिचुअल है, एक फार्म है, एक कल्चर है। बस इस वजह से इस पर मैं जोर देता हूं कि असली चीज पर्सनालिटी को डेवलप करना। किसी किसी फार्म को दोहराते रहे, आप आपका जरा अटका हुआ मोबाइल में,</w:t>
      </w:r>
    </w:p>
    <w:p>
      <w:r>
        <w:rPr>
          <w:b/>
        </w:rPr>
        <w:t xml:space="preserve">[20:22] </w:t>
      </w:r>
      <w:r>
        <w:t>yeh isse kuch nahi hota.</w:t>
      </w:r>
    </w:p>
    <w:p>
      <w:pPr>
        <w:jc w:val="right"/>
      </w:pPr>
      <w:r>
        <w:t>यह इससे कुछ नहीं होता।</w:t>
      </w:r>
    </w:p>
    <w:p>
      <w:r>
        <w:rPr>
          <w:b/>
        </w:rPr>
        <w:t xml:space="preserve">[20:26] </w:t>
      </w:r>
      <w:r>
        <w:t>maulana, agla sawal noida se hai, mis rafana ansari ka. unhon ne likha hai, "maulana sahib, to my understanding, the only purpose to have a meaningful life in this world is to have taskiya of the mind. maulana, i would need your further guidance to tell me how the process of taskiya can be taken to its deep core."</w:t>
      </w:r>
    </w:p>
    <w:p>
      <w:pPr>
        <w:jc w:val="right"/>
      </w:pPr>
      <w:r>
        <w:t>मौलाना, अगला सवाल नोएडा से है, मिस रफाना अंसारी का। उन्होंने लिखा है, "मौलाना साहब, टू माय अंडरस्टैंडिंग, द ओनली पर्पस टू हैव अ मीनिंगफुल लाइफ इन दिस वर्ल्ड इज टू हैव तस्किया ऑफ द माइंड। मौलाना, आई वुड नीड योर फर्द गाइडेंस टू टेल मी हाउ द प्रोसेस ऑफ तस्किया कैन बी टेकन टू इट्स डीप कोर।"</w:t>
      </w:r>
    </w:p>
    <w:p>
      <w:r>
        <w:rPr>
          <w:b/>
        </w:rPr>
        <w:t xml:space="preserve">[20:52] </w:t>
      </w:r>
      <w:r>
        <w:t>bhai, aap bahut sahi kaha inhone. yahi hamara mission hai. aur sari kitabon mein main isi ki detail hai. main sochta hoon ke sabse achha yeh hai ke aap tajkur quran ko padhen,</w:t>
      </w:r>
    </w:p>
    <w:p>
      <w:pPr>
        <w:jc w:val="right"/>
      </w:pPr>
      <w:r>
        <w:t>भाई, आप बहुत सही कहा इन्होंने। यही हमारा मिशन है। और सारी किताबों में मैं इसी की डिटेल है। मैं सोचता हूं कि सबसे अच्छा यह है कि आप तजकुर कुरान को पढ़ें,</w:t>
      </w:r>
    </w:p>
    <w:p>
      <w:r>
        <w:rPr>
          <w:b/>
        </w:rPr>
        <w:t xml:space="preserve">[21:06] </w:t>
      </w:r>
      <w:r>
        <w:t>jo urdu ke alawa angrezi mein bhi available hai. usmein aapko sari baat mil jayegi. mau</w:t>
      </w:r>
    </w:p>
    <w:p>
      <w:pPr>
        <w:jc w:val="right"/>
      </w:pPr>
      <w:r>
        <w:t>जो उर्दू के अलावा अंग्रेजी में भी अवेलेबल है। उसमें आपको सारी बात मिल जाएगी। मौ</w:t>
      </w:r>
    </w:p>
    <w:p>
      <w:r>
        <w:rPr>
          <w:b/>
        </w:rPr>
        <w:t xml:space="preserve">[21:17] </w:t>
      </w:r>
      <w:r>
        <w:t>lana, agla sawal dilli se hai, mis stuti malhotra ka. unhon ne likha hai, "maulana, how important is it for muslims to either do dawa themselves or at least donate for dawa work?"</w:t>
      </w:r>
    </w:p>
    <w:p>
      <w:pPr>
        <w:jc w:val="right"/>
      </w:pPr>
      <w:r>
        <w:t>लाना, अगला सवाल दिल्ली से है, मिस स्तुति मल्होत्रा का। उन्होंने लिखा है, "मौलाना, हाउ इंपॉर्टेंट इज इट फॉर मुस्लिम्स टू इदर डू दावा देमसेल्व्स और एटलीस्ट डोनेट फॉर दावा वर्क?"</w:t>
      </w:r>
    </w:p>
    <w:p>
      <w:r>
        <w:rPr>
          <w:b/>
        </w:rPr>
        <w:t xml:space="preserve">[21:33] </w:t>
      </w:r>
      <w:r>
        <w:t>han, hum yahi kehte hain ke jo physically apne aap ko involve karne ki position mein ho, to wo physically involve karen. farz ki koi physically involve karne ki position mein nahi hai,</w:t>
      </w:r>
    </w:p>
    <w:p>
      <w:pPr>
        <w:jc w:val="right"/>
      </w:pPr>
      <w:r>
        <w:t>हां, हम यही कहते हैं कि जो फिजिकली अपने आप को इवॉल्व करने की पोजीशन में हो, तो वो फिजिकली इवॉल्व करें। फर्ज की कोई फिजिकली इवॉल्व करने की पोजीशन में नहीं है,</w:t>
      </w:r>
    </w:p>
    <w:p>
      <w:r>
        <w:rPr>
          <w:b/>
        </w:rPr>
        <w:t xml:space="preserve">[21:46] </w:t>
      </w:r>
      <w:r>
        <w:t>to phir wo jo support uske paas hai, wo support de. do mein se ek kaam to use karna hi karna hai.</w:t>
      </w:r>
    </w:p>
    <w:p>
      <w:pPr>
        <w:jc w:val="right"/>
      </w:pPr>
      <w:r>
        <w:t>तो फिर वो जो सपोर्ट उसके पास है, वो सपोर्ट दे। दो में से एक काम तो उसे करना ही करना है।</w:t>
      </w:r>
    </w:p>
    <w:p>
      <w:r>
        <w:rPr>
          <w:b/>
        </w:rPr>
        <w:t xml:space="preserve">[21:59] </w:t>
      </w:r>
      <w:r>
        <w:t>ji, maulana, agla sawal raipur se hai, idrees sahab ka. unhon ne likha hai, "age of hazrat aisha at the time of wedding is criticized. what is your view on it?"</w:t>
      </w:r>
    </w:p>
    <w:p>
      <w:pPr>
        <w:jc w:val="right"/>
      </w:pPr>
      <w:r>
        <w:t>जी, मौलाना, अगला सवाल रायपुर से है, इदरीस साहब का। उन्होंने लिखा है, "एज ऑफ हजरत आयशा एट द टाइम ऑफ वेडिंग इज क्रिटिसाइज्ड। व्हाट इज योर व्यू ऑन इट?"</w:t>
      </w:r>
    </w:p>
    <w:p>
      <w:r>
        <w:rPr>
          <w:b/>
        </w:rPr>
        <w:t xml:space="preserve">[22:13] </w:t>
      </w:r>
      <w:r>
        <w:t>dekhiye, is par maine bahut detail ke sath likha hai apni kitab mein, jiska naam hai "aurat meinbar insaniyat." usko aap padh lijiye. usmein aap inshallah, is par satisfactory aapko answer mil jayega.</w:t>
      </w:r>
    </w:p>
    <w:p>
      <w:pPr>
        <w:jc w:val="right"/>
      </w:pPr>
      <w:r>
        <w:t>देखिए, इस पर मैंने बहुत डिटेल के साथ लिखा है अपनी किताब में, जिसका नाम है "औरत मेंबार इंसानियत।" उसको आप पढ़ लीजिए। उसमें आप इंशाल्लाह, इस पर सेटिस्फेक्टरी आपको आंसर मिल जाएगा।</w:t>
      </w:r>
    </w:p>
    <w:p>
      <w:r>
        <w:rPr>
          <w:b/>
        </w:rPr>
        <w:t xml:space="preserve">[22:34] </w:t>
      </w:r>
      <w:r>
        <w:t>ok, so we will end this session now. one announcement: today, the dawa field team will be having their routine meeting.</w:t>
      </w:r>
    </w:p>
    <w:p>
      <w:pPr>
        <w:jc w:val="right"/>
      </w:pPr>
      <w:r>
        <w:t>ओके, सो वी विल एंड दिस सेशन नाउ। वन अनाउंसमेंट: टुडे, दी दावा फील्ड टीम विल बी हैविंग देयर रूटीन मीटिंग।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