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Adjustment the Only Option September 19, 2010 Maulana Wahiduddin Khan</w:t>
      </w:r>
    </w:p>
    <w:p>
      <w:r>
        <w:t>https://www.youtube.com/watch?v=o5wG_ONm76s</w:t>
      </w:r>
    </w:p>
    <w:p>
      <w:r>
        <w:rPr>
          <w:b/>
        </w:rPr>
        <w:t xml:space="preserve">[00:14] </w:t>
      </w:r>
      <w:r>
        <w:t>bismillah rahman rahim, wasallallahu ala 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yafqaahu qawli.</w:t>
      </w:r>
    </w:p>
    <w:p>
      <w:pPr>
        <w:jc w:val="right"/>
      </w:pPr>
      <w:r>
        <w:t>یفقہ قولی.</w:t>
      </w:r>
    </w:p>
    <w:p>
      <w:r>
        <w:rPr>
          <w:b/>
        </w:rPr>
        <w:t xml:space="preserve">[00:36] </w:t>
      </w:r>
      <w:r>
        <w:t>aaj ka topic hai:</w:t>
      </w:r>
    </w:p>
    <w:p>
      <w:pPr>
        <w:jc w:val="right"/>
      </w:pPr>
      <w:r>
        <w:t>آج کا ٹاپک ہے:</w:t>
      </w:r>
    </w:p>
    <w:p>
      <w:r>
        <w:rPr>
          <w:b/>
        </w:rPr>
        <w:t xml:space="preserve">[00:42] </w:t>
      </w:r>
      <w:r>
        <w:t>"adjustment the only option."</w:t>
      </w:r>
    </w:p>
    <w:p>
      <w:pPr>
        <w:jc w:val="right"/>
      </w:pPr>
      <w:r>
        <w:t>"Adjustment the only option."</w:t>
      </w:r>
    </w:p>
    <w:p>
      <w:r>
        <w:rPr>
          <w:b/>
        </w:rPr>
        <w:t xml:space="preserve">[00:49] </w:t>
      </w:r>
      <w:r>
        <w:t>yaani is duniya mein hamare liye</w:t>
      </w:r>
    </w:p>
    <w:p>
      <w:pPr>
        <w:jc w:val="right"/>
      </w:pPr>
      <w:r>
        <w:t>یعنی اس دنیا میں ہمارے لیے</w:t>
      </w:r>
    </w:p>
    <w:p>
      <w:r>
        <w:rPr>
          <w:b/>
        </w:rPr>
        <w:t xml:space="preserve">[00:55] </w:t>
      </w:r>
      <w:r>
        <w:t>ek hi option hai, woh hai adjustment.</w:t>
      </w:r>
    </w:p>
    <w:p>
      <w:pPr>
        <w:jc w:val="right"/>
      </w:pPr>
      <w:r>
        <w:t>ایک ہی آپشن ہے، وہ ہے ایڈجسٹمنٹ۔</w:t>
      </w:r>
    </w:p>
    <w:p>
      <w:r>
        <w:rPr>
          <w:b/>
        </w:rPr>
        <w:t xml:space="preserve">[01:01] </w:t>
      </w:r>
      <w:r>
        <w:t>agar hum adjustment karne ko tayyar na hon to phir koi doosra option hum apne aap create nahi kar sakte.</w:t>
      </w:r>
    </w:p>
    <w:p>
      <w:pPr>
        <w:jc w:val="right"/>
      </w:pPr>
      <w:r>
        <w:t>اگر ہم ایڈجسٹمنٹ کرنے کو تیار نہ ہوں تو پھر کوئی دوسرا آپشن ہم اپنے آپ کریٹ نہیں کر سکتے۔</w:t>
      </w:r>
    </w:p>
    <w:p>
      <w:r>
        <w:rPr>
          <w:b/>
        </w:rPr>
        <w:t xml:space="preserve">[01:14] </w:t>
      </w:r>
      <w:r>
        <w:t>phir to, yaani, tastaar hai, tabahi hai.</w:t>
      </w:r>
    </w:p>
    <w:p>
      <w:pPr>
        <w:jc w:val="right"/>
      </w:pPr>
      <w:r>
        <w:t>پھر تو، یعنی، تاسطر ہے، تباہی ہے۔</w:t>
      </w:r>
    </w:p>
    <w:p>
      <w:r>
        <w:rPr>
          <w:b/>
        </w:rPr>
        <w:t xml:space="preserve">[01:25] </w:t>
      </w:r>
      <w:r>
        <w:t>jaise khana jo hai,</w:t>
      </w:r>
    </w:p>
    <w:p>
      <w:pPr>
        <w:jc w:val="right"/>
      </w:pPr>
      <w:r>
        <w:t>جیسے کھانا جو ہے،</w:t>
      </w:r>
    </w:p>
    <w:p>
      <w:r>
        <w:rPr>
          <w:b/>
        </w:rPr>
        <w:t xml:space="preserve">[01:29] </w:t>
      </w:r>
      <w:r>
        <w:t>food ke, yani hamein food chahiye to food ke liye hamein jo Khuda ne paida kiya hai, wahi lena hai.</w:t>
      </w:r>
    </w:p>
    <w:p>
      <w:pPr>
        <w:jc w:val="right"/>
      </w:pPr>
      <w:r>
        <w:t>فوڈ کے، یعنی ہمیں فوڈ چاہیے تو فوڈ کے لیے ہمیں جو خدا نے پیدا کیا ہے، وہی لینا ہے۔</w:t>
      </w:r>
    </w:p>
    <w:p>
      <w:r>
        <w:rPr>
          <w:b/>
        </w:rPr>
        <w:t xml:space="preserve">[01:40] </w:t>
      </w:r>
      <w:r>
        <w:t>patthar koi option nahi hai. Ya to khana khaiye ya mar jaiye.</w:t>
      </w:r>
    </w:p>
    <w:p>
      <w:pPr>
        <w:jc w:val="right"/>
      </w:pPr>
      <w:r>
        <w:t>پتھر کوئی آپشن نہیں ہے۔ یا تو کھانا کھائیے یا مر جائیے۔</w:t>
      </w:r>
    </w:p>
    <w:p>
      <w:r>
        <w:rPr>
          <w:b/>
        </w:rPr>
        <w:t xml:space="preserve">[01:49] </w:t>
      </w:r>
      <w:r>
        <w:t>aise hi ya to adjust kijiye ya suicide kar lijiye.</w:t>
      </w:r>
    </w:p>
    <w:p>
      <w:pPr>
        <w:jc w:val="right"/>
      </w:pPr>
      <w:r>
        <w:t>ایسے ہی یا تو ایڈجسٹ کیجیے یا سوسائیڈ کر لیجیے۔</w:t>
      </w:r>
    </w:p>
    <w:p>
      <w:r>
        <w:rPr>
          <w:b/>
        </w:rPr>
        <w:t xml:space="preserve">[02:00] </w:t>
      </w:r>
      <w:r>
        <w:t>dekhiye, yeh bohat hi aham baat hai. Yeh duniya kis ne banai hai? Hum ne, aap ne to nahi banai hai.</w:t>
      </w:r>
    </w:p>
    <w:p>
      <w:pPr>
        <w:jc w:val="right"/>
      </w:pPr>
      <w:r>
        <w:t>دیکھیے، یہ بہت ہی اہم بات ہے۔ یہ دنیا کس نے بنائی ہے؟ ہم نے، آپ نے تو نہیں بنائی ہے۔</w:t>
      </w:r>
    </w:p>
    <w:p>
      <w:r>
        <w:rPr>
          <w:b/>
        </w:rPr>
        <w:t xml:space="preserve">[02:12] </w:t>
      </w:r>
      <w:r>
        <w:t>to jo duniya banane wala hai, uska apna creation plan hai.</w:t>
      </w:r>
    </w:p>
    <w:p>
      <w:pPr>
        <w:jc w:val="right"/>
      </w:pPr>
      <w:r>
        <w:t>تو جو دنیا بنانے والا ہے، اس کا اپنا کریشن پلان ہے۔</w:t>
      </w:r>
    </w:p>
    <w:p>
      <w:r>
        <w:rPr>
          <w:b/>
        </w:rPr>
        <w:t xml:space="preserve">[02:20] </w:t>
      </w:r>
      <w:r>
        <w:t>uske apne laws hain, jis ko hum kehte hain law of nature.</w:t>
      </w:r>
    </w:p>
    <w:p>
      <w:pPr>
        <w:jc w:val="right"/>
      </w:pPr>
      <w:r>
        <w:t>اس کے اپنے لاز ہیں، جس کو ہم کہتے ہیں لا آف نیچر۔</w:t>
      </w:r>
    </w:p>
    <w:p>
      <w:r>
        <w:rPr>
          <w:b/>
        </w:rPr>
        <w:t xml:space="preserve">[02:29] </w:t>
      </w:r>
      <w:r>
        <w:t>to bas wahi janna hai. We have to discover those divine laws, and we have to follow it.</w:t>
      </w:r>
    </w:p>
    <w:p>
      <w:pPr>
        <w:jc w:val="right"/>
      </w:pPr>
      <w:r>
        <w:t>تو بس وہی جاننا ہے۔ We have to discover those divine laws, and we have to follow it.</w:t>
      </w:r>
    </w:p>
    <w:p>
      <w:r>
        <w:rPr>
          <w:b/>
        </w:rPr>
        <w:t xml:space="preserve">[02:40] </w:t>
      </w:r>
      <w:r>
        <w:t>There is no other option.</w:t>
      </w:r>
    </w:p>
    <w:p>
      <w:pPr>
        <w:jc w:val="right"/>
      </w:pPr>
      <w:r>
        <w:t>There is no other option.</w:t>
      </w:r>
    </w:p>
    <w:p>
      <w:r>
        <w:rPr>
          <w:b/>
        </w:rPr>
        <w:t xml:space="preserve">[02:44] </w:t>
      </w:r>
      <w:r>
        <w:t>to duniya ke banane wale ne, dekhiye, do bohat hi basic principle is duniya mein rakh diye hain. Ek hai individual life ke liye, ek hai social life ke liye.</w:t>
      </w:r>
    </w:p>
    <w:p>
      <w:pPr>
        <w:jc w:val="right"/>
      </w:pPr>
      <w:r>
        <w:t>تو دنیا کے بنانے والے نے، دیکھیے، دو بہت ہی بیسک پرنسپل اس دنیا میں رکھ دیے ہیں۔ ایک ہے انڈیویجول لائف کے لیے، ایک ہے سوشل لائف کے لیے۔</w:t>
      </w:r>
    </w:p>
    <w:p>
      <w:r>
        <w:rPr>
          <w:b/>
        </w:rPr>
        <w:t xml:space="preserve">[03:01] </w:t>
      </w:r>
      <w:r>
        <w:t>hamari life duniya mein two fold hoti hai. Ek akele ki, aur yeh ke hum ek samaj mein hote hain, ek society mein hote hain, doosron ke beech mein hote hain.</w:t>
      </w:r>
    </w:p>
    <w:p>
      <w:pPr>
        <w:jc w:val="right"/>
      </w:pPr>
      <w:r>
        <w:t>ہماری لائف دنیا میں ٹو فولڈ ہوتی ہے۔ ایک اکیلے کی، اور یہ کہ ہم ایک سماج میں ہوتے ہیں، ایک سوسائٹی میں ہوتے ہیں، دوسروں کے بیچ میں ہوتے ہیں۔</w:t>
      </w:r>
    </w:p>
    <w:p>
      <w:r>
        <w:rPr>
          <w:b/>
        </w:rPr>
        <w:t xml:space="preserve">[03:17] </w:t>
      </w:r>
      <w:r>
        <w:t>to yaad rakhiye, Khuda ne dono ke liye ek law set kar diya hai, pehle din se.</w:t>
      </w:r>
    </w:p>
    <w:p>
      <w:pPr>
        <w:jc w:val="right"/>
      </w:pPr>
      <w:r>
        <w:t>تو یاد رکھیے، خدا نے دونوں کے لیے ایک لا سیٹ کر دیا ہے، پہلے دن سے۔</w:t>
      </w:r>
    </w:p>
    <w:p>
      <w:r>
        <w:rPr>
          <w:b/>
        </w:rPr>
        <w:t xml:space="preserve">[03:30] </w:t>
      </w:r>
      <w:r>
        <w:t>wala tabdeela li khalqillahi. Khuda ne apna jo creation plan ke waqt jo bana diya hai, us mein koi badlav nahi, koi change nahi.</w:t>
      </w:r>
    </w:p>
    <w:p>
      <w:pPr>
        <w:jc w:val="right"/>
      </w:pPr>
      <w:r>
        <w:t>وَلَا تَبْدِيلَ لِخَلْقِ اللَّهِ۔ خدا نے اپنا جو کریشن پلان کے وقت جو بنا دیا ہے، اس میں کوئی بدلاؤ نہیں، کوئی چینج نہیں۔</w:t>
      </w:r>
    </w:p>
    <w:p>
      <w:r>
        <w:rPr>
          <w:b/>
        </w:rPr>
        <w:t xml:space="preserve">[03:45] </w:t>
      </w:r>
      <w:r>
        <w:t>to individual ke liye kya hai? Woh hai idealism. Individual life ke liye hai idealism, aur social life ke liye hai pragmatism.</w:t>
      </w:r>
    </w:p>
    <w:p>
      <w:pPr>
        <w:jc w:val="right"/>
      </w:pPr>
      <w:r>
        <w:t>تو انڈیویجول کے لیے کیا ہے؟ وہ ہے آئیڈیلزم۔ انڈیویجول لائف کے لیے ہے آئیڈیلزم، اور سوشل لائف کے لیے ہے پریگمیٹزم۔</w:t>
      </w:r>
    </w:p>
    <w:p>
      <w:r>
        <w:rPr>
          <w:b/>
        </w:rPr>
        <w:t xml:space="preserve">[04:02] </w:t>
      </w:r>
      <w:r>
        <w:t>bas, there is no third law. Aap ko apne personal mamle mein ideal par chalne ki koshish karna hai.</w:t>
      </w:r>
    </w:p>
    <w:p>
      <w:pPr>
        <w:jc w:val="right"/>
      </w:pPr>
      <w:r>
        <w:t>بس، there is no third law۔ آپ کو اپنے پرسنل معاملے میں آئیڈیل پر چلنے کی کوشش کرنا ہے۔</w:t>
      </w:r>
    </w:p>
    <w:p>
      <w:r>
        <w:rPr>
          <w:b/>
        </w:rPr>
        <w:t xml:space="preserve">[04:16] </w:t>
      </w:r>
      <w:r>
        <w:t>kyun ke aap ki zindagi apni zindagi hai.</w:t>
      </w:r>
    </w:p>
    <w:p>
      <w:pPr>
        <w:jc w:val="right"/>
      </w:pPr>
      <w:r>
        <w:t>کیونکہ آپ کی زندگی اپنی زندگی ہے۔</w:t>
      </w:r>
    </w:p>
    <w:p>
      <w:r>
        <w:rPr>
          <w:b/>
        </w:rPr>
        <w:t xml:space="preserve">[04:21] </w:t>
      </w:r>
      <w:r>
        <w:t>apne aap ko aap discipline mein rakh sakte hain. Apne aap par aap ka control hai. To jo bhi ideals hain, jo mayari usool hain,</w:t>
      </w:r>
    </w:p>
    <w:p>
      <w:pPr>
        <w:jc w:val="right"/>
      </w:pPr>
      <w:r>
        <w:t>اپنے آپ کو آپ ڈسپلن میں رکھ سکتے ہیں۔ اپنے آپ پر آپ کا کنٹرول ہے۔ تو جو بھی آئیڈیلز ہیں، جو معیاری اصول ہیں،</w:t>
      </w:r>
    </w:p>
    <w:p>
      <w:r>
        <w:rPr>
          <w:b/>
        </w:rPr>
        <w:t xml:space="preserve">[04:36] </w:t>
      </w:r>
      <w:r>
        <w:t>us ko follow karna hai aap ko.</w:t>
      </w:r>
    </w:p>
    <w:p>
      <w:pPr>
        <w:jc w:val="right"/>
      </w:pPr>
      <w:r>
        <w:t>اس کو فالو کرنا ہے آپ کو۔</w:t>
      </w:r>
    </w:p>
    <w:p>
      <w:r>
        <w:rPr>
          <w:b/>
        </w:rPr>
        <w:t xml:space="preserve">[04:43] </w:t>
      </w:r>
      <w:r>
        <w:t>to kya karna hai?</w:t>
      </w:r>
    </w:p>
    <w:p>
      <w:pPr>
        <w:jc w:val="right"/>
      </w:pPr>
      <w:r>
        <w:t>تو کیا کرنا ہے؟</w:t>
      </w:r>
    </w:p>
    <w:p>
      <w:r>
        <w:rPr>
          <w:b/>
        </w:rPr>
        <w:t xml:space="preserve">[04:47] </w:t>
      </w:r>
      <w:r>
        <w:t>In your personal life be idealist.</w:t>
      </w:r>
    </w:p>
    <w:p>
      <w:pPr>
        <w:jc w:val="right"/>
      </w:pPr>
      <w:r>
        <w:t>In your personal life be idealist۔</w:t>
      </w:r>
    </w:p>
    <w:p>
      <w:r>
        <w:rPr>
          <w:b/>
        </w:rPr>
        <w:t xml:space="preserve">[04:54] </w:t>
      </w:r>
      <w:r>
        <w:t>idealist zaati mamle mein. Lekin when it comes to society, family, other people, you have to be realist, you have to be pragmatic.</w:t>
      </w:r>
    </w:p>
    <w:p>
      <w:pPr>
        <w:jc w:val="right"/>
      </w:pPr>
      <w:r>
        <w:t>آئیڈیلسٹ ذاتی معاملے میں۔ لیکن when it comes to society, family, other people، you have to be realist، you have to be pragmatic۔</w:t>
      </w:r>
    </w:p>
    <w:p>
      <w:r>
        <w:rPr>
          <w:b/>
        </w:rPr>
        <w:t xml:space="preserve">[05:11] </w:t>
      </w:r>
      <w:r>
        <w:t>You have to adjust with others.</w:t>
      </w:r>
    </w:p>
    <w:p>
      <w:pPr>
        <w:jc w:val="right"/>
      </w:pPr>
      <w:r>
        <w:t>You have to adjust with others۔</w:t>
      </w:r>
    </w:p>
    <w:p>
      <w:r>
        <w:rPr>
          <w:b/>
        </w:rPr>
        <w:t xml:space="preserve">[05:19] </w:t>
      </w:r>
      <w:r>
        <w:t>yeh bohat hi bara principle hai, lekin saare log is ko ignore karte hain. Family life se le kar ke international life tak.</w:t>
      </w:r>
    </w:p>
    <w:p>
      <w:pPr>
        <w:jc w:val="right"/>
      </w:pPr>
      <w:r>
        <w:t>یہ بہت ہی بڑا پرنسپل ہے، لیکن سارے لوگ اس کو اگنور کرتے ہیں۔ فیملی لائف سے لے کر کے انٹرنیشنل لائف تک۔</w:t>
      </w:r>
    </w:p>
    <w:p>
      <w:r>
        <w:rPr>
          <w:b/>
        </w:rPr>
        <w:t xml:space="preserve">[05:28] </w:t>
      </w:r>
      <w:r>
        <w:t>aur isi ki wajah se violence hai, isi ki wajah se hate hai. Isi ki wajah se sara mamla bigra hua hai. Ke log kya karte hain?</w:t>
      </w:r>
    </w:p>
    <w:p>
      <w:pPr>
        <w:jc w:val="right"/>
      </w:pPr>
      <w:r>
        <w:t>اور اسی کی وجہ سے وائلنس ہے، اسی کی وجہ سے ہیٹ ہے۔ اسی کی وجہ سے سارا معاملہ بگڑا ہوا ہے۔ کہ لوگ کیا کرتے ہیں؟</w:t>
      </w:r>
    </w:p>
    <w:p>
      <w:r>
        <w:rPr>
          <w:b/>
        </w:rPr>
        <w:t xml:space="preserve">[05:39] </w:t>
      </w:r>
      <w:r>
        <w:t>ulta karte hain. Yani social life mein ideal chalana chahte hain, aur apni zindagi mein practical bane rehte hain.</w:t>
      </w:r>
    </w:p>
    <w:p>
      <w:pPr>
        <w:jc w:val="right"/>
      </w:pPr>
      <w:r>
        <w:t>الٹا کرتے ہیں۔ یعنی سوشل لائف میں آئیڈیل چلانا چاہتے ہیں، اور اپنی زندگی میں پریکٹیکل بنے رہتے ہیں۔</w:t>
      </w:r>
    </w:p>
    <w:p>
      <w:r>
        <w:rPr>
          <w:b/>
        </w:rPr>
        <w:t xml:space="preserve">[05:50] </w:t>
      </w:r>
      <w:r>
        <w:t>That is contradiction, that is hypocrisy. Main to jis se bhi milta hoon, apni zaat ke mamle mein woh practical bana rehta hai.</w:t>
      </w:r>
    </w:p>
    <w:p>
      <w:pPr>
        <w:jc w:val="right"/>
      </w:pPr>
      <w:r>
        <w:t>That is contradiction، that is hypocrisy۔ میں تو جس سے بھی ملتا ہوں، اپنی ذات کے معاملے میں وہ پریکٹیکل بنا رہتا ہے۔</w:t>
      </w:r>
    </w:p>
    <w:p>
      <w:r>
        <w:rPr>
          <w:b/>
        </w:rPr>
        <w:t xml:space="preserve">[06:02] </w:t>
      </w:r>
      <w:r>
        <w:t>keh bhai yeh to karna hi hoga, is ke baghair to kaam nahi chalega. Aise alfaaz bolta hai. Lekin jab aata hai kaam, maamla doosron ka, maslan family life hai, social life hai, national life hai,</w:t>
      </w:r>
    </w:p>
    <w:p>
      <w:pPr>
        <w:jc w:val="right"/>
      </w:pPr>
      <w:r>
        <w:t>کہ بھئی یہ تو کرنا ہی ہوگا، اس کے بغیر تو کام نہیں چلے گا۔ ایسے الفاظ بولتا ہے۔ لیکن جب آتا ہے کام، معاملہ دوسروں کا، مثلاً فیملی لائف ہے، سوشل لائف ہے، نیشنل لائف ہے،</w:t>
      </w:r>
    </w:p>
    <w:p>
      <w:r>
        <w:rPr>
          <w:b/>
        </w:rPr>
        <w:t xml:space="preserve">[06:18] </w:t>
      </w:r>
      <w:r>
        <w:t>international life, har jagah kya karta hai woh? Ideal chalata hai. Yeh kabhi bhi hone wala nahi hai.</w:t>
      </w:r>
    </w:p>
    <w:p>
      <w:pPr>
        <w:jc w:val="right"/>
      </w:pPr>
      <w:r>
        <w:t>انٹرنیشنل لائف، ہر جگہ کیا کرتا ہے وہ؟ آئیڈیل چلاتا ہے۔ یہ کبھی بھی ہونے والا نہیں ہے۔</w:t>
      </w:r>
    </w:p>
    <w:p>
      <w:r>
        <w:rPr>
          <w:b/>
        </w:rPr>
        <w:t xml:space="preserve">[06:29] </w:t>
      </w:r>
      <w:r>
        <w:t>plus aap ko hypocrite banna padta hai. Aap ko double standard banna padta hai.</w:t>
      </w:r>
    </w:p>
    <w:p>
      <w:pPr>
        <w:jc w:val="right"/>
      </w:pPr>
      <w:r>
        <w:t>پلس آپ کو ہپوکریٹ بننا پڑتا ہے۔ آپ کو ڈبل اسٹینڈرڈ بننا پڑتا ہے۔</w:t>
      </w:r>
    </w:p>
    <w:p>
      <w:r>
        <w:rPr>
          <w:b/>
        </w:rPr>
        <w:t xml:space="preserve">[06:39] </w:t>
      </w:r>
      <w:r>
        <w:t>kyunkeh jo principle aap apni life mein na chala rahe hon, usi ko aap society mein translate karna chahte hain. Yeh to bohat hi buri baat hai.</w:t>
      </w:r>
    </w:p>
    <w:p>
      <w:pPr>
        <w:jc w:val="right"/>
      </w:pPr>
      <w:r>
        <w:t>کیونکہ جو پرنسپل آپ اپنی لائف میں نہ چلا رہے ہوں، اسی کو آپ سوسائٹی میں ٹرانسلیٹ کرنا چاہتے ہیں۔ یہ تو بہت ہی بری بات ہے۔</w:t>
      </w:r>
    </w:p>
    <w:p>
      <w:r>
        <w:rPr>
          <w:b/>
        </w:rPr>
        <w:t xml:space="preserve">[06:52] </w:t>
      </w:r>
      <w:r>
        <w:t>Yeh to bohat hi bura culture hai. To beharhaal Quran majeed mein is principle ko is ayat mein bataya gaya hai.</w:t>
      </w:r>
    </w:p>
    <w:p>
      <w:pPr>
        <w:jc w:val="right"/>
      </w:pPr>
      <w:r>
        <w:t>یہ تو بہت ہی برا کلچر ہے۔ تو بہرحال قرآن مجید میں اس پرنسپل کو اس آیت میں بتایا گیا ہے۔</w:t>
      </w:r>
    </w:p>
    <w:p>
      <w:r>
        <w:rPr>
          <w:b/>
        </w:rPr>
        <w:t xml:space="preserve">[07:04] </w:t>
      </w:r>
      <w:r>
        <w:t>Asl-u khair. Asl-u khair yani reconciliation is the best.</w:t>
      </w:r>
    </w:p>
    <w:p>
      <w:pPr>
        <w:jc w:val="right"/>
      </w:pPr>
      <w:r>
        <w:t>اَصُلُّ خَيْرٌ۔ اَصُلُّ خَيْرٌ یعنی reconciliation is the best۔</w:t>
      </w:r>
    </w:p>
    <w:p>
      <w:r>
        <w:rPr>
          <w:b/>
        </w:rPr>
        <w:t xml:space="preserve">[07:14] </w:t>
      </w:r>
      <w:r>
        <w:t>Is ayat ka tarjuma hai: reconciliation is the best. And now what is reconciliation? Reconciliation means adjustment, patience,</w:t>
      </w:r>
    </w:p>
    <w:p>
      <w:pPr>
        <w:jc w:val="right"/>
      </w:pPr>
      <w:r>
        <w:t>اس آیت کا ترجمہ ہے: reconciliation is the best۔ And now what is reconciliation? Reconciliation means adjustment, patience,</w:t>
      </w:r>
    </w:p>
    <w:p>
      <w:r>
        <w:rPr>
          <w:b/>
        </w:rPr>
        <w:t xml:space="preserve">[07:29] </w:t>
      </w:r>
      <w:r>
        <w:t>compromise,</w:t>
      </w:r>
    </w:p>
    <w:p>
      <w:pPr>
        <w:jc w:val="right"/>
      </w:pPr>
      <w:r>
        <w:t>compromise,</w:t>
      </w:r>
    </w:p>
    <w:p>
      <w:r>
        <w:rPr>
          <w:b/>
        </w:rPr>
        <w:t xml:space="preserve">[07:34] </w:t>
      </w:r>
      <w:r>
        <w:t>adopting pragmatic approach</w:t>
      </w:r>
    </w:p>
    <w:p>
      <w:pPr>
        <w:jc w:val="right"/>
      </w:pPr>
      <w:r>
        <w:t>adopting pragmatic approach</w:t>
      </w:r>
    </w:p>
    <w:p>
      <w:r>
        <w:rPr>
          <w:b/>
        </w:rPr>
        <w:t xml:space="preserve">[07:38] </w:t>
      </w:r>
      <w:r>
        <w:t>. Yeh hai reconciliation.</w:t>
      </w:r>
    </w:p>
    <w:p>
      <w:pPr>
        <w:jc w:val="right"/>
      </w:pPr>
      <w:r>
        <w:t>۔ یہ ہے reconciliation۔</w:t>
      </w:r>
    </w:p>
    <w:p>
      <w:r>
        <w:rPr>
          <w:b/>
        </w:rPr>
        <w:t xml:space="preserve">[07:43] </w:t>
      </w:r>
      <w:r>
        <w:t>Aksar log mujh se poochte hain jab main kehta hoon yeh baat keh sabr kab tak? To main kehta hoon keh yeh log bilkul madness mein mubtala hain.</w:t>
      </w:r>
    </w:p>
    <w:p>
      <w:pPr>
        <w:jc w:val="right"/>
      </w:pPr>
      <w:r>
        <w:t>اکثر لوگ مجھ سے پوچھتے ہیں جب میں کہتا ہوں یہ بات کہ صبر کب تک؟ تو میں کہتا ہوں کہ یہ لوگ بالکل madness میں مبتلا ہیں۔</w:t>
      </w:r>
    </w:p>
    <w:p>
      <w:r>
        <w:rPr>
          <w:b/>
        </w:rPr>
        <w:t xml:space="preserve">[07:54] </w:t>
      </w:r>
      <w:r>
        <w:t>Sabr kab tak hai? Sabr to hamesha, sari lifetime sabr karna hai. Kab tak ka is mein sawal hi nahi hai. Yeh to aise hi hai keh pani kab tak piyen?</w:t>
      </w:r>
    </w:p>
    <w:p>
      <w:pPr>
        <w:jc w:val="right"/>
      </w:pPr>
      <w:r>
        <w:t>صبر کب تک ہے؟ صبر تو ہمیشہ، ساری لائف ٹائم صبر کرنا ہے۔ کب تک کا اس میں سوال ہی نہیں ہے۔ یہ تو ایسے ہی ہے کہ پانی کب تک پیئیں؟</w:t>
      </w:r>
    </w:p>
    <w:p>
      <w:r>
        <w:rPr>
          <w:b/>
        </w:rPr>
        <w:t xml:space="preserve">[08:05] </w:t>
      </w:r>
      <w:r>
        <w:t>Khana kab tak khayen? Oxygen mein saans kab tak len?</w:t>
      </w:r>
    </w:p>
    <w:p>
      <w:pPr>
        <w:jc w:val="right"/>
      </w:pPr>
      <w:r>
        <w:t>کھانا کب تک کھائیں؟ آکسیجن میں سانس کب تک لیں؟</w:t>
      </w:r>
    </w:p>
    <w:p>
      <w:r>
        <w:rPr>
          <w:b/>
        </w:rPr>
        <w:t xml:space="preserve">[08:13] </w:t>
      </w:r>
      <w:r>
        <w:t>To sabr kab tak ki kya baat hai bhai? Jo law of nature hai, us ko to lifetime follow karna hai.</w:t>
      </w:r>
    </w:p>
    <w:p>
      <w:pPr>
        <w:jc w:val="right"/>
      </w:pPr>
      <w:r>
        <w:t>تو صبر کب تک کی کیا بات ہے بھئی؟ جو لا آف نیچر ہے، اس کو تو لائف ٹائم فالو کرنا ہے۔</w:t>
      </w:r>
    </w:p>
    <w:p>
      <w:r>
        <w:rPr>
          <w:b/>
        </w:rPr>
        <w:t xml:space="preserve">[08:25] </w:t>
      </w:r>
      <w:r>
        <w:t>Log, kyunkeh logon ka haal yeh hai keh log bas apne ko jante hain, Khuda ko jante nahi. Sab ka haal hai, one to all.</w:t>
      </w:r>
    </w:p>
    <w:p>
      <w:pPr>
        <w:jc w:val="right"/>
      </w:pPr>
      <w:r>
        <w:t>لوگ، کیونکہ لوگوں کا حال یہ ہے کہ لوگ بس اپنے کو جانتے ہیں، خدا کو جانتے نہیں۔ سب کا حال ہے، one to all۔</w:t>
      </w:r>
    </w:p>
    <w:p>
      <w:r>
        <w:rPr>
          <w:b/>
        </w:rPr>
        <w:t xml:space="preserve">[08:36] </w:t>
      </w:r>
      <w:r>
        <w:t>Sab ka haal hai keh apne ko jante hain, Khuda ko nahi jante. Yani formal tareeqe par naam lete hain Khuda ka. Formal tareeqe par to sabhi naam lete hain, secular log bhi naam lete hain.</w:t>
      </w:r>
    </w:p>
    <w:p>
      <w:pPr>
        <w:jc w:val="right"/>
      </w:pPr>
      <w:r>
        <w:t>سب کا حال ہے کہ اپنے کو جانتے ہیں، خدا کو نہیں جانتے۔ یعنی فارمل طریقے پر نام لیتے ہیں خدا کا۔ فارمل طریقے پر تو سبھی نام لیتے ہیں، سیکولر لوگ بھی نام لیتے ہیں۔</w:t>
      </w:r>
    </w:p>
    <w:p>
      <w:r>
        <w:rPr>
          <w:b/>
        </w:rPr>
        <w:t xml:space="preserve">[08:50] </w:t>
      </w:r>
      <w:r>
        <w:t>Lekin haqeeqi maano mein Khuda ko koi manta nahi. Main ek misaal deta hoon. Kal mere paas ek telephone aaya, ek sahab ka.</w:t>
      </w:r>
    </w:p>
    <w:p>
      <w:pPr>
        <w:jc w:val="right"/>
      </w:pPr>
      <w:r>
        <w:t>لیکن حقیقی معنوں میں خدا کو کوئی مانتا نہیں۔ میں ایک مثال دیتا ہوں۔ کل میرے پاس ایک ٹیلی فون آیا، ایک صاحب کا۔</w:t>
      </w:r>
    </w:p>
    <w:p>
      <w:r>
        <w:rPr>
          <w:b/>
        </w:rPr>
        <w:t xml:space="preserve">[09:02] </w:t>
      </w:r>
      <w:r>
        <w:t>To baat cheet karte hue main ne poocha un se keh aap ke bachche hain? Aulaad hai aap ke?</w:t>
      </w:r>
    </w:p>
    <w:p>
      <w:pPr>
        <w:jc w:val="right"/>
      </w:pPr>
      <w:r>
        <w:t>تو بات چیت کرتے ہوئے میں نے پوچھا ان سے کہ آپ کے بچے ہیں؟ اولاد ہے آپ کے؟</w:t>
      </w:r>
    </w:p>
    <w:p>
      <w:r>
        <w:rPr>
          <w:b/>
        </w:rPr>
        <w:t xml:space="preserve">[09:11] </w:t>
      </w:r>
      <w:r>
        <w:t>Alhamdulillah, mere kai bete hain, kai ladke hain. Khoob Alhamdulillah, Alhamdulillah kar ke bolte rahe. To main ne kaha keh dekhiye, yeh Alhamdulillah ka to pata ho gaya aap ko keh aap ke bete betiyan hain aap ke paas?</w:t>
      </w:r>
    </w:p>
    <w:p>
      <w:pPr>
        <w:jc w:val="right"/>
      </w:pPr>
      <w:r>
        <w:t>الحمدللہ، میرے کئی بیٹے ہیں، کئی لڑکے ہیں۔ خوب الحمدللہ، الحمدللہ کر کے بولتے رہے۔ تو میں نے کہا کہ دیکھیے، یہ الحمدللہ کا تو پتہ ہو گیا آپ کو کہ آپ کے بیٹے بیٹیاں ہیں آپ کے پاس؟</w:t>
      </w:r>
    </w:p>
    <w:p>
      <w:r>
        <w:rPr>
          <w:b/>
        </w:rPr>
        <w:t xml:space="preserve">[09:28] </w:t>
      </w:r>
      <w:r>
        <w:t>Hain? Jab bhi aap kehte honge, khoob Alhamdulillah bolte honge. Kya aap ne kabhi kaha hai aap ne keh Alhamdulillah meri zuban chal rahi hai, main bol raha hoon?</w:t>
      </w:r>
    </w:p>
    <w:p>
      <w:pPr>
        <w:jc w:val="right"/>
      </w:pPr>
      <w:r>
        <w:t>ہیں؟ جب بھی آپ کہتے ہوں گے، خوب الحمدللہ بولتے ہوں گے۔ کیا آپ کبھی کہا ہے آپ نے کہ الحمدللہ میری زبان چل رہی ہے، میں بول رہا ہوں؟</w:t>
      </w:r>
    </w:p>
    <w:p>
      <w:r>
        <w:rPr>
          <w:b/>
        </w:rPr>
        <w:t xml:space="preserve">[09:41] </w:t>
      </w:r>
      <w:r>
        <w:t>Yeh zuban na chale to kaise bolenge aap? Alhamdulillah aaj main ne pani piya hai to pani gale se neeche utar gaya. Alhamdulillah aaj main ne khana khaya hai to khana pet mein ja kar hazam ho gaya.</w:t>
      </w:r>
    </w:p>
    <w:p>
      <w:pPr>
        <w:jc w:val="right"/>
      </w:pPr>
      <w:r>
        <w:t>یہ زبان نہ چلے تو کیسے بولیں گے آپ؟ الحمدللہ آج میں نے پانی پیا ہے تو پانی گلے سے نیچے اتر گیا۔ الحمدللہ آج میں نے کھانا کھایا ہے تو کھانا پیٹ میں جا کر ہضم ہو گیا۔</w:t>
      </w:r>
    </w:p>
    <w:p>
      <w:r>
        <w:rPr>
          <w:b/>
        </w:rPr>
        <w:t xml:space="preserve">[09:57] </w:t>
      </w:r>
      <w:r>
        <w:t>Alhamdulillah main aaj kuch baat sochna chaha apne mind se to mere mind ne sochne, socha main, mind ne inkaar nahi kiya sochne se. Alhamdulillah main aankh se dekhna chaha to mujhe cheezein dikhai de rahi hain mujh ko.</w:t>
      </w:r>
    </w:p>
    <w:p>
      <w:pPr>
        <w:jc w:val="right"/>
      </w:pPr>
      <w:r>
        <w:t>الحمدللہ میں آج کچھ بات سوچنا چاہا اپنے مائنڈ سے تو میرے مائنڈ نے سوچنے، سوچا میں، مائنڈ نے انکار نہیں کیا سوچنے سے۔ الحمدللہ میں آنکھ سے دیکھنا چاہا تو مجھے چیزیں دکھائی دے رہی ہیں مجھ کو۔</w:t>
      </w:r>
    </w:p>
    <w:p>
      <w:r>
        <w:rPr>
          <w:b/>
        </w:rPr>
        <w:t xml:space="preserve">[10:13] </w:t>
      </w:r>
      <w:r>
        <w:t>Yeh to Alhamdulillah ke item hain. Alhamdulillah ke asal item yeh hain. Lekin yahan par kisi ki zuban se Alhamdulillah nahi nikalta.</w:t>
      </w:r>
    </w:p>
    <w:p>
      <w:pPr>
        <w:jc w:val="right"/>
      </w:pPr>
      <w:r>
        <w:t>یہ تو الحمدللہ کے آئٹم ہیں۔ الحمدللہ کے اصل آئٹم یہ ہیں۔ لیکن یہاں پر کسی کی زبان سے الحمدللہ نہیں نکلتا۔</w:t>
      </w:r>
    </w:p>
    <w:p>
      <w:r>
        <w:rPr>
          <w:b/>
        </w:rPr>
        <w:t xml:space="preserve">[10:23] </w:t>
      </w:r>
      <w:r>
        <w:t>Kyun? Yahan, you have to acknowledge God, the Creator.</w:t>
      </w:r>
    </w:p>
    <w:p>
      <w:pPr>
        <w:jc w:val="right"/>
      </w:pPr>
      <w:r>
        <w:t>کیوں؟ یہاں، you have to acknowledge God، the Creator۔</w:t>
      </w:r>
    </w:p>
    <w:p>
      <w:r>
        <w:rPr>
          <w:b/>
        </w:rPr>
        <w:t xml:space="preserve">[10:30] </w:t>
      </w:r>
      <w:r>
        <w:t>Wahan kya hai? Bas beta beti, beta beti. Beta to logon ka God bana hua hai. To woh wahan Alhamdulillah keh kar ke apne hi God ko paate hain woh.</w:t>
      </w:r>
    </w:p>
    <w:p>
      <w:pPr>
        <w:jc w:val="right"/>
      </w:pPr>
      <w:r>
        <w:t>وہاں کیا ہے؟ بس بیٹا بیٹی، بیٹا بیٹی۔ بیٹا تو لوگوں کا God بنا ہوا ہے۔ تو وہ وہاں الحمدللہ کہہ کر کے اپنے ہی God کو پاتے ہیں وہ۔</w:t>
      </w:r>
    </w:p>
    <w:p>
      <w:r>
        <w:rPr>
          <w:b/>
        </w:rPr>
        <w:t xml:space="preserve">[10:42] </w:t>
      </w:r>
      <w:r>
        <w:t>jab beta beti ke liye koi kehta hai alhamdulillah to mujhe bohat ghussa aata hai. ke tum ne kabhi Creator ke liye bhi alhamdulillah kaha?</w:t>
      </w:r>
    </w:p>
    <w:p>
      <w:pPr>
        <w:jc w:val="right"/>
      </w:pPr>
      <w:r>
        <w:t>جب بیٹا بیٹی کے لیے کوئی کہتا ہے الحمدللہ تو مجھے بہت غصہ آتا ہے۔ کہ تم نے کبھی Creator کے لیے بھی الحمدللہ کہا؟</w:t>
      </w:r>
    </w:p>
    <w:p>
      <w:r>
        <w:rPr>
          <w:b/>
        </w:rPr>
        <w:t xml:space="preserve">[10:55] </w:t>
      </w:r>
      <w:r>
        <w:t>ke alhamdulillah Khuda ne mujhe paida kiya. alhamdulillah mujhe Khuda ne yeh cheez di, woh cheez di, woh sab kuch jo aap ko mila hua hai, woh kis ne diya aap ko?</w:t>
      </w:r>
    </w:p>
    <w:p>
      <w:pPr>
        <w:jc w:val="right"/>
      </w:pPr>
      <w:r>
        <w:t>کہ الحمدللہ خدا نے مجھے پیدا کیا۔ الحمدللہ مجھے خدا نے یہ چیز دی، وہ چیز دی، وہ سب کچھ جو آپ کو ملا ہوا ہے، وہ کس نے دیا آپ کو؟</w:t>
      </w:r>
    </w:p>
    <w:p>
      <w:r>
        <w:rPr>
          <w:b/>
        </w:rPr>
        <w:t xml:space="preserve">[11:07] </w:t>
      </w:r>
      <w:r>
        <w:t>beta beti koi aap ne banaya hai?</w:t>
      </w:r>
    </w:p>
    <w:p>
      <w:pPr>
        <w:jc w:val="right"/>
      </w:pPr>
      <w:r>
        <w:t>بیٹا بیٹی کوئی آپ نے بنایا ہے؟</w:t>
      </w:r>
    </w:p>
    <w:p>
      <w:r>
        <w:rPr>
          <w:b/>
        </w:rPr>
        <w:t xml:space="preserve">[11:13] </w:t>
      </w:r>
      <w:r>
        <w:t>to Khuda ke reference mein jab aap sochen ge to aap ko har cheez par lage ga. alhamdulillah meri zuban chal rahi hai, main bol raha hoon. kaise zuban chal rahi hai?</w:t>
      </w:r>
    </w:p>
    <w:p>
      <w:pPr>
        <w:jc w:val="right"/>
      </w:pPr>
      <w:r>
        <w:t>تو خدا کے ریفرنس میں جب آپ سوچیں گے تو آپ کو ہر چیز پر لگے گا۔ الحمدللہ میری زبان چل رہی ہے، میں بول رہا ہوں۔ کیسے زبان چل رہی ہے؟</w:t>
      </w:r>
    </w:p>
    <w:p>
      <w:r>
        <w:rPr>
          <w:b/>
        </w:rPr>
        <w:t xml:space="preserve">[11:24] </w:t>
      </w:r>
      <w:r>
        <w:t>kaise main bol pata hoon? alhamdulillah meri taqat chal rahi hai, main chal kar ke yahan se wahan gaya, wahan se wahan gaya. alhamdulillah mera dil jo hai,</w:t>
      </w:r>
    </w:p>
    <w:p>
      <w:pPr>
        <w:jc w:val="right"/>
      </w:pPr>
      <w:r>
        <w:t>کیسے میں بول پاتا ہوں؟ الحمدللہ میری طاقت چل رہی ہے، میں چل کر کے یہاں سے وہاں گیا، وہاں سے وہاں گیا۔ الحمدللہ میرا دل جو ہے،</w:t>
      </w:r>
    </w:p>
    <w:p>
      <w:r>
        <w:rPr>
          <w:b/>
        </w:rPr>
        <w:t xml:space="preserve">[11:38] </w:t>
      </w:r>
      <w:r>
        <w:t>harkat kar raha hai. circulation of blood ko control ki hui hai. warna abhi, kal parson mere paas aik sahib ka telephone aaya.</w:t>
      </w:r>
    </w:p>
    <w:p>
      <w:pPr>
        <w:jc w:val="right"/>
      </w:pPr>
      <w:r>
        <w:t>حرکت کر رہا ہے۔ سرکولیشن آف بلڈ کو کنٹرول کی ہوئی ہے۔ ورنہ ابھی، کل پرسوں میرے پاس ایک صاحب کا ٹیلی فون آیا۔</w:t>
      </w:r>
    </w:p>
    <w:p>
      <w:r>
        <w:rPr>
          <w:b/>
        </w:rPr>
        <w:t xml:space="preserve">[11:49] </w:t>
      </w:r>
      <w:r>
        <w:t>un ke bhai</w:t>
      </w:r>
    </w:p>
    <w:p>
      <w:pPr>
        <w:jc w:val="right"/>
      </w:pPr>
      <w:r>
        <w:t>ان کے بھائی</w:t>
      </w:r>
    </w:p>
    <w:p>
      <w:r>
        <w:rPr>
          <w:b/>
        </w:rPr>
        <w:t xml:space="preserve">[11:54] </w:t>
      </w:r>
      <w:r>
        <w:t>ka gurda kharab ho gaya. dono gurde. aap jante hain gurda jo hai safai karta hai khoon ki. gurda na rahe to khoon ki safai nahi ho sakti.</w:t>
      </w:r>
    </w:p>
    <w:p>
      <w:pPr>
        <w:jc w:val="right"/>
      </w:pPr>
      <w:r>
        <w:t>کا گردہ خراب ہو گیا۔ دونوں گردے۔ آپ جانتے ہیں گردہ جو ہے صفائی کرتا ہے خون کی۔ گردہ نہ رہے تو خون کی صفائی نہیں ہو سکتی۔</w:t>
      </w:r>
    </w:p>
    <w:p>
      <w:r>
        <w:rPr>
          <w:b/>
        </w:rPr>
        <w:t xml:space="preserve">[12:08] </w:t>
      </w:r>
      <w:r>
        <w:t>yeh dil pump karta hai khoon ko. pait ka kaam hai ke woh khana hazam kar ke khoon banaye.</w:t>
      </w:r>
    </w:p>
    <w:p>
      <w:pPr>
        <w:jc w:val="right"/>
      </w:pPr>
      <w:r>
        <w:t>یہ دل پمپ کرتا ہے خون کو۔ پیٹ کا کام ہے کہ وہ کھانا ہضم کر کے خون بنائے۔</w:t>
      </w:r>
    </w:p>
    <w:p>
      <w:r>
        <w:rPr>
          <w:b/>
        </w:rPr>
        <w:t xml:space="preserve">[12:19] </w:t>
      </w:r>
      <w:r>
        <w:t>khoon bana kar ke de body ko. dil ka kaam hai ke woh pump kar ke sari body mein pohanchaye. gurde ka kaam hai ke woh, kidney jo kehte hain aap, ke woh khoon ko saaf karta rahe.</w:t>
      </w:r>
    </w:p>
    <w:p>
      <w:pPr>
        <w:jc w:val="right"/>
      </w:pPr>
      <w:r>
        <w:t>خون بنا کر کے دے باڈی کو۔ دل کا کام ہے کہ وہ پمپ کر کے ساری باڈی میں پہنچائے۔ گردے کا کام ہے کہ وہ، کڈنی جو کہتے ہیں آپ، کہ وہ خون کو صاف کرتا رہے۔</w:t>
      </w:r>
    </w:p>
    <w:p>
      <w:r>
        <w:rPr>
          <w:b/>
        </w:rPr>
        <w:t xml:space="preserve">[12:36] </w:t>
      </w:r>
      <w:r>
        <w:t>ab bataein ke yeh in ka gurda fail ho gaya, ab chhe mahine tak woh dialysis par rahe, abhi woh mar gaye, woh un ka intiqal ho gaya.</w:t>
      </w:r>
    </w:p>
    <w:p>
      <w:pPr>
        <w:jc w:val="right"/>
      </w:pPr>
      <w:r>
        <w:t>اب بتائیں کہ یہ ان کا گردہ فیل ہو گیا، اب چھ مہینے تک وہ ڈائلیسز پر رہے، ابھی وہ مر گئے، وہ ان کا انتقال ہو گیا۔</w:t>
      </w:r>
    </w:p>
    <w:p>
      <w:r>
        <w:rPr>
          <w:b/>
        </w:rPr>
        <w:t xml:space="preserve">[12:47] </w:t>
      </w:r>
      <w:r>
        <w:t>to main ne socha ke dekho, mera digest system agar na kaam kare to khoon nahi banega. dil na kaam kare to khoon circulate nahi hoga.</w:t>
      </w:r>
    </w:p>
    <w:p>
      <w:pPr>
        <w:jc w:val="right"/>
      </w:pPr>
      <w:r>
        <w:t>تو میں نے سوچا کہ دیکھو، میرا ڈائجسٹ سسٹم اگر نہ کام کرے تو خون نہیں بنے گا۔ دل نہ کام کرے تو خون سرکولیٹ نہیں ہوگا۔</w:t>
      </w:r>
    </w:p>
    <w:p>
      <w:r>
        <w:rPr>
          <w:b/>
        </w:rPr>
        <w:t xml:space="preserve">[13:00] </w:t>
      </w:r>
      <w:r>
        <w:t>gurda kaam na kare to khoon ki safai nahi hogi. to aik dam laga yeh ke bhai yeh kya, yeh kya hai yeh? It was a terrible experience.</w:t>
      </w:r>
    </w:p>
    <w:p>
      <w:pPr>
        <w:jc w:val="right"/>
      </w:pPr>
      <w:r>
        <w:t>گردہ کام نہ کرے تو خون کی صفائی نہیں ہوگی۔ تو ایک دم لگا یہ کہ بھئی یہ کیا، یہ کیا ہے یہ؟ It was a terrible experience۔</w:t>
      </w:r>
    </w:p>
    <w:p>
      <w:r>
        <w:rPr>
          <w:b/>
        </w:rPr>
        <w:t xml:space="preserve">[13:13] </w:t>
      </w:r>
      <w:r>
        <w:t>Terrible experience.</w:t>
      </w:r>
    </w:p>
    <w:p>
      <w:pPr>
        <w:jc w:val="right"/>
      </w:pPr>
      <w:r>
        <w:t>Terrible experience۔</w:t>
      </w:r>
    </w:p>
    <w:p>
      <w:r>
        <w:rPr>
          <w:b/>
        </w:rPr>
        <w:t xml:space="preserve">[13:18] </w:t>
      </w:r>
      <w:r>
        <w:t>main ne sab bhool gaye. kin kin shabdon mein is baat ko kahoon? ke kaise Khuda yeh to kar raha hai?</w:t>
      </w:r>
    </w:p>
    <w:p>
      <w:pPr>
        <w:jc w:val="right"/>
      </w:pPr>
      <w:r>
        <w:t>میں نے سب بھول گئے۔ کن کن शब्दوں میں اس بات کو کہوں؟ کہ کیسے خدا یہ تو کر رہا ہے؟</w:t>
      </w:r>
    </w:p>
    <w:p>
      <w:r>
        <w:rPr>
          <w:b/>
        </w:rPr>
        <w:t xml:space="preserve">[13:29] </w:t>
      </w:r>
      <w:r>
        <w:t>kaise yeh kar raha hai?</w:t>
      </w:r>
    </w:p>
    <w:p>
      <w:pPr>
        <w:jc w:val="right"/>
      </w:pPr>
      <w:r>
        <w:t>کیسے یہ کر رہا ہے؟</w:t>
      </w:r>
    </w:p>
    <w:p>
      <w:r>
        <w:rPr>
          <w:b/>
        </w:rPr>
        <w:t xml:space="preserve">[13:36] </w:t>
      </w:r>
      <w:r>
        <w:t>mere paas aksar telephone aate rehte hain isi tarah ke. ab kal parson aik telephone aaya. woh kya kehte hain?</w:t>
      </w:r>
    </w:p>
    <w:p>
      <w:pPr>
        <w:jc w:val="right"/>
      </w:pPr>
      <w:r>
        <w:t>میرے پاس اکثر ٹیلی فون آتے رہتے ہیں اسی طرح کے۔ اب کل پرسوں ایک ٹیلی فون آیا۔ وہ کیا کہتے ہیں؟</w:t>
      </w:r>
    </w:p>
    <w:p>
      <w:r>
        <w:rPr>
          <w:b/>
        </w:rPr>
        <w:t xml:space="preserve">[13:47] </w:t>
      </w:r>
      <w:r>
        <w:t>ke Khuda ko tareef ki kya zaroorat hai? ab Quran mein kahin parh liya unhon ne alhamdulillah rabb-ul-alameen ka translation ke sari tareef Allah rabb-ul-alameen ke liye hai.</w:t>
      </w:r>
    </w:p>
    <w:p>
      <w:pPr>
        <w:jc w:val="right"/>
      </w:pPr>
      <w:r>
        <w:t>کہ خدا کو تعریف کی کیا ضرورت ہے؟ اب قرآن میں کہیں پڑھ لیا انہوں نے الحمدللہ رب العالمین کا ٹرانسلیشن کہ ساری تعریف اللہ رب العالمین کے لیے ہے۔</w:t>
      </w:r>
    </w:p>
    <w:p>
      <w:r>
        <w:rPr>
          <w:b/>
        </w:rPr>
        <w:t xml:space="preserve">[14:01] </w:t>
      </w:r>
      <w:r>
        <w:t>kahin parh liya unhon ne. ya angrezi mein parh liya ke sara praise jo hai Allah rabb-ul-alameen ke liye. to un ka Allah ko tareef ki kya zaroorat hai?</w:t>
      </w:r>
    </w:p>
    <w:p>
      <w:pPr>
        <w:jc w:val="right"/>
      </w:pPr>
      <w:r>
        <w:t>کہیں پڑھ لیا انہوں نے۔ یا انگریزی میں پڑھ لیا کہ سارا پریز جو ہے اللہ رب العالمین کے لیے۔ تو ان کا اللہ کو تعریف کی کیا ضرورت ہے؟</w:t>
      </w:r>
    </w:p>
    <w:p>
      <w:r>
        <w:rPr>
          <w:b/>
        </w:rPr>
        <w:t xml:space="preserve">[14:13] </w:t>
      </w:r>
      <w:r>
        <w:t>to main ne kaha ke dekhiye, yeh yeh hai wrong translation. alhamd jo hai is ka matlab tareef nahi hai, praise nahi hai.</w:t>
      </w:r>
    </w:p>
    <w:p>
      <w:pPr>
        <w:jc w:val="right"/>
      </w:pPr>
      <w:r>
        <w:t>تو میں نے کہا کہ دیکھیے، یہ یہ ہے wrong translation۔ الحمد جو ہے اس کا معنی تعریف نہیں ہے، پریز نہیں ہے۔</w:t>
      </w:r>
    </w:p>
    <w:p>
      <w:r>
        <w:rPr>
          <w:b/>
        </w:rPr>
        <w:t xml:space="preserve">[14:25] </w:t>
      </w:r>
      <w:r>
        <w:t>is ka matlab hai acknowledge karna. acknowledge karna.</w:t>
      </w:r>
    </w:p>
    <w:p>
      <w:pPr>
        <w:jc w:val="right"/>
      </w:pPr>
      <w:r>
        <w:t>اس کا معنی ہے acknowledge کرنا۔ acknowledge کرنا۔</w:t>
      </w:r>
    </w:p>
    <w:p>
      <w:r>
        <w:rPr>
          <w:b/>
        </w:rPr>
        <w:t xml:space="preserve">[14:33] </w:t>
      </w:r>
      <w:r>
        <w:t>jab aap ko Khuda ki yeh blessing hai, itni sari blessing, to kya aap acknowledge nahi karein ge? Then you are worse than animal.</w:t>
      </w:r>
    </w:p>
    <w:p>
      <w:pPr>
        <w:jc w:val="right"/>
      </w:pPr>
      <w:r>
        <w:t>جب آپ کو خدا کی یہ blessing ہے، اتنی ساری blessing، تو کیا آپ acknowledge نہیں کریں گے؟ Then you are worse than animal۔</w:t>
      </w:r>
    </w:p>
    <w:p>
      <w:r>
        <w:rPr>
          <w:b/>
        </w:rPr>
        <w:t xml:space="preserve">[14:45] </w:t>
      </w:r>
      <w:r>
        <w:t>jaise yahi main ne abhi kaha aap se. abhi mujhe khud aisa hua aik hafta pehle ke yeh viral ho gaya.</w:t>
      </w:r>
    </w:p>
    <w:p>
      <w:pPr>
        <w:jc w:val="right"/>
      </w:pPr>
      <w:r>
        <w:t>جیسے یہی میں نے ابھی کہا آپ سے۔ ابھی مجھے خود ایسا ہوا ایک ہفتہ پہلے کہ یہ viral ہو گیا۔</w:t>
      </w:r>
    </w:p>
    <w:p>
      <w:r>
        <w:rPr>
          <w:b/>
        </w:rPr>
        <w:t xml:space="preserve">[14:58] </w:t>
      </w:r>
      <w:r>
        <w:t>viral ho gaya. aap mein se kisi ko agar viral hua ho to woh janta hoga ke kitni takleef hoti hai is mein.</w:t>
      </w:r>
    </w:p>
    <w:p>
      <w:pPr>
        <w:jc w:val="right"/>
      </w:pPr>
      <w:r>
        <w:t>Viral ہو گیا۔ آپ میں سے کسی کو اگر viral ہوا ہو تو وہ جانتا ہوگا کہ کتنی تکلیف ہوتی ہے اس میں۔</w:t>
      </w:r>
    </w:p>
    <w:p>
      <w:r>
        <w:rPr>
          <w:b/>
        </w:rPr>
        <w:t xml:space="preserve">[15:08] </w:t>
      </w:r>
      <w:r>
        <w:t>yani khana nahi utarta gale se. pani nahi utarta gale se. kehte hain ke saliva nahi utarta gale se.</w:t>
      </w:r>
    </w:p>
    <w:p>
      <w:pPr>
        <w:jc w:val="right"/>
      </w:pPr>
      <w:r>
        <w:t>یعنی کھانا نہیں اترتا گلے سے۔ پانی نہیں اترتا گلے سے۔ کہتے ہیں کہ سلائیوا نہیں اترتا گلے سے۔</w:t>
      </w:r>
    </w:p>
    <w:p>
      <w:r>
        <w:rPr>
          <w:b/>
        </w:rPr>
        <w:t xml:space="preserve">[15:20] </w:t>
      </w:r>
      <w:r>
        <w:t>salaiwa nahi gale se utarta. yeh mera haal tha abhi ek hafta pehle tak. ke khana khana musibat, pani peena musibat, yahan tak salaiwa utarna musibat hai.</w:t>
      </w:r>
    </w:p>
    <w:p>
      <w:pPr>
        <w:jc w:val="right"/>
      </w:pPr>
      <w:r>
        <w:t>سلائیوا نہیں گلے سے اترتا۔ یہ میرا حال تھا ابھی ایک ہفتہ پہلے تک۔ کہ کھانا کھانا مصیبت، پانی پینا مصیبت، یہاں تک سلائیوا اترنا مصیبت ہے۔</w:t>
      </w:r>
    </w:p>
    <w:p>
      <w:r>
        <w:rPr>
          <w:b/>
        </w:rPr>
        <w:t xml:space="preserve">[15:37] </w:t>
      </w:r>
      <w:r>
        <w:t>to maine socha ke khudaaya sari dunya ke palace mujhe de diye jayen. ek bhi palace aisa na ho jo mere qabze mein na ho.</w:t>
      </w:r>
    </w:p>
    <w:p>
      <w:pPr>
        <w:jc w:val="right"/>
      </w:pPr>
      <w:r>
        <w:t>تو میں نے سوچا کہ خدایا ساری دنیا کے پیلس مجھے دے دیے جائیں۔ ایک بھی پیلس ایسا نہ ہو جو میرے قبضے میں نہ ہو۔</w:t>
      </w:r>
    </w:p>
    <w:p>
      <w:r>
        <w:rPr>
          <w:b/>
        </w:rPr>
        <w:t xml:space="preserve">[15:51] </w:t>
      </w:r>
      <w:r>
        <w:t>aur lekin yeh musibat lagi hui ho. yeh musibat lagi hui ho. to kya woh palace mujhe aaram dega?</w:t>
      </w:r>
    </w:p>
    <w:p>
      <w:pPr>
        <w:jc w:val="right"/>
      </w:pPr>
      <w:r>
        <w:t>اور لیکن یہ مصیبت لگی ہوئی ہو۔ یہ مصیبت لگی ہوئی ہو۔ تو کیا وہ پیلس مجھے آرام دے گا؟</w:t>
      </w:r>
    </w:p>
    <w:p>
      <w:r>
        <w:rPr>
          <w:b/>
        </w:rPr>
        <w:t xml:space="preserve">[16:02] </w:t>
      </w:r>
      <w:r>
        <w:t>ke main pani nahi pi sakta, khana nahi kha sakta. mere samne dunya bhar ke khane ki cheezen hongi. behtareen drink honge.</w:t>
      </w:r>
    </w:p>
    <w:p>
      <w:pPr>
        <w:jc w:val="right"/>
      </w:pPr>
      <w:r>
        <w:t>کہ میں پانی نہیں پی سکتا، کھانا نہیں کھا سکتا۔ میرے سامنے دنیا بھر کے کھانے کی چیزیں ہوں گی۔ بہترین ڈرنک ہوں گے۔</w:t>
      </w:r>
    </w:p>
    <w:p>
      <w:r>
        <w:rPr>
          <w:b/>
        </w:rPr>
        <w:t xml:space="preserve">[16:13] </w:t>
      </w:r>
      <w:r>
        <w:t>behtareen mashroob honge. darakhton par behtareen phal latak rahe honge. lekin mera gala jo hai inkar kar raha hoga.</w:t>
      </w:r>
    </w:p>
    <w:p>
      <w:pPr>
        <w:jc w:val="right"/>
      </w:pPr>
      <w:r>
        <w:t>بہترین مشروب ہوں گے۔ درختوں پر بہترین پھل لٹک رہے ہوں گے۔ لیکن میرا گلا جو ہے انکار کر رہا ہوگا۔</w:t>
      </w:r>
    </w:p>
    <w:p>
      <w:r>
        <w:rPr>
          <w:b/>
        </w:rPr>
        <w:t xml:space="preserve">[16:24] </w:t>
      </w:r>
      <w:r>
        <w:t>ke isko khaye aur peit mein utare. to maine kaha ke sare mahal, sare palace is waqt lagega ke use kaat rahe hain mujhe.</w:t>
      </w:r>
    </w:p>
    <w:p>
      <w:pPr>
        <w:jc w:val="right"/>
      </w:pPr>
      <w:r>
        <w:t>کہ اس کو کھائے اور پیٹ میں اتارے۔ تو میں نے کہا کہ سارے محل، سارے پیلس اس وقت لگے گا کہ اسے کاٹ رہے ہیں مجھے۔</w:t>
      </w:r>
    </w:p>
    <w:p>
      <w:r>
        <w:rPr>
          <w:b/>
        </w:rPr>
        <w:t xml:space="preserve">[16:37] </w:t>
      </w:r>
      <w:r>
        <w:t>kaat rahe hain.</w:t>
      </w:r>
    </w:p>
    <w:p>
      <w:pPr>
        <w:jc w:val="right"/>
      </w:pPr>
      <w:r>
        <w:t>کاٹ رہے ہیں۔</w:t>
      </w:r>
    </w:p>
    <w:p>
      <w:r>
        <w:rPr>
          <w:b/>
        </w:rPr>
        <w:t xml:space="preserve">[16:41] </w:t>
      </w:r>
      <w:r>
        <w:t>to mujhe ek ayat yaad aayi. quran majeed mein hai ke jab log</w:t>
      </w:r>
    </w:p>
    <w:p>
      <w:pPr>
        <w:jc w:val="right"/>
      </w:pPr>
      <w:r>
        <w:t>تو مجھے ایک آیت یاد آئی۔ قرآن مجید میں ہے کہ جب لوگ</w:t>
      </w:r>
    </w:p>
    <w:p>
      <w:r>
        <w:rPr>
          <w:b/>
        </w:rPr>
        <w:t xml:space="preserve">[16:51] </w:t>
      </w:r>
      <w:r>
        <w:t>jannat wale jannat mein ja chuke honge. allah ki, yaad rakhiye jannat kisi ko amal se nahi milegi. un logon se zyada mad ko yaad milni hai, mad, pagal.</w:t>
      </w:r>
    </w:p>
    <w:p>
      <w:pPr>
        <w:jc w:val="right"/>
      </w:pPr>
      <w:r>
        <w:t>جنت والے جنت میں جا چکے ہوں گے۔ اللہ کی، یاد رکھیے جنت کسی کو عمل سے نہیں ملے گی۔ ان لوگوں سے زیادہ mad کو یاد ملنی ہے، mad، پاگل۔</w:t>
      </w:r>
    </w:p>
    <w:p>
      <w:r>
        <w:rPr>
          <w:b/>
        </w:rPr>
        <w:t xml:space="preserve">[17:04] </w:t>
      </w:r>
      <w:r>
        <w:t>jo yeh samjhe ke mera amal mujhko jannat mein le jayega. kuch nahi. sirf allah ki rehmat.</w:t>
      </w:r>
    </w:p>
    <w:p>
      <w:pPr>
        <w:jc w:val="right"/>
      </w:pPr>
      <w:r>
        <w:t>جو یہ سمجھے کہ میرا عمل مجھ کو جنت میں لے جائے گا۔ کچھ نہیں۔ صرف اللہ کی رحمت۔</w:t>
      </w:r>
    </w:p>
    <w:p>
      <w:r>
        <w:rPr>
          <w:b/>
        </w:rPr>
        <w:t xml:space="preserve">[17:15] </w:t>
      </w:r>
      <w:r>
        <w:t>to is mein hai ke</w:t>
      </w:r>
    </w:p>
    <w:p>
      <w:pPr>
        <w:jc w:val="right"/>
      </w:pPr>
      <w:r>
        <w:t>تو اس میں ہے کہ</w:t>
      </w:r>
    </w:p>
    <w:p>
      <w:r>
        <w:rPr>
          <w:b/>
        </w:rPr>
        <w:t xml:space="preserve">[17:20] </w:t>
      </w:r>
      <w:r>
        <w:t>jannat walon se poocha jayega to woh kahenge alhamdulillah alladhi azhaba annal hozn.</w:t>
      </w:r>
    </w:p>
    <w:p>
      <w:pPr>
        <w:jc w:val="right"/>
      </w:pPr>
      <w:r>
        <w:t>جنت والوں سے پوچھا جائے گا تو وہ کہیں گے الحمدللہ الذی اذہب عن الحزن۔</w:t>
      </w:r>
    </w:p>
    <w:p>
      <w:r>
        <w:rPr>
          <w:b/>
        </w:rPr>
        <w:t xml:space="preserve">[17:33] </w:t>
      </w:r>
      <w:r>
        <w:t>main is is jumle ko bhi pehli baar jaan, discover kar paya ke yeh yeh ek ayat, yeh ek ayat thi, saboot hai is baat ka, proof hai ke quran khuda ki kitab hai.</w:t>
      </w:r>
    </w:p>
    <w:p>
      <w:pPr>
        <w:jc w:val="right"/>
      </w:pPr>
      <w:r>
        <w:t>میں اس اس جملے کو بھی پہلی بار جان، discover کر پایا کہ یہ یہ ایک آیت، یہ ایک آیت تھی، ثبوت ہے اس بات کا، proof ہے کہ قرآن خدا کی کتاب ہے۔</w:t>
      </w:r>
    </w:p>
    <w:p>
      <w:r>
        <w:rPr>
          <w:b/>
        </w:rPr>
        <w:t xml:space="preserve">[17:45] </w:t>
      </w:r>
      <w:r>
        <w:t>itna crucial statement kaun de sakta hai?</w:t>
      </w:r>
    </w:p>
    <w:p>
      <w:pPr>
        <w:jc w:val="right"/>
      </w:pPr>
      <w:r>
        <w:t>اتنا crucial statement کون دے سکتا ہے؟</w:t>
      </w:r>
    </w:p>
    <w:p>
      <w:r>
        <w:rPr>
          <w:b/>
        </w:rPr>
        <w:t xml:space="preserve">[17:52] </w:t>
      </w:r>
      <w:r>
        <w:t>itna crucial statement kaun de sakta hai? itna specific statement. itna crucial, itna specific, itna meaningful statement.</w:t>
      </w:r>
    </w:p>
    <w:p>
      <w:pPr>
        <w:jc w:val="right"/>
      </w:pPr>
      <w:r>
        <w:t>اتنا crucial statement کون دے سکتا ہے؟ اتنا specific statement۔ اتنا crucial، اتنا specific، اتنا meaningful statement۔</w:t>
      </w:r>
    </w:p>
    <w:p>
      <w:r>
        <w:rPr>
          <w:b/>
        </w:rPr>
        <w:t xml:space="preserve">[18:05] </w:t>
      </w:r>
      <w:r>
        <w:t>yani is ayat ka matlab yeh hai ke is allah ka ehsan hai jisne hum se hozn nikal liya.</w:t>
      </w:r>
    </w:p>
    <w:p>
      <w:pPr>
        <w:jc w:val="right"/>
      </w:pPr>
      <w:r>
        <w:t>یعنی اس آیت کا مطلب یہ ہے کہ اس اللہ کا احسان ہے جس نے ہم سے حزن نکال لیا۔</w:t>
      </w:r>
    </w:p>
    <w:p>
      <w:r>
        <w:rPr>
          <w:b/>
        </w:rPr>
        <w:t xml:space="preserve">[18:15] </w:t>
      </w:r>
      <w:r>
        <w:t>hozn kya matlab hota hai? pain, takleef, dukh. isko kehte hain hozn.</w:t>
      </w:r>
    </w:p>
    <w:p>
      <w:pPr>
        <w:jc w:val="right"/>
      </w:pPr>
      <w:r>
        <w:t>حزن کیا مطلب ہوتا ہے؟ Pain، تکلیف، دکھ۔ اس کو کہتے ہیں حزن۔</w:t>
      </w:r>
    </w:p>
    <w:p>
      <w:r>
        <w:rPr>
          <w:b/>
        </w:rPr>
        <w:t xml:space="preserve">[18:27] </w:t>
      </w:r>
      <w:r>
        <w:t>yahan aap jante hain ke do cheezen hoti hain, pain yani pleasure. pain yani pleasure. to pain jo hai isko kehte hain hozn.</w:t>
      </w:r>
    </w:p>
    <w:p>
      <w:pPr>
        <w:jc w:val="right"/>
      </w:pPr>
      <w:r>
        <w:t>یہاں آپ جانتے ہیں کہ دو چیزیں ہوتی ہیں، pain یعنی pleasure۔ pain یعنی pleasure۔ تو pain جو ہے اس کو کہتے ہیں حزن۔</w:t>
      </w:r>
    </w:p>
    <w:p>
      <w:r>
        <w:rPr>
          <w:b/>
        </w:rPr>
        <w:t xml:space="preserve">[18:37] </w:t>
      </w:r>
      <w:r>
        <w:t>yani hum se pain, hum se pain nikal liya. to maine socha ke dekho kitna zyada specific lafz hai yeh, kitna crucial lafz hai ke pain nahi hai tabhi to jannat jannat hai.</w:t>
      </w:r>
    </w:p>
    <w:p>
      <w:pPr>
        <w:jc w:val="right"/>
      </w:pPr>
      <w:r>
        <w:t>یعنی ہم سے pain، ہم سے pain نکال لیا۔ تو میں نے سوچا کہ دیکھو کتنا زیادہ specific لفظ ہے یہ، کتنا crucial لفظ ہے کہ pain نہیں ہے تبھی تو جنت جنت ہے۔</w:t>
      </w:r>
    </w:p>
    <w:p>
      <w:r>
        <w:rPr>
          <w:b/>
        </w:rPr>
        <w:t xml:space="preserve">[18:54] </w:t>
      </w:r>
      <w:r>
        <w:t>jannat mil jaye aur life mein pain ho. maslan yahi hai viral ne mere gale ko is qabil bana rakha ho ke main pani bhi koi drink nahi le sakta.</w:t>
      </w:r>
    </w:p>
    <w:p>
      <w:pPr>
        <w:jc w:val="right"/>
      </w:pPr>
      <w:r>
        <w:t>جنت مل جائے اور life میں pain ہو۔ مثلاً یہی ہے viral نے میرے گلے کو اس قابل بنا رکھا ہو کہ میں پانی بھی کوئی drink نہیں لے سکتا۔</w:t>
      </w:r>
    </w:p>
    <w:p>
      <w:r>
        <w:rPr>
          <w:b/>
        </w:rPr>
        <w:t xml:space="preserve">[19:08] </w:t>
      </w:r>
      <w:r>
        <w:t>aap ghor kijiye.</w:t>
      </w:r>
    </w:p>
    <w:p>
      <w:pPr>
        <w:jc w:val="right"/>
      </w:pPr>
      <w:r>
        <w:t>آپ غور کیجیے۔</w:t>
      </w:r>
    </w:p>
    <w:p>
      <w:r>
        <w:rPr>
          <w:b/>
        </w:rPr>
        <w:t xml:space="preserve">[19:12] </w:t>
      </w:r>
      <w:r>
        <w:t>aisi hazaron hazaron cheezen hain ke ek hozn agar ho, ek pain agar ho to sara mahal, sari paradise, sari nematen bilkul meaningless ho jati hain.</w:t>
      </w:r>
    </w:p>
    <w:p>
      <w:pPr>
        <w:jc w:val="right"/>
      </w:pPr>
      <w:r>
        <w:t>ایسی ہزاروں ہزاروں چیزیں ہیں کہ ایک حزن اگر ہو، ایک pain اگر ہو تو سارا محل، ساری paradise، ساری نعمتیں بالکل meaningless ہو جاتی ہیں۔</w:t>
      </w:r>
    </w:p>
    <w:p>
      <w:r>
        <w:rPr>
          <w:b/>
        </w:rPr>
        <w:t xml:space="preserve">[19:29] </w:t>
      </w:r>
      <w:r>
        <w:t>to yeh jo hai main isko discover kar paya pehli baar ke aisa ek, ek itna specific statement denge woh.</w:t>
      </w:r>
    </w:p>
    <w:p>
      <w:pPr>
        <w:jc w:val="right"/>
      </w:pPr>
      <w:r>
        <w:t>تو یہ جو ہے میں اس کو discover کر پایا پہلی بار کہ ایسا ایک، ایک اتنا specific statement دیں گے وہ۔</w:t>
      </w:r>
    </w:p>
    <w:p>
      <w:r>
        <w:rPr>
          <w:b/>
        </w:rPr>
        <w:t xml:space="preserve">[19:39] </w:t>
      </w:r>
      <w:r>
        <w:t>woh hazaron baat keh sakte the, aap sochiye ke yahan khoob hoorein hain, yahan khoob meway hain, yahan khoob khane peene ka saman hai, yahan khoob achhe achhe bistar hain,</w:t>
      </w:r>
    </w:p>
    <w:p>
      <w:pPr>
        <w:jc w:val="right"/>
      </w:pPr>
      <w:r>
        <w:t>وہ ہزاروں بات کہہ سکتے تھے، آپ سوچیے کہ یہاں خوب حوریں ہیں، یہاں خوب میوے ہیں، یہاں خوب کھانے پینے کا سامان ہے، یہاں خوب اچھے اچھے بستر ہیں،</w:t>
      </w:r>
    </w:p>
    <w:p>
      <w:r>
        <w:rPr>
          <w:b/>
        </w:rPr>
        <w:t xml:space="preserve">[19:52] </w:t>
      </w:r>
      <w:r>
        <w:t>yahan khoob mahal hain, yahan khoob yeh hai woh hai, keh sakte the woh. bhai hazaron hazar cheezen hain.</w:t>
      </w:r>
    </w:p>
    <w:p>
      <w:pPr>
        <w:jc w:val="right"/>
      </w:pPr>
      <w:r>
        <w:t>یہاں خوب محل ہیں، یہاں خوب یہ ہے وہ ہے، کہہ سکتے تھے وہ۔ بھئی ہزاروں ہزار چیزیں ہیں۔</w:t>
      </w:r>
    </w:p>
    <w:p>
      <w:r>
        <w:rPr>
          <w:b/>
        </w:rPr>
        <w:t xml:space="preserve">[20:02] </w:t>
      </w:r>
      <w:r>
        <w:t>lekin unhon ne ek, ek baat kahi ke alhamdulillah allazi azhaba annal huzn.</w:t>
      </w:r>
    </w:p>
    <w:p>
      <w:pPr>
        <w:jc w:val="right"/>
      </w:pPr>
      <w:r>
        <w:t>لیکن انہوں نے ایک، ایک بات کہی کہ الحمدللہ الذی اذہب عن الحزن۔</w:t>
      </w:r>
    </w:p>
    <w:p>
      <w:r>
        <w:rPr>
          <w:b/>
        </w:rPr>
        <w:t xml:space="preserve">[20:12] </w:t>
      </w:r>
      <w:r>
        <w:t>hamd hai us allah ka jis ne hum se huzn cheen liya, nikaal liya. yani pain nikaal li. jab aadmi pet free ho jaye tabhi woh enjoy kar sakta hai.</w:t>
      </w:r>
    </w:p>
    <w:p>
      <w:pPr>
        <w:jc w:val="right"/>
      </w:pPr>
      <w:r>
        <w:t>حمد ہے اس اللہ کا جس نے ہم سے حزن چھین لیا، نکال لیا۔ یعنی pain نکال لی۔ جب آدمی پیٹ free ہو جائے تبھی وہ enjoy کر سکتا ہے۔</w:t>
      </w:r>
    </w:p>
    <w:p>
      <w:r>
        <w:rPr>
          <w:b/>
        </w:rPr>
        <w:t xml:space="preserve">[20:25] </w:t>
      </w:r>
      <w:r>
        <w:t>yaad rakhiye. pain ke saath aap kuch enjoy nahi kar sakte, kisi cheez se nahi kar sakte.</w:t>
      </w:r>
    </w:p>
    <w:p>
      <w:pPr>
        <w:jc w:val="right"/>
      </w:pPr>
      <w:r>
        <w:t>یاد رکھیے۔ pain کے ساتھ آپ کچھ enjoy نہیں کر سکتے، کسی چیز سے نہیں کر سکتے۔</w:t>
      </w:r>
    </w:p>
    <w:p>
      <w:r>
        <w:rPr>
          <w:b/>
        </w:rPr>
        <w:t xml:space="preserve">[20:33] </w:t>
      </w:r>
      <w:r>
        <w:t>to kitna crucial word hai yeh.</w:t>
      </w:r>
    </w:p>
    <w:p>
      <w:pPr>
        <w:jc w:val="right"/>
      </w:pPr>
      <w:r>
        <w:t>تو کتنا crucial word ہے یہ۔</w:t>
      </w:r>
    </w:p>
    <w:p>
      <w:r>
        <w:rPr>
          <w:b/>
        </w:rPr>
        <w:t xml:space="preserve">[20:38] </w:t>
      </w:r>
      <w:r>
        <w:t>to yeh main is ko samajhta hoon ke quran ke khuda ki kitab hone ka proof hai.</w:t>
      </w:r>
    </w:p>
    <w:p>
      <w:pPr>
        <w:jc w:val="right"/>
      </w:pPr>
      <w:r>
        <w:t>تو یہ میں اس کو سمجھتا ہوں کہ قرآن کے خدا کی کتاب ہونے کا proof ہے۔</w:t>
      </w:r>
    </w:p>
    <w:p>
      <w:r>
        <w:rPr>
          <w:b/>
        </w:rPr>
        <w:t xml:space="preserve">[20:46] </w:t>
      </w:r>
      <w:r>
        <w:t>to log jante nahi is baaton ko. bas gaaye bail ke, yani animal ki tarah rehte hain. kuch na sochte hain, na kuch.</w:t>
      </w:r>
    </w:p>
    <w:p>
      <w:pPr>
        <w:jc w:val="right"/>
      </w:pPr>
      <w:r>
        <w:t>تو لوگ جانتے نہیں اس باتوں کو۔ بس گائے بیل کے، یعنی animal کی طرح رہتے ہیں۔ کچھ نہ سوچتے ہیں، نہ کچھ۔</w:t>
      </w:r>
    </w:p>
    <w:p>
      <w:r>
        <w:rPr>
          <w:b/>
        </w:rPr>
        <w:t xml:space="preserve">[20:56] </w:t>
      </w:r>
      <w:r>
        <w:t>kuch bhi sochte nahi. just like animal rehte hain. animal mein kya hai kami? animal ka jo dhancha hai wahi hai jo aap ka dhancha hai.</w:t>
      </w:r>
    </w:p>
    <w:p>
      <w:pPr>
        <w:jc w:val="right"/>
      </w:pPr>
      <w:r>
        <w:t>کچھ بھی سوچتے نہیں۔ Just like animal رہتے ہیں۔ Animal میں کیا ہے کمی؟ Animal کا جو ڈھانچہ ہے وہی ہے جو آپ کا ڈھانچہ ہے۔</w:t>
      </w:r>
    </w:p>
    <w:p>
      <w:r>
        <w:rPr>
          <w:b/>
        </w:rPr>
        <w:t xml:space="preserve">[21:13] </w:t>
      </w:r>
      <w:r>
        <w:t>saari jo biological jo system hai woh animal mein wahi hai jo aap ke andar hai. ek hi cheez mein farq hai woh ek hi mind.</w:t>
      </w:r>
    </w:p>
    <w:p>
      <w:pPr>
        <w:jc w:val="right"/>
      </w:pPr>
      <w:r>
        <w:t>ساری جو biological جو system ہے وہ animal میں وہی ہے جو آپ کے اندر ہے۔ ایک ہی چیز میں فرق ہے وہ ایک ہی mind۔</w:t>
      </w:r>
    </w:p>
    <w:p>
      <w:r>
        <w:rPr>
          <w:b/>
        </w:rPr>
        <w:t xml:space="preserve">[21:23] </w:t>
      </w:r>
      <w:r>
        <w:t>jo mind aap ke paas hai woh mind animal ke paas nahi hai. aap jise aap soch kar jaan paate hain ke pain na ho tabhi pleasure hai.</w:t>
      </w:r>
    </w:p>
    <w:p>
      <w:pPr>
        <w:jc w:val="right"/>
      </w:pPr>
      <w:r>
        <w:t>جو mind آپ کے پاس ہے وہ mind animal کے پاس نہیں ہے۔ آپ جسے آپ سوچ کر جان پاتے ہیں کہ pain نہ ہو تبھی pleasure ہے۔</w:t>
      </w:r>
    </w:p>
    <w:p>
      <w:r>
        <w:rPr>
          <w:b/>
        </w:rPr>
        <w:t xml:space="preserve">[21:37] </w:t>
      </w:r>
      <w:r>
        <w:t>there is no pleasure with pain. agar pain laga hua hai to kuch nahi. sab meaningless.</w:t>
      </w:r>
    </w:p>
    <w:p>
      <w:pPr>
        <w:jc w:val="right"/>
      </w:pPr>
      <w:r>
        <w:t>There is no pleasure with pain۔ اگر pain لگا ہوا ہے تو کچھ نہیں۔ سب meaningless۔</w:t>
      </w:r>
    </w:p>
    <w:p>
      <w:r>
        <w:rPr>
          <w:b/>
        </w:rPr>
        <w:t xml:space="preserve">[21:48] </w:t>
      </w:r>
      <w:r>
        <w:t>har nemat meaningless hai agar pain laga hua ho.</w:t>
      </w:r>
    </w:p>
    <w:p>
      <w:pPr>
        <w:jc w:val="right"/>
      </w:pPr>
      <w:r>
        <w:t>ہر نعمت meaningless ہے اگر pain لگا ہوا ہو۔</w:t>
      </w:r>
    </w:p>
    <w:p>
      <w:r>
        <w:rPr>
          <w:b/>
        </w:rPr>
        <w:t xml:space="preserve">[21:54] </w:t>
      </w:r>
      <w:r>
        <w:t>yeh, yeh, yeh, yeh animal is ko discover nahi kar sakta ke is ke paas woh mind nahi hai.</w:t>
      </w:r>
    </w:p>
    <w:p>
      <w:pPr>
        <w:jc w:val="right"/>
      </w:pPr>
      <w:r>
        <w:t>یہ، یہ، یہ، یہ animal اس کو discover نہیں کر سکتا کہ اس کے پاس وہ mind نہیں ہے۔</w:t>
      </w:r>
    </w:p>
    <w:p>
      <w:r>
        <w:rPr>
          <w:b/>
        </w:rPr>
        <w:t xml:space="preserve">[22:05] </w:t>
      </w:r>
      <w:r>
        <w:t>to dekhiye yeh jo islam mein jo hai ke adjust karo, compromise karo, patience karo, sabr ke saath raho.</w:t>
      </w:r>
    </w:p>
    <w:p>
      <w:pPr>
        <w:jc w:val="right"/>
      </w:pPr>
      <w:r>
        <w:t>تو دیکھیے یہ جو اسلام میں جو ہے کہ adjust کرو، compromise کرو، patience کرو، صبر کے ساتھ رہو۔</w:t>
      </w:r>
    </w:p>
    <w:p>
      <w:r>
        <w:rPr>
          <w:b/>
        </w:rPr>
        <w:t xml:space="preserve">[22:15] </w:t>
      </w:r>
      <w:r>
        <w:t>yeh koi saada baat nahi ke passive attitude nahi hai yeh.</w:t>
      </w:r>
    </w:p>
    <w:p>
      <w:pPr>
        <w:jc w:val="right"/>
      </w:pPr>
      <w:r>
        <w:t>یہ کوئی سادہ بات نہیں کہ passive attitude نہیں ہے یہ۔</w:t>
      </w:r>
    </w:p>
    <w:p>
      <w:r>
        <w:rPr>
          <w:b/>
        </w:rPr>
        <w:t xml:space="preserve">[22:21] </w:t>
      </w:r>
      <w:r>
        <w:t>yeh passive attitude nahi hai.</w:t>
      </w:r>
    </w:p>
    <w:p>
      <w:pPr>
        <w:jc w:val="right"/>
      </w:pPr>
      <w:r>
        <w:t>یہ passive attitude نہیں ہے۔</w:t>
      </w:r>
    </w:p>
    <w:p>
      <w:r>
        <w:rPr>
          <w:b/>
        </w:rPr>
        <w:t xml:space="preserve">[22:30] </w:t>
      </w:r>
      <w:r>
        <w:t>is ke baghair aap</w:t>
      </w:r>
    </w:p>
    <w:p>
      <w:pPr>
        <w:jc w:val="right"/>
      </w:pPr>
      <w:r>
        <w:t>اس کے بغیر آپ</w:t>
      </w:r>
    </w:p>
    <w:p>
      <w:r>
        <w:rPr>
          <w:b/>
        </w:rPr>
        <w:t xml:space="preserve">[22:35] </w:t>
      </w:r>
      <w:r>
        <w:t>ka intellectual development ruk jata hai. spiritual development ruk jata hai. aap phanse rehte hain shikayaton mein. har waqt complaint.</w:t>
      </w:r>
    </w:p>
    <w:p>
      <w:pPr>
        <w:jc w:val="right"/>
      </w:pPr>
      <w:r>
        <w:t>کا intellectual development رک جاتا ہے۔ Spiritual development رک جاتا ہے۔ آپ پھنسے رہتے ہیں شکایتوں میں۔ ہر وقت complaint۔</w:t>
      </w:r>
    </w:p>
    <w:p>
      <w:r>
        <w:rPr>
          <w:b/>
        </w:rPr>
        <w:t xml:space="preserve">[22:45] </w:t>
      </w:r>
      <w:r>
        <w:t>complaint mein jeete hain.</w:t>
      </w:r>
    </w:p>
    <w:p>
      <w:pPr>
        <w:jc w:val="right"/>
      </w:pPr>
      <w:r>
        <w:t>Complaint میں جیتے ہیں۔</w:t>
      </w:r>
    </w:p>
    <w:p>
      <w:r>
        <w:rPr>
          <w:b/>
        </w:rPr>
        <w:t xml:space="preserve">[22:49] </w:t>
      </w:r>
      <w:r>
        <w:t>kal parson mere paas ek sahib ka telephone aaya. ek mera article chupa hai. is par un ko kuch objection tha. unhon ne kaha ke aap ne yeh likh diya hai is mein.</w:t>
      </w:r>
    </w:p>
    <w:p>
      <w:pPr>
        <w:jc w:val="right"/>
      </w:pPr>
      <w:r>
        <w:t>کل پرسوں میرے پاس ایک صاحب کا ٹیلی فون آیا۔ ایک میرا آرٹیکل چھپا ہے۔ اس پر ان کو کچھ objection تھا۔ انہوں نے کہا کہ آپ نے یہ لکھ دیا ہے اس میں۔</w:t>
      </w:r>
    </w:p>
    <w:p>
      <w:r>
        <w:rPr>
          <w:b/>
        </w:rPr>
        <w:t xml:space="preserve">[23:03] </w:t>
      </w:r>
      <w:r>
        <w:t>aap ne is mein yeh likh diya hai. main ne kaha yeh aap galat kar rahe hain. main ne aisa nahi likha hai. yeh meri language nahi hai jo aap farma rahe hain. meri alag language hoti hai allah ke fazl se.</w:t>
      </w:r>
    </w:p>
    <w:p>
      <w:pPr>
        <w:jc w:val="right"/>
      </w:pPr>
      <w:r>
        <w:t>آپ نے اس میں یہ لکھ دیا ہے۔ میں نے کہا یہ آپ غلط کر رہے ہیں۔ میں نے ایسا نہیں لکھا ہے۔ یہ میری language نہیں ہے جو آپ فرما رہے ہیں۔ میری الگ language ہوتی ہے اللہ کے فضل سے۔</w:t>
      </w:r>
    </w:p>
    <w:p>
      <w:r>
        <w:rPr>
          <w:b/>
        </w:rPr>
        <w:t xml:space="preserve">[23:15] </w:t>
      </w:r>
      <w:r>
        <w:t>to aap jo bol rahe hain woh meri language hi nahi hai. to main ne poocha mujhe bataein ke is article ko aap ne kitni baar padha?</w:t>
      </w:r>
    </w:p>
    <w:p>
      <w:pPr>
        <w:jc w:val="right"/>
      </w:pPr>
      <w:r>
        <w:t>تو آپ جو بول رہے ہیں وہ میری language ہی نہیں ہے۔ تو میں نے پوچھا مجھے بتائیں کہ اس آرٹیکل کو آپ نے کتنی بار پڑھا؟</w:t>
      </w:r>
    </w:p>
    <w:p>
      <w:r>
        <w:rPr>
          <w:b/>
        </w:rPr>
        <w:t xml:space="preserve">[23:28] </w:t>
      </w:r>
      <w:r>
        <w:t>to unhon ne kaha ke ek baar. to main ne kaha yeh hai raaz ke cheezon ko aap ek baar padhte hain aur raaye bana lete hain.</w:t>
      </w:r>
    </w:p>
    <w:p>
      <w:pPr>
        <w:jc w:val="right"/>
      </w:pPr>
      <w:r>
        <w:t>تو انہوں نے کہا کہ ایک بار۔ تو میں نے کہا یہ ہے راز کہ چیزوں کو آپ ایک بار پڑھتے ہیں اور رائے بنا لیتے ہیں۔</w:t>
      </w:r>
    </w:p>
    <w:p>
      <w:r>
        <w:rPr>
          <w:b/>
        </w:rPr>
        <w:t xml:space="preserve">[23:39] </w:t>
      </w:r>
      <w:r>
        <w:t>aise aap ek baar sunte honge aur raaye bana lete honge. maslan ghar mein aap gaye to maa ne kuch kaha biwi ke liye.</w:t>
      </w:r>
    </w:p>
    <w:p>
      <w:pPr>
        <w:jc w:val="right"/>
      </w:pPr>
      <w:r>
        <w:t>ایسے آپ ایک بار سنتے ہوں گے اور رائے بنا لیتے ہوں گے۔ مثلاً گھر میں آپ گئے تو ماں نے کچھ کہا بیوی کے لیے۔</w:t>
      </w:r>
    </w:p>
    <w:p>
      <w:r>
        <w:rPr>
          <w:b/>
        </w:rPr>
        <w:t xml:space="preserve">[23:50] </w:t>
      </w:r>
      <w:r>
        <w:t>bas ek baar aap ne raaye bana li ke biwi meri aisi hai. biwi ne kisi rishtedar ke bare mein keh diya kuch. woh abhi aap ne maan liya ke mera rishtedar falan aisa hai.</w:t>
      </w:r>
    </w:p>
    <w:p>
      <w:pPr>
        <w:jc w:val="right"/>
      </w:pPr>
      <w:r>
        <w:t>بس ایک بار آپ نے رائے بنا لی کہ بیوی میری ایسی ہے۔ بیوی نے کسی رشتہ دار کے بارے میں کہہ دیا کچھ۔ وہ ابھی آپ نے مان لیا کہ میرا رشتہ دار فلاں ایسا ہے۔</w:t>
      </w:r>
    </w:p>
    <w:p>
      <w:r>
        <w:rPr>
          <w:b/>
        </w:rPr>
        <w:t xml:space="preserve">[24:04] </w:t>
      </w:r>
      <w:r>
        <w:t>to main ne use baghair jaane, main un ka naam bhi nahi janta tha, kahin mulaqat bhi nahi hui thi. main ne kaha ke dekhiye mujhe yaqeen hai ke aap complaint mein jeete honge.</w:t>
      </w:r>
    </w:p>
    <w:p>
      <w:pPr>
        <w:jc w:val="right"/>
      </w:pPr>
      <w:r>
        <w:t>تو میں نے اسے بغیر جانے، میں ان کا نام بھی نہیں جانتا تھا، کہیں ملاقات بھی نہیں ہوئی تھی۔ میں نے کہا کہ دیکھیے مجھے یقین ہے کہ آپ complaint میں جیتے ہوں گے۔</w:t>
      </w:r>
    </w:p>
    <w:p>
      <w:r>
        <w:rPr>
          <w:b/>
        </w:rPr>
        <w:t xml:space="preserve">[24:16] </w:t>
      </w:r>
      <w:r>
        <w:t>shikayaton mein jeete honge aap. phir mana unhon ne. un se shikayat, un se shikayat, un se shikayat, un se shikayat. maine kaha kyun aisa hai?</w:t>
      </w:r>
    </w:p>
    <w:p>
      <w:pPr>
        <w:jc w:val="right"/>
      </w:pPr>
      <w:r>
        <w:t>شکایتوں میں جیتے ہوں گے آپ۔ پھر مانا انہوں نے۔ ان سے شکایت، ان سے شکایت، ان سے شکایت، ان سے شکایت۔ میں نے کہا کیوں ایسا ہے؟</w:t>
      </w:r>
    </w:p>
    <w:p>
      <w:r>
        <w:rPr>
          <w:b/>
        </w:rPr>
        <w:t xml:space="preserve">[24:28] </w:t>
      </w:r>
      <w:r>
        <w:t>maine kaha is ki wajah hai ke aap is is hadith ka misdaq ban gaye. kafa bil mar'u kadhiban an yuhadditha bikullima sami'a.</w:t>
      </w:r>
    </w:p>
    <w:p>
      <w:pPr>
        <w:jc w:val="right"/>
      </w:pPr>
      <w:r>
        <w:t>میں نے کہا اس کی وجہ ہے کہ آپ اس اس حدیث کا مصداق بن گئے۔ کفى بالمرء کذبا ان یحدث بکلما سمع۔</w:t>
      </w:r>
    </w:p>
    <w:p>
      <w:r>
        <w:rPr>
          <w:b/>
        </w:rPr>
        <w:t xml:space="preserve">[24:40] </w:t>
      </w:r>
      <w:r>
        <w:t>wo aadmi jhootha aadmi hai ke jo suna maan liya, jo suna maan liya. jhootha kyun hai? dekhein jhootha yahan koi moral statement nahi hai.</w:t>
      </w:r>
    </w:p>
    <w:p>
      <w:pPr>
        <w:jc w:val="right"/>
      </w:pPr>
      <w:r>
        <w:t>وہ آدمی جھوٹا آدمی ہے کہ جو سنا مان لیا، جو سنا مان لیا۔ جھوٹا کیوں ہے؟ دیکھیں جھوٹا یہاں کوئی moral statement نہیں ہے۔</w:t>
      </w:r>
    </w:p>
    <w:p>
      <w:r>
        <w:rPr>
          <w:b/>
        </w:rPr>
        <w:t xml:space="preserve">[24:52] </w:t>
      </w:r>
      <w:r>
        <w:t>yeh moral statement nahi hai yeh. jhootha ke maani yeh hain ke is baat ko agar ek baar sun suna hai is ne to baat ko samjhaye gi nahi wo.</w:t>
      </w:r>
    </w:p>
    <w:p>
      <w:pPr>
        <w:jc w:val="right"/>
      </w:pPr>
      <w:r>
        <w:t>یہ moral statement نہیں ہے یہ۔ جھوٹا کے معنی یہ ہیں کہ اس بات کو اگر ایک بار سن سنا ہے اس نے تو بات کو سمجھائے گی نہیں وہ۔</w:t>
      </w:r>
    </w:p>
    <w:p>
      <w:r>
        <w:rPr>
          <w:b/>
        </w:rPr>
        <w:t xml:space="preserve">[25:05] </w:t>
      </w:r>
      <w:r>
        <w:t>to false foot mein jiye ga. yaani wo rai banaye ga ek aur wo rai galat hogi.</w:t>
      </w:r>
    </w:p>
    <w:p>
      <w:pPr>
        <w:jc w:val="right"/>
      </w:pPr>
      <w:r>
        <w:t>تو false foot میں جیے گا۔ یعنی وہ رائے بنائے گا ایک اور وہ رائے غلط ہوگی۔</w:t>
      </w:r>
    </w:p>
    <w:p>
      <w:r>
        <w:rPr>
          <w:b/>
        </w:rPr>
        <w:t xml:space="preserve">[25:15] </w:t>
      </w:r>
      <w:r>
        <w:t>to jis aadmi ki habit yeh ho ke suna aur maan liya to is ka matlab hai ke wo false foot mein jiye ga.</w:t>
      </w:r>
    </w:p>
    <w:p>
      <w:pPr>
        <w:jc w:val="right"/>
      </w:pPr>
      <w:r>
        <w:t>تو جس آدمی کی habit یہ ہو کہ سنا اور مان لیا تو اس کا مطلب ہے کہ وہ false foot میں جیے گا۔</w:t>
      </w:r>
    </w:p>
    <w:p>
      <w:r>
        <w:rPr>
          <w:b/>
        </w:rPr>
        <w:t xml:space="preserve">[25:25] </w:t>
      </w:r>
      <w:r>
        <w:t>kyun ke ek baar sun kar ke aap, maine un se kaha ke dekhiye aap ki adat hai aisi ke aap is ko nahi karte honge. cheezon ko baar baar nahi parhte honge.</w:t>
      </w:r>
    </w:p>
    <w:p>
      <w:pPr>
        <w:jc w:val="right"/>
      </w:pPr>
      <w:r>
        <w:t>کیونکہ ایک بار سن کر کے آپ، میں نے ان سے کہا کہ دیکھیے آپ کی عادت ہے ایسی کہ آپ اس کو نہیں کرتے ہوں گے۔ چیزوں کو بار بار نہیں پڑھتے ہوں گے۔</w:t>
      </w:r>
    </w:p>
    <w:p>
      <w:r>
        <w:rPr>
          <w:b/>
        </w:rPr>
        <w:t xml:space="preserve">[25:37] </w:t>
      </w:r>
      <w:r>
        <w:t>sun kar is ki mazeed tehqeeq nahi karte honge. bas parha aur ek ek rai dimagh mein aayi ho maan liya. suna ek rai aayi ho maan liya.</w:t>
      </w:r>
    </w:p>
    <w:p>
      <w:pPr>
        <w:jc w:val="right"/>
      </w:pPr>
      <w:r>
        <w:t>سن کر اس کی مزید تحقیق نہیں کرتے ہوں گے۔ بس پڑھا اور ایک ایک رائے دماغ میں آئی ہو مان لیا۔ سنا ایک رائے آئی ہو مان لیا۔</w:t>
      </w:r>
    </w:p>
    <w:p>
      <w:r>
        <w:rPr>
          <w:b/>
        </w:rPr>
        <w:t xml:space="preserve">[25:49] </w:t>
      </w:r>
      <w:r>
        <w:t>to is ka matlab yeh hai ke aap is par complaint mein jiyenge.</w:t>
      </w:r>
    </w:p>
    <w:p>
      <w:pPr>
        <w:jc w:val="right"/>
      </w:pPr>
      <w:r>
        <w:t>تو اس کا مطلب یہ ہے کہ آپ اس پر complaint میں جیئیں گے۔</w:t>
      </w:r>
    </w:p>
    <w:p>
      <w:r>
        <w:rPr>
          <w:b/>
        </w:rPr>
        <w:t xml:space="preserve">[25:56] </w:t>
      </w:r>
      <w:r>
        <w:t>kyun ke aap poori baat hi nahi aap ko pata hai. aam taur par log negative repeating karte hain. yaad rakhiye ninety nine percent aadmi negative reporting karta hai.</w:t>
      </w:r>
    </w:p>
    <w:p>
      <w:pPr>
        <w:jc w:val="right"/>
      </w:pPr>
      <w:r>
        <w:t>کیونکہ آپ پوری بات ہی نہیں آپ کو پتہ ہے۔ عام طور پر لوگ negative repeating کرتے ہیں۔ یاد رکھیے ninety nine percent آدمی negative reporting کرتا ہے۔</w:t>
      </w:r>
    </w:p>
    <w:p>
      <w:r>
        <w:rPr>
          <w:b/>
        </w:rPr>
        <w:t xml:space="preserve">[26:09] </w:t>
      </w:r>
      <w:r>
        <w:t>shohar apne baap, shohar apne, shohar apni biwi ke bare mein negative reporting kare ga. biwi apne shohar ke bare mein negative reporting kare gi. is ab party ka aadmi is party ki negative reporting kare ga.</w:t>
      </w:r>
    </w:p>
    <w:p>
      <w:pPr>
        <w:jc w:val="right"/>
      </w:pPr>
      <w:r>
        <w:t>شوہر اپنے باپ، شوہر اپنے، شوہر اپنی بیوی کے بارے میں negative reporting کرے گا۔ بیوی اپنے شوہر کے بارے میں negative reporting کرے گی۔ اس اب party کا آدمی اس party کی negative reporting کرے گا۔</w:t>
      </w:r>
    </w:p>
    <w:p>
      <w:r>
        <w:rPr>
          <w:b/>
        </w:rPr>
        <w:t xml:space="preserve">[26:23] </w:t>
      </w:r>
      <w:r>
        <w:t>is company ka aadmi is company ki negative reporting kare ga. aaj tak mein wo insaan nahi dekh paya jo kisi doosre ke bare mein positive reporting kare, positive.</w:t>
      </w:r>
    </w:p>
    <w:p>
      <w:pPr>
        <w:jc w:val="right"/>
      </w:pPr>
      <w:r>
        <w:t>اس کمپنی کا آدمی اس کمپنی کی negative reporting کرے گا۔ آج تک میں وہ انسان نہیں دیکھ پایا جو کسی دوسرے کے بارے میں positive reporting کرے، positive۔</w:t>
      </w:r>
    </w:p>
    <w:p>
      <w:r>
        <w:rPr>
          <w:b/>
        </w:rPr>
        <w:t xml:space="preserve">[26:34] </w:t>
      </w:r>
      <w:r>
        <w:t>media jo hai, media hamesha negative reporting karta hai.</w:t>
      </w:r>
    </w:p>
    <w:p>
      <w:pPr>
        <w:jc w:val="right"/>
      </w:pPr>
      <w:r>
        <w:t>میڈیا جو ہے، میڈیا ہمیشہ negative reporting کرتا ہے۔</w:t>
      </w:r>
    </w:p>
    <w:p>
      <w:r>
        <w:rPr>
          <w:b/>
        </w:rPr>
        <w:t xml:space="preserve">[26:41] </w:t>
      </w:r>
      <w:r>
        <w:t>is duniya mein hum jeete hain. har aadmi ke dimagh mein complaint ka jangal hai.</w:t>
      </w:r>
    </w:p>
    <w:p>
      <w:pPr>
        <w:jc w:val="right"/>
      </w:pPr>
      <w:r>
        <w:t>اس دنیا میں ہم جیتے ہیں۔ ہر آدمی کے دماغ میں complaint کا جنگل ہے۔</w:t>
      </w:r>
    </w:p>
    <w:p>
      <w:r>
        <w:rPr>
          <w:b/>
        </w:rPr>
        <w:t xml:space="preserve">[26:50] </w:t>
      </w:r>
      <w:r>
        <w:t>shikayat, un ke khilaaf shikayat, un ke khilaaf shikayat, un ke khilaaf shikayat, un ke khilaaf shikayat.</w:t>
      </w:r>
    </w:p>
    <w:p>
      <w:pPr>
        <w:jc w:val="right"/>
      </w:pPr>
      <w:r>
        <w:t>شکایت، ان کے خلاف شکایت، ان کے خلاف شکایت، ان کے خلاف شکایت، ان کے خلاف شکایت۔</w:t>
      </w:r>
    </w:p>
    <w:p>
      <w:r>
        <w:rPr>
          <w:b/>
        </w:rPr>
        <w:t xml:space="preserve">[27:00] </w:t>
      </w:r>
      <w:r>
        <w:t>jahan shikayat aayi, intellectual development ruka. aise logon se baat ki hai jo shikayaton mein jeete hain. bilkul dwarf, intellectually dwarf honge wo.</w:t>
      </w:r>
    </w:p>
    <w:p>
      <w:pPr>
        <w:jc w:val="right"/>
      </w:pPr>
      <w:r>
        <w:t>جہاں شکایت آئی، intellectual development رکا۔ ایسے لوگوں سے بات کی ہے جو شکایتوں میں جیتے ہیں۔ بالکل dwarf، intellectually dwarf ہوں گے وہ۔</w:t>
      </w:r>
    </w:p>
    <w:p>
      <w:r>
        <w:rPr>
          <w:b/>
        </w:rPr>
        <w:t xml:space="preserve">[27:11] </w:t>
      </w:r>
      <w:r>
        <w:t>mera baar baar ka tajurba hai. wo log jo shikayaton mein jeete hain, wo intellectually dwarf hote hain.</w:t>
      </w:r>
    </w:p>
    <w:p>
      <w:pPr>
        <w:jc w:val="right"/>
      </w:pPr>
      <w:r>
        <w:t>میرا بار بار کا تجربہ ہے۔ وہ لوگ جو شکایتوں میں جیتے ہیں، وہ intellectually dwarf ہوتے ہیں۔</w:t>
      </w:r>
    </w:p>
    <w:p>
      <w:r>
        <w:rPr>
          <w:b/>
        </w:rPr>
        <w:t xml:space="preserve">[27:25] </w:t>
      </w:r>
      <w:r>
        <w:t>badi aqal un ka dar nahi hoti. bada wisdom nahi hota. bada horizon nahi hota. high level of thinking nahi hoti.</w:t>
      </w:r>
    </w:p>
    <w:p>
      <w:pPr>
        <w:jc w:val="right"/>
      </w:pPr>
      <w:r>
        <w:t>بڑی عقل ان کا در نہیں ہوتی۔ بڑا wisdom نہیں ہوتا۔ بڑا horizon نہیں ہوتا۔ ہائی level of thinking نہیں ہوتی۔</w:t>
      </w:r>
    </w:p>
    <w:p>
      <w:r>
        <w:rPr>
          <w:b/>
        </w:rPr>
        <w:t xml:space="preserve">[27:34] </w:t>
      </w:r>
      <w:r>
        <w:t>kyun? isi mein jeete hain, isi complaint mein jeete hain.</w:t>
      </w:r>
    </w:p>
    <w:p>
      <w:pPr>
        <w:jc w:val="right"/>
      </w:pPr>
      <w:r>
        <w:t>کیوں؟ اسی میں جیتے ہیں، اسی complaint میں جیتے ہیں۔</w:t>
      </w:r>
    </w:p>
    <w:p>
      <w:r>
        <w:rPr>
          <w:b/>
        </w:rPr>
        <w:t xml:space="preserve">[27:46] </w:t>
      </w:r>
      <w:r>
        <w:t>to sabr kis liye hai? sabr ka matlab hai oopar uth kar sochna. shikayaton se oopar uth kar sochna.</w:t>
      </w:r>
    </w:p>
    <w:p>
      <w:pPr>
        <w:jc w:val="right"/>
      </w:pPr>
      <w:r>
        <w:t>تو صبر کس لیے ہے؟ صبر کا مطلب ہے اوپر اٹھ کر سوچنا۔ شکایتوں سے اوپر اٹھ کر سوچنا۔</w:t>
      </w:r>
    </w:p>
    <w:p>
      <w:r>
        <w:rPr>
          <w:b/>
        </w:rPr>
        <w:t xml:space="preserve">[27:57] </w:t>
      </w:r>
      <w:r>
        <w:t>sabr ka matlab koi cowardice nahi. sabr ka matlab koi retreat nahi.</w:t>
      </w:r>
    </w:p>
    <w:p>
      <w:pPr>
        <w:jc w:val="right"/>
      </w:pPr>
      <w:r>
        <w:t>صبر کا مطلب کوئی cowardice نہیں۔ صبر کا مطلب کوئی retreat نہیں۔</w:t>
      </w:r>
    </w:p>
    <w:p>
      <w:r>
        <w:rPr>
          <w:b/>
        </w:rPr>
        <w:t xml:space="preserve">[28:06] </w:t>
      </w:r>
      <w:r>
        <w:t>sabr ka matlab koi paspai nahi. sabr ka matlab hai oopar uth kar sochna. jab aap ko shikayaten, kisi se kuch negative experience ho, kisi se kuch aap ko yeh ho ke kuch na kuch hurt ho jaye aap, to isi mein aap lage phanse rahein to aap ne sabr nahi kiya.</w:t>
      </w:r>
    </w:p>
    <w:p>
      <w:pPr>
        <w:jc w:val="right"/>
      </w:pPr>
      <w:r>
        <w:t>صبر کا مطلب کوئی پسپائی نہیں۔ صبر کا مطلب ہے اوپر اٹھ کر سوچنا۔ جب آپ کو شکایتیں، کسی سے کچھ negative experience ہو، کسی سے کچھ آپ کو یہ ہو کہ کچھ نہ کچھ hurt ہو جائے آپ، تو اسی میں آپ لگے پھنسے رہیں تو آپ نے صبر نہیں کیا۔</w:t>
      </w:r>
    </w:p>
    <w:p>
      <w:r>
        <w:rPr>
          <w:b/>
        </w:rPr>
        <w:t xml:space="preserve">[28:28] </w:t>
      </w:r>
      <w:r>
        <w:t>sabr nahi kiya to isi mein, isi level aap ka level wahi lower level reh gaya. aur is ko nazar andaaz kijiye, chhod do, baar mein jaye.</w:t>
      </w:r>
    </w:p>
    <w:p>
      <w:pPr>
        <w:jc w:val="right"/>
      </w:pPr>
      <w:r>
        <w:t>صبر نہیں کیا تو اسی میں، اسی level آپ کا level وہی lower level رہ گیا۔ اور اس کو نظر انداز کیجیے، چھوڑو، باڑ میں جائے۔</w:t>
      </w:r>
    </w:p>
    <w:p>
      <w:r>
        <w:rPr>
          <w:b/>
        </w:rPr>
        <w:t xml:space="preserve">[28:37] </w:t>
      </w:r>
      <w:r>
        <w:t>to aap ne apne level ko oopar uth kar liya hai. to sabr ka matlab hai apne intellectual level ko oopar uthana.</w:t>
      </w:r>
    </w:p>
    <w:p>
      <w:pPr>
        <w:jc w:val="right"/>
      </w:pPr>
      <w:r>
        <w:t>تو آپ نے اپنے level کو اوپر اٹھ کر لیا ہے۔ تو صبر کا مطلب ہے اپنے intellectual level کو اوپر اٹھانا۔</w:t>
      </w:r>
    </w:p>
    <w:p>
      <w:r>
        <w:rPr>
          <w:b/>
        </w:rPr>
        <w:t xml:space="preserve">[28:49] </w:t>
      </w:r>
      <w:r>
        <w:t>sabr ka matlab high thinking hai. yaad rakhiye sabr ka matlab</w:t>
      </w:r>
    </w:p>
    <w:p>
      <w:pPr>
        <w:jc w:val="right"/>
      </w:pPr>
      <w:r>
        <w:t>صبر کا مطلب ہائی thinking ہے۔ یاد رکھیے صبر کا مطلب</w:t>
      </w:r>
    </w:p>
    <w:p>
      <w:r>
        <w:rPr>
          <w:b/>
        </w:rPr>
        <w:t xml:space="preserve">[28:58] </w:t>
      </w:r>
      <w:r>
        <w:t>passivity nahi hai. Retreat nahi hai. Cowardice nahi hai. Sabr ka matlab hai high thinking. Upar uth kar sochna.</w:t>
      </w:r>
    </w:p>
    <w:p>
      <w:pPr>
        <w:jc w:val="right"/>
      </w:pPr>
      <w:r>
        <w:t>passivity نہیں ہے۔ Retreat نہیں ہے۔ Cowardice نہیں ہے۔ صبر کا مطلب ہائی thinking۔ اوپر اٹھ کر سوچنا۔</w:t>
      </w:r>
    </w:p>
    <w:p>
      <w:r>
        <w:rPr>
          <w:b/>
        </w:rPr>
        <w:t xml:space="preserve">[29:11] </w:t>
      </w:r>
      <w:r>
        <w:t>Lower level par jahan aap ko tarah tarah ki shikayaton ka tajurba hota hai, tarah tarah ka aap ko koi dukh pahuncha de ke kuch pahuncha, ab is ko aap bhula dein.</w:t>
      </w:r>
    </w:p>
    <w:p>
      <w:pPr>
        <w:jc w:val="right"/>
      </w:pPr>
      <w:r>
        <w:t>Lower level پر جہاں آپ کو طرح طرح کی شکایتیں کا تجربہ ہوتا ہے، طرح طرح کا آپ کو کوئی دکھ پہنچا دے کہ کچھ پہنچا، اب اس کو آپ بھلا دیں۔</w:t>
      </w:r>
    </w:p>
    <w:p>
      <w:r>
        <w:rPr>
          <w:b/>
        </w:rPr>
        <w:t xml:space="preserve">[29:22] </w:t>
      </w:r>
      <w:r>
        <w:t>Barter Drasa ne kaha, Barter Drasa, woh Bernard Shah ne kaha tha ke</w:t>
      </w:r>
    </w:p>
    <w:p>
      <w:pPr>
        <w:jc w:val="right"/>
      </w:pPr>
      <w:r>
        <w:t>بارٹر ڈرسا نے کہا، بارٹر ڈرسا، وہ برنارڈ شاہ نے کہا تھا کہ</w:t>
      </w:r>
    </w:p>
    <w:p>
      <w:r>
        <w:rPr>
          <w:b/>
        </w:rPr>
        <w:t xml:space="preserve">[29:31] </w:t>
      </w:r>
      <w:r>
        <w:t>"One who has nothing to forget" nahi, "most unused" us ne kaha tha ke "most uneducated person".</w:t>
      </w:r>
    </w:p>
    <w:p>
      <w:pPr>
        <w:jc w:val="right"/>
      </w:pPr>
      <w:r>
        <w:t>"One who has nothing to forget" نہیں، "most unused" اس نے کہا تھا کہ "most uneducated person"۔</w:t>
      </w:r>
    </w:p>
    <w:p>
      <w:r>
        <w:rPr>
          <w:b/>
        </w:rPr>
        <w:t xml:space="preserve">[29:43] </w:t>
      </w:r>
      <w:r>
        <w:t>"The most uneducated person is one who has nothing to forget".</w:t>
      </w:r>
    </w:p>
    <w:p>
      <w:pPr>
        <w:jc w:val="right"/>
      </w:pPr>
      <w:r>
        <w:t>"The most uneducated person is one who has nothing to forget"۔</w:t>
      </w:r>
    </w:p>
    <w:p>
      <w:r>
        <w:rPr>
          <w:b/>
        </w:rPr>
        <w:t xml:space="preserve">[29:50] </w:t>
      </w:r>
      <w:r>
        <w:t>Aap kuch bhula na sakein to kya hoga? Aap bilkul hi lower level pe jiyenge. Aur bhulane ke liye sabr chahiye.</w:t>
      </w:r>
    </w:p>
    <w:p>
      <w:pPr>
        <w:jc w:val="right"/>
      </w:pPr>
      <w:r>
        <w:t>آپ کچھ بھلا نہ سکیں تو کیا ہوگا؟ آپ بالکل ہی lower level پہ جیئیں گے۔ اور بھلانے کے لیے صبر چاہیے۔</w:t>
      </w:r>
    </w:p>
    <w:p>
      <w:r>
        <w:rPr>
          <w:b/>
        </w:rPr>
        <w:t xml:space="preserve">[30:01] </w:t>
      </w:r>
      <w:r>
        <w:t>Bhulane ke liye patience chahiye.</w:t>
      </w:r>
    </w:p>
    <w:p>
      <w:pPr>
        <w:jc w:val="right"/>
      </w:pPr>
      <w:r>
        <w:t>بھلانے کے لیے patience چاہیے۔</w:t>
      </w:r>
    </w:p>
    <w:p>
      <w:r>
        <w:rPr>
          <w:b/>
        </w:rPr>
        <w:t xml:space="preserve">[30:09] </w:t>
      </w:r>
      <w:r>
        <w:t>Isi liye dekhiye aaj subah mein kisi se baat kar raha tha ke Islam mein qawwam ka nazariya hai. Qawwam kehte hain wahi jo aaj kehte hain na "boss".</w:t>
      </w:r>
    </w:p>
    <w:p>
      <w:pPr>
        <w:jc w:val="right"/>
      </w:pPr>
      <w:r>
        <w:t>اسی لیے دیکھیے آج صبح میں کسی سے بات کر رہا تھا کہ اسلام میں قوام کا نظریہ ہے۔ قوام کہتے ہیں وہی جو آج کہتے ہیں نا "باس"۔</w:t>
      </w:r>
    </w:p>
    <w:p>
      <w:r>
        <w:rPr>
          <w:b/>
        </w:rPr>
        <w:t xml:space="preserve">[30:21] </w:t>
      </w:r>
      <w:r>
        <w:t>B O double S "boss". "Bossism". Quran mein "bossism" ke usool ko agarche yaani mard aurat ke reference reference bataya gaya hai lekin woh ek universal principle hai.</w:t>
      </w:r>
    </w:p>
    <w:p>
      <w:pPr>
        <w:jc w:val="right"/>
      </w:pPr>
      <w:r>
        <w:t>بی او ڈبل ایس "باس"۔ "باسزم"۔ قرآن میں "باسزم" کے اصول کو اگرچہ یعنی مرد عورت کے reference reference بتایا گیا ہے لیکن وہ ایک universal principle ہے۔</w:t>
      </w:r>
    </w:p>
    <w:p>
      <w:r>
        <w:rPr>
          <w:b/>
        </w:rPr>
        <w:t xml:space="preserve">[30:38] </w:t>
      </w:r>
      <w:r>
        <w:t>"Bossism".</w:t>
      </w:r>
    </w:p>
    <w:p>
      <w:pPr>
        <w:jc w:val="right"/>
      </w:pPr>
      <w:r>
        <w:t>"باسزم"۔</w:t>
      </w:r>
    </w:p>
    <w:p>
      <w:r>
        <w:rPr>
          <w:b/>
        </w:rPr>
        <w:t xml:space="preserve">[30:44] </w:t>
      </w:r>
      <w:r>
        <w:t>Yaani doosre ko boss bana lena.</w:t>
      </w:r>
    </w:p>
    <w:p>
      <w:pPr>
        <w:jc w:val="right"/>
      </w:pPr>
      <w:r>
        <w:t>یعنی دوسرے کو boss بنا لینا۔</w:t>
      </w:r>
    </w:p>
    <w:p>
      <w:r>
        <w:rPr>
          <w:b/>
        </w:rPr>
        <w:t xml:space="preserve">[30:49] </w:t>
      </w:r>
      <w:r>
        <w:t>Jaisa bahut hi mashhoor, aam jo hai companiyon mein ke "boss is always right". Jo aap ka senior officer hai to woh jo keh de woh theek hai.</w:t>
      </w:r>
    </w:p>
    <w:p>
      <w:pPr>
        <w:jc w:val="right"/>
      </w:pPr>
      <w:r>
        <w:t>جیسا بہت ہی مشہور، عام جو ہے کمپنیوں میں کہ "باس is alwaysright"۔ جو آپ کا senior officer ہے تو وہ جو کہہ دے وہ ٹھیک ہے۔</w:t>
      </w:r>
    </w:p>
    <w:p>
      <w:r>
        <w:rPr>
          <w:b/>
        </w:rPr>
        <w:t xml:space="preserve">[31:04] </w:t>
      </w:r>
      <w:r>
        <w:t>"Boss is always right". Aap shop shopping center mein jayein to wahan par jo salesman hai uska nazariya kya hota hai?</w:t>
      </w:r>
    </w:p>
    <w:p>
      <w:pPr>
        <w:jc w:val="right"/>
      </w:pPr>
      <w:r>
        <w:t>"باس is alwaysright"۔ آپ shop shopping center میں جائیں تو وہاں پر جو salesman ہے اس کا نظریہ کیا ہوتا ہے؟</w:t>
      </w:r>
    </w:p>
    <w:p>
      <w:r>
        <w:rPr>
          <w:b/>
        </w:rPr>
        <w:t xml:space="preserve">[31:14] </w:t>
      </w:r>
      <w:r>
        <w:t>"Customer is always right".</w:t>
      </w:r>
    </w:p>
    <w:p>
      <w:pPr>
        <w:jc w:val="right"/>
      </w:pPr>
      <w:r>
        <w:t>"Customer is alwaysright"۔</w:t>
      </w:r>
    </w:p>
    <w:p>
      <w:r>
        <w:rPr>
          <w:b/>
        </w:rPr>
        <w:t xml:space="preserve">[31:19] </w:t>
      </w:r>
      <w:r>
        <w:t>Dawat ke line mein bhi "madhu is always right".</w:t>
      </w:r>
    </w:p>
    <w:p>
      <w:pPr>
        <w:jc w:val="right"/>
      </w:pPr>
      <w:r>
        <w:t>دعوت کے لائن میں بھی "مادھو is alwaysright"۔</w:t>
      </w:r>
    </w:p>
    <w:p>
      <w:r>
        <w:rPr>
          <w:b/>
        </w:rPr>
        <w:t xml:space="preserve">[31:26] </w:t>
      </w:r>
      <w:r>
        <w:t>Yahan bhi yahi hai. Lekin mein is ko extend karta hoon. Extend kar kar ke kehta hoon ke yahi jagah har jagah, har jagah, har jagah.</w:t>
      </w:r>
    </w:p>
    <w:p>
      <w:pPr>
        <w:jc w:val="right"/>
      </w:pPr>
      <w:r>
        <w:t>یہاں بھی یہی ہے۔ لیکن میں اس کو extend کرتا ہوں۔ extend کر کر کے کہتا ہوں کہ یہی جگہ ہر جگہ، ہر جگہ، ہر جگہ۔</w:t>
      </w:r>
    </w:p>
    <w:p>
      <w:r>
        <w:rPr>
          <w:b/>
        </w:rPr>
        <w:t xml:space="preserve">[31:37] </w:t>
      </w:r>
      <w:r>
        <w:t>Har jagah. Yahan tak ke mein subah mein ne ek sahib se kaha to woh thoda un ko ajeeb sa laga. Mein ne kaha "wife is always right".</w:t>
      </w:r>
    </w:p>
    <w:p>
      <w:pPr>
        <w:jc w:val="right"/>
      </w:pPr>
      <w:r>
        <w:t>ہر جگہ۔ یہاں تک کہ میں صبح میں نے ایک صاحب سے کہا تو وہ تھوڑا ان کو عجیب سا لگا۔ میں نے کہا "wife is alwaysright"۔</w:t>
      </w:r>
    </w:p>
    <w:p>
      <w:r>
        <w:rPr>
          <w:b/>
        </w:rPr>
        <w:t xml:space="preserve">[31:47] </w:t>
      </w:r>
      <w:r>
        <w:t>"Wife ko aap boss bana lijiye". Baat khatam ho jati hai. Ek sahib se baat ho rahi thi to unhone kaha "simple formula hai married life ko present life banane ka".</w:t>
      </w:r>
    </w:p>
    <w:p>
      <w:pPr>
        <w:jc w:val="right"/>
      </w:pPr>
      <w:r>
        <w:t>"wife کو آپ boss بنا لیجیے"۔ بات ختم ہو جاتی ہے۔ ایک صاحب سے بات ہو رہی تھی تو انہوں نے کہا "simple فارمولا ہے married life کو present life بنانے کا"۔</w:t>
      </w:r>
    </w:p>
    <w:p>
      <w:r>
        <w:rPr>
          <w:b/>
        </w:rPr>
        <w:t xml:space="preserve">[32:03] </w:t>
      </w:r>
      <w:r>
        <w:t>"Married life ko present life banane ka" bilkul simple formula hai. Auratein hoti hain emotional ke woh to boss bana nahi payengi.</w:t>
      </w:r>
    </w:p>
    <w:p>
      <w:pPr>
        <w:jc w:val="right"/>
      </w:pPr>
      <w:r>
        <w:t>"married life کو present life بنانے کا" بالکل simple فارمولا ہے۔ عورتیں ہوتی ہیں emotional کہ وہ تو boss بنا نہیں پائیں گی۔</w:t>
      </w:r>
    </w:p>
    <w:p>
      <w:r>
        <w:rPr>
          <w:b/>
        </w:rPr>
        <w:t xml:space="preserve">[32:13] </w:t>
      </w:r>
      <w:r>
        <w:t>Mard aql se soch pata hai. To mard ko chahiye ke woh initiative le. Woh pehal kare. Woh kahe ke "chalo tum hi tum hi boss ho".</w:t>
      </w:r>
    </w:p>
    <w:p>
      <w:pPr>
        <w:jc w:val="right"/>
      </w:pPr>
      <w:r>
        <w:t>مرد عقل سے سوچ پاتا ہے۔ تو مرد کو چاہیے کہ وہ initiative لے۔ وہ پہل کرے۔ وہ کہے کہ "چلو تم ہی تم ہی boss ہو"۔</w:t>
      </w:r>
    </w:p>
    <w:p>
      <w:r>
        <w:rPr>
          <w:b/>
        </w:rPr>
        <w:t xml:space="preserve">[32:25] </w:t>
      </w:r>
      <w:r>
        <w:t>To mein ne kaha best formula jo hai "wife is always right".</w:t>
      </w:r>
    </w:p>
    <w:p>
      <w:pPr>
        <w:jc w:val="right"/>
      </w:pPr>
      <w:r>
        <w:t>تو میں نے کہا best فارمولا جو ہے "wife is alwaysright"۔</w:t>
      </w:r>
    </w:p>
    <w:p>
      <w:r>
        <w:rPr>
          <w:b/>
        </w:rPr>
        <w:t xml:space="preserve">[32:33] </w:t>
      </w:r>
      <w:r>
        <w:t>Aksar logon ko kehta hoon mein. Mardoon se. Mardoon se kehta hoon jo jhagde batate hain na "meri biwi aisi, meri biwi aisi". Mein ne kaha kuch nahi. Biwi ko aap boss bana lijiye "boss".</w:t>
      </w:r>
    </w:p>
    <w:p>
      <w:pPr>
        <w:jc w:val="right"/>
      </w:pPr>
      <w:r>
        <w:t>اکثر لوگوں کو کہتا ہوں میں۔ مردوں سے۔ مردوں سے کہتا ہوں جو جھگڑے بتاتے ہیں نا "میری بیوی ایسی، میری بیوی ایسی"۔ میں نے کہا کچھ نہیں۔ بیوی کو آپ boss بنا لیجیے "باس"۔</w:t>
      </w:r>
    </w:p>
    <w:p>
      <w:r>
        <w:rPr>
          <w:b/>
        </w:rPr>
        <w:t xml:space="preserve">[32:44] </w:t>
      </w:r>
      <w:r>
        <w:t>Zahir hai jhagda khatam. To yeh saada baat nahi hai dekhiye. Biwi ko boss banate hi kya hota hai?</w:t>
      </w:r>
    </w:p>
    <w:p>
      <w:pPr>
        <w:jc w:val="right"/>
      </w:pPr>
      <w:r>
        <w:t>ظاہر ہے جھگڑا ختم۔ تو یہ سادہ بات نہیں ہے دیکھیے۔ بیوی کو boss بناتے ہی کیا ہوتا ہے؟</w:t>
      </w:r>
    </w:p>
    <w:p>
      <w:r>
        <w:rPr>
          <w:b/>
        </w:rPr>
        <w:t xml:space="preserve">[32:55] </w:t>
      </w:r>
      <w:r>
        <w:t>Aap ko ek bahut hi bada faida milta hai. Woh high thinking ka faida. Nahi to ghar mein aap aaye, ab biwi ne yeh keh diya, biwi ne woh keh diya, aap ne yeh keh diya, aap ne woh keh diya, ab aapas mein lad rahe hain dono.</w:t>
      </w:r>
    </w:p>
    <w:p>
      <w:pPr>
        <w:jc w:val="right"/>
      </w:pPr>
      <w:r>
        <w:t>آپ کو ایک بہت ہی بڑا فائدہ ملتا ہے۔ وہ ہائی thinking کا فائدہ۔ نہیں تو گھر میں آپ آئے، اب بیوی نے یہ کہہ دیا، بیوی نے وہ کہہ دیا، آپ نے یہ کہہ دیا، آپ نے وہ کہہ دیا، اب آپس میں لڑ رہے ہیں دونوں۔</w:t>
      </w:r>
    </w:p>
    <w:p>
      <w:r>
        <w:rPr>
          <w:b/>
        </w:rPr>
        <w:t xml:space="preserve">[33:11] </w:t>
      </w:r>
      <w:r>
        <w:t>Yeh nahi chalega, woh nahi chalega, woh kahe yeh nahi chalega, woh nahi chalega. To biwi ke dimagh mein aaya ke mera shohar galat hai. Shohar ke dimagh mein aaya ke meri biwi galat hai.</w:t>
      </w:r>
    </w:p>
    <w:p>
      <w:pPr>
        <w:jc w:val="right"/>
      </w:pPr>
      <w:r>
        <w:t>یہ نہیں چلے گا، وہ نہیں چلے گا، وہ کہے یہ نہیں چلے گا، وہ نہیں چلے گا۔ تو بیوی کے دماغ میں آیا کہ میرا شوہر غلط ہے۔ شوہر کے دماغ میں آیا کہ میری بیوی غلط ہے۔</w:t>
      </w:r>
    </w:p>
    <w:p>
      <w:r>
        <w:rPr>
          <w:b/>
        </w:rPr>
        <w:t xml:space="preserve">[33:21] </w:t>
      </w:r>
      <w:r>
        <w:t>ab dono complaint mein jee rahe hain.</w:t>
      </w:r>
    </w:p>
    <w:p>
      <w:pPr>
        <w:jc w:val="right"/>
      </w:pPr>
      <w:r>
        <w:t>اب دونوں complaint میں جی رہے ہیں۔</w:t>
      </w:r>
    </w:p>
    <w:p>
      <w:r>
        <w:rPr>
          <w:b/>
        </w:rPr>
        <w:t xml:space="preserve">[33:27] </w:t>
      </w:r>
      <w:r>
        <w:t>lekin agar aap sabr kar lein. "basism" ke principle ko apna lein. to kya hoga? instantly you elevate yourself from all those negative items.</w:t>
      </w:r>
    </w:p>
    <w:p>
      <w:pPr>
        <w:jc w:val="right"/>
      </w:pPr>
      <w:r>
        <w:t>لیکن اگر آپ صبر کر لیں۔ "باسزم" کے principle کو اپنا لیں۔ تو کیا ہوگا؟ instantly you elevate yourself from all those negative items۔</w:t>
      </w:r>
    </w:p>
    <w:p>
      <w:r>
        <w:rPr>
          <w:b/>
        </w:rPr>
        <w:t xml:space="preserve">[33:43] </w:t>
      </w:r>
      <w:r>
        <w:t>upar chale aate hain, upar chale aate hain.</w:t>
      </w:r>
    </w:p>
    <w:p>
      <w:pPr>
        <w:jc w:val="right"/>
      </w:pPr>
      <w:r>
        <w:t>اوپر چلے آتے ہیں، اوپر چلے آتے ہیں۔</w:t>
      </w:r>
    </w:p>
    <w:p>
      <w:r>
        <w:rPr>
          <w:b/>
        </w:rPr>
        <w:t xml:space="preserve">[33:48] </w:t>
      </w:r>
      <w:r>
        <w:t>jaise ek martaba mein hawai jahaz mein urr raha tha to achaanak khayal aaya ke jahaz ke neeche sari bastiyan hain, road hai, yeh hai, woh hai, zahir hai dunya kyunke wahan kuch dikhai nahi deta.</w:t>
      </w:r>
    </w:p>
    <w:p>
      <w:pPr>
        <w:jc w:val="right"/>
      </w:pPr>
      <w:r>
        <w:t>جیسے ایک مرتبہ میں ہوائی جہاز میں اڑ رہا تھا تو اچانک خیال آیا کہ جہاز کے نیچے ساری بستیاں ہیں، road ہے، یہ ہے، وہ ہے، ظاہر ہے دنیا کیونکہ وہاں کچھ دکھائی نہیں دیتا۔</w:t>
      </w:r>
    </w:p>
    <w:p>
      <w:r>
        <w:rPr>
          <w:b/>
        </w:rPr>
        <w:t xml:space="preserve">[34:01] </w:t>
      </w:r>
      <w:r>
        <w:t>paintis hazar foot ki bulandi par jo jahaz pahunch jata hai to neeche kuch dikhai nahi deta.</w:t>
      </w:r>
    </w:p>
    <w:p>
      <w:pPr>
        <w:jc w:val="right"/>
      </w:pPr>
      <w:r>
        <w:t>پینتیس ہزار فٹ کی بلندی پر جو جہاز پہنچ جاتا ہے تو نیچے کچھ دکھائی نہیں دیتا۔</w:t>
      </w:r>
    </w:p>
    <w:p>
      <w:r>
        <w:rPr>
          <w:b/>
        </w:rPr>
        <w:t xml:space="preserve">[34:08] </w:t>
      </w:r>
      <w:r>
        <w:t>ab neeche hindu hai, musalman hai, jhagda hai, fasad hai, yeh hai, woh hai, wahan kuch dikhai nahi deta. wahan na ejudiya dikhai deti hai, na falasteen dikhai deta hai, na kashmir dikhai deta.</w:t>
      </w:r>
    </w:p>
    <w:p>
      <w:pPr>
        <w:jc w:val="right"/>
      </w:pPr>
      <w:r>
        <w:t>اب نیچے ہندو ہے، مسلمان ہے، جھگڑا ہے، فساد ہے، یہ ہے، وہ ہے، وہاں کچھ دکھائی نہیں دیتا۔ وہاں نہ ایجودیا دکھائی دیتی ہے، نہ فلسطین دکھائی دیتا ہے، نہ کشمیر دکھائی دیتا۔</w:t>
      </w:r>
    </w:p>
    <w:p>
      <w:r>
        <w:rPr>
          <w:b/>
        </w:rPr>
        <w:t xml:space="preserve">[34:21] </w:t>
      </w:r>
      <w:r>
        <w:t>to maine kaha ke yahi hai high thinking.</w:t>
      </w:r>
    </w:p>
    <w:p>
      <w:pPr>
        <w:jc w:val="right"/>
      </w:pPr>
      <w:r>
        <w:t>تو میں نے کہا کہ یہی ہے ہائی thinking۔</w:t>
      </w:r>
    </w:p>
    <w:p>
      <w:r>
        <w:rPr>
          <w:b/>
        </w:rPr>
        <w:t xml:space="preserve">[34:27] </w:t>
      </w:r>
      <w:r>
        <w:t>you have to attain high level of thinking that is</w:t>
      </w:r>
    </w:p>
    <w:p>
      <w:pPr>
        <w:jc w:val="right"/>
      </w:pPr>
      <w:r>
        <w:t>you have to attain high level of thinking that is</w:t>
      </w:r>
    </w:p>
    <w:p>
      <w:r>
        <w:rPr>
          <w:b/>
        </w:rPr>
        <w:t xml:space="preserve">[34:30] </w:t>
      </w:r>
      <w:r>
        <w:t>sabr that is patience to kya hota hai aap ki soch jo hai woh ho jati hai universal soch ban jati hai.</w:t>
      </w:r>
    </w:p>
    <w:p>
      <w:pPr>
        <w:jc w:val="right"/>
      </w:pPr>
      <w:r>
        <w:t>صبر that is patience تو کیا ہوتا ہے آپ کی سوچ جو ہے وہ ہو جاتی ہے universal سوچ بن جاتی ہے۔</w:t>
      </w:r>
    </w:p>
    <w:p>
      <w:r>
        <w:rPr>
          <w:b/>
        </w:rPr>
        <w:t xml:space="preserve">[34:41] </w:t>
      </w:r>
      <w:r>
        <w:t>phir positive mind banta hai, intellectual development hota hai.</w:t>
      </w:r>
    </w:p>
    <w:p>
      <w:pPr>
        <w:jc w:val="right"/>
      </w:pPr>
      <w:r>
        <w:t>پھر positive mind بنتا ہے، intellectual development ہوتا ہے۔</w:t>
      </w:r>
    </w:p>
    <w:p>
      <w:r>
        <w:rPr>
          <w:b/>
        </w:rPr>
        <w:t xml:space="preserve">[34:50] </w:t>
      </w:r>
      <w:r>
        <w:t>aise log wise aadmi bante hain.</w:t>
      </w:r>
    </w:p>
    <w:p>
      <w:pPr>
        <w:jc w:val="right"/>
      </w:pPr>
      <w:r>
        <w:t>ایسے لوگ wise آدمی بنتے ہیں۔</w:t>
      </w:r>
    </w:p>
    <w:p>
      <w:r>
        <w:rPr>
          <w:b/>
        </w:rPr>
        <w:t xml:space="preserve">[34:57] </w:t>
      </w:r>
      <w:r>
        <w:t>to quran majeed mein jo usool bataya jo gaya hai ke "alsulh o khair reconciliation the best" to yeh yeh yeh bilkul ek samajhye ke ek religious principle nahi hai, sirf ek moral principle nahi hai.</w:t>
      </w:r>
    </w:p>
    <w:p>
      <w:pPr>
        <w:jc w:val="right"/>
      </w:pPr>
      <w:r>
        <w:t>تو قرآن مجید میں جو اصول بتایا جو گیا ہے کہ "الصلح و خیر reconciliation the best" تو یہ یہ یہ بالکل ایک سمجھئے کہ ایک religious principle نہیں ہے، صرف ایک moral principle نہیں ہے۔</w:t>
      </w:r>
    </w:p>
    <w:p>
      <w:r>
        <w:rPr>
          <w:b/>
        </w:rPr>
        <w:t xml:space="preserve">[35:10] </w:t>
      </w:r>
      <w:r>
        <w:t>yeh bohat bara art hai. art of high thinking. sabr means art of high thinking.</w:t>
      </w:r>
    </w:p>
    <w:p>
      <w:pPr>
        <w:jc w:val="right"/>
      </w:pPr>
      <w:r>
        <w:t>یہ بہت بڑا art ہے۔ art of high thinking۔ صبر means art of high thinking۔</w:t>
      </w:r>
    </w:p>
    <w:p>
      <w:r>
        <w:rPr>
          <w:b/>
        </w:rPr>
        <w:t xml:space="preserve">[35:23] </w:t>
      </w:r>
      <w:r>
        <w:t>baghair sabr ke high thinking nahi aa sakti. kyunke aap phanse rahenge, phanse rahenge, phanse rahenge. choti si baat ho gayi. high thinking kahan se aayegi?</w:t>
      </w:r>
    </w:p>
    <w:p>
      <w:pPr>
        <w:jc w:val="right"/>
      </w:pPr>
      <w:r>
        <w:t>بغیر صبر کے ہائی thinking نہیں آ سکتی۔ کیونکہ آپ پھنسے رہیں گے، پھنسے رہیں گے، پھنسے رہیں گے۔ چھوٹی سی بات ہو گئی۔ ہائی thinking کہاں سے آئے گی؟</w:t>
      </w:r>
    </w:p>
    <w:p>
      <w:r>
        <w:rPr>
          <w:b/>
        </w:rPr>
        <w:t xml:space="preserve">[35:39] </w:t>
      </w:r>
      <w:r>
        <w:t>to zindagi jo hai bohat zyada soch samajh kar guzarnay ki cheez hai.</w:t>
      </w:r>
    </w:p>
    <w:p>
      <w:pPr>
        <w:jc w:val="right"/>
      </w:pPr>
      <w:r>
        <w:t>تو زندگی جو ہے بہت زیادہ سوچ سمجھ کر گزارنے کی چیز ہے۔</w:t>
      </w:r>
    </w:p>
    <w:p>
      <w:r>
        <w:rPr>
          <w:b/>
        </w:rPr>
        <w:t xml:space="preserve">[35:48] </w:t>
      </w:r>
      <w:r>
        <w:t>bohat zyada soch samajh kar guzarnay ki cheez hai. log jeete hain reaction mein to socha kaise? jis ko dekhe woh reaction mein jeeta hai.</w:t>
      </w:r>
    </w:p>
    <w:p>
      <w:pPr>
        <w:jc w:val="right"/>
      </w:pPr>
      <w:r>
        <w:t>بہت زیادہ سوچ سمجھ کر گزارنے کی چیز ہے۔ لوگ جیتے ہیں reaction میں تو سوچا کیسے؟ جس کو دیکھے وہ reaction میں جیتا ہے۔</w:t>
      </w:r>
    </w:p>
    <w:p>
      <w:r>
        <w:rPr>
          <w:b/>
        </w:rPr>
        <w:t xml:space="preserve">[36:02] </w:t>
      </w:r>
      <w:r>
        <w:t>ab dekhen aaj kal burning issue kya hai? poocha kisi se aap koi kahega woh newar mein quran jalaya ja raha hai woh burning issue hai.</w:t>
      </w:r>
    </w:p>
    <w:p>
      <w:pPr>
        <w:jc w:val="right"/>
      </w:pPr>
      <w:r>
        <w:t>اب دیکھیں آج کل burning issue کیا ہے؟ پوچھا کسی سے آپ کوئی کہے گا وہ نیوار میں قرآن جلایا جا رہا ہے وہ burning issue ہے۔</w:t>
      </w:r>
    </w:p>
    <w:p>
      <w:r>
        <w:rPr>
          <w:b/>
        </w:rPr>
        <w:t xml:space="preserve">[36:12] </w:t>
      </w:r>
      <w:r>
        <w:t>koi kahega falasteen mein israel bomb maar raha hai woh burning issue hai. koi kahega ke kashmir mein stone pelting ho rahi hai idhar se idhar se.</w:t>
      </w:r>
    </w:p>
    <w:p>
      <w:pPr>
        <w:jc w:val="right"/>
      </w:pPr>
      <w:r>
        <w:t>کوئی کہے گا فلسطین میں اسرائیل بم مار رہا ہے وہ burning issue ہے۔ کوئی کہے گا کہ کشمیر میں stone pelting ہو رہی ہے ادھر سے ادھر سے۔</w:t>
      </w:r>
    </w:p>
    <w:p>
      <w:r>
        <w:rPr>
          <w:b/>
        </w:rPr>
        <w:t xml:space="preserve">[36:23] </w:t>
      </w:r>
      <w:r>
        <w:t>gun chal rahe hain woh burning issue hai. main kahunga yeh sab kuch bhi nahi.</w:t>
      </w:r>
    </w:p>
    <w:p>
      <w:pPr>
        <w:jc w:val="right"/>
      </w:pPr>
      <w:r>
        <w:t>گن چل رہے ہیں وہ burning issue ہے۔ میں کہوں گا یہ سب کچھ بھی نہیں۔</w:t>
      </w:r>
    </w:p>
    <w:p>
      <w:r>
        <w:rPr>
          <w:b/>
        </w:rPr>
        <w:t xml:space="preserve">[36:31] </w:t>
      </w:r>
      <w:r>
        <w:t>yeh sab burning issue nahi. burning issue yeh hai ke log sabr ki value jante nahi.</w:t>
      </w:r>
    </w:p>
    <w:p>
      <w:pPr>
        <w:jc w:val="right"/>
      </w:pPr>
      <w:r>
        <w:t>یہ سب burning issue نہیں۔ burning issue یہ ہے کہ لوگ صبر کی value جانتے نہیں۔</w:t>
      </w:r>
    </w:p>
    <w:p>
      <w:r>
        <w:rPr>
          <w:b/>
        </w:rPr>
        <w:t xml:space="preserve">[36:39] </w:t>
      </w:r>
      <w:r>
        <w:t>sabr ki value jante nahi.</w:t>
      </w:r>
    </w:p>
    <w:p>
      <w:pPr>
        <w:jc w:val="right"/>
      </w:pPr>
      <w:r>
        <w:t>صبر کی value جانتے نہیں۔</w:t>
      </w:r>
    </w:p>
    <w:p>
      <w:r>
        <w:rPr>
          <w:b/>
        </w:rPr>
        <w:t xml:space="preserve">[36:45] </w:t>
      </w:r>
      <w:r>
        <w:t>isi liye yeh sab masle hain. jab falasteen ka masla kya hai? sab falasteen ka masla aap aaj ke lehaz se aap dekhte hain.</w:t>
      </w:r>
    </w:p>
    <w:p>
      <w:pPr>
        <w:jc w:val="right"/>
      </w:pPr>
      <w:r>
        <w:t>اسی لیے یہ سب مسئلے ہیں۔ جب فلسطین کا مسئلہ کیا ہے؟ سب فلسطین کا مسئلہ آپ آج کے لحاظ سے آپ دیکھتے ہیں۔</w:t>
      </w:r>
    </w:p>
    <w:p>
      <w:r>
        <w:rPr>
          <w:b/>
        </w:rPr>
        <w:t xml:space="preserve">[36:54] </w:t>
      </w:r>
      <w:r>
        <w:t>aap nineteen forty-eight ke lehaz se dekhiye. nineteen forty-eight mein balfour verdict ke tehat falasteen ki partition ki gayi.</w:t>
      </w:r>
    </w:p>
    <w:p>
      <w:pPr>
        <w:jc w:val="right"/>
      </w:pPr>
      <w:r>
        <w:t>آپ nineteen forty-eight کے لحاظ سے دیکھیے۔ nineteen forty-eight میں بالفور verdict کے تحت فلسطین کی partition کی گئی۔</w:t>
      </w:r>
    </w:p>
    <w:p>
      <w:r>
        <w:rPr>
          <w:b/>
        </w:rPr>
        <w:t xml:space="preserve">[37:05] </w:t>
      </w:r>
      <w:r>
        <w:t>roughly aadha diya gaya jo ko aadha diya gaya arbon ko. to bas wahan par agar agar arbon mein sabr ka hota sabr ka mani yeh hai high thinking hoti hai.</w:t>
      </w:r>
    </w:p>
    <w:p>
      <w:pPr>
        <w:jc w:val="right"/>
      </w:pPr>
      <w:r>
        <w:t>roughly آدھا دیا گیا جو کو آدھا دیا گیا عربوں کو۔ تو بس وہاں پر اگر اگر عربوں میں صبر کا ہوتا صبر کا معنی یہ ہے ہائی thinking ہوتی ہے۔</w:t>
      </w:r>
    </w:p>
    <w:p>
      <w:r>
        <w:rPr>
          <w:b/>
        </w:rPr>
        <w:t xml:space="preserve">[37:20] </w:t>
      </w:r>
      <w:r>
        <w:t>to maan lete hain woh ke bhai badshahi to hai. aur best part humein mil gaya hai. is partition mein falasteen ka best part arbon ko mila tha.</w:t>
      </w:r>
    </w:p>
    <w:p>
      <w:pPr>
        <w:jc w:val="right"/>
      </w:pPr>
      <w:r>
        <w:t>تو مان لیتے ہیں وہ کہ بھئی بادشاہی تو ہے۔ اور best part ہمیں مل گیا ہے۔ اس partition میں فلسطین کا best part عربوں کو ملا تھا۔</w:t>
      </w:r>
    </w:p>
    <w:p>
      <w:r>
        <w:rPr>
          <w:b/>
        </w:rPr>
        <w:t xml:space="preserve">[37:31] </w:t>
      </w:r>
      <w:r>
        <w:t>sara yerushlem, sara aqsa, sara yani jo fertile area is ka hai woh sab un ko mila tha. un ko to ziyada tar desert mila tha.</w:t>
      </w:r>
    </w:p>
    <w:p>
      <w:pPr>
        <w:jc w:val="right"/>
      </w:pPr>
      <w:r>
        <w:t>سارا یروشلم، سارا اقصیٰ، سارا یعنی جو fertile area اس کا ہے وہ سب ان کو ملا تھا۔ ان کو تو زیادہ تر desert ملا تھا۔</w:t>
      </w:r>
    </w:p>
    <w:p>
      <w:r>
        <w:rPr>
          <w:b/>
        </w:rPr>
        <w:t xml:space="preserve">[37:43] </w:t>
      </w:r>
      <w:r>
        <w:t>to kehte hain yeh to best hai bhai. maan lo is ko. lekin high thinking thi nahi arbon mein. woh reaction karna jante thay.</w:t>
      </w:r>
    </w:p>
    <w:p>
      <w:pPr>
        <w:jc w:val="right"/>
      </w:pPr>
      <w:r>
        <w:t>تو کہتے ہیں یہ تو best ہے بھئی۔ مان لو اس کو۔ لیکن ہائی thinking تھی نہیں عربوں میں۔ وہ reaction کرنا جانتے تھے۔</w:t>
      </w:r>
    </w:p>
    <w:p>
      <w:r>
        <w:rPr>
          <w:b/>
        </w:rPr>
        <w:t xml:space="preserve">[37:54] </w:t>
      </w:r>
      <w:r>
        <w:t>sare logon ki weakness kya hai ke woh sirf reaction karna jante hain. bas unhon ne yeh kyun keh diya unhon ne woh kyun keh diya? isi ko unhein pata hai.</w:t>
      </w:r>
    </w:p>
    <w:p>
      <w:pPr>
        <w:jc w:val="right"/>
      </w:pPr>
      <w:r>
        <w:t>سارے لوگوں کی weakness کیا ہے کہ وہ صرف reaction کرنا جانتے ہیں۔ بس انہوں نے یہ کیوں کہہ دیا انہوں نے وہ کیوں کہہ دیا؟ اسی کو انہیں پتا ہے۔</w:t>
      </w:r>
    </w:p>
    <w:p>
      <w:r>
        <w:rPr>
          <w:b/>
        </w:rPr>
        <w:t xml:space="preserve">[38:10] </w:t>
      </w:r>
      <w:r>
        <w:t>to arbon mein agar high thinking hoti. wisdom hoti.</w:t>
      </w:r>
    </w:p>
    <w:p>
      <w:pPr>
        <w:jc w:val="right"/>
      </w:pPr>
      <w:r>
        <w:t>تو عربوں میں اگر ہائی thinking ہوتی۔ wisdom ہوتی۔</w:t>
      </w:r>
    </w:p>
    <w:p>
      <w:r>
        <w:rPr>
          <w:b/>
        </w:rPr>
        <w:t xml:space="preserve">[38:19] </w:t>
      </w:r>
      <w:r>
        <w:t>kal parson ek ek sahib ko telicon aya to mein ne yeh baat un se kahi. unhon ne ek hadith sunai un ko. ke ataqo firasat al momin fa innahu yundhir bi noor allah at</w:t>
      </w:r>
    </w:p>
    <w:p>
      <w:pPr>
        <w:jc w:val="right"/>
      </w:pPr>
      <w:r>
        <w:t>کل پرسوں ایک ایک صاحب کو ٹیلکون آیا تو میں نے یہ بات ان سے کہی۔ انہوں نے ایک حدیث سنائی ان کو۔ کہ اتقو فراست المومن فإنه ينذر بنور الله ات</w:t>
      </w:r>
    </w:p>
    <w:p>
      <w:r>
        <w:rPr>
          <w:b/>
        </w:rPr>
        <w:t xml:space="preserve">[38:32] </w:t>
      </w:r>
      <w:r>
        <w:t>aqo firasat al momin fa innahu yundhir bi noor allah daro momin ki ke wisdom se.</w:t>
      </w:r>
    </w:p>
    <w:p>
      <w:pPr>
        <w:jc w:val="right"/>
      </w:pPr>
      <w:r>
        <w:t>قو فراست المومن فإنه ينذر بنور الله ڈرو مومن کی کہ wisdom سے۔</w:t>
      </w:r>
    </w:p>
    <w:p>
      <w:r>
        <w:rPr>
          <w:b/>
        </w:rPr>
        <w:t xml:space="preserve">[38:44] </w:t>
      </w:r>
      <w:r>
        <w:t>kyun ke woh khuda ki roshni mein dekhta hai. khuda ki roshni mein dekhta hai. mein ne kaha ke agar arbon ko khuda ki roshni mein dekhna aata to saath baras se mare ja rahe hain.</w:t>
      </w:r>
    </w:p>
    <w:p>
      <w:pPr>
        <w:jc w:val="right"/>
      </w:pPr>
      <w:r>
        <w:t>کیونکہ وہ خدا کی روشنی میں دیکھتا ہے۔ خدا کی روشنی میں دیکھتا ہے۔ میں نے کہا کہ اگر عربوں کو خدا کی روشنی میں دیکھنا آتا تو ساٹھ برس سے مارے جا رہے ہیں۔</w:t>
      </w:r>
    </w:p>
    <w:p>
      <w:r>
        <w:rPr>
          <w:b/>
        </w:rPr>
        <w:t xml:space="preserve">[38:56] </w:t>
      </w:r>
      <w:r>
        <w:t>yeh hota aisa? kashmirioun ko agar khuda ki roshni mein dekhna aata to saath baras se mare ja rahe hain. aisa hota? in ko khuda ki roshni mein dekhna aata nahi?</w:t>
      </w:r>
    </w:p>
    <w:p>
      <w:pPr>
        <w:jc w:val="right"/>
      </w:pPr>
      <w:r>
        <w:t>یہ ہوتا ایسا؟ کشمیریوں کو اگر خدا کی روشنی میں دیکھنا آتا تو ساٹھ برس سے مارے جا رہے ہیں۔ ایسا ہوتا؟ ان کو خدا کی روشنی میں دیکھنا آتا نہیں؟</w:t>
      </w:r>
    </w:p>
    <w:p>
      <w:r>
        <w:rPr>
          <w:b/>
        </w:rPr>
        <w:t xml:space="preserve">[39:06] </w:t>
      </w:r>
      <w:r>
        <w:t>khuda ki roshni mein dekhna kya hai? patience ke sath cheezon par rai banana. jab koi cheez pesh aaye.</w:t>
      </w:r>
    </w:p>
    <w:p>
      <w:pPr>
        <w:jc w:val="right"/>
      </w:pPr>
      <w:r>
        <w:t>خدا کی روشنی میں دیکھنا کیا ہے؟ patience کے ساتھ چیزوں پر رائے بنانا۔ جب کوئی چیز پیش آئے۔</w:t>
      </w:r>
    </w:p>
    <w:p>
      <w:r>
        <w:rPr>
          <w:b/>
        </w:rPr>
        <w:t xml:space="preserve">[39:17] </w:t>
      </w:r>
      <w:r>
        <w:t>koi cheez jaise falasteen mein partition hua forty-eight mein. to arbon ko impatient ho kar ke ek dam sochna chahiye tha ke kya karna chahiye?</w:t>
      </w:r>
    </w:p>
    <w:p>
      <w:pPr>
        <w:jc w:val="right"/>
      </w:pPr>
      <w:r>
        <w:t>کوئی چیز جیسے فلسطین میں partition ہوا forty-eight میں۔ تو عربوں کو impatient ہو کر کے ایک دم سوچنا چاہیے تھا کہ کیا کرنا چاہیے؟</w:t>
      </w:r>
    </w:p>
    <w:p>
      <w:r>
        <w:rPr>
          <w:b/>
        </w:rPr>
        <w:t xml:space="preserve">[39:33] </w:t>
      </w:r>
      <w:r>
        <w:t>koi emotion nahi, koi jazba nahi, koi bharkao nahi, kuch nahi. patiently. to woh kehte hain ke bhai to best partition hai yeh.</w:t>
      </w:r>
    </w:p>
    <w:p>
      <w:pPr>
        <w:jc w:val="right"/>
      </w:pPr>
      <w:r>
        <w:t>کوئی emotion نہیں، کوئی جذبہ نہیں، کوئی بھڑکاؤ نہیں، کچھ نہیں۔ patiently۔ تو وہ کہتے ہیں کہ بھئی تو best partition ہے یہ۔</w:t>
      </w:r>
    </w:p>
    <w:p>
      <w:r>
        <w:rPr>
          <w:b/>
        </w:rPr>
        <w:t xml:space="preserve">[39:47] </w:t>
      </w:r>
      <w:r>
        <w:t>yahudion ka bhi haq hai falasteen par. quran mein likha hua hai yahudion ka haq hai falasteen par. yahudion ka falasteen par haq hai. khud quran ke mutabiq, bible ke mutabiq.</w:t>
      </w:r>
    </w:p>
    <w:p>
      <w:pPr>
        <w:jc w:val="right"/>
      </w:pPr>
      <w:r>
        <w:t>یہودیوں کا بھی حق ہے فلسطین پر۔ قرآن میں لکھا ہوا ہے یہودیوں کا حق ہے فلسطین پر۔ یہودیوں کا فلسطین پر حق ہے۔ خود قرآن کے مطابق، بائبل کے مطابق۔</w:t>
      </w:r>
    </w:p>
    <w:p>
      <w:r>
        <w:rPr>
          <w:b/>
        </w:rPr>
        <w:t xml:space="preserve">[39:58] </w:t>
      </w:r>
      <w:r>
        <w:t>yani quran mein wohi baat hai jo bible mein hai. bible mein falasteen ko yahudion ka promised land bataya gaya hai.</w:t>
      </w:r>
    </w:p>
    <w:p>
      <w:pPr>
        <w:jc w:val="right"/>
      </w:pPr>
      <w:r>
        <w:t>یعنی قرآن میں وہی بات ہے جو بائبل میں ہے۔ بائبل میں فلسطین کو یہودیوں کا promised land بتایا گیا ہے۔</w:t>
      </w:r>
    </w:p>
    <w:p>
      <w:r>
        <w:rPr>
          <w:b/>
        </w:rPr>
        <w:t xml:space="preserve">[40:10] </w:t>
      </w:r>
      <w:r>
        <w:t>arz mauood. wohi baat quran majeed mein bhi hai. ke falasteen ko yahudion ka assigned land bataya gaya hai.</w:t>
      </w:r>
    </w:p>
    <w:p>
      <w:pPr>
        <w:jc w:val="right"/>
      </w:pPr>
      <w:r>
        <w:t>ارض موعود۔ وہی بات قرآن مجید میں بھی ہے۔ کہ فلسطین کو یہودیوں کا assigned land بتایا گیا ہے۔</w:t>
      </w:r>
    </w:p>
    <w:p>
      <w:r>
        <w:rPr>
          <w:b/>
        </w:rPr>
        <w:t xml:space="preserve">[40:21] </w:t>
      </w:r>
      <w:r>
        <w:t>yeh to poori poori falasteen ke liye hai. to woh sochte hain ke bhai chalo aadha un ko de dein, aadha to hum ko de diya. aur lion's share to hum hi ko mila hai.</w:t>
      </w:r>
    </w:p>
    <w:p>
      <w:pPr>
        <w:jc w:val="right"/>
      </w:pPr>
      <w:r>
        <w:t>یہ تو پوری پوری فلسطین کے لیے ہے۔ تو وہ سوچتے ہیں کہ بھئی چلو آدھا ان کو دے دیں، آدھا تو ہم کو دے دیا۔ اور lion's share تو ہم ہی کو ملا ہے۔</w:t>
      </w:r>
    </w:p>
    <w:p>
      <w:r>
        <w:rPr>
          <w:b/>
        </w:rPr>
        <w:t xml:space="preserve">[40:34] </w:t>
      </w:r>
      <w:r>
        <w:t>lekin sabr nahi tha. patient thinking nahi thi.</w:t>
      </w:r>
    </w:p>
    <w:p>
      <w:pPr>
        <w:jc w:val="right"/>
      </w:pPr>
      <w:r>
        <w:t>لیکن صبر نہیں تھا۔ patient thinking نہیں تھی۔</w:t>
      </w:r>
    </w:p>
    <w:p>
      <w:r>
        <w:rPr>
          <w:b/>
        </w:rPr>
        <w:t xml:space="preserve">[40:42] </w:t>
      </w:r>
      <w:r>
        <w:t>high level of thinking unhon ne attain nahi kiya tha. to kya hua? react kiya. react kiya to bas khare ho gaye larnay ke marne ke liye.</w:t>
      </w:r>
    </w:p>
    <w:p>
      <w:pPr>
        <w:jc w:val="right"/>
      </w:pPr>
      <w:r>
        <w:t>ہائی level of thinking انہوں نے attain نہیں کیا تھا۔ تو کیا ہوا؟ react کیا۔ react کیا تو بس کھڑے ہو گئے لڑنے کے مارنے کے لیے۔</w:t>
      </w:r>
    </w:p>
    <w:p>
      <w:r>
        <w:rPr>
          <w:b/>
        </w:rPr>
        <w:t xml:space="preserve">[40:53] </w:t>
      </w:r>
      <w:r>
        <w:t>hazrat munh aur zamana ab zinda thay, unhon ne jaloos nikala. aur qahira mein. aur naaray lagaya. ab labbaik ya falasteen, labbaik ya falasteen.</w:t>
      </w:r>
    </w:p>
    <w:p>
      <w:pPr>
        <w:jc w:val="right"/>
      </w:pPr>
      <w:r>
        <w:t>حضرت منہ اور زمانہ اب زندہ تھے، انہوں نے جلوس نکالا۔ اور قاہرہ میں۔ اور نعرہ لگایا۔ اب لبیک یا فلسطین، لبیک یا فلسطین۔</w:t>
      </w:r>
    </w:p>
    <w:p>
      <w:r>
        <w:rPr>
          <w:b/>
        </w:rPr>
        <w:t xml:space="preserve">[41:03] </w:t>
      </w:r>
      <w:r>
        <w:t>pata hai hum jehad karne ke liye pahunch rahe hain tumhare paas. ab jehad ka issue bana liya is ko.</w:t>
      </w:r>
    </w:p>
    <w:p>
      <w:pPr>
        <w:jc w:val="right"/>
      </w:pPr>
      <w:r>
        <w:t>پتا ہے ہم جہاد کرنے کے لیے پہنچ رہے ہیں تمہارے پاس۔ اب جہاد کا issue بنا لیا اس کو۔</w:t>
      </w:r>
    </w:p>
    <w:p>
      <w:r>
        <w:rPr>
          <w:b/>
        </w:rPr>
        <w:t xml:space="preserve">[41:12] </w:t>
      </w:r>
      <w:r>
        <w:t>aur nasir ne kaha ke none of them will remain. Sanarmi ko fi al bahar. Hum tum ko samandar mein dhakil dein ge. Is qism ke emotional naaray.</w:t>
      </w:r>
    </w:p>
    <w:p>
      <w:pPr>
        <w:jc w:val="right"/>
      </w:pPr>
      <w:r>
        <w:t>اور ناصر نے کہا کہ نن آف ناول فرائنہ سنارمی کو فی البحر۔ ہم تم کو سمندر میں ڈھکیل دیں گے۔ اس قسم کے emotional نعرے۔</w:t>
      </w:r>
    </w:p>
    <w:p>
      <w:r>
        <w:rPr>
          <w:b/>
        </w:rPr>
        <w:t xml:space="preserve">[41:22] </w:t>
      </w:r>
      <w:r>
        <w:t>kyun hue? logon ko sabr nahi tha.</w:t>
      </w:r>
    </w:p>
    <w:p>
      <w:pPr>
        <w:jc w:val="right"/>
      </w:pPr>
      <w:r>
        <w:t>کیوں ہوئے؟ لوگوں کو صبر نہیں تھا۔</w:t>
      </w:r>
    </w:p>
    <w:p>
      <w:r>
        <w:rPr>
          <w:b/>
        </w:rPr>
        <w:t xml:space="preserve">[41:30] </w:t>
      </w:r>
      <w:r>
        <w:t>sabr bohat hi bari value hai. bohat bari positive value hai sabr.</w:t>
      </w:r>
    </w:p>
    <w:p>
      <w:pPr>
        <w:jc w:val="right"/>
      </w:pPr>
      <w:r>
        <w:t>صبر بہت ہی بڑی value ہے۔ بہت بڑی positive value ہے صبر۔</w:t>
      </w:r>
    </w:p>
    <w:p>
      <w:r>
        <w:rPr>
          <w:b/>
        </w:rPr>
        <w:t xml:space="preserve">[41:39] </w:t>
      </w:r>
      <w:r>
        <w:t>newton se kisi ne poocha ke aap ko bari bari kamyabiyan milin science mein. to kaise?</w:t>
      </w:r>
    </w:p>
    <w:p>
      <w:pPr>
        <w:jc w:val="right"/>
      </w:pPr>
      <w:r>
        <w:t>نیوٹن سے کسی نے پوچھا کہ آپ کو بڑی بڑی کامیابیاں ملیں سائنس میں۔ تو کیسے؟</w:t>
      </w:r>
    </w:p>
    <w:p>
      <w:r>
        <w:rPr>
          <w:b/>
        </w:rPr>
        <w:t xml:space="preserve">[41:49] </w:t>
      </w:r>
      <w:r>
        <w:t>aap ka dil koi khaas quality hai? to us ne jawab diya tha. I have no special sagacity. zara ghor kijiye is ko.</w:t>
      </w:r>
    </w:p>
    <w:p>
      <w:pPr>
        <w:jc w:val="right"/>
      </w:pPr>
      <w:r>
        <w:t>آپ کا دل کوئی خاص quality ہے؟ تو اس نے جواب دیا تھا۔ آئی ہیو نو اسپیشل سگیسٹی۔ ذرا غور کیجیے اس کو۔</w:t>
      </w:r>
    </w:p>
    <w:p>
      <w:r>
        <w:rPr>
          <w:b/>
        </w:rPr>
        <w:t xml:space="preserve">[42:01] </w:t>
      </w:r>
      <w:r>
        <w:t>I have no special sagacity. Only the power of patient thought.</w:t>
      </w:r>
    </w:p>
    <w:p>
      <w:pPr>
        <w:jc w:val="right"/>
      </w:pPr>
      <w:r>
        <w:t>آئی ہیو نو اسپیشل سگیسٹی۔ اونلی دا پاور آف پیشنٹ تھاٹ۔</w:t>
      </w:r>
    </w:p>
    <w:p>
      <w:r>
        <w:rPr>
          <w:b/>
        </w:rPr>
        <w:t xml:space="preserve">[42:11] </w:t>
      </w:r>
      <w:r>
        <w:t>only da power of patient thought. yeh musalmanon mein ghayab hai. aur paighambaroon ke baray mein kaha gaya hai.</w:t>
      </w:r>
    </w:p>
    <w:p>
      <w:pPr>
        <w:jc w:val="right"/>
      </w:pPr>
      <w:r>
        <w:t>اونلی دا پاور آف پیشنٹ تھاٹ۔ یہ مسلمانوں میں غائب ہے۔ اور پیغمبروں کے بارے میں کہا گیا ہے۔</w:t>
      </w:r>
    </w:p>
    <w:p>
      <w:r>
        <w:rPr>
          <w:b/>
        </w:rPr>
        <w:t xml:space="preserve">[42:20] </w:t>
      </w:r>
      <w:r>
        <w:t>ke fasbir kama sabr ulul azm min ar rusul. yeh paighambaroon ke baray mein. fasbir kama sabr ulul azm min ar rusul.</w:t>
      </w:r>
    </w:p>
    <w:p>
      <w:pPr>
        <w:jc w:val="right"/>
      </w:pPr>
      <w:r>
        <w:t>کہ فصبر کما صبر اول العزم من الرسل۔ یہ پیغمبروں کے بارے میں۔ فصبر کما صبر اول العزم من الرسل۔</w:t>
      </w:r>
    </w:p>
    <w:p>
      <w:r>
        <w:rPr>
          <w:b/>
        </w:rPr>
        <w:t xml:space="preserve">[42:30] </w:t>
      </w:r>
      <w:r>
        <w:t>sabr karo jis tarah se himmat walay paighambaroon ne sabr kiya. azm walay, himmat walay. yaani sabr jo hai himmat walon ka kaam hai, bahadur insanon ka kaam hai.</w:t>
      </w:r>
    </w:p>
    <w:p>
      <w:pPr>
        <w:jc w:val="right"/>
      </w:pPr>
      <w:r>
        <w:t>صبر کرو جس طرح سے ہمت والے پیغمبروں نے صبر کیا۔ عزم والے، ہمت والے۔ یعنی صبر جو ہے ہمت والوں کا کام ہے، بہادر انسانوں کا کام ہے۔</w:t>
      </w:r>
    </w:p>
    <w:p>
      <w:r>
        <w:rPr>
          <w:b/>
        </w:rPr>
        <w:t xml:space="preserve">[42:44] </w:t>
      </w:r>
      <w:r>
        <w:t>sabr bahaduri hai. kitnay bewakoof log hain ke jo sabr ko samajhtay hain buzdi, cowardice, paspai.</w:t>
      </w:r>
    </w:p>
    <w:p>
      <w:pPr>
        <w:jc w:val="right"/>
      </w:pPr>
      <w:r>
        <w:t>صبر بہادری ہے۔ کتنے بیوقوف لوگ ہیں کہ جو صبر کو سمجھتے ہیں بزدلی، cowardice، پسپائی۔</w:t>
      </w:r>
    </w:p>
    <w:p>
      <w:r>
        <w:rPr>
          <w:b/>
        </w:rPr>
        <w:t xml:space="preserve">[42:54] </w:t>
      </w:r>
      <w:r>
        <w:t>sab se bari bahaduri sabr hai, yaad rakhiye. aap ke dil ko jhatka lagay.</w:t>
      </w:r>
    </w:p>
    <w:p>
      <w:pPr>
        <w:jc w:val="right"/>
      </w:pPr>
      <w:r>
        <w:t>سب سے بڑی بہادری صبر ہے، یاد رکھیے۔ آپ کے دل کو جھٹکا لگے۔</w:t>
      </w:r>
    </w:p>
    <w:p>
      <w:r>
        <w:rPr>
          <w:b/>
        </w:rPr>
        <w:t xml:space="preserve">[43:05] </w:t>
      </w:r>
      <w:r>
        <w:t>aur aap bilkul is se mutasir na hon. yeh shair ka tareeqa hai. sabr shair ka tareeqa hai, yaad rakhiye.</w:t>
      </w:r>
    </w:p>
    <w:p>
      <w:pPr>
        <w:jc w:val="right"/>
      </w:pPr>
      <w:r>
        <w:t>اور آپ بالکل اس سے متاثر نہ ہوں۔ یہ شیر کا طریقہ ہے۔ صبر شیر کا طریقہ ہے، یاد رکھیے۔</w:t>
      </w:r>
    </w:p>
    <w:p>
      <w:r>
        <w:rPr>
          <w:b/>
        </w:rPr>
        <w:t xml:space="preserve">[43:16] </w:t>
      </w:r>
      <w:r>
        <w:t>main ne aik martaba dekha tha aik shair ka. yeh documentary jo banai gayi thi africa ke jangalon mein. real yaani real picture thi shair ki.</w:t>
      </w:r>
    </w:p>
    <w:p>
      <w:pPr>
        <w:jc w:val="right"/>
      </w:pPr>
      <w:r>
        <w:t>میں نے ایک مرتبہ دیکھا تھا ایک شیر کا۔ یہ ڈاکومنٹری جو بنائی گئی تھی افریقہ کے جنگلوں میں۔ ریئل یعنی ریئل پکچر تھی شیر کی۔</w:t>
      </w:r>
    </w:p>
    <w:p>
      <w:r>
        <w:rPr>
          <w:b/>
        </w:rPr>
        <w:t xml:space="preserve">[43:31] </w:t>
      </w:r>
      <w:r>
        <w:t>to usay main ne dekha ke shair kabhi ladte hi nahin. sabr hi karta hai hamesha. misaal ke tor par. aik scene mujhe yaad hai ab tak.</w:t>
      </w:r>
    </w:p>
    <w:p>
      <w:pPr>
        <w:jc w:val="right"/>
      </w:pPr>
      <w:r>
        <w:t>تو اسے میں نے دیکھا کہ شیر کبھی لڑتے ہی نہیں۔ صبر ہی کرتا ہے ہمیشہ۔ مثال کے طور پر۔ ایک سین مجھے یاد ہے اب تک۔</w:t>
      </w:r>
    </w:p>
    <w:p>
      <w:r>
        <w:rPr>
          <w:b/>
        </w:rPr>
        <w:t xml:space="preserve">[43:43] </w:t>
      </w:r>
      <w:r>
        <w:t>ke shair ko bhook, shair bhooka tha. yaad rakhiye shair sirf bhook mein shikar karta hai. khwamkhwah kisi animal ko nahin marta woh.</w:t>
      </w:r>
    </w:p>
    <w:p>
      <w:pPr>
        <w:jc w:val="right"/>
      </w:pPr>
      <w:r>
        <w:t>کہ شیر کو بھوک، شیر بھوکا تھا۔ یاد رکھیے شیر صرف بھوک میں شکار کرتا ہے۔ خوامخواہ کسی animal کو نہیں مارتا وہ۔</w:t>
      </w:r>
    </w:p>
    <w:p>
      <w:r>
        <w:rPr>
          <w:b/>
        </w:rPr>
        <w:t xml:space="preserve">[43:54] </w:t>
      </w:r>
      <w:r>
        <w:t>to us ne aik aik aik animal shikar kiya, aik bakri type ka koi cheez thi. mara us ko.</w:t>
      </w:r>
    </w:p>
    <w:p>
      <w:pPr>
        <w:jc w:val="right"/>
      </w:pPr>
      <w:r>
        <w:t>تو اس نے ایک ایک ایک animal شکار کیا، ایک بکری ٹائپ کا کوئی چیز تھی۔ مارا اس کو۔</w:t>
      </w:r>
    </w:p>
    <w:p>
      <w:r>
        <w:rPr>
          <w:b/>
        </w:rPr>
        <w:t xml:space="preserve">[44:04] </w:t>
      </w:r>
      <w:r>
        <w:t>to us ko munh mein apnay shair jo hai daant se pakadta hai. daant se pakad kar le kar aa raha hai. ke shair ka tareeqa yeh hai ke khanay ke foran baad woh pani peeta hai.</w:t>
      </w:r>
    </w:p>
    <w:p>
      <w:pPr>
        <w:jc w:val="right"/>
      </w:pPr>
      <w:r>
        <w:t>تو اس کو منہ میں اپنے شیر جو ہے دانت سے پکڑتا ہے۔ دانت سے پکڑ کر لے کر آ رہا ہے۔ کہ شیر کا طریقہ یہ ہے کہ کھانے کے فوراً بعد وہ پانی پیتا ہے۔</w:t>
      </w:r>
    </w:p>
    <w:p>
      <w:r>
        <w:rPr>
          <w:b/>
        </w:rPr>
        <w:t xml:space="preserve">[44:18] </w:t>
      </w:r>
      <w:r>
        <w:t>ke woh khoon choosta hai us ka woh. to foran pani chahiye us ko. to la kar ke woh aik talab ke kinare rakhta hai.</w:t>
      </w:r>
    </w:p>
    <w:p>
      <w:pPr>
        <w:jc w:val="right"/>
      </w:pPr>
      <w:r>
        <w:t>کہ وہ خون چوستا ہے اس کا وہ۔ تو فوراً پانی چاہیے اس کو۔ تو لا کر کے وہ ایک تالاب کے کنارے رکھتا ہے۔</w:t>
      </w:r>
    </w:p>
    <w:p>
      <w:r>
        <w:rPr>
          <w:b/>
        </w:rPr>
        <w:t xml:space="preserve">[44:28] </w:t>
      </w:r>
      <w:r>
        <w:t>laya, talab ke kinare rakha. phir kisi wajah se woh chala gaya kisi kaam se. jab thori dair ke baad lauta woh to wahan aik naya scene tha.</w:t>
      </w:r>
    </w:p>
    <w:p>
      <w:pPr>
        <w:jc w:val="right"/>
      </w:pPr>
      <w:r>
        <w:t>لایا، تالاب کے کنارے رکھا۔ پھر کسی وجہ سے وہ چلا گیا کسی کام سے۔ جب تھوڑی دیر کے بعد لوٹا وہ تو وہاں ایک نیا سین تھا۔</w:t>
      </w:r>
    </w:p>
    <w:p>
      <w:r>
        <w:rPr>
          <w:b/>
        </w:rPr>
        <w:t xml:space="preserve">[44:41] </w:t>
      </w:r>
      <w:r>
        <w:t>us talab mein magarmach hua karte thay, crocodile. to crocodile ko jantay hain aap ke aisay rehtay hain yaani body pani mein dooba rahe ga aur munh se aisay nikla rahe ga.</w:t>
      </w:r>
    </w:p>
    <w:p>
      <w:pPr>
        <w:jc w:val="right"/>
      </w:pPr>
      <w:r>
        <w:t>اس تالاب میں مگرمچھ ہوا کرتے تھے، کروکوڈائل۔ تو کروکوڈائل کو جانتے ہیں آپ کہ ایسے رہتے ہیں یعنی باڈی پانی میں ڈوبا رہے گا اور منہ سے ایسے نکلا رہے گا۔</w:t>
      </w:r>
    </w:p>
    <w:p>
      <w:r>
        <w:rPr>
          <w:b/>
        </w:rPr>
        <w:t xml:space="preserve">[44:53] </w:t>
      </w:r>
      <w:r>
        <w:t>to crocodile jo hain woh woh us ko pata chal gaya ke yahan par aik shikar hai. to crocodile jo ab koi shair waghera hai nahin.</w:t>
      </w:r>
    </w:p>
    <w:p>
      <w:pPr>
        <w:jc w:val="right"/>
      </w:pPr>
      <w:r>
        <w:t>تو کروکوڈائل جو ہیں وہ وہ اس کو پتہ چل گیا کہ یہاں پر ایک شکار ہے۔ تو کروکوڈائل جو اب کوئی شیر وغیرہ ہے نہیں۔</w:t>
      </w:r>
    </w:p>
    <w:p>
      <w:r>
        <w:rPr>
          <w:b/>
        </w:rPr>
        <w:t xml:space="preserve">[45:04] </w:t>
      </w:r>
      <w:r>
        <w:t>to aisay aisay aisay aaya crocodile.</w:t>
      </w:r>
    </w:p>
    <w:p>
      <w:pPr>
        <w:jc w:val="right"/>
      </w:pPr>
      <w:r>
        <w:t>تو ایسے ایسے ایسے آیا کروکوڈائل۔</w:t>
      </w:r>
    </w:p>
    <w:p>
      <w:r>
        <w:rPr>
          <w:b/>
        </w:rPr>
        <w:t xml:space="preserve">[45:09] </w:t>
      </w:r>
      <w:r>
        <w:t>aur wahan par us ne apna munh nikala bahar aur us janwar ko pakra. pakar kar ke crocodile peechay chalta hai. crocodile jo hai aisay peechay chalta hai woh.</w:t>
      </w:r>
    </w:p>
    <w:p>
      <w:pPr>
        <w:jc w:val="right"/>
      </w:pPr>
      <w:r>
        <w:t>اور وہاں پر اس نے اپنا منہ نکالا باہر اور اس جانور کو پکڑا۔ پکڑ کر کے کروکوڈائل پیچھے چلتا ہے۔ کروکوڈائل جو ہے ایسے پیچھے چلتا ہے وہ۔</w:t>
      </w:r>
    </w:p>
    <w:p>
      <w:r>
        <w:rPr>
          <w:b/>
        </w:rPr>
        <w:t xml:space="preserve">[45:20] </w:t>
      </w:r>
      <w:r>
        <w:t>aagay ki taraf nahin chalta. to us ko pakar kar peechay chalnay laga. itnay mein shair aa gaya. to shair ne dekha ke mera jo shikar hai.</w:t>
      </w:r>
    </w:p>
    <w:p>
      <w:pPr>
        <w:jc w:val="right"/>
      </w:pPr>
      <w:r>
        <w:t>آگے کی طرف نہیں چلتا۔ تو اس کو پکڑ کر پیچھے چلنے لگا۔ اتنے میں شیر آ گیا۔ تو شیر نے دیکھا کہ میرا جو شکار ہے۔</w:t>
      </w:r>
    </w:p>
    <w:p>
      <w:r>
        <w:rPr>
          <w:b/>
        </w:rPr>
        <w:t xml:space="preserve">[45:33] </w:t>
      </w:r>
      <w:r>
        <w:t>woh crocodile jo hai magarmach le kar ja raha hai. ab zahir hai ke shair ko ghairat ani chahiye thi, baray ko uthna chahiye tha.</w:t>
      </w:r>
    </w:p>
    <w:p>
      <w:pPr>
        <w:jc w:val="right"/>
      </w:pPr>
      <w:r>
        <w:t>وہ کروکوڈائل جو ہے مگرمچھ لے کر جا رہا ہے۔ اب ظاہر ہے کہ شیر کو غیرت آنی چاہیے تھی، بڑے کو اٹھنا چاہیے تھا۔</w:t>
      </w:r>
    </w:p>
    <w:p>
      <w:r>
        <w:rPr>
          <w:b/>
        </w:rPr>
        <w:t xml:space="preserve">[45:44] </w:t>
      </w:r>
      <w:r>
        <w:t>ghussa aana chahiye tha us ko. ke mera shikar tum le ja rahay ho.</w:t>
      </w:r>
    </w:p>
    <w:p>
      <w:pPr>
        <w:jc w:val="right"/>
      </w:pPr>
      <w:r>
        <w:t>غصہ آنا چاہیے تھا اس کو۔ کہ میرا شکار تم لے جا رہے ہو۔</w:t>
      </w:r>
    </w:p>
    <w:p>
      <w:r>
        <w:rPr>
          <w:b/>
        </w:rPr>
        <w:t xml:space="preserve">[45:50] </w:t>
      </w:r>
      <w:r>
        <w:t>I am king of the jungle. I am king of the forest. lekin main is mein dekha hoon abhi tak mujhe manzar hai ke aisay khara shair khara hua hai bas dekh raha hai sirf.</w:t>
      </w:r>
    </w:p>
    <w:p>
      <w:pPr>
        <w:jc w:val="right"/>
      </w:pPr>
      <w:r>
        <w:t>آئی ایم کنگ آف دا جنگل۔ آئی ایم کنگ آف دا فارسٹ۔ لیکن میں اس میں دیکھا ہوں ابھی تک مجھے منظر ہے کہ ایسے کھڑا شیر کھڑا ہوا ہے بس دیکھ رہا ہے صرف۔</w:t>
      </w:r>
    </w:p>
    <w:p>
      <w:r>
        <w:rPr>
          <w:b/>
        </w:rPr>
        <w:t xml:space="preserve">[46:04] </w:t>
      </w:r>
      <w:r>
        <w:t>dekh raha hai ke crocodile liye chala ja raha hai. kuch bhi garaya nahin. aur shair jantay hain shair bohat zabardast teerak hota hai.</w:t>
      </w:r>
    </w:p>
    <w:p>
      <w:pPr>
        <w:jc w:val="right"/>
      </w:pPr>
      <w:r>
        <w:t>دیکھ رہا ہے کہ کروکوڈائل لیے چلا جا رہا ہے۔ کچھ بھی غرایا نہیں۔ اور شیر جانتے ہیں شیر بہت زبردست تیراک ہوتا ہے۔</w:t>
      </w:r>
    </w:p>
    <w:p>
      <w:r>
        <w:rPr>
          <w:b/>
        </w:rPr>
        <w:t xml:space="preserve">[46:15] </w:t>
      </w:r>
      <w:r>
        <w:t>woh agar kood parta us mein to teeraki bhi khoob aati hai shair ko. ja kar cheen leta hai woh. cheen kar aagay bahar aata hai.</w:t>
      </w:r>
    </w:p>
    <w:p>
      <w:pPr>
        <w:jc w:val="right"/>
      </w:pPr>
      <w:r>
        <w:t>وہ اگر کود پڑتا اس میں تو تیراکی بھی خوب آتی ہے شیر کو۔ جا کر چھین لیتا ہے وہ۔ چھین کر آگے باہر آتا ہے۔</w:t>
      </w:r>
    </w:p>
    <w:p>
      <w:r>
        <w:rPr>
          <w:b/>
        </w:rPr>
        <w:t xml:space="preserve">[46:25] </w:t>
      </w:r>
      <w:r>
        <w:t>aur bohat hi taqatwar hota hai.</w:t>
      </w:r>
    </w:p>
    <w:p>
      <w:pPr>
        <w:jc w:val="right"/>
      </w:pPr>
      <w:r>
        <w:t>اور بہت ہی طاقتور ہوتا ہے۔</w:t>
      </w:r>
    </w:p>
    <w:p>
      <w:r>
        <w:rPr>
          <w:b/>
        </w:rPr>
        <w:t xml:space="preserve">[46:30] </w:t>
      </w:r>
      <w:r>
        <w:t>aik martaba main ne dekha ke shair jo hai ghusay mein aa gaya. kisi baat par shair ko ghussa aata hai to bohat ghussa. to woh road par khara hua tha us waqt.</w:t>
      </w:r>
    </w:p>
    <w:p>
      <w:pPr>
        <w:jc w:val="right"/>
      </w:pPr>
      <w:r>
        <w:t>ایک مرتبہ میں نے دیکھا کہ شیر جو ہے غصے میں آ گیا۔ کسی بات پر شیر کو غصہ آتا ہے تو بہت غصہ۔ تو وہ روڈ پر کھڑا ہوا تھا اس وقت۔</w:t>
      </w:r>
    </w:p>
    <w:p>
      <w:r>
        <w:rPr>
          <w:b/>
        </w:rPr>
        <w:t xml:space="preserve">[46:40] </w:t>
      </w:r>
      <w:r>
        <w:t>ghusay mein is ne apna paon mara road par aise hi. yeh yeh yeh panja jo hota hai na changal. road par mara. road par garha ho gaya.</w:t>
      </w:r>
    </w:p>
    <w:p>
      <w:pPr>
        <w:jc w:val="right"/>
      </w:pPr>
      <w:r>
        <w:t>غصے میں اس نے اپنا پاؤں مارا روڈ پر ایسے ہی۔ یہ یہ یہ پنجہ جو ہوتا ہے نا چنگل۔ روڈ پر مارا۔ روڈ پر گڑھا ہو گیا۔</w:t>
      </w:r>
    </w:p>
    <w:p>
      <w:r>
        <w:rPr>
          <w:b/>
        </w:rPr>
        <w:t xml:space="preserve">[46:49] </w:t>
      </w:r>
      <w:r>
        <w:t>yani pakhta sarak par garha ho gaya. yeh bhi aik scene maine dekha is mein. itna taqatwar. yeh hai sher.</w:t>
      </w:r>
    </w:p>
    <w:p>
      <w:pPr>
        <w:jc w:val="right"/>
      </w:pPr>
      <w:r>
        <w:t>یعنی پختہ سڑک پر گڑھا ہو گیا۔ یہ بھی ایک سین میں نے دیکھا اس میں۔ اتنا طاقتور۔ یہ ہے شیر۔</w:t>
      </w:r>
    </w:p>
    <w:p>
      <w:r>
        <w:rPr>
          <w:b/>
        </w:rPr>
        <w:t xml:space="preserve">[47:00] </w:t>
      </w:r>
      <w:r>
        <w:t>yani yeh sher culture hai yeh. sabr. sabr jo hai sher culture hai. aur baray ko uthna yeh to bazilon ka kaam hai.</w:t>
      </w:r>
    </w:p>
    <w:p>
      <w:pPr>
        <w:jc w:val="right"/>
      </w:pPr>
      <w:r>
        <w:t>یعنی یہ شیر کلچر ہے یہ۔ صبر۔ صبر جو ہے شیر کلچر ہے۔ اور بڑے کو اٹھنا یہ تو بزدلوں کا کام ہے۔</w:t>
      </w:r>
    </w:p>
    <w:p>
      <w:r>
        <w:rPr>
          <w:b/>
        </w:rPr>
        <w:t xml:space="preserve">[47:11] </w:t>
      </w:r>
      <w:r>
        <w:t>bazilon ka kaam hai.</w:t>
      </w:r>
    </w:p>
    <w:p>
      <w:pPr>
        <w:jc w:val="right"/>
      </w:pPr>
      <w:r>
        <w:t>بزدلوں کا کام ہے۔</w:t>
      </w:r>
    </w:p>
    <w:p>
      <w:r>
        <w:rPr>
          <w:b/>
        </w:rPr>
        <w:t xml:space="preserve">[47:16] </w:t>
      </w:r>
      <w:r>
        <w:t>to islam mein dekhiye sab se bari ahmiyat di gayi hai intellectual development ko jis ko kaha jata hai tazkiya. aap quran majeed mein parhein ge to bar bar aap ko tazkiya ka lafz mile ga.</w:t>
      </w:r>
    </w:p>
    <w:p>
      <w:pPr>
        <w:jc w:val="right"/>
      </w:pPr>
      <w:r>
        <w:t>تو اسلام میں دیکھیے سب سے بڑی اہمیت دی گئی ہے انٹلیکچول ڈیولپمنٹ کو جس کو کہا جاتا ہے تزکیہ۔ آپ قرآن مجید میں پڑھیں گے تو بار بار آپ کو تزکیہ کا لفظ ملے گا۔</w:t>
      </w:r>
    </w:p>
    <w:p>
      <w:r>
        <w:rPr>
          <w:b/>
        </w:rPr>
        <w:t xml:space="preserve">[47:30] </w:t>
      </w:r>
      <w:r>
        <w:t>tazkiya bohat bari cheez batayi gayi hai. tazkiya. to tazkiya kya hai? woh intellectual development hai.</w:t>
      </w:r>
    </w:p>
    <w:p>
      <w:pPr>
        <w:jc w:val="right"/>
      </w:pPr>
      <w:r>
        <w:t>تزکیہ بہت بڑی چیز بتائی گئی ہے۔ تزکیہ۔ تو تزکیہ کیا ہے؟ وہ انٹلیکچول ڈیولپمنٹ ہے۔</w:t>
      </w:r>
    </w:p>
    <w:p>
      <w:r>
        <w:rPr>
          <w:b/>
        </w:rPr>
        <w:t xml:space="preserve">[47:41] </w:t>
      </w:r>
      <w:r>
        <w:t>intellectual development kya hai? to attain high level of thinking. yahi hai intellectual development.</w:t>
      </w:r>
    </w:p>
    <w:p>
      <w:pPr>
        <w:jc w:val="right"/>
      </w:pPr>
      <w:r>
        <w:t>انٹلیکچول ڈیولپمنٹ کیا ہے؟ ٹو اٹین ہائی لیول آف تھنکنگ۔ یہی ہے انٹلیکچول ڈیولپمنٹ۔</w:t>
      </w:r>
    </w:p>
    <w:p>
      <w:r>
        <w:rPr>
          <w:b/>
        </w:rPr>
        <w:t xml:space="preserve">[47:50] </w:t>
      </w:r>
      <w:r>
        <w:t>to attain high level of thinking. buland fikri. ooper uth kar sochna. har cheez ko nazar daar kar ke sochna.</w:t>
      </w:r>
    </w:p>
    <w:p>
      <w:pPr>
        <w:jc w:val="right"/>
      </w:pPr>
      <w:r>
        <w:t>ٹو اٹین ہائی لیول آف تھنکنگ۔ بلند فکری۔ اوپر اٹھ کر سوچنا۔ ہر چیز کو نظر دار کر کے سوچنا۔</w:t>
      </w:r>
    </w:p>
    <w:p>
      <w:r>
        <w:rPr>
          <w:b/>
        </w:rPr>
        <w:t xml:space="preserve">[48:00] </w:t>
      </w:r>
      <w:r>
        <w:t>yani har cheez ko aap jab sabr ke khane mein dalen ge tab aap soch paen ge. agar sabr ke khane mein na dalen ge to phanse rahen ge.</w:t>
      </w:r>
    </w:p>
    <w:p>
      <w:pPr>
        <w:jc w:val="right"/>
      </w:pPr>
      <w:r>
        <w:t>یعنی ہر چیز کو آپ جب صبر کے خانے میں ڈالیں گے تب آپ سوچ پائیں گے۔ اگر صبر کے خانے میں نہ ڈالیں گے تو پھنسے رہیں گے۔</w:t>
      </w:r>
    </w:p>
    <w:p>
      <w:r>
        <w:rPr>
          <w:b/>
        </w:rPr>
        <w:t xml:space="preserve">[48:12] </w:t>
      </w:r>
      <w:r>
        <w:t>aaj kal ke naujawanon ka haal jante hain kya hai? kisi naujawan ko apne doston se shikayat nahi hoti. aur rishtedaron se shikayat hoti hai, ghar walon se shikayat hoti hai.</w:t>
      </w:r>
    </w:p>
    <w:p>
      <w:pPr>
        <w:jc w:val="right"/>
      </w:pPr>
      <w:r>
        <w:t>آج کل کے نوجوانوں کا حال جانتے ہیں کیا ہے؟ کسی نوجوان کو اپنے دوستوں سے شکایت نہیں ہوتی۔ اور رشتہ داروں سے شکایت ہوتی ہے، گھر والوں سے شکایت ہوتی ہے۔</w:t>
      </w:r>
    </w:p>
    <w:p>
      <w:r>
        <w:rPr>
          <w:b/>
        </w:rPr>
        <w:t xml:space="preserve">[48:24] </w:t>
      </w:r>
      <w:r>
        <w:t>kyun? dost to khali hua karte hain. dost aap par na to criticize karta. na aap ko koi takleef pohanchata.</w:t>
      </w:r>
    </w:p>
    <w:p>
      <w:pPr>
        <w:jc w:val="right"/>
      </w:pPr>
      <w:r>
        <w:t>کیوں؟ دوست تو خالی ہوا کرتے ہیں۔ دوست آپ پر نہ تو کریٹیسائز کرتا۔ نہ آپ کو کوئی تکلیف پہنچاتا۔</w:t>
      </w:r>
    </w:p>
    <w:p>
      <w:r>
        <w:rPr>
          <w:b/>
        </w:rPr>
        <w:t xml:space="preserve">[48:38] </w:t>
      </w:r>
      <w:r>
        <w:t>dost se aap ko koi aisa experience nahi hota jis par sabr karna pare aap ko. to khoob khush hain aap doston se. aise dost to to matlab hota hai ke qabil e laanat hain.</w:t>
      </w:r>
    </w:p>
    <w:p>
      <w:pPr>
        <w:jc w:val="right"/>
      </w:pPr>
      <w:r>
        <w:t>دوست سے آپ کو کوئی ایسا ایکسپیرینس نہیں ہوتا جس پر صبر کرنا پڑے آپ کو۔ تو خوب خوش ہیں آپ دوستوں سے۔ ایسے دوست تو تو مطلب ہوتا ہے کہ قابل لعنت ہیں۔</w:t>
      </w:r>
    </w:p>
    <w:p>
      <w:r>
        <w:rPr>
          <w:b/>
        </w:rPr>
        <w:t xml:space="preserve">[48:52] </w:t>
      </w:r>
      <w:r>
        <w:t>aise dost qabil e laanat hain. friendship ko mein laanat samajhta hoon, laanat. kyun friendship ka matlab kya hai? sochne ka lower level par le jana.</w:t>
      </w:r>
    </w:p>
    <w:p>
      <w:pPr>
        <w:jc w:val="right"/>
      </w:pPr>
      <w:r>
        <w:t>ایسے دوست قابل لعنت ہیں۔ فرینڈ شپ کو میں لعنت سمجھتا ہوں، لعنت۔ کیوں فرینڈ شپ کا مطلب کیا ہے؟ سوچنے کا لوور لیول پر لے جانا۔</w:t>
      </w:r>
    </w:p>
    <w:p>
      <w:r>
        <w:rPr>
          <w:b/>
        </w:rPr>
        <w:t xml:space="preserve">[49:05] </w:t>
      </w:r>
      <w:r>
        <w:t>lower level of thinking par le jana. jab baith kar hua karen ge aap. to where is high level of thinking?</w:t>
      </w:r>
    </w:p>
    <w:p>
      <w:pPr>
        <w:jc w:val="right"/>
      </w:pPr>
      <w:r>
        <w:t>لوور لیول آف تھنکنگ پر لے جانا۔ جب بیٹھ کر ہوا کریں گے آپ۔ تو ویر از ہائی لیول آف تھنکنگ؟</w:t>
      </w:r>
    </w:p>
    <w:p>
      <w:r>
        <w:rPr>
          <w:b/>
        </w:rPr>
        <w:t xml:space="preserve">[49:14] </w:t>
      </w:r>
      <w:r>
        <w:t>jab aap doston ko baith kar hua karen ge. to where is that high level of thinking? newton ka koi dost nahi tha. aik bhi dost nahi tha newton ka.</w:t>
      </w:r>
    </w:p>
    <w:p>
      <w:pPr>
        <w:jc w:val="right"/>
      </w:pPr>
      <w:r>
        <w:t>جب آپ دوستوں کو بیٹھ کر ہوا کریں گے۔ تو ویر از دیٹ ہائی لیول آف تھنکنگ؟ نیوٹن کا کوئی دوست نہیں تھا۔ ایک بھی دوست نہیں تھا نیوٹن کا۔</w:t>
      </w:r>
    </w:p>
    <w:p>
      <w:r>
        <w:rPr>
          <w:b/>
        </w:rPr>
        <w:t xml:space="preserve">[49:25] </w:t>
      </w:r>
      <w:r>
        <w:t>to kitni bari bari kaam kaam kiye is ne.</w:t>
      </w:r>
    </w:p>
    <w:p>
      <w:pPr>
        <w:jc w:val="right"/>
      </w:pPr>
      <w:r>
        <w:t>تو کتنی بڑی بڑی کام کام کیے اس نے۔</w:t>
      </w:r>
    </w:p>
    <w:p>
      <w:r>
        <w:rPr>
          <w:b/>
        </w:rPr>
        <w:t xml:space="preserve">[49:33] </w:t>
      </w:r>
      <w:r>
        <w:t>to behar haal.</w:t>
      </w:r>
    </w:p>
    <w:p>
      <w:pPr>
        <w:jc w:val="right"/>
      </w:pPr>
      <w:r>
        <w:t>تو بہرحال۔</w:t>
      </w:r>
    </w:p>
    <w:p>
      <w:r>
        <w:rPr>
          <w:b/>
        </w:rPr>
        <w:t xml:space="preserve">[49:38] </w:t>
      </w:r>
      <w:r>
        <w:t>mein kahun ga ke aadmi ko chahiye ke woh sochi samjhi zindagi guzare. aur hamare jo daee hain. jin ka koi mission hai.</w:t>
      </w:r>
    </w:p>
    <w:p>
      <w:pPr>
        <w:jc w:val="right"/>
      </w:pPr>
      <w:r>
        <w:t>میں کہوں گا کہ آدمی کو چاہیے کہ وہ سوچی سمجھی زندگی گزارے۔ اور ہمارے جو داعی ہیں۔ جن کا کوئی مشن ہے۔</w:t>
      </w:r>
    </w:p>
    <w:p>
      <w:r>
        <w:rPr>
          <w:b/>
        </w:rPr>
        <w:t xml:space="preserve">[49:49] </w:t>
      </w:r>
      <w:r>
        <w:t>un ko to aur bhi ziyada sochi samjhi zindagi guzarna hai.</w:t>
      </w:r>
    </w:p>
    <w:p>
      <w:pPr>
        <w:jc w:val="right"/>
      </w:pPr>
      <w:r>
        <w:t>ان کو تو اور بھی زیادہ سوچی سمجھی زندگی گزارنا ہے۔</w:t>
      </w:r>
    </w:p>
    <w:p>
      <w:r>
        <w:rPr>
          <w:b/>
        </w:rPr>
        <w:t xml:space="preserve">[49:55] </w:t>
      </w:r>
      <w:r>
        <w:t>hum we cannot afford to lose a single second. hum afford nahi kar sakte kyunke aik second ka akhirat mein hamein karoron saal bhugtna pare ga.</w:t>
      </w:r>
    </w:p>
    <w:p>
      <w:pPr>
        <w:jc w:val="right"/>
      </w:pPr>
      <w:r>
        <w:t>ہم وی ایک وی کینٹ افورڈ ٹو لوز ا سنگل سیکنڈ۔ ہم افورڈ نہیں کر سکتے کیونکہ ایک سیکنڈ کا آخرت میں ہمیں کروڑوں سال بھگتنا پڑے گا۔</w:t>
      </w:r>
    </w:p>
    <w:p>
      <w:r>
        <w:rPr>
          <w:b/>
        </w:rPr>
        <w:t xml:space="preserve">[50:11] </w:t>
      </w:r>
      <w:r>
        <w:t>to hum hum is ko afford nahi kar sakte ke apne second ko hum lose karen. hum aisa nahi kar sakte.</w:t>
      </w:r>
    </w:p>
    <w:p>
      <w:pPr>
        <w:jc w:val="right"/>
      </w:pPr>
      <w:r>
        <w:t>تو ہم ہم اس کو افورڈ نہیں کر سکتے کہ اپنے سیکنڈ کو ہم لوز کریں۔ ہم ایسا نہیں کر سکتے۔</w:t>
      </w:r>
    </w:p>
    <w:p>
      <w:r>
        <w:rPr>
          <w:b/>
        </w:rPr>
        <w:t xml:space="preserve">[50:25] </w:t>
      </w:r>
      <w:r>
        <w:t>to yeh bohat hi ziyada sochne ki baat hai.</w:t>
      </w:r>
    </w:p>
    <w:p>
      <w:pPr>
        <w:jc w:val="right"/>
      </w:pPr>
      <w:r>
        <w:t>تو یہ بہت ہی زیادہ سوچنے کی بات ہے۔</w:t>
      </w:r>
    </w:p>
    <w:p>
      <w:r>
        <w:rPr>
          <w:b/>
        </w:rPr>
        <w:t xml:space="preserve">[50:33] </w:t>
      </w:r>
      <w:r>
        <w:t>aik bar maine aik article parha tha japan ke baray mein. japan ke baray mein woh article bataya gaya tha ke japan ki language jo hai is mein confrontation ke liye sirf aik hi lafz hai.</w:t>
      </w:r>
    </w:p>
    <w:p>
      <w:pPr>
        <w:jc w:val="right"/>
      </w:pPr>
      <w:r>
        <w:t>ایک بار میں نے ایک آرٹیکل پڑھا تھا۔ جاپان کے بارے میں۔ جاپان کے بارے میں وہ آرٹیکل بتایا گیا تھا کہ جاپان کی لینگویج جو ہے اس میں کنفرنٹیشن کے لیے صرف ایک ہی لفظ ہے۔</w:t>
      </w:r>
    </w:p>
    <w:p>
      <w:r>
        <w:rPr>
          <w:b/>
        </w:rPr>
        <w:t xml:space="preserve">[50:50] </w:t>
      </w:r>
      <w:r>
        <w:t>yani confrontation bas. koi aur lafz nahi. aur adjustment ke liye more than dozen alfaaz hain.</w:t>
      </w:r>
    </w:p>
    <w:p>
      <w:pPr>
        <w:jc w:val="right"/>
      </w:pPr>
      <w:r>
        <w:t>یعنی کنفرنٹیشن بس۔ کوئی اور لفظ نہیں۔ اور ایڈجسٹمنٹ کے لیے مور دین ڈزن الفاظ ہیں۔</w:t>
      </w:r>
    </w:p>
    <w:p>
      <w:r>
        <w:rPr>
          <w:b/>
        </w:rPr>
        <w:t xml:space="preserve">[51:01] </w:t>
      </w:r>
      <w:r>
        <w:t>yani adjustment ke jo concept hai is ke liye japanese mein aik se aik aik darjan se ziyada alfaaz hain. aur takrao ke liye aik hi aik hi sirf aik hi lafz hai.</w:t>
      </w:r>
    </w:p>
    <w:p>
      <w:pPr>
        <w:jc w:val="right"/>
      </w:pPr>
      <w:r>
        <w:t>یعنی ایڈجسٹمنٹ کے جو کانسیپٹ ہے اس کے لیے جیپنیز میں ایک سے ایک ایک درجن سے زیادہ الفاظ ہیں۔ اور ٹکراؤ کے لیے ایک ہی ایک ہی صرف ایک ہی لفظ ہے۔</w:t>
      </w:r>
    </w:p>
    <w:p>
      <w:r>
        <w:rPr>
          <w:b/>
        </w:rPr>
        <w:t xml:space="preserve">[51:15] </w:t>
      </w:r>
      <w:r>
        <w:t>ab aap ghore kijiye compare kijiye compare kijiye yani japan ka aur un logon ka jo ladai lad rahe hain.</w:t>
      </w:r>
    </w:p>
    <w:p>
      <w:pPr>
        <w:jc w:val="right"/>
      </w:pPr>
      <w:r>
        <w:t>اب آپ غور کیجیے کمپیئر کیجیے کمپیئر کیجیے یعنی جاپان کا اور ان لوگوں کا جو لڑائی لڑ رہے ہیں۔</w:t>
      </w:r>
    </w:p>
    <w:p>
      <w:r>
        <w:rPr>
          <w:b/>
        </w:rPr>
        <w:t xml:space="preserve">[51:26] </w:t>
      </w:r>
      <w:r>
        <w:t>kon taraqqi kis ne taraqqi ki hai? kashmirioun ne taraqqi ki hai, falastinioun ne taraqqi ki hai, afghanioun ne taraqqi ki hai, iraqioun ne taraqqi ki hai.</w:t>
      </w:r>
    </w:p>
    <w:p>
      <w:pPr>
        <w:jc w:val="right"/>
      </w:pPr>
      <w:r>
        <w:t>کون ترقی کس نے ترقی کی ہے؟ کشمیریوں نے ترقی کی ہے، فلسطینیوں نے ترقی کی ہے، افغانیوں نے ترقی کی ہے، عراقیوں نے ترقی کی ہے۔</w:t>
      </w:r>
    </w:p>
    <w:p>
      <w:r>
        <w:rPr>
          <w:b/>
        </w:rPr>
        <w:t xml:space="preserve">[51:37] </w:t>
      </w:r>
      <w:r>
        <w:t>koi taraqqi nahin. kyunke lad rahe hain, lad rahe hain, lad rahe hain. adjustment ka un ki lughat mein koi lafzi nahin hai. to japan ki zaban mein confrontation ka lafz nahin.</w:t>
      </w:r>
    </w:p>
    <w:p>
      <w:pPr>
        <w:jc w:val="right"/>
      </w:pPr>
      <w:r>
        <w:t>کوئی ترقی نہیں۔ کیونکہ لڑ رہے ہیں، لڑ رہے ہیں، لڑ رہے ہیں۔ ایڈجسٹمنٹ کا ان کی لغت میں کوئی لفظی نہیں ہے۔ تو جاپان کی زبان میں کنفرنٹیشن کا لفظ نہیں۔</w:t>
      </w:r>
    </w:p>
    <w:p>
      <w:r>
        <w:rPr>
          <w:b/>
        </w:rPr>
        <w:t xml:space="preserve">[51:51] </w:t>
      </w:r>
      <w:r>
        <w:t>aur un logon ki zaban language mein adjustment ka lafz nahin hai. woh mazak urate hain sabr ka. sabr ka mazak urana aise hi hai jaise suraj ka mazak urana hai.</w:t>
      </w:r>
    </w:p>
    <w:p>
      <w:pPr>
        <w:jc w:val="right"/>
      </w:pPr>
      <w:r>
        <w:t>اور ان لوگوں کی زبان لینگویج میں ایڈجسٹمنٹ کا لفظ نہیں ہے۔ وہ مذاق اڑاتے ہیں صبر کا۔ صبر کا مذاق اڑانا ایسے ہی ہے جیسے سورج کا مذاق اڑانا ہے۔</w:t>
      </w:r>
    </w:p>
    <w:p>
      <w:r>
        <w:rPr>
          <w:b/>
        </w:rPr>
        <w:t xml:space="preserve">[52:07] </w:t>
      </w:r>
      <w:r>
        <w:t>jo sabr ka mazak uraye woh intehai bewakoof aadmi hai. woh jante hi nahin ke sabr ki value kya cheez hai. sabr hi se sari taraqqiyan juri hui hain.</w:t>
      </w:r>
    </w:p>
    <w:p>
      <w:pPr>
        <w:jc w:val="right"/>
      </w:pPr>
      <w:r>
        <w:t>جو صبر کا مذاق اڑائے وہ انتہائی بیوقوف آدمی ہے۔ وہ جانتے ہی نہیں کہ صبر کی ویلیو کیا چیز ہے۔ صبر ہی سے ساری ترقیاں جڑی ہوئی ہیں۔</w:t>
      </w:r>
    </w:p>
    <w:p>
      <w:r>
        <w:rPr>
          <w:b/>
        </w:rPr>
        <w:t xml:space="preserve">[52:22] </w:t>
      </w:r>
      <w:r>
        <w:t>social life mein dekhiye. social life mein chahe married life ho, family life ho. ya national life ho.</w:t>
      </w:r>
    </w:p>
    <w:p>
      <w:pPr>
        <w:jc w:val="right"/>
      </w:pPr>
      <w:r>
        <w:t>سوشل لائف میں دیکھیے۔ سوشل لائف میں چاہے میریڈ لائف ہو، فیملی لائف ہو۔ یا نیشنل لائف ہو۔</w:t>
      </w:r>
    </w:p>
    <w:p>
      <w:r>
        <w:rPr>
          <w:b/>
        </w:rPr>
        <w:t xml:space="preserve">[52:33] </w:t>
      </w:r>
      <w:r>
        <w:t>hamesha differences honge. it is impossible ke differences na hon. to aap kya karenge? kya differences se ladenge aap?</w:t>
      </w:r>
    </w:p>
    <w:p>
      <w:pPr>
        <w:jc w:val="right"/>
      </w:pPr>
      <w:r>
        <w:t>ہمیشہ ڈیفرنسز ہوں گے۔ اٹ از امپاسیبل کہ ڈیفرنسز نہ ہوں۔ تو آپ کیا کریں گے؟ کیا ڈیفرنسز سے لڑیں گے آپ؟</w:t>
      </w:r>
    </w:p>
    <w:p>
      <w:r>
        <w:rPr>
          <w:b/>
        </w:rPr>
        <w:t xml:space="preserve">[52:46] </w:t>
      </w:r>
      <w:r>
        <w:t>to bas ladte rahiye, ladte rahiye, ladte rahiye. nahin. differences ko hum avoid karenge. differences ko hum manage karenge.</w:t>
      </w:r>
    </w:p>
    <w:p>
      <w:pPr>
        <w:jc w:val="right"/>
      </w:pPr>
      <w:r>
        <w:t>تو بس لڑتے رہیے، لڑتے رہیے، لڑتے رہیے۔ نہیں۔ ڈیفرنسز کو ہم اوائڈ کریں گے۔ ڈیفرنسز کو ہم مینج کریں گے۔</w:t>
      </w:r>
    </w:p>
    <w:p>
      <w:r>
        <w:rPr>
          <w:b/>
        </w:rPr>
        <w:t xml:space="preserve">[52:58] </w:t>
      </w:r>
      <w:r>
        <w:t>taake hum time nikal saken zyada bade bade kamon ka. positive soch ka. better planning ka.</w:t>
      </w:r>
    </w:p>
    <w:p>
      <w:pPr>
        <w:jc w:val="right"/>
      </w:pPr>
      <w:r>
        <w:t>تاکہ ہم ٹائم نکال سکیں زیادہ بڑے بڑے کاموں کا۔ پازیٹیو سوچ کا۔ بیٹر پلاننگ کا۔</w:t>
      </w:r>
    </w:p>
    <w:p>
      <w:r>
        <w:rPr>
          <w:b/>
        </w:rPr>
        <w:t xml:space="preserve">[53:09] </w:t>
      </w:r>
      <w:r>
        <w:t>opportunities ko avail karne ka. hum time nikal saken.</w:t>
      </w:r>
    </w:p>
    <w:p>
      <w:pPr>
        <w:jc w:val="right"/>
      </w:pPr>
      <w:r>
        <w:t>اپرچونیٹیز کو اویل کرنے کا۔ ہم ٹائم نکال سکیں۔</w:t>
      </w:r>
    </w:p>
    <w:p>
      <w:r>
        <w:rPr>
          <w:b/>
        </w:rPr>
        <w:t xml:space="preserve">[53:20] </w:t>
      </w:r>
      <w:r>
        <w:t>to sabr jis ko koi log samajhte hain buzdi sab se badi bahaduri hai. main to kahunga ke sabr is the summum bonum.</w:t>
      </w:r>
    </w:p>
    <w:p>
      <w:pPr>
        <w:jc w:val="right"/>
      </w:pPr>
      <w:r>
        <w:t>تو صبر جس کو کوئی لوگ سمجھتے ہیں بزدلی سب سے بڑی بہادری ہے۔ میں تو کہوں گا کہ صبر از دا سمم بونم۔</w:t>
      </w:r>
    </w:p>
    <w:p>
      <w:r>
        <w:rPr>
          <w:b/>
        </w:rPr>
        <w:t xml:space="preserve">[53:30] </w:t>
      </w:r>
      <w:r>
        <w:t>sabr is the greatest good.</w:t>
      </w:r>
    </w:p>
    <w:p>
      <w:pPr>
        <w:jc w:val="right"/>
      </w:pPr>
      <w:r>
        <w:t>صبر از دا گریٹسٹ گڈ۔</w:t>
      </w:r>
    </w:p>
    <w:p>
      <w:r>
        <w:rPr>
          <w:b/>
        </w:rPr>
        <w:t xml:space="preserve">[53:33] </w:t>
      </w:r>
      <w:r>
        <w:t>aaj kal ke log itne zyada unwise hain ke woh azadi ko summum bonum samajhte hain. dunya bhar mein aap ghoomiye to log kahenge summum bonum kya hai?</w:t>
      </w:r>
    </w:p>
    <w:p>
      <w:pPr>
        <w:jc w:val="right"/>
      </w:pPr>
      <w:r>
        <w:t>آج کل کے لوگ اتنے زیادہ ان وائز ہیں کہ وہ آزادی کو سمم بونم سمجھتے ہیں۔ دنیا بھر میں آپ گھومیے تو لوگ کہیں گے سمم بونم کیا ہے؟</w:t>
      </w:r>
    </w:p>
    <w:p>
      <w:r>
        <w:rPr>
          <w:b/>
        </w:rPr>
        <w:t xml:space="preserve">[53:45] </w:t>
      </w:r>
      <w:r>
        <w:t>azadi, freedom. summum bonum ka matlab hota hai greatest good. yeh sirf stupid statement hai, stupid statement hai.</w:t>
      </w:r>
    </w:p>
    <w:p>
      <w:pPr>
        <w:jc w:val="right"/>
      </w:pPr>
      <w:r>
        <w:t>آزادی، فریڈم۔ سمم بونم کا مطلب ہوتا ہے گریٹسٹ گڈ۔ یہ صرف اسٹیپڈ اسٹیٹمنٹ ہے، اسٹیپڈ اسٹیٹمنٹ ہے۔</w:t>
      </w:r>
    </w:p>
    <w:p>
      <w:r>
        <w:rPr>
          <w:b/>
        </w:rPr>
        <w:t xml:space="preserve">[53:57] </w:t>
      </w:r>
      <w:r>
        <w:t>azadi kaise summum bonum ho sakti hai? ke jaise hi aap ne apni azadi exercise kiya kisi se takrao ho gaya.</w:t>
      </w:r>
    </w:p>
    <w:p>
      <w:pPr>
        <w:jc w:val="right"/>
      </w:pPr>
      <w:r>
        <w:t>آزادی کیسے سمم بونم ہو سکتی ہے؟ کہ جیسے ہی آپ نے اپنی آزادی ایکسرسائز کیا کسی سے ٹکراؤ ہو گیا۔</w:t>
      </w:r>
    </w:p>
    <w:p>
      <w:r>
        <w:rPr>
          <w:b/>
        </w:rPr>
        <w:t xml:space="preserve">[54:05] </w:t>
      </w:r>
      <w:r>
        <w:t>road par aap agar aap apni azadi ko chalayen to car se takraiye. apni family mein aap azadi ko chalaiye to apni family member se takraiye.</w:t>
      </w:r>
    </w:p>
    <w:p>
      <w:pPr>
        <w:jc w:val="right"/>
      </w:pPr>
      <w:r>
        <w:t>روڈ پر آپ اگر آپ اپنی آزادی کو چلائیں تو کار سے ٹکرائیے۔ اپنی فیملی میں آپ آزادی کو چلائیے تو اپنی فیملی ممبر سے ٹکرائیے۔</w:t>
      </w:r>
    </w:p>
    <w:p>
      <w:r>
        <w:rPr>
          <w:b/>
        </w:rPr>
        <w:t xml:space="preserve">[54:18] </w:t>
      </w:r>
      <w:r>
        <w:t>society mein azadi ko chalaiye to doosre society ke doosre member se takraiye. to kuch kaam kar sakte hain aap. azadi summum bonum hai hi nahin.</w:t>
      </w:r>
    </w:p>
    <w:p>
      <w:pPr>
        <w:jc w:val="right"/>
      </w:pPr>
      <w:r>
        <w:t>سوسائٹی میں آزادی کو چلائیے تو دوسرے سوسائٹی کے دوسرے ممبر سے ٹکرائیے۔ تو کچھ کام کر سکتے ہیں آپ۔ آزادی سمم بونم ہے ہی نہیں۔</w:t>
      </w:r>
    </w:p>
    <w:p>
      <w:r>
        <w:rPr>
          <w:b/>
        </w:rPr>
        <w:t xml:space="preserve">[54:31] </w:t>
      </w:r>
      <w:r>
        <w:t>azadi means open opportunities.</w:t>
      </w:r>
    </w:p>
    <w:p>
      <w:pPr>
        <w:jc w:val="right"/>
      </w:pPr>
      <w:r>
        <w:t>آزادی مینز اوپن اپرچونیٹیز۔</w:t>
      </w:r>
    </w:p>
    <w:p>
      <w:r>
        <w:rPr>
          <w:b/>
        </w:rPr>
        <w:t xml:space="preserve">[54:37] </w:t>
      </w:r>
      <w:r>
        <w:t>azadi ka matlab hai open opportunities. jahan azadi nahin hogi to wahan par aap opportunities ko avail karne ka aap ko mawaqe nahin honge.</w:t>
      </w:r>
    </w:p>
    <w:p>
      <w:pPr>
        <w:jc w:val="right"/>
      </w:pPr>
      <w:r>
        <w:t>آزادی کا مطلب ہے اوپن اپرچونیٹیز۔ جہاں آزادی نہیں ہوگی تو وہاں پر آپ اپرچونیٹیز کو اویل کرنے کا آپ کو مواقع نہیں ہوں گے۔</w:t>
      </w:r>
    </w:p>
    <w:p>
      <w:r>
        <w:rPr>
          <w:b/>
        </w:rPr>
        <w:t xml:space="preserve">[54:48] </w:t>
      </w:r>
      <w:r>
        <w:t>bas yeh hai. yeh nahin ke azadi khwamkhwah hath paon mar rahi ho. woh to anarchy hai. woh to anarchy hai.</w:t>
      </w:r>
    </w:p>
    <w:p>
      <w:pPr>
        <w:jc w:val="right"/>
      </w:pPr>
      <w:r>
        <w:t>بس یہ ہے۔ یہ نہیں کہ آزادی خوامخواہ ہاتھ پاؤں مار رہی ہوں۔ وہ تو انارکی ہے۔ وہ تو انارکی ہے۔</w:t>
      </w:r>
    </w:p>
    <w:p>
      <w:r>
        <w:rPr>
          <w:b/>
        </w:rPr>
        <w:t xml:space="preserve">[54:58] </w:t>
      </w:r>
      <w:r>
        <w:t>aaj kal azadi ka matlab kya hai log? doston mein baith kar hawa karna.</w:t>
      </w:r>
    </w:p>
    <w:p>
      <w:pPr>
        <w:jc w:val="right"/>
      </w:pPr>
      <w:r>
        <w:t>آج کل آزادی کا مطلب کیا ہے لوگ؟ دوستوں میں بیٹھ کر ہوا کرنا۔</w:t>
      </w:r>
    </w:p>
    <w:p>
      <w:r>
        <w:rPr>
          <w:b/>
        </w:rPr>
        <w:t xml:space="preserve">[55:05] </w:t>
      </w:r>
      <w:r>
        <w:t>main to Khuda ke fazl se jab main naujawani ki umar mein tha. adham garh mein. to ek maine article padha tha.</w:t>
      </w:r>
    </w:p>
    <w:p>
      <w:pPr>
        <w:jc w:val="right"/>
      </w:pPr>
      <w:r>
        <w:t>میں تو خدا کے فضل سے جب میں نوجوانی کے عمر میں تھا۔ آدم گڑھ میں۔ تو ایک میں نے آرٹیکل پڑھا تھا۔</w:t>
      </w:r>
    </w:p>
    <w:p>
      <w:r>
        <w:rPr>
          <w:b/>
        </w:rPr>
        <w:t xml:space="preserve">[55:17] </w:t>
      </w:r>
      <w:r>
        <w:t>ek urdu writer hua karte the un ka naam tha sajjad haider yaldram. sajjad haider yaldram.</w:t>
      </w:r>
    </w:p>
    <w:p>
      <w:pPr>
        <w:jc w:val="right"/>
      </w:pPr>
      <w:r>
        <w:t>ایک اردو رائٹر ہوا کرتے تھے ان کا نام تھا سجاد حیدریلدرم۔ سجاد حیدریلدرم۔</w:t>
      </w:r>
    </w:p>
    <w:p>
      <w:r>
        <w:rPr>
          <w:b/>
        </w:rPr>
        <w:t xml:space="preserve">[55:28] </w:t>
      </w:r>
      <w:r>
        <w:t>yeh urdu ke writer the is zamane mein. yani azadi se pehle ki baat hai. to un ka ek article chapa tha.</w:t>
      </w:r>
    </w:p>
    <w:p>
      <w:pPr>
        <w:jc w:val="right"/>
      </w:pPr>
      <w:r>
        <w:t>یہ اردو کے رائٹر تھے اس زمانے میں۔ یعنی آزادی سے پہلے کی بات ہے۔ تو ان کا ایک آرٹیکل چھپا تھا۔</w:t>
      </w:r>
    </w:p>
    <w:p>
      <w:r>
        <w:rPr>
          <w:b/>
        </w:rPr>
        <w:t xml:space="preserve">[55:38] </w:t>
      </w:r>
      <w:r>
        <w:t>mujhe mere doston se bachao. mujhe mere doston se bachao.</w:t>
      </w:r>
    </w:p>
    <w:p>
      <w:pPr>
        <w:jc w:val="right"/>
      </w:pPr>
      <w:r>
        <w:t>مجھے میرے دوستوں سے بچاؤ۔ مجھے میرے دوستوں سے بچاؤ۔</w:t>
      </w:r>
    </w:p>
    <w:p>
      <w:r>
        <w:rPr>
          <w:b/>
        </w:rPr>
        <w:t xml:space="preserve">[55:47] </w:t>
      </w:r>
      <w:r>
        <w:t>tu is mein dikhaya tha ke dost kya hai? dost tumhara time kill karta hai. aur kya karta hai dost? dost aye ga hua kare ga tumhara time waste karwaye ga.</w:t>
      </w:r>
    </w:p>
    <w:p>
      <w:pPr>
        <w:jc w:val="right"/>
      </w:pPr>
      <w:r>
        <w:t>تو اس میں دکھایا تھا کہ دوست کیا ہے؟ دوست تمہارا ٹائم کل کرتا ہے۔ اور کیا کرتا ہے دوست؟ دوست آئے گا ہوا کرے گا تمہارا ٹائم ویسٹ کروائے گا۔</w:t>
      </w:r>
    </w:p>
    <w:p>
      <w:r>
        <w:rPr>
          <w:b/>
        </w:rPr>
        <w:t xml:space="preserve">[55:57] </w:t>
      </w:r>
      <w:r>
        <w:t>aur chala jaye ga. tu dost tu tu tu killer hai, killer hai tumhare liye. tu mein ne is ko aisa pakra.</w:t>
      </w:r>
    </w:p>
    <w:p>
      <w:pPr>
        <w:jc w:val="right"/>
      </w:pPr>
      <w:r>
        <w:t>اور چلا جائے گا۔ تو دوست تو تو تو کلر ہے، کلر ہے تمہارے لیے۔ تو میں نے اس کو ایسا پکڑا۔</w:t>
      </w:r>
    </w:p>
    <w:p>
      <w:r>
        <w:rPr>
          <w:b/>
        </w:rPr>
        <w:t xml:space="preserve">[56:07] </w:t>
      </w:r>
      <w:r>
        <w:t>aaj tak mera koi dost nahi. aik single aadmi mera dost nahi.</w:t>
      </w:r>
    </w:p>
    <w:p>
      <w:pPr>
        <w:jc w:val="right"/>
      </w:pPr>
      <w:r>
        <w:t>آج تک میرا کوئی دوست نہیں۔ ایک سنگل آدمی میرا دوست نہیں۔</w:t>
      </w:r>
    </w:p>
    <w:p>
      <w:r>
        <w:rPr>
          <w:b/>
        </w:rPr>
        <w:t xml:space="preserve">[56:16] </w:t>
      </w:r>
      <w:r>
        <w:t>mera dost na koi madrasay mein koi tha. na meri family mein koi tha. na mere jahan jahan mein raha jin jin shaharoon wahan mere koi dost tha.</w:t>
      </w:r>
    </w:p>
    <w:p>
      <w:pPr>
        <w:jc w:val="right"/>
      </w:pPr>
      <w:r>
        <w:t>میرا دوست نہ کوئی مدرسے میں کوئی تھا۔ نہ میری فیملی میں کوئی تھا۔ نہ میرے جہاں جہاں میں رہا جن جن شہروں وہاں میرے کوئی دوست تھا۔</w:t>
      </w:r>
    </w:p>
    <w:p>
      <w:r>
        <w:rPr>
          <w:b/>
        </w:rPr>
        <w:t xml:space="preserve">[56:26] </w:t>
      </w:r>
      <w:r>
        <w:t>koi koi dost nahi. mission ke saathi tu mere bohat se hain, mission. mera aik mission hai. jo log saath de rahe hain woh mere saathi hain.</w:t>
      </w:r>
    </w:p>
    <w:p>
      <w:pPr>
        <w:jc w:val="right"/>
      </w:pPr>
      <w:r>
        <w:t>کوئی کوئی دوست نہیں۔ مشن کے ساتھی تو میرے بہت سے ہیں، مشن۔ میرا ایک مشن ہے۔ جو لوگ ساتھ دے رہے ہیں وہ میرے ساتھی ہیں۔</w:t>
      </w:r>
    </w:p>
    <w:p>
      <w:r>
        <w:rPr>
          <w:b/>
        </w:rPr>
        <w:t xml:space="preserve">[56:36] </w:t>
      </w:r>
      <w:r>
        <w:t>woh tu bohat acha hai. baqi mera koi friend nahi, koi dost nahi. koi koi bhi nahi. kyun? dost kya hai?</w:t>
      </w:r>
    </w:p>
    <w:p>
      <w:pPr>
        <w:jc w:val="right"/>
      </w:pPr>
      <w:r>
        <w:t>وہ تو بہت اچھا ہے۔ باقی میرا کوئی فرینڈ نہیں، کوئی دوست نہیں۔ کوئی کوئی بھی نہیں۔ کیوں؟ دوست کیا ہے؟</w:t>
      </w:r>
    </w:p>
    <w:p>
      <w:r>
        <w:rPr>
          <w:b/>
        </w:rPr>
        <w:t xml:space="preserve">[56:45] </w:t>
      </w:r>
      <w:r>
        <w:t>woh tu killer hai. tumhara time ko waste karwata hai, tumhari energy ko waste karwata hai. tumhare andar superfluous thinking paida karta hai. dost tumhare andar superfluous thinking paida karta hai.</w:t>
      </w:r>
    </w:p>
    <w:p>
      <w:pPr>
        <w:jc w:val="right"/>
      </w:pPr>
      <w:r>
        <w:t>وہ تو کلر ہے۔ تمہارا ٹائم کو ویسٹ کرواتا ہے، تمہاری انرجی کو ویسٹ کرواتا ہے۔ تمہارے اندر سپرفلس تھنکنگ پیدا کرتا ہے۔ دوست تمہارے اندر سپرفلس تھنکنگ پیدا کرتا ہے۔</w:t>
      </w:r>
    </w:p>
    <w:p>
      <w:r>
        <w:rPr>
          <w:b/>
        </w:rPr>
        <w:t xml:space="preserve">[56:59] </w:t>
      </w:r>
      <w:r>
        <w:t>deep thinking ko tum se cheen leta hai.</w:t>
      </w:r>
    </w:p>
    <w:p>
      <w:pPr>
        <w:jc w:val="right"/>
      </w:pPr>
      <w:r>
        <w:t>ڈیپ تھنکنگ کو تم سے چھین لیتا ہے۔</w:t>
      </w:r>
    </w:p>
    <w:p>
      <w:r>
        <w:rPr>
          <w:b/>
        </w:rPr>
        <w:t xml:space="preserve">[57:04] </w:t>
      </w:r>
      <w:r>
        <w:t>dost jo hai deep thinking ko tum se cheen leta hai. aise doston par laanat hai.</w:t>
      </w:r>
    </w:p>
    <w:p>
      <w:pPr>
        <w:jc w:val="right"/>
      </w:pPr>
      <w:r>
        <w:t>دوست جو ہے ڈیپ تھنکنگ کو تم سے چھین لیتا ہے۔ ایسے دوستوں پر لعنت ہے۔</w:t>
      </w:r>
    </w:p>
    <w:p>
      <w:r>
        <w:rPr>
          <w:b/>
        </w:rPr>
        <w:t xml:space="preserve">[57:17] </w:t>
      </w:r>
      <w:r>
        <w:t>tu dekhiye yeh sari tareekh ka bhi tajurba hai. aur quran aur hadees mein bhi yahi baat batai gayi hai.</w:t>
      </w:r>
    </w:p>
    <w:p>
      <w:pPr>
        <w:jc w:val="right"/>
      </w:pPr>
      <w:r>
        <w:t>تو دیکھیے یہ ساری تاریخ کا بھی تجربہ ہے۔ اور قرآن اور حدیث میں بھی یہی بات بتائی گئی ہے۔</w:t>
      </w:r>
    </w:p>
    <w:p>
      <w:r>
        <w:rPr>
          <w:b/>
        </w:rPr>
        <w:t xml:space="preserve">[57:29] </w:t>
      </w:r>
      <w:r>
        <w:t>mera zaati bhi yahi. zindagi bhar mein isi ko experience. meri life kya thi? life mere liye experiment thi. poori zindagi mere liye experiment thi.</w:t>
      </w:r>
    </w:p>
    <w:p>
      <w:pPr>
        <w:jc w:val="right"/>
      </w:pPr>
      <w:r>
        <w:t>میرا ذاتی بھی یہی۔ زندگی بھر میں اسی کو ایکسپیرینس۔ میری لائف کیا تھی؟ لائف میرے لیے ایکسپیریمنٹ تھی۔ پوری زندگی میرے لیے ایکسپیریمنٹ تھی۔</w:t>
      </w:r>
    </w:p>
    <w:p>
      <w:r>
        <w:rPr>
          <w:b/>
        </w:rPr>
        <w:t xml:space="preserve">[57:42] </w:t>
      </w:r>
      <w:r>
        <w:t>tu mein ne bhi apni personal tajurbe mein bhi yahi baat pai. ke agar taraqqi karna chahte ho tu sabar karne wale bano.</w:t>
      </w:r>
    </w:p>
    <w:p>
      <w:pPr>
        <w:jc w:val="right"/>
      </w:pPr>
      <w:r>
        <w:t>تو میں نے بھی اپنی پرسنل تجربے میں بھی یہی بات پائی۔ کہ اگر ترقی کرنا چاہتے ہو تو صبر کرنے والے بنو۔</w:t>
      </w:r>
    </w:p>
    <w:p>
      <w:r>
        <w:rPr>
          <w:b/>
        </w:rPr>
        <w:t xml:space="preserve">[57:57] </w:t>
      </w:r>
      <w:r>
        <w:t>agar tum taraqqi karna chahte ho tu sabar karne wale bano. nahi tu bas laro beero, tabaah karo.</w:t>
      </w:r>
    </w:p>
    <w:p>
      <w:pPr>
        <w:jc w:val="right"/>
      </w:pPr>
      <w:r>
        <w:t>اگر تم ترقی کرنا چاہتے ہو تو صبر کرنے والے بنو۔ نہیں تو بس لڑو بیڑو، تباہ کرو۔</w:t>
      </w:r>
    </w:p>
    <w:p>
      <w:r>
        <w:rPr>
          <w:b/>
        </w:rPr>
        <w:t xml:space="preserve">[58:10] </w:t>
      </w:r>
      <w:r>
        <w:t>yani family life bhi tabaah ho gayi aap ki. social life bhi tabaah ho gayi aap ki. national life bhi tabaah ho gayi aap ki.</w:t>
      </w:r>
    </w:p>
    <w:p>
      <w:pPr>
        <w:jc w:val="right"/>
      </w:pPr>
      <w:r>
        <w:t>یعنی فیملی لائف بھی تباہ ہو گئی آپ کی۔ سوشل لائف بھی تباہ ہو گئی آپ کی۔ نیشنل لائف بھی تباہ ہو گئی آپ کی۔</w:t>
      </w:r>
    </w:p>
    <w:p>
      <w:r>
        <w:rPr>
          <w:b/>
        </w:rPr>
        <w:t xml:space="preserve">[58:21] </w:t>
      </w:r>
      <w:r>
        <w:t>koi bhi afford nahi kar sakta ke sabar ko chor kar ke koi aur tareeqa ikhtiyar kare. bari se bari taqat bhi agar sabar ko chore gi.</w:t>
      </w:r>
    </w:p>
    <w:p>
      <w:pPr>
        <w:jc w:val="right"/>
      </w:pPr>
      <w:r>
        <w:t>کوئی بھی افورڈ نہیں کر سکتا کہ صبر کو چھوڑ کر کے کوئی اور طریقہ اختیار کرے۔ بڑی سے بڑی طاقت بھی اگر صبر کو چھوڑے گی۔</w:t>
      </w:r>
    </w:p>
    <w:p>
      <w:r>
        <w:rPr>
          <w:b/>
        </w:rPr>
        <w:t xml:space="preserve">[58:33] </w:t>
      </w:r>
      <w:r>
        <w:t>tu tabaahi hai.</w:t>
      </w:r>
    </w:p>
    <w:p>
      <w:pPr>
        <w:jc w:val="right"/>
      </w:pPr>
      <w:r>
        <w:t>تو تباہی ہے۔</w:t>
      </w:r>
    </w:p>
    <w:p>
      <w:r>
        <w:rPr>
          <w:b/>
        </w:rPr>
        <w:t xml:space="preserve">[58:41] </w:t>
      </w:r>
      <w:r>
        <w:t>korea aik hissa tha north south korea, north korea ka part tha, is ko bant diya gaya. unhon ne sabar kar liya is batware par.</w:t>
      </w:r>
    </w:p>
    <w:p>
      <w:pPr>
        <w:jc w:val="right"/>
      </w:pPr>
      <w:r>
        <w:t>کوریا ایک حصہ تھا نارتھ ساؤتھ کوریا، نارتھ کوریا کا پارٹ تھا، اس کو بانٹ دیا گیا۔ انہوں نے صبر کر لیا اس بٹوارے پر۔</w:t>
      </w:r>
    </w:p>
    <w:p>
      <w:r>
        <w:rPr>
          <w:b/>
        </w:rPr>
        <w:t xml:space="preserve">[58:50] </w:t>
      </w:r>
      <w:r>
        <w:t>aaj south korea qata'a taraqqi kar raha hai.</w:t>
      </w:r>
    </w:p>
    <w:p>
      <w:pPr>
        <w:jc w:val="right"/>
      </w:pPr>
      <w:r>
        <w:t>آج ساؤتھ کوریا قطع ترقی کر رہا ہے۔</w:t>
      </w:r>
    </w:p>
    <w:p>
      <w:r>
        <w:rPr>
          <w:b/>
        </w:rPr>
        <w:t xml:space="preserve">[58:56] </w:t>
      </w:r>
      <w:r>
        <w:t>singapore aik part tha malaysia ka, alag kar diya gaya. is partition par raazi ho gaya woh. aaj singapore qata'a taraqqi kar raha hai. yahi kaam nahi kiya kashmir walon ne, yahi kaam nahi kiya falasteen walon ne.</w:t>
      </w:r>
    </w:p>
    <w:p>
      <w:pPr>
        <w:jc w:val="right"/>
      </w:pPr>
      <w:r>
        <w:t>سنگاپور ایک پارٹ تھا ملیشیا کا، الگ کر دیا گیا۔ اس پارٹیشن پر راضی ہو گیا وہ۔ آج سنگاپور قطع ترقی کر رہا ہے۔ یہی کام نہیں کیا کشمیر والوں نے، یہی کام نہیں کیا فلسطین والوں نے۔</w:t>
      </w:r>
    </w:p>
    <w:p>
      <w:r>
        <w:rPr>
          <w:b/>
        </w:rPr>
        <w:t xml:space="preserve">[59:11] </w:t>
      </w:r>
      <w:r>
        <w:t>yahi kaam beshumar log nahi kar rahe hain tu kya tabaah hai, tabaah hai, tabaah hai.</w:t>
      </w:r>
    </w:p>
    <w:p>
      <w:pPr>
        <w:jc w:val="right"/>
      </w:pPr>
      <w:r>
        <w:t>یہی کام بے شمار لوگ نہیں کر رہے ہیں تو کیا تباہ ہے، تباہ ہے، تباہ ہے۔</w:t>
      </w:r>
    </w:p>
    <w:p>
      <w:r>
        <w:rPr>
          <w:b/>
        </w:rPr>
        <w:t xml:space="preserve">[59:18] </w:t>
      </w:r>
      <w:r>
        <w:t>tu sabar is the only formula of development.</w:t>
      </w:r>
    </w:p>
    <w:p>
      <w:pPr>
        <w:jc w:val="right"/>
      </w:pPr>
      <w:r>
        <w:t>تو صبر از دا اونلی فارمولا آف ڈیولپمنٹ۔</w:t>
      </w:r>
    </w:p>
    <w:p>
      <w:r>
        <w:rPr>
          <w:b/>
        </w:rPr>
        <w:t xml:space="preserve">[59:23] </w:t>
      </w:r>
      <w:r>
        <w:t>no alternative. at all. jis ko sabar nahi karna hai tu apne ko destroy kare. jaise khana nahi khana hai tu maro.</w:t>
      </w:r>
    </w:p>
    <w:p>
      <w:pPr>
        <w:jc w:val="right"/>
      </w:pPr>
      <w:r>
        <w:t>نو آلٹرنیٹیو۔ ایٹ آل۔ جس کو صبر نہیں کرنا ہے تو اپنے کو ڈسٹرائے کرے۔ جیسے کھانا نہیں کھانا ہے تو مرو۔</w:t>
      </w:r>
    </w:p>
    <w:p>
      <w:r>
        <w:rPr>
          <w:b/>
        </w:rPr>
        <w:t xml:space="preserve">[59:37] </w:t>
      </w:r>
      <w:r>
        <w:t>koi kahe ke mein tu khana nahi khaoon ga tu phir maro, theek hai, maro. koi kahe ke mein oxygen mein saans nahi loon ga tu theek hai, maro.</w:t>
      </w:r>
    </w:p>
    <w:p>
      <w:pPr>
        <w:jc w:val="right"/>
      </w:pPr>
      <w:r>
        <w:t>کوئی کہے کہ میں تو کھانا نہیں کھاؤں گا تو پھر مرو، ٹھیک ہے، مرو۔ کوئی کہے کہ میں آکسیجن میں سانس نہیں لوں گا تو ٹھیک ہے، مرو۔</w:t>
      </w:r>
    </w:p>
    <w:p>
      <w:r>
        <w:rPr>
          <w:b/>
        </w:rPr>
        <w:t xml:space="preserve">[59:48] </w:t>
      </w:r>
      <w:r>
        <w:t>tu ghar ki zindagi ko le kar bahir ki zindagi tak sabar hi wahid hal hai. Allah taala mujh ko aur aap ko sabir</w:t>
      </w:r>
    </w:p>
    <w:p>
      <w:pPr>
        <w:jc w:val="right"/>
      </w:pPr>
      <w:r>
        <w:t>تو گھر کی زندگی کو لے کر باہر کی زندگی تک صبر ہی واحد حل ہے۔ اللہ تعالیٰ مجھ کو اور آپ کو صابر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