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Modern Age June 9, 2019 Maulana Wahiduddin Khan</w:t>
      </w:r>
    </w:p>
    <w:p>
      <w:r>
        <w:t>https://www.youtube.com/watch?v=7mjCvAvHEdA</w:t>
      </w:r>
    </w:p>
    <w:p>
      <w:r>
        <w:rPr>
          <w:b/>
        </w:rPr>
        <w:t xml:space="preserve">[00:14] </w:t>
      </w:r>
      <w:r>
        <w:t>bismillah hir rahman nir rahim, wa salla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wahal al-uqdah min lisani yafqah qawli. 9 joon 2019.</w:t>
      </w:r>
    </w:p>
    <w:p>
      <w:pPr>
        <w:jc w:val="right"/>
      </w:pPr>
      <w:r>
        <w:t>واحل العقدۃ من لسانی یفقہ قولی۔ 9 جون 2019۔</w:t>
      </w:r>
    </w:p>
    <w:p>
      <w:r>
        <w:rPr>
          <w:b/>
        </w:rPr>
        <w:t xml:space="preserve">[00:44] </w:t>
      </w:r>
      <w:r>
        <w:t>aaj mere haath mein yeh akhbar hai, 7 joon ka. times of india, 7 joon, yaani parson ka.</w:t>
      </w:r>
    </w:p>
    <w:p>
      <w:pPr>
        <w:jc w:val="right"/>
      </w:pPr>
      <w:r>
        <w:t>آج میرے ہاتھ میں یہ اخبار ہے، 7 جون کا۔ ٹائمز آف انڈیا، 7 جون، یعنی پرسوں کا۔</w:t>
      </w:r>
    </w:p>
    <w:p>
      <w:r>
        <w:rPr>
          <w:b/>
        </w:rPr>
        <w:t xml:space="preserve">[01:01] </w:t>
      </w:r>
      <w:r>
        <w:t>is mein aik news item hai, is mein bataya gaya hai ke "Who is the richest man of India?"</w:t>
      </w:r>
    </w:p>
    <w:p>
      <w:pPr>
        <w:jc w:val="right"/>
      </w:pPr>
      <w:r>
        <w:t>اس میں ایک نیوز آئٹم ہے، اس میں بتایا گیا ہے کہ "Who is the richest man of India?"</w:t>
      </w:r>
    </w:p>
    <w:p>
      <w:r>
        <w:rPr>
          <w:b/>
        </w:rPr>
        <w:t xml:space="preserve">[01:16] </w:t>
      </w:r>
      <w:r>
        <w:t>"Who is the richest man of India?"</w:t>
      </w:r>
    </w:p>
    <w:p>
      <w:pPr>
        <w:jc w:val="right"/>
      </w:pPr>
      <w:r>
        <w:t>"Who is the richest man of India?"</w:t>
      </w:r>
    </w:p>
    <w:p>
      <w:r>
        <w:rPr>
          <w:b/>
        </w:rPr>
        <w:t xml:space="preserve">[01:22] </w:t>
      </w:r>
      <w:r>
        <w:t>to is mein bataya gaya hai ke pehla richest man india ka mukay shimbani hai, aur second richest man india ka hadib hashim prem ji hai.</w:t>
      </w:r>
    </w:p>
    <w:p>
      <w:pPr>
        <w:jc w:val="right"/>
      </w:pPr>
      <w:r>
        <w:t>تو اس میں بتایا گیا ہے کہ پہلا richest man انڈیا کا مکے شمبانی ہے، اور سیکنڈ richest man انڈیا کا حدیب ہاشم پریم جی ہے۔</w:t>
      </w:r>
    </w:p>
    <w:p>
      <w:r>
        <w:rPr>
          <w:b/>
        </w:rPr>
        <w:t xml:space="preserve">[01:43] </w:t>
      </w:r>
      <w:r>
        <w:t>pehla richest man mukay shimbani, aur doosra richest man hadib hashim prem ji.</w:t>
      </w:r>
    </w:p>
    <w:p>
      <w:pPr>
        <w:jc w:val="right"/>
      </w:pPr>
      <w:r>
        <w:t>پہلا richest man مکے شمبانی، اور دوسرا richest man حدیب ہاشم پریم جی۔</w:t>
      </w:r>
    </w:p>
    <w:p>
      <w:r>
        <w:rPr>
          <w:b/>
        </w:rPr>
        <w:t xml:space="preserve">[01:55] </w:t>
      </w:r>
      <w:r>
        <w:t>yeh hai times of india, 7 joon 2019.</w:t>
      </w:r>
    </w:p>
    <w:p>
      <w:pPr>
        <w:jc w:val="right"/>
      </w:pPr>
      <w:r>
        <w:t>یہ ہے ٹائمز آف انڈیا، 7 جون 2019۔</w:t>
      </w:r>
    </w:p>
    <w:p>
      <w:r>
        <w:rPr>
          <w:b/>
        </w:rPr>
        <w:t xml:space="preserve">[02:04] </w:t>
      </w:r>
      <w:r>
        <w:t>to yeh saada baat nahi hai. yeh yeh baat bhi nahi hai ke yeh is community ka aadmi is community ka aadmi.</w:t>
      </w:r>
    </w:p>
    <w:p>
      <w:pPr>
        <w:jc w:val="right"/>
      </w:pPr>
      <w:r>
        <w:t>تو یہ سادہ بات نہیں ہے۔ یہ یہ بات بھی نہیں ہے کہ یہ اس کمیونٹی کا آدمی اس کمیونٹی کا آدمی۔</w:t>
      </w:r>
    </w:p>
    <w:p>
      <w:r>
        <w:rPr>
          <w:b/>
        </w:rPr>
        <w:t xml:space="preserve">[02:17] </w:t>
      </w:r>
      <w:r>
        <w:t>yeh do community ki baat nahi hai.</w:t>
      </w:r>
    </w:p>
    <w:p>
      <w:pPr>
        <w:jc w:val="right"/>
      </w:pPr>
      <w:r>
        <w:t>یہ دو کمیونٹی کی بات نہیں ہے۔</w:t>
      </w:r>
    </w:p>
    <w:p>
      <w:r>
        <w:rPr>
          <w:b/>
        </w:rPr>
        <w:t xml:space="preserve">[02:23] </w:t>
      </w:r>
      <w:r>
        <w:t>yeh baat hai door ki baat, age ki baat.</w:t>
      </w:r>
    </w:p>
    <w:p>
      <w:pPr>
        <w:jc w:val="right"/>
      </w:pPr>
      <w:r>
        <w:t>یہ بات ہے دور کی بات، age کی بات۔</w:t>
      </w:r>
    </w:p>
    <w:p>
      <w:r>
        <w:rPr>
          <w:b/>
        </w:rPr>
        <w:t xml:space="preserve">[02:31] </w:t>
      </w:r>
      <w:r>
        <w:t>yeh age age of planning hai.</w:t>
      </w:r>
    </w:p>
    <w:p>
      <w:pPr>
        <w:jc w:val="right"/>
      </w:pPr>
      <w:r>
        <w:t>یہ age age of planning ہے۔</w:t>
      </w:r>
    </w:p>
    <w:p>
      <w:r>
        <w:rPr>
          <w:b/>
        </w:rPr>
        <w:t xml:space="preserve">[02:37] </w:t>
      </w:r>
      <w:r>
        <w:t>is mein kaun is community ka hai, koi is community ka hai, yeh sab khatam ho gaya, yeh equation khatam ho gaya.</w:t>
      </w:r>
    </w:p>
    <w:p>
      <w:pPr>
        <w:jc w:val="right"/>
      </w:pPr>
      <w:r>
        <w:t>اس میں کون اس کمیونٹی کا ہے، کوئی اس کمیونٹی کا ہے، یہ سب ختم ہو گیا، یہ equation ختم ہو گیا۔</w:t>
      </w:r>
    </w:p>
    <w:p>
      <w:r>
        <w:rPr>
          <w:b/>
        </w:rPr>
        <w:t xml:space="preserve">[02:48] </w:t>
      </w:r>
      <w:r>
        <w:t>yeh equation khatam ho gaya. ab to sirf yeh dekha, zamana isi haq mein faisla deta hai jo</w:t>
      </w:r>
    </w:p>
    <w:p>
      <w:pPr>
        <w:jc w:val="right"/>
      </w:pPr>
      <w:r>
        <w:t>یہ equation ختم ہو گیا۔ اب تو صرف یہ دیکھا، زمانہ اسی حق میں فیصلہ دیتا ہے جو</w:t>
      </w:r>
    </w:p>
    <w:p>
      <w:r>
        <w:rPr>
          <w:b/>
        </w:rPr>
        <w:t xml:space="preserve">[03:03] </w:t>
      </w:r>
      <w:r>
        <w:t>planning mein number one par ho, planning par number do par ho.</w:t>
      </w:r>
    </w:p>
    <w:p>
      <w:pPr>
        <w:jc w:val="right"/>
      </w:pPr>
      <w:r>
        <w:t>planning میں نمبر one پر ہو، planning پر نمبر دو پر ہو۔</w:t>
      </w:r>
    </w:p>
    <w:p>
      <w:r>
        <w:rPr>
          <w:b/>
        </w:rPr>
        <w:t xml:space="preserve">[03:10] </w:t>
      </w:r>
      <w:r>
        <w:t>goya ke is khabar ka matlab hai ke</w:t>
      </w:r>
    </w:p>
    <w:p>
      <w:pPr>
        <w:jc w:val="right"/>
      </w:pPr>
      <w:r>
        <w:t>گویا کہ اس خبر کا مطلب ہے کہ</w:t>
      </w:r>
    </w:p>
    <w:p>
      <w:r>
        <w:rPr>
          <w:b/>
        </w:rPr>
        <w:t xml:space="preserve">[03:15] </w:t>
      </w:r>
      <w:r>
        <w:t>aik shakhs woh hai jo planning ke aitbar se number one par raha, aur doosra woh hai jo planning ke aitbar se number do par tha.</w:t>
      </w:r>
    </w:p>
    <w:p>
      <w:pPr>
        <w:jc w:val="right"/>
      </w:pPr>
      <w:r>
        <w:t>ایک شخص وہ ہے جو planning کے اعتبار سے نمبر one پر رہا، اور دوسرا وہ ہے جو planning کے اعتبار سے نمبر دو پر تھا۔</w:t>
      </w:r>
    </w:p>
    <w:p>
      <w:r>
        <w:rPr>
          <w:b/>
        </w:rPr>
        <w:t xml:space="preserve">[03:32] </w:t>
      </w:r>
      <w:r>
        <w:t>ab aap is ko le kar sochiye to mu'tadil zamane mein woh zaban khatam ho chuki, shikayat ki zaban, discrimination ki zaban, zulm ki zaban,</w:t>
      </w:r>
    </w:p>
    <w:p>
      <w:pPr>
        <w:jc w:val="right"/>
      </w:pPr>
      <w:r>
        <w:t>اب آپ اس کو لے کر سوچیے تو معتدل زمانے میں وہ زبان ختم ہو چکی، شکایت کی زبان، discrimination کی زبان، ظلم کی زبان،</w:t>
      </w:r>
    </w:p>
    <w:p>
      <w:r>
        <w:rPr>
          <w:b/>
        </w:rPr>
        <w:t xml:space="preserve">[03:53] </w:t>
      </w:r>
      <w:r>
        <w:t>woh sab khatam ho gaya.</w:t>
      </w:r>
    </w:p>
    <w:p>
      <w:pPr>
        <w:jc w:val="right"/>
      </w:pPr>
      <w:r>
        <w:t>وہ سب ختم ہو گیا۔</w:t>
      </w:r>
    </w:p>
    <w:p>
      <w:r>
        <w:rPr>
          <w:b/>
        </w:rPr>
        <w:t xml:space="preserve">[03:57] </w:t>
      </w:r>
      <w:r>
        <w:t>woh equation hi khatam ho gaya.</w:t>
      </w:r>
    </w:p>
    <w:p>
      <w:pPr>
        <w:jc w:val="right"/>
      </w:pPr>
      <w:r>
        <w:t>وہ equation ہی ختم ہو گیا۔</w:t>
      </w:r>
    </w:p>
    <w:p>
      <w:r>
        <w:rPr>
          <w:b/>
        </w:rPr>
        <w:t xml:space="preserve">[04:04] </w:t>
      </w:r>
      <w:r>
        <w:t>woh equation khatam ho gaya. ab to sirf aik hi faisla kun baat hai, woh hai planning, mansooba.</w:t>
      </w:r>
    </w:p>
    <w:p>
      <w:pPr>
        <w:jc w:val="right"/>
      </w:pPr>
      <w:r>
        <w:t>وہ equation ختم ہو گیا۔ اب تو صرف ایک ہی فیصلہ کن بات ہے، وہ ہے planning، منصوبہ۔</w:t>
      </w:r>
    </w:p>
    <w:p>
      <w:r>
        <w:rPr>
          <w:b/>
        </w:rPr>
        <w:t xml:space="preserve">[04:18] </w:t>
      </w:r>
      <w:r>
        <w:t>kaun apne mansoobe aage hai? is khabar mein yeh bataya gaya hai ke jo mansooba bandi mein, planning mein</w:t>
      </w:r>
    </w:p>
    <w:p>
      <w:pPr>
        <w:jc w:val="right"/>
      </w:pPr>
      <w:r>
        <w:t>کون اپنے منصوبے آگے ہے؟ اس خبر میں یہ بتایا گیا ہے کہ جو منصوبہ بندی میں، planning میں</w:t>
      </w:r>
    </w:p>
    <w:p>
      <w:r>
        <w:rPr>
          <w:b/>
        </w:rPr>
        <w:t xml:space="preserve">[04:30] </w:t>
      </w:r>
      <w:r>
        <w:t>number one par hoga, woh number one par hoga, jo planning mein number do par hoga, woh number do par hoga.</w:t>
      </w:r>
    </w:p>
    <w:p>
      <w:pPr>
        <w:jc w:val="right"/>
      </w:pPr>
      <w:r>
        <w:t>نمبر one پر ہوگا، وہ نمبر one پر ہوگا۔ جو planning میں نمبر دو پر ہوگا، وہ نمبر دو پر ہوگا۔</w:t>
      </w:r>
    </w:p>
    <w:p>
      <w:r>
        <w:rPr>
          <w:b/>
        </w:rPr>
        <w:t xml:space="preserve">[04:40] </w:t>
      </w:r>
      <w:r>
        <w:t>doosri tamam equation, doosri tamam dichotomy, doosri tamam farq, woh to khatam ho gaya.</w:t>
      </w:r>
    </w:p>
    <w:p>
      <w:pPr>
        <w:jc w:val="right"/>
      </w:pPr>
      <w:r>
        <w:t>دوسری تمام equation، دوسری تمام ڈائیکاٹمی، دوسری تمام فرق، وہ تو ختم ہو گیا۔</w:t>
      </w:r>
    </w:p>
    <w:p>
      <w:r>
        <w:rPr>
          <w:b/>
        </w:rPr>
        <w:t xml:space="preserve">[04:53] </w:t>
      </w:r>
      <w:r>
        <w:t>is ka matlab hai ke aaj ke insaan ko woh language ab chhod dena hai shikayat ki aur discrimination ki aur zulm ki.</w:t>
      </w:r>
    </w:p>
    <w:p>
      <w:pPr>
        <w:jc w:val="right"/>
      </w:pPr>
      <w:r>
        <w:t>اس کا معنی ہے کہ آج کے انسان کو وہ language اب چھوڑ دینا ہے شکایت کی اور discrimination کی اور ظلم کی۔</w:t>
      </w:r>
    </w:p>
    <w:p>
      <w:r>
        <w:rPr>
          <w:b/>
        </w:rPr>
        <w:t xml:space="preserve">[05:08] </w:t>
      </w:r>
      <w:r>
        <w:t>woh sari language jo pehle zamane mein raaij thi, ab woh sab zamane ne delete kar diya, delete.</w:t>
      </w:r>
    </w:p>
    <w:p>
      <w:pPr>
        <w:jc w:val="right"/>
      </w:pPr>
      <w:r>
        <w:t>وہ ساری language جو پہلے زمانے میں رائج تھی، اب وہ سب زمانے نے delete کر دیا، delete۔</w:t>
      </w:r>
    </w:p>
    <w:p>
      <w:r>
        <w:rPr>
          <w:b/>
        </w:rPr>
        <w:t xml:space="preserve">[05:21] </w:t>
      </w:r>
      <w:r>
        <w:t>zamane ne kiya hai, kisi aur ne nahi kiya hai.</w:t>
      </w:r>
    </w:p>
    <w:p>
      <w:pPr>
        <w:jc w:val="right"/>
      </w:pPr>
      <w:r>
        <w:t>زمانے نے کیا ہے، کسی اور نے نہیں کیا ہے۔</w:t>
      </w:r>
    </w:p>
    <w:p>
      <w:r>
        <w:rPr>
          <w:b/>
        </w:rPr>
        <w:t xml:space="preserve">[05:29] </w:t>
      </w:r>
      <w:r>
        <w:t>to aaj kardah kiya hai? ab zulm ki dastan ko dhoond dhoond kar nikalna nahi hai.</w:t>
      </w:r>
    </w:p>
    <w:p>
      <w:pPr>
        <w:jc w:val="right"/>
      </w:pPr>
      <w:r>
        <w:t>تو آج کردہ کیا ہے؟ اب ظلم کی داستان کو ڈھونڈ ڈھونڈ کر نکالنا نہیں ہے۔</w:t>
      </w:r>
    </w:p>
    <w:p>
      <w:r>
        <w:rPr>
          <w:b/>
        </w:rPr>
        <w:t xml:space="preserve">[05:44] </w:t>
      </w:r>
      <w:r>
        <w:t>kuch log zulm ki dastan ko, discrimination ki dastan ko dhoond dhoond kar nikalte thay akhbaron mein. ab wo zamana hi khatam ho gaya.</w:t>
      </w:r>
    </w:p>
    <w:p>
      <w:pPr>
        <w:jc w:val="right"/>
      </w:pPr>
      <w:r>
        <w:t>کچھ لوگ ظلم کی داستان کو، discrimination کی داستان کو ڈھونڈ ڈھونڈ کر نکالتے تھے اخباروں میں۔ اب وہ زمانہ ہی ختم ہو گیا۔</w:t>
      </w:r>
    </w:p>
    <w:p>
      <w:r>
        <w:rPr>
          <w:b/>
        </w:rPr>
        <w:t xml:space="preserve">[05:54] </w:t>
      </w:r>
      <w:r>
        <w:t>ab to yeh nikalo, ab yeh dhoondo</w:t>
      </w:r>
    </w:p>
    <w:p>
      <w:pPr>
        <w:jc w:val="right"/>
      </w:pPr>
      <w:r>
        <w:t>اب تو یہ نکالو، اب یہ ڈھونڈو</w:t>
      </w:r>
    </w:p>
    <w:p>
      <w:r>
        <w:rPr>
          <w:b/>
        </w:rPr>
        <w:t xml:space="preserve">[06:00] </w:t>
      </w:r>
      <w:r>
        <w:t>ke bartar planning kiya hai?</w:t>
      </w:r>
    </w:p>
    <w:p>
      <w:pPr>
        <w:jc w:val="right"/>
      </w:pPr>
      <w:r>
        <w:t>کہ برتر planning کیا ہے؟</w:t>
      </w:r>
    </w:p>
    <w:p>
      <w:r>
        <w:rPr>
          <w:b/>
        </w:rPr>
        <w:t xml:space="preserve">[06:06] </w:t>
      </w:r>
      <w:r>
        <w:t>planning ka bartar tareeqa kiya hai?</w:t>
      </w:r>
    </w:p>
    <w:p>
      <w:pPr>
        <w:jc w:val="right"/>
      </w:pPr>
      <w:r>
        <w:t>Planning کا برتر طریقہ کیا ہے؟</w:t>
      </w:r>
    </w:p>
    <w:p>
      <w:r>
        <w:rPr>
          <w:b/>
        </w:rPr>
        <w:t xml:space="preserve">[06:12] </w:t>
      </w:r>
      <w:r>
        <w:t>bartar mansoobah saazi kiya hai? aur is ko ikhtiyar karo.</w:t>
      </w:r>
    </w:p>
    <w:p>
      <w:pPr>
        <w:jc w:val="right"/>
      </w:pPr>
      <w:r>
        <w:t>برتر منصوبہ سازی کیا ہے؟ اور اس کو اختیار کرو۔</w:t>
      </w:r>
    </w:p>
    <w:p>
      <w:r>
        <w:rPr>
          <w:b/>
        </w:rPr>
        <w:t xml:space="preserve">[06:27] </w:t>
      </w:r>
      <w:r>
        <w:t>mein samajhta hoon ke yeh zamane mein yeh jo change aaya hai, wo sab ke liye haq mein hai.</w:t>
      </w:r>
    </w:p>
    <w:p>
      <w:pPr>
        <w:jc w:val="right"/>
      </w:pPr>
      <w:r>
        <w:t>میں سمجھتا ہوں کہ یہ زمانے میں یہ جو change آیا ہے، وہ سب کے لیے حق میں ہے۔</w:t>
      </w:r>
    </w:p>
    <w:p>
      <w:r>
        <w:rPr>
          <w:b/>
        </w:rPr>
        <w:t xml:space="preserve">[06:36] </w:t>
      </w:r>
      <w:r>
        <w:t>pehlay jo halaat hotay thay, wo kisi ek ke haq mein hotay thay. kisi ek ke haq mein.</w:t>
      </w:r>
    </w:p>
    <w:p>
      <w:pPr>
        <w:jc w:val="right"/>
      </w:pPr>
      <w:r>
        <w:t>پہلے جو حالات ہوتے تھے، وہ کسی ایک کے حق میں ہوتے تھے۔ کسی ایک کے حق میں۔</w:t>
      </w:r>
    </w:p>
    <w:p>
      <w:r>
        <w:rPr>
          <w:b/>
        </w:rPr>
        <w:t xml:space="preserve">[06:46] </w:t>
      </w:r>
      <w:r>
        <w:t>mislan jo maal mein paida ho gaya, to wo raja hai. jo ab maal mein, jo ghareeb ghar mein paida hua, wo ghareeb hai.</w:t>
      </w:r>
    </w:p>
    <w:p>
      <w:pPr>
        <w:jc w:val="right"/>
      </w:pPr>
      <w:r>
        <w:t>مثلاً جو مال میں پیدا ہو گیا، تو وہ راجہ ہے۔ جو اب مال میں، جو غریب گھر میں پیدا ہوا، وہ غریب ہے۔</w:t>
      </w:r>
    </w:p>
    <w:p>
      <w:r>
        <w:rPr>
          <w:b/>
        </w:rPr>
        <w:t xml:space="preserve">[06:56] </w:t>
      </w:r>
      <w:r>
        <w:t>jo ameer ghar mein paida hua, wo ameer hai. yeh sab pehle hua karta tha.</w:t>
      </w:r>
    </w:p>
    <w:p>
      <w:pPr>
        <w:jc w:val="right"/>
      </w:pPr>
      <w:r>
        <w:t>جو امیر گھر میں پیدا ہوا، وہ امیر ہے۔ یہ سب پہلے ہوا کرتا تھا۔</w:t>
      </w:r>
    </w:p>
    <w:p>
      <w:r>
        <w:rPr>
          <w:b/>
        </w:rPr>
        <w:t xml:space="preserve">[07:04] </w:t>
      </w:r>
      <w:r>
        <w:t>jaise kehtay thay ke "Mr. So and So was born with a silver spoon in his mouth."</w:t>
      </w:r>
    </w:p>
    <w:p>
      <w:pPr>
        <w:jc w:val="right"/>
      </w:pPr>
      <w:r>
        <w:t>جیسے کہتے تھے کہ "Mr. So and So was born with a silver spoon in his mouth."</w:t>
      </w:r>
    </w:p>
    <w:p>
      <w:r>
        <w:rPr>
          <w:b/>
        </w:rPr>
        <w:t xml:space="preserve">[07:15] </w:t>
      </w:r>
      <w:r>
        <w:t>yeh pehle kaha jata tha. "Mr. So and So was born with a silver spoon in his mouth."</w:t>
      </w:r>
    </w:p>
    <w:p>
      <w:pPr>
        <w:jc w:val="right"/>
      </w:pPr>
      <w:r>
        <w:t>یہ پہلے کہا جاتا تھا۔ "Mr. So and So was born with a silver spoon in his mouth."</w:t>
      </w:r>
    </w:p>
    <w:p>
      <w:r>
        <w:rPr>
          <w:b/>
        </w:rPr>
        <w:t xml:space="preserve">[07:28] </w:t>
      </w:r>
      <w:r>
        <w:t>ab kuch nahi.</w:t>
      </w:r>
    </w:p>
    <w:p>
      <w:pPr>
        <w:jc w:val="right"/>
      </w:pPr>
      <w:r>
        <w:t>اب کچھ نہیں۔</w:t>
      </w:r>
    </w:p>
    <w:p>
      <w:r>
        <w:rPr>
          <w:b/>
        </w:rPr>
        <w:t xml:space="preserve">[07:32] </w:t>
      </w:r>
      <w:r>
        <w:t>ab ab dunya mein zulm ki language discard ho gayi, wo khatam ho gayi.</w:t>
      </w:r>
    </w:p>
    <w:p>
      <w:pPr>
        <w:jc w:val="right"/>
      </w:pPr>
      <w:r>
        <w:t>اب اب دنیا میں ظلم کی language discard ہو گئی، وہ ختم ہو گئی۔</w:t>
      </w:r>
    </w:p>
    <w:p>
      <w:r>
        <w:rPr>
          <w:b/>
        </w:rPr>
        <w:t xml:space="preserve">[07:44] </w:t>
      </w:r>
      <w:r>
        <w:t>ab dekhiye, england ka jo india ka aik aadmi hai, yahan to do indian ki baat hai. india ka aik aadmi gaya london, wahan us ne steel ka business shuru kiya, lohay ka.</w:t>
      </w:r>
    </w:p>
    <w:p>
      <w:pPr>
        <w:jc w:val="right"/>
      </w:pPr>
      <w:r>
        <w:t>اب دیکھیے، انگلینڈ کا جو انڈیا کا ایک آدمی ہے، یہاں تو دو انڈین کی بات ہے۔ انڈیا کا ایک آدمی گیا لندن، وہاں اس نے steel کا business شروع کیا، لوہے کا۔</w:t>
      </w:r>
    </w:p>
    <w:p>
      <w:r>
        <w:rPr>
          <w:b/>
        </w:rPr>
        <w:t xml:space="preserve">[08:02] </w:t>
      </w:r>
      <w:r>
        <w:t>aur jahan tak mujhe yaad hai, wo steel ke muamlay mein, lohay ke muamlay mein number one ban gaya.</w:t>
      </w:r>
    </w:p>
    <w:p>
      <w:pPr>
        <w:jc w:val="right"/>
      </w:pPr>
      <w:r>
        <w:t>اور جہاں تک مجھے یاد ہے، وہ steel کے معاملے میں، لوہے کے معاملے میں نمبر one بن گیا۔</w:t>
      </w:r>
    </w:p>
    <w:p>
      <w:r>
        <w:rPr>
          <w:b/>
        </w:rPr>
        <w:t xml:space="preserve">[08:15] </w:t>
      </w:r>
      <w:r>
        <w:t>kahan?</w:t>
      </w:r>
    </w:p>
    <w:p>
      <w:pPr>
        <w:jc w:val="right"/>
      </w:pPr>
      <w:r>
        <w:t>کہاں؟</w:t>
      </w:r>
    </w:p>
    <w:p>
      <w:r>
        <w:rPr>
          <w:b/>
        </w:rPr>
        <w:t xml:space="preserve">[08:19] </w:t>
      </w:r>
      <w:r>
        <w:t>britain mein, jo is se pehle india par raj karta tha. 1947 se pehle india par britishs ka raj tha.</w:t>
      </w:r>
    </w:p>
    <w:p>
      <w:pPr>
        <w:jc w:val="right"/>
      </w:pPr>
      <w:r>
        <w:t>برٹن میں، جو اس سے پہلے انڈیا پر راج کرتا تھا۔ 1947 سے پہلے انڈیا پر برٹشز کا راج تھا۔</w:t>
      </w:r>
    </w:p>
    <w:p>
      <w:r>
        <w:rPr>
          <w:b/>
        </w:rPr>
        <w:t xml:space="preserve">[08:37] </w:t>
      </w:r>
      <w:r>
        <w:t>lekin aaj india ka aik aadmi england mein factory lagata hai steel ki, aur number one factory ban jati hai is ki.</w:t>
      </w:r>
    </w:p>
    <w:p>
      <w:pPr>
        <w:jc w:val="right"/>
      </w:pPr>
      <w:r>
        <w:t>لیکن آج انڈیا کا ایک آدمی انگلینڈ میں factory لگاتا ہے steel کی، اور نمبر one factory بن جاتی ہے اس کی۔</w:t>
      </w:r>
    </w:p>
    <w:p>
      <w:r>
        <w:rPr>
          <w:b/>
        </w:rPr>
        <w:t xml:space="preserve">[08:47] </w:t>
      </w:r>
      <w:r>
        <w:t>kyun ke planning mein wo aagay ho gaya.</w:t>
      </w:r>
    </w:p>
    <w:p>
      <w:pPr>
        <w:jc w:val="right"/>
      </w:pPr>
      <w:r>
        <w:t>کیونکہ planning میں وہ آگے ہو گیا۔</w:t>
      </w:r>
    </w:p>
    <w:p>
      <w:r>
        <w:rPr>
          <w:b/>
        </w:rPr>
        <w:t xml:space="preserve">[08:58] </w:t>
      </w:r>
      <w:r>
        <w:t>to mein samajhta hoon ke sab se ziyada zaroori jo cheez hai, wo yeh hai ke aap zamane ko samjhein.</w:t>
      </w:r>
    </w:p>
    <w:p>
      <w:pPr>
        <w:jc w:val="right"/>
      </w:pPr>
      <w:r>
        <w:t>تو میں سمجھتا ہوں کہ سب سے زیادہ ضروری جو چیز ہے، وہ یہ ہے کہ آپ زمانے کو سمجھیں۔</w:t>
      </w:r>
    </w:p>
    <w:p>
      <w:r>
        <w:rPr>
          <w:b/>
        </w:rPr>
        <w:t xml:space="preserve">[09:11] </w:t>
      </w:r>
      <w:r>
        <w:t>ab wo wo language chhod dein ke discrimination ho raha hai, zulm ho raha hai, yeh ho raha hai, wo ho raha hai, kuch nahi. aap ki planning aap ko aagay barhaye gi, aap ki planning aap ko peechay kar de gi.</w:t>
      </w:r>
    </w:p>
    <w:p>
      <w:pPr>
        <w:jc w:val="right"/>
      </w:pPr>
      <w:r>
        <w:t>اب وہ وہ language چھوڑ دیں کہ discrimination ہو رہا ہے، ظلم ہو رہا ہے، یہ ہو رہا ہے، وہ ہو رہا ہے، کچھ نہیں۔ آپ کی planning آپ کو آگے بڑھائے گی، آپ کی planning آپ کو پیچھے کر دے گی۔</w:t>
      </w:r>
    </w:p>
    <w:p>
      <w:r>
        <w:rPr>
          <w:b/>
        </w:rPr>
        <w:t xml:space="preserve">[09:29] </w:t>
      </w:r>
      <w:r>
        <w:t>aap ki planning aap ko aagay barhaye gi, aap ki planning aap ko peechay kar de gi.</w:t>
      </w:r>
    </w:p>
    <w:p>
      <w:pPr>
        <w:jc w:val="right"/>
      </w:pPr>
      <w:r>
        <w:t>آپ کی planning آپ کو آگے بڑھائے گی، آپ کی planning آپ کو پیچھے کر دے گی۔</w:t>
      </w:r>
    </w:p>
    <w:p>
      <w:r>
        <w:rPr>
          <w:b/>
        </w:rPr>
        <w:t xml:space="preserve">[09:45] </w:t>
      </w:r>
      <w:r>
        <w:t>bohat pehle ki baat hai, mein dilli mein aik sahib raha kartay thay,</w:t>
      </w:r>
    </w:p>
    <w:p>
      <w:pPr>
        <w:jc w:val="right"/>
      </w:pPr>
      <w:r>
        <w:t>بہت پہلے کی بات ہے، میں دلی میں ایک صاحب رہا کرتے تھے،</w:t>
      </w:r>
    </w:p>
    <w:p>
      <w:r>
        <w:rPr>
          <w:b/>
        </w:rPr>
        <w:t xml:space="preserve">[09:57] </w:t>
      </w:r>
      <w:r>
        <w:t>green park mein, dilli ki jo colony hai, green park, is mein rehte thay woh. to un se mein milne ke liye gaya.</w:t>
      </w:r>
    </w:p>
    <w:p>
      <w:pPr>
        <w:jc w:val="right"/>
      </w:pPr>
      <w:r>
        <w:t>گرین پارک میں، دلی کی جو کالونی ہے، گرین پارک، اس میں رہتے تھے وہ۔ تو ان سے میں ملنے کے لیے گیا۔</w:t>
      </w:r>
    </w:p>
    <w:p>
      <w:r>
        <w:rPr>
          <w:b/>
        </w:rPr>
        <w:t xml:space="preserve">[10:11] </w:t>
      </w:r>
      <w:r>
        <w:t>to baat cheet karte hue mere zuban se nikla ke sab se bari cheez hard work hai.</w:t>
      </w:r>
    </w:p>
    <w:p>
      <w:pPr>
        <w:jc w:val="right"/>
      </w:pPr>
      <w:r>
        <w:t>تو بات چیت کرتے ہوئے میرے زبان سے نکلا کہ سب سے بڑی چیز hard work ہے۔</w:t>
      </w:r>
    </w:p>
    <w:p>
      <w:r>
        <w:rPr>
          <w:b/>
        </w:rPr>
        <w:t xml:space="preserve">[10:25] </w:t>
      </w:r>
      <w:r>
        <w:t>unhon ne kaha ke nahi, woh bohat isi dunya ke expert thay woh. unhon ne kaha ke hard work ka zamana chala gaya, ab woh zamana hai ke planning sab se bari cheez hai.</w:t>
      </w:r>
    </w:p>
    <w:p>
      <w:pPr>
        <w:jc w:val="right"/>
      </w:pPr>
      <w:r>
        <w:t>انہوں نے کہا کہ نہیں، وہ بہت اسی دنیا کے expert تھے وہ۔ انہوں نے کہا کہ hard work کا زمانہ چلا گیا، اب وہ زمانہ ہے کہ planning سب سے بڑی چیز ہے۔</w:t>
      </w:r>
    </w:p>
    <w:p>
      <w:r>
        <w:rPr>
          <w:b/>
        </w:rPr>
        <w:t xml:space="preserve">[10:45] </w:t>
      </w:r>
      <w:r>
        <w:t>jis ki planning bari hai, woh aage barh jayega. hard work ya kisi dolat mand ke ghar mein paida hona, kisi raja ke maal mein paida hona, yeh sab ab ahmiyat nahi rakhta.</w:t>
      </w:r>
    </w:p>
    <w:p>
      <w:pPr>
        <w:jc w:val="right"/>
      </w:pPr>
      <w:r>
        <w:t>جس کی planning بڑی ہے، وہ آگے بڑھ جائے گا۔ Hard work یا کسی دولت مند کے گھر میں پیدا ہونا، کسی راجہ کے مال میں پیدا ہونا، یہ سب اب اہمیت نہیں رکھتا۔</w:t>
      </w:r>
    </w:p>
    <w:p>
      <w:r>
        <w:rPr>
          <w:b/>
        </w:rPr>
        <w:t xml:space="preserve">[11:02] </w:t>
      </w:r>
      <w:r>
        <w:t>ab jo ahmiyat hai jis cheez ki, woh hai planning. is ki wajah kya hai? is ki wajah hai ke mu'tedil zamane mein</w:t>
      </w:r>
    </w:p>
    <w:p>
      <w:pPr>
        <w:jc w:val="right"/>
      </w:pPr>
      <w:r>
        <w:t>اب جو اہمیت ہے جس چیز کی، وہ ہے planning۔ اس کی وجہ کیا ہے؟ اس کی وجہ ہے کہ معتدل زمانے میں</w:t>
      </w:r>
    </w:p>
    <w:p>
      <w:r>
        <w:rPr>
          <w:b/>
        </w:rPr>
        <w:t xml:space="preserve">[11:14] </w:t>
      </w:r>
      <w:r>
        <w:t>nai technology dunya mein aai hai. nai technology. to ab monopoly khatam ho gayi.</w:t>
      </w:r>
    </w:p>
    <w:p>
      <w:pPr>
        <w:jc w:val="right"/>
      </w:pPr>
      <w:r>
        <w:t>نئی ٹیکنالوجی دنیا میں آئی ہے۔ نئی ٹیکنالوجی۔ تو اب مناپلی ختم ہو گئی۔</w:t>
      </w:r>
    </w:p>
    <w:p>
      <w:r>
        <w:rPr>
          <w:b/>
        </w:rPr>
        <w:t xml:space="preserve">[11:25] </w:t>
      </w:r>
      <w:r>
        <w:t>ab to technology ka daur hai.</w:t>
      </w:r>
    </w:p>
    <w:p>
      <w:pPr>
        <w:jc w:val="right"/>
      </w:pPr>
      <w:r>
        <w:t>اب تو ٹیکنالوجی کا دور ہے۔</w:t>
      </w:r>
    </w:p>
    <w:p>
      <w:r>
        <w:rPr>
          <w:b/>
        </w:rPr>
        <w:t xml:space="preserve">[11:31] </w:t>
      </w:r>
      <w:r>
        <w:t>monopoly par hua karti thi badshah ki, raja ki, family ki,</w:t>
      </w:r>
    </w:p>
    <w:p>
      <w:pPr>
        <w:jc w:val="right"/>
      </w:pPr>
      <w:r>
        <w:t>مناپلی پر ہوا کرتی تھی بادشاہ کی، راجہ کی، family کی،</w:t>
      </w:r>
    </w:p>
    <w:p>
      <w:r>
        <w:rPr>
          <w:b/>
        </w:rPr>
        <w:t xml:space="preserve">[11:40] </w:t>
      </w:r>
      <w:r>
        <w:t>kisi mazhabi halqe ki.</w:t>
      </w:r>
    </w:p>
    <w:p>
      <w:pPr>
        <w:jc w:val="right"/>
      </w:pPr>
      <w:r>
        <w:t>کسی مذہبی حلقے کی۔</w:t>
      </w:r>
    </w:p>
    <w:p>
      <w:r>
        <w:rPr>
          <w:b/>
        </w:rPr>
        <w:t xml:space="preserve">[11:46] </w:t>
      </w:r>
      <w:r>
        <w:t>to woh monopoly khatam ho gayi.</w:t>
      </w:r>
    </w:p>
    <w:p>
      <w:pPr>
        <w:jc w:val="right"/>
      </w:pPr>
      <w:r>
        <w:t>تو وہ مناپلی ختم ہو گئی۔</w:t>
      </w:r>
    </w:p>
    <w:p>
      <w:r>
        <w:rPr>
          <w:b/>
        </w:rPr>
        <w:t xml:space="preserve">[11:51] </w:t>
      </w:r>
      <w:r>
        <w:t>ab to</w:t>
      </w:r>
    </w:p>
    <w:p>
      <w:pPr>
        <w:jc w:val="right"/>
      </w:pPr>
      <w:r>
        <w:t>اب تو</w:t>
      </w:r>
    </w:p>
    <w:p>
      <w:r>
        <w:rPr>
          <w:b/>
        </w:rPr>
        <w:t xml:space="preserve">[11:55] </w:t>
      </w:r>
      <w:r>
        <w:t>saari ahmiyat hai planning ki.</w:t>
      </w:r>
    </w:p>
    <w:p>
      <w:pPr>
        <w:jc w:val="right"/>
      </w:pPr>
      <w:r>
        <w:t>ساری اہمیت ہے planning کی۔</w:t>
      </w:r>
    </w:p>
    <w:p>
      <w:r>
        <w:rPr>
          <w:b/>
        </w:rPr>
        <w:t xml:space="preserve">[12:05] </w:t>
      </w:r>
      <w:r>
        <w:t>mislan ek chota sa qissa mujhe yaad aata hai, chota sa qissa lekin bara sabak hai is mein. aap ko yaad hoga ek zamane mein maruti ka bara</w:t>
      </w:r>
    </w:p>
    <w:p>
      <w:pPr>
        <w:jc w:val="right"/>
      </w:pPr>
      <w:r>
        <w:t>مثلاً ایک چھوٹا سا قصہ مجھے یاد آتا ہے، چھوٹا سا قصہ لیکن بڑا سبق ہے اس میں۔ آپ کو یاد ہوگا ایک زمانے میں ماروتی کا بڑا</w:t>
      </w:r>
    </w:p>
    <w:p>
      <w:r>
        <w:rPr>
          <w:b/>
        </w:rPr>
        <w:t xml:space="preserve">[12:22] </w:t>
      </w:r>
      <w:r>
        <w:t>shor tha, maruti. sab se bari samajhati thi car maruti. ab to bohat zyada carain aa gayi hain market mein.</w:t>
      </w:r>
    </w:p>
    <w:p>
      <w:pPr>
        <w:jc w:val="right"/>
      </w:pPr>
      <w:r>
        <w:t>شور تھا، ماروتی۔ سب سے بڑی سمجھاتی تھی کار ماروتی۔ اب تو بہت زیادہ کاریں آ گئی ہیں market میں۔</w:t>
      </w:r>
    </w:p>
    <w:p>
      <w:r>
        <w:rPr>
          <w:b/>
        </w:rPr>
        <w:t xml:space="preserve">[12:39] </w:t>
      </w:r>
      <w:r>
        <w:t>to</w:t>
      </w:r>
    </w:p>
    <w:p>
      <w:pPr>
        <w:jc w:val="right"/>
      </w:pPr>
      <w:r>
        <w:t>تو</w:t>
      </w:r>
    </w:p>
    <w:p>
      <w:r>
        <w:rPr>
          <w:b/>
        </w:rPr>
        <w:t xml:space="preserve">[12:43] </w:t>
      </w:r>
      <w:r>
        <w:t>ek ek aadmi ko pata chala ke maruti sab se pehle pakistan mein aai hai, india se pehle.</w:t>
      </w:r>
    </w:p>
    <w:p>
      <w:pPr>
        <w:jc w:val="right"/>
      </w:pPr>
      <w:r>
        <w:t>ایک ایک آدمی کو پتہ چلا کہ ماروتی سب سے پہلے پاکستان میں آئی ہے، انڈیا سے پہلے۔</w:t>
      </w:r>
    </w:p>
    <w:p>
      <w:r>
        <w:rPr>
          <w:b/>
        </w:rPr>
        <w:t xml:space="preserve">[12:54] </w:t>
      </w:r>
      <w:r>
        <w:t>japan wale jo banate thay maruti, ab bhi banate hain. to maruti car sab se pehle aai hai pakistan mein.</w:t>
      </w:r>
    </w:p>
    <w:p>
      <w:pPr>
        <w:jc w:val="right"/>
      </w:pPr>
      <w:r>
        <w:t>جاپان والے جو بناتے تھے ماروتی، اب بھی بناتے ہیں۔ تو ماروتی کار سب سے پہلے آئی ہے پاکستان میں۔</w:t>
      </w:r>
    </w:p>
    <w:p>
      <w:r>
        <w:rPr>
          <w:b/>
        </w:rPr>
        <w:t xml:space="preserve">[13:09] </w:t>
      </w:r>
      <w:r>
        <w:t>to ek bohat hi hoshiyar aadmi tha, tha woh mechanic, yani marammat karne wala.</w:t>
      </w:r>
    </w:p>
    <w:p>
      <w:pPr>
        <w:jc w:val="right"/>
      </w:pPr>
      <w:r>
        <w:t>تو ایک بہت ہی ہوشیار آدمی تھا، تھا وہ مکینک، یعنی مرمت کرنے والا۔</w:t>
      </w:r>
    </w:p>
    <w:p>
      <w:r>
        <w:rPr>
          <w:b/>
        </w:rPr>
        <w:t xml:space="preserve">[13:24] </w:t>
      </w:r>
      <w:r>
        <w:t>woh woh baqayda engineer bhi nahi tha degree ke aitbar se, lekin isi kaam ko karta tha woh.</w:t>
      </w:r>
    </w:p>
    <w:p>
      <w:pPr>
        <w:jc w:val="right"/>
      </w:pPr>
      <w:r>
        <w:t>وہ وہ باقاعدہ انجینئر بھی نہیں تھا degree کے اعتبار سے، لیکن اسی کام کو کرتا تھا وہ۔</w:t>
      </w:r>
    </w:p>
    <w:p>
      <w:r>
        <w:rPr>
          <w:b/>
        </w:rPr>
        <w:t xml:space="preserve">[13:34] </w:t>
      </w:r>
      <w:r>
        <w:t>to is ka koi rishtedar tha karachi mein, to woh karachi chala gaya visa le kar.</w:t>
      </w:r>
    </w:p>
    <w:p>
      <w:pPr>
        <w:jc w:val="right"/>
      </w:pPr>
      <w:r>
        <w:t>تو اس کا کوئی رشتہ دار تھا کراچی میں، تو وہ کراچی چلا گیا ویزہ لے کر۔</w:t>
      </w:r>
    </w:p>
    <w:p>
      <w:r>
        <w:rPr>
          <w:b/>
        </w:rPr>
        <w:t xml:space="preserve">[13:43] </w:t>
      </w:r>
      <w:r>
        <w:t>aur wahan par woh do mahine raha. aur wahan us waqt maruti car aa chuki thi.</w:t>
      </w:r>
    </w:p>
    <w:p>
      <w:pPr>
        <w:jc w:val="right"/>
      </w:pPr>
      <w:r>
        <w:t>اور وہاں پر وہ دو مہینے رہا۔ اور وہاں اس وقت ماروتی کار آ چکی تھی۔</w:t>
      </w:r>
    </w:p>
    <w:p>
      <w:r>
        <w:rPr>
          <w:b/>
        </w:rPr>
        <w:t xml:space="preserve">[13:54] </w:t>
      </w:r>
      <w:r>
        <w:t>to wahan us ne maruti car ki marammat ka karkhana khol diya.</w:t>
      </w:r>
    </w:p>
    <w:p>
      <w:pPr>
        <w:jc w:val="right"/>
      </w:pPr>
      <w:r>
        <w:t>تو وہاں اس نے ماروتی کار کی مرمت کا کارخانہ کھول دیا۔</w:t>
      </w:r>
    </w:p>
    <w:p>
      <w:r>
        <w:rPr>
          <w:b/>
        </w:rPr>
        <w:t xml:space="preserve">[14:03] </w:t>
      </w:r>
      <w:r>
        <w:t>to do mahine mein us ne seekh liya ke maruti ki technology kya hai.</w:t>
      </w:r>
    </w:p>
    <w:p>
      <w:pPr>
        <w:jc w:val="right"/>
      </w:pPr>
      <w:r>
        <w:t>تو دو مہینے میں اس نے سیکھ لیا کہ ماروتی کی ٹیکنالوجی کیا ہے۔</w:t>
      </w:r>
    </w:p>
    <w:p>
      <w:r>
        <w:rPr>
          <w:b/>
        </w:rPr>
        <w:t xml:space="preserve">[14:14] </w:t>
      </w:r>
      <w:r>
        <w:t>ab is ke baad aaya india. to is ke paas car aati thi. aur bohat kamyabi ke sath woh is ki repair karta tha.</w:t>
      </w:r>
    </w:p>
    <w:p>
      <w:pPr>
        <w:jc w:val="right"/>
      </w:pPr>
      <w:r>
        <w:t>اب اس کے بعد آیا انڈیا۔ تو اس کے پاس کار آتی تھی۔ اور بہت کامیابی کے ساتھ وہ اس کی repair کرتا تھا۔</w:t>
      </w:r>
    </w:p>
    <w:p>
      <w:r>
        <w:rPr>
          <w:b/>
        </w:rPr>
        <w:t xml:space="preserve">[14:29] </w:t>
      </w:r>
      <w:r>
        <w:t>to bohat kamyab ho gaya woh. yeh pehle zamane ki baat hai, ab ab to zamana badal chuka hai. to yeh thi planning.</w:t>
      </w:r>
    </w:p>
    <w:p>
      <w:pPr>
        <w:jc w:val="right"/>
      </w:pPr>
      <w:r>
        <w:t>تو بہت کامیاب ہو گیا وہ۔ یہ پہلے زمانے کی بات ہے، اب اب تو زمانہ بدل چکا ہے۔ تو یہ تھی planning۔</w:t>
      </w:r>
    </w:p>
    <w:p>
      <w:r>
        <w:rPr>
          <w:b/>
        </w:rPr>
        <w:t xml:space="preserve">[14:39] </w:t>
      </w:r>
      <w:r>
        <w:t>is ka naam hai planning. Planning mein aadmi time ko jaanta hai, technology ko jaanta hai, tareeqay ko jaanta hai.</w:t>
      </w:r>
    </w:p>
    <w:p>
      <w:pPr>
        <w:jc w:val="right"/>
      </w:pPr>
      <w:r>
        <w:t>اس کا نام ہے planning۔ Planning میں آدمی ٹائم کو جانتا ہے، ٹیکنالوجی کو جانتا ہے، طریقے کو جانتا ہے۔</w:t>
      </w:r>
    </w:p>
    <w:p>
      <w:r>
        <w:rPr>
          <w:b/>
        </w:rPr>
        <w:t xml:space="preserve">[14:54] </w:t>
      </w:r>
      <w:r>
        <w:t>in tamam cheezon ko jaanta hai, is ka talluq planning se hai. Aur phir achhay tareeqay se manage karta hai.</w:t>
      </w:r>
    </w:p>
    <w:p>
      <w:pPr>
        <w:jc w:val="right"/>
      </w:pPr>
      <w:r>
        <w:t>ان تمام چیزوں کو جانتا ہے، اس کا تعلق planning سے ہے۔ اور پھر اچھے طریقے سے manage کرتا ہے۔</w:t>
      </w:r>
    </w:p>
    <w:p>
      <w:r>
        <w:rPr>
          <w:b/>
        </w:rPr>
        <w:t xml:space="preserve">[15:04] </w:t>
      </w:r>
      <w:r>
        <w:t>to aagay barh jaata hai. Ab mazhab ki buniyad par, political party ki buniyad par,</w:t>
      </w:r>
    </w:p>
    <w:p>
      <w:pPr>
        <w:jc w:val="right"/>
      </w:pPr>
      <w:r>
        <w:t>تو آگے بڑھ جاتا ہے۔ اب مذہب کی بنیاد پر، political party کی بنیاد پر،</w:t>
      </w:r>
    </w:p>
    <w:p>
      <w:r>
        <w:rPr>
          <w:b/>
        </w:rPr>
        <w:t xml:space="preserve">[15:15] </w:t>
      </w:r>
      <w:r>
        <w:t>ya aur kisi buniyad par aadmi ko bara darja nahi milta. Ab darja bara milta hai us ko jo planning mein aagay ho.</w:t>
      </w:r>
    </w:p>
    <w:p>
      <w:pPr>
        <w:jc w:val="right"/>
      </w:pPr>
      <w:r>
        <w:t>یا اور کسی بنیاد پر آدمی کو بڑا درجہ نہیں ملتا۔ اب درجہ بڑا ملتا ہے اس کو جو planning میں آگے ہو۔</w:t>
      </w:r>
    </w:p>
    <w:p>
      <w:r>
        <w:rPr>
          <w:b/>
        </w:rPr>
        <w:t xml:space="preserve">[15:30] </w:t>
      </w:r>
      <w:r>
        <w:t>Planning mein aagay ho. To yeh aik naya daur hai jis mein woh zabaan ab khatam ho chuki hai.</w:t>
      </w:r>
    </w:p>
    <w:p>
      <w:pPr>
        <w:jc w:val="right"/>
      </w:pPr>
      <w:r>
        <w:t>Planning میں آگے ہو۔ تو یہ ایک نیا دور ہے جس میں وہ زبان اب ختم ہو چکی ہے۔</w:t>
      </w:r>
    </w:p>
    <w:p>
      <w:r>
        <w:rPr>
          <w:b/>
        </w:rPr>
        <w:t xml:space="preserve">[15:44] </w:t>
      </w:r>
      <w:r>
        <w:t>woh zabaan khatam ho chuki hai. Zulm ki zabaan aur is tarah ki doosri negative zabaan khatam.</w:t>
      </w:r>
    </w:p>
    <w:p>
      <w:pPr>
        <w:jc w:val="right"/>
      </w:pPr>
      <w:r>
        <w:t>وہ زبان ختم ہو چکی ہے۔ ظلم کی زبان اور اس طرح کی دوسری negative زبان ختم۔</w:t>
      </w:r>
    </w:p>
    <w:p>
      <w:r>
        <w:rPr>
          <w:b/>
        </w:rPr>
        <w:t xml:space="preserve">[15:54] </w:t>
      </w:r>
      <w:r>
        <w:t>Ab to aap aql ko istemal kijiye. Zamane ko pehchaniye.</w:t>
      </w:r>
    </w:p>
    <w:p>
      <w:pPr>
        <w:jc w:val="right"/>
      </w:pPr>
      <w:r>
        <w:t>اب تو آپ عقل کو استعمال کیجیے۔ زمانے کو پہچانیے۔</w:t>
      </w:r>
    </w:p>
    <w:p>
      <w:r>
        <w:rPr>
          <w:b/>
        </w:rPr>
        <w:t xml:space="preserve">[16:05] </w:t>
      </w:r>
      <w:r>
        <w:t>Zamane ke taqazay ke mutabiq apnay kaam ki planning kijiye. Aur phir aap aagay barh jayenge.</w:t>
      </w:r>
    </w:p>
    <w:p>
      <w:pPr>
        <w:jc w:val="right"/>
      </w:pPr>
      <w:r>
        <w:t>زمانے کے تقاضے کے مطابق اپنے کام کی planning کیجیے۔ اور پھر آپ آگے بڑھ جائیں گے۔</w:t>
      </w:r>
    </w:p>
    <w:p>
      <w:r>
        <w:rPr>
          <w:b/>
        </w:rPr>
        <w:t xml:space="preserve">[16:15] </w:t>
      </w:r>
      <w:r>
        <w:t>to yahan jo hai woh do mazhab ke aadmi ke maamlay mein nahi, do community ke aadmi ka maamla nahi hai. Yeh zamane ka maamla hai.</w:t>
      </w:r>
    </w:p>
    <w:p>
      <w:pPr>
        <w:jc w:val="right"/>
      </w:pPr>
      <w:r>
        <w:t>تو یہاں جو ہے وہ دو مذہب کے آدمی کے معاملے میں نہیں، دو community کے آدمی کا معاملہ نہیں ہے۔ یہ زمانے کا معاملہ ہے۔</w:t>
      </w:r>
    </w:p>
    <w:p>
      <w:r>
        <w:rPr>
          <w:b/>
        </w:rPr>
        <w:t xml:space="preserve">[16:30] </w:t>
      </w:r>
      <w:r>
        <w:t>jo mein ne aap ko akhbar mein bataya, woh do mazhabi community ke ka maamla nahi hai. Woh planning ka maamla hai.</w:t>
      </w:r>
    </w:p>
    <w:p>
      <w:pPr>
        <w:jc w:val="right"/>
      </w:pPr>
      <w:r>
        <w:t>جو میں نے آپ کو اخبار میں بتایا، وہ دو مذہبی community کے کا معاملہ نہیں ہے۔ وہ planning کا معاملہ ہے۔</w:t>
      </w:r>
    </w:p>
    <w:p>
      <w:r>
        <w:rPr>
          <w:b/>
        </w:rPr>
        <w:t xml:space="preserve">[16:43] </w:t>
      </w:r>
      <w:r>
        <w:t>jis ki planning ziyada achhi thi, woh ziyada aagay barh gaya. Aur is mein yeh bhi hai ke aagay barhna, peechhay hatna hamesha aik nahi rahega.</w:t>
      </w:r>
    </w:p>
    <w:p>
      <w:pPr>
        <w:jc w:val="right"/>
      </w:pPr>
      <w:r>
        <w:t>جس کی planning زیادہ اچھی تھی، وہ زیادہ آگے بڑھ گیا۔ اور اس میں یہ بھی ہے کہ آگے بڑھنا، پیچھے ہٹنا ہمیشہ ایک نہیں رہے گا۔</w:t>
      </w:r>
    </w:p>
    <w:p>
      <w:r>
        <w:rPr>
          <w:b/>
        </w:rPr>
        <w:t xml:space="preserve">[16:56] </w:t>
      </w:r>
      <w:r>
        <w:t>aaj aik aadmi hai, kal doosra aadmi ho jayega.</w:t>
      </w:r>
    </w:p>
    <w:p>
      <w:pPr>
        <w:jc w:val="right"/>
      </w:pPr>
      <w:r>
        <w:t>آج ایک آدمی ہے، کل دوسرا آدمی ہو جائے گا۔</w:t>
      </w:r>
    </w:p>
    <w:p>
      <w:r>
        <w:rPr>
          <w:b/>
        </w:rPr>
        <w:t xml:space="preserve">[17:02] </w:t>
      </w:r>
      <w:r>
        <w:t>aaj kisi ne apnay experience ko, apni planning ko ziyada achhay tareeqay se manage kiya, woh aagay barh jayega.</w:t>
      </w:r>
    </w:p>
    <w:p>
      <w:pPr>
        <w:jc w:val="right"/>
      </w:pPr>
      <w:r>
        <w:t>آج کسی نے اپنے experience کو، اپنی planning کو زیادہ اچھے طریقے سے manage کیا، وہ آگے بڑھ جائے گا۔</w:t>
      </w:r>
    </w:p>
    <w:p>
      <w:r>
        <w:rPr>
          <w:b/>
        </w:rPr>
        <w:t xml:space="preserve">[17:12] </w:t>
      </w:r>
      <w:r>
        <w:t>kal doosra aadmi utha, us ne apnay experience ko, apni planning ko ziyada achhay tareeqay se manage kiya, woh aagay barh jayega.</w:t>
      </w:r>
    </w:p>
    <w:p>
      <w:pPr>
        <w:jc w:val="right"/>
      </w:pPr>
      <w:r>
        <w:t>کل دوسرا آدمی اٹھا، اس نے اپنے experience کو، اپنی planning کو زیادہ اچھے طریقے سے manage کیا، وہ آگے بڑھ جائے گا۔</w:t>
      </w:r>
    </w:p>
    <w:p>
      <w:r>
        <w:rPr>
          <w:b/>
        </w:rPr>
        <w:t xml:space="preserve">[17:22] </w:t>
      </w:r>
      <w:r>
        <w:t>to yeh yeh yeh planning ka kam competition ka zamana hai. Log kehte hain ke America saazish kar ke aagay barha hai.</w:t>
      </w:r>
    </w:p>
    <w:p>
      <w:pPr>
        <w:jc w:val="right"/>
      </w:pPr>
      <w:r>
        <w:t>تو یہ یہ یہ planning کا کم competition کا زمانہ ہے۔ لوگ کہتے ہیں کہ امریکہ سازش کر کے آگے بڑھا ہے۔</w:t>
      </w:r>
    </w:p>
    <w:p>
      <w:r>
        <w:rPr>
          <w:b/>
        </w:rPr>
        <w:t xml:space="preserve">[17:36] </w:t>
      </w:r>
      <w:r>
        <w:t>sab log yahi baat bolte hain poori. America saazish kar ke aagay barha hai. Mein ne bohat parha hai, bar bar gaya hoon.</w:t>
      </w:r>
    </w:p>
    <w:p>
      <w:pPr>
        <w:jc w:val="right"/>
      </w:pPr>
      <w:r>
        <w:t>سب لوگ یہی بات بولتے ہیں پوری۔ امریکہ سازش کر کے آگے بڑھا ہے۔ میں نے بہت پڑھا ہے، بار بار گیا ہوں۔</w:t>
      </w:r>
    </w:p>
    <w:p>
      <w:r>
        <w:rPr>
          <w:b/>
        </w:rPr>
        <w:t xml:space="preserve">[17:50] </w:t>
      </w:r>
      <w:r>
        <w:t>aur mein kehta hoon ke bilkul false root hai, bajina hai. America ki taraqqi ka raaz harghiz saazish nahi hai.</w:t>
      </w:r>
    </w:p>
    <w:p>
      <w:pPr>
        <w:jc w:val="right"/>
      </w:pPr>
      <w:r>
        <w:t>اور میں کہتا ہوں کہ بالکل false root ہے، بجینا ہے۔ امریکہ کی ترقی کا راز ہرگز سازش نہیں ہے۔</w:t>
      </w:r>
    </w:p>
    <w:p>
      <w:r>
        <w:rPr>
          <w:b/>
        </w:rPr>
        <w:t xml:space="preserve">[18:03] </w:t>
      </w:r>
      <w:r>
        <w:t>saazish nahi hai. Sirf aik hai. America ne yeh formula ikhtiyar kiya, jis ka kehte hain jis ko ke</w:t>
      </w:r>
    </w:p>
    <w:p>
      <w:pPr>
        <w:jc w:val="right"/>
      </w:pPr>
      <w:r>
        <w:t>سازش نہیں ہے۔ صرف ایک ہے۔ امریکہ نے یہ فارمولا اختیار کیا، جس کا کہتے ہیں جس کو کہ</w:t>
      </w:r>
    </w:p>
    <w:p>
      <w:r>
        <w:rPr>
          <w:b/>
        </w:rPr>
        <w:t xml:space="preserve">[18:22] </w:t>
      </w:r>
      <w:r>
        <w:t>Compete or perish. Compete or perish. Yani merit par, sara maamla merit par.</w:t>
      </w:r>
    </w:p>
    <w:p>
      <w:pPr>
        <w:jc w:val="right"/>
      </w:pPr>
      <w:r>
        <w:t>کمپیوٹر پرش۔ Compete or perish۔ یعنی میرٹ پر، سارا معاملہ میرٹ پر۔</w:t>
      </w:r>
    </w:p>
    <w:p>
      <w:r>
        <w:rPr>
          <w:b/>
        </w:rPr>
        <w:t xml:space="preserve">[18:35] </w:t>
      </w:r>
      <w:r>
        <w:t>to America mein aisa hua ke</w:t>
      </w:r>
    </w:p>
    <w:p>
      <w:pPr>
        <w:jc w:val="right"/>
      </w:pPr>
      <w:r>
        <w:t>تو امریکہ میں ایسا ہوا کہ</w:t>
      </w:r>
    </w:p>
    <w:p>
      <w:r>
        <w:rPr>
          <w:b/>
        </w:rPr>
        <w:t xml:space="preserve">[18:45] </w:t>
      </w:r>
      <w:r>
        <w:t>America mein aisa hua ke</w:t>
      </w:r>
    </w:p>
    <w:p>
      <w:pPr>
        <w:jc w:val="right"/>
      </w:pPr>
      <w:r>
        <w:t>امریکہ میں ایسا ہوا کہ</w:t>
      </w:r>
    </w:p>
    <w:p>
      <w:r>
        <w:rPr>
          <w:b/>
        </w:rPr>
        <w:t xml:space="preserve">[18:49] </w:t>
      </w:r>
      <w:r>
        <w:t>saari duniya ke parhay likhay log wahan ikhatta hue.</w:t>
      </w:r>
    </w:p>
    <w:p>
      <w:pPr>
        <w:jc w:val="right"/>
      </w:pPr>
      <w:r>
        <w:t>ساری دنیا کے پڑھے لکھے لوگ وہاں اکٹھا ہوئے۔</w:t>
      </w:r>
    </w:p>
    <w:p>
      <w:r>
        <w:rPr>
          <w:b/>
        </w:rPr>
        <w:t xml:space="preserve">[18:57] </w:t>
      </w:r>
      <w:r>
        <w:t>America ke saare parhay likhay log. To wahan yeh formula ikhtiyar kiya unhon ne ke computer parsh.</w:t>
      </w:r>
    </w:p>
    <w:p>
      <w:pPr>
        <w:jc w:val="right"/>
      </w:pPr>
      <w:r>
        <w:t>امریکہ کے سارے پڑھے لکھے لوگ۔ تو وہاں یہ فارمولا اختیار کیا انہوں نے کہ کمپیوٹر پرش۔</w:t>
      </w:r>
    </w:p>
    <w:p>
      <w:r>
        <w:rPr>
          <w:b/>
        </w:rPr>
        <w:t xml:space="preserve">[19:08] </w:t>
      </w:r>
      <w:r>
        <w:t>yani merit base society banai. Jo merit par aaye, usi ko darja mile.</w:t>
      </w:r>
    </w:p>
    <w:p>
      <w:pPr>
        <w:jc w:val="right"/>
      </w:pPr>
      <w:r>
        <w:t>یعنی میرٹ بیس سوسائٹی بنائی۔ جو میرٹ پر آئے، اسی کو درجہ ملے۔</w:t>
      </w:r>
    </w:p>
    <w:p>
      <w:r>
        <w:rPr>
          <w:b/>
        </w:rPr>
        <w:t xml:space="preserve">[19:21] </w:t>
      </w:r>
      <w:r>
        <w:t>to har aadmi ko laga ke mere liye darwaza khula hua hai, mein aagay barh sakta hoon. To har aik laga koshish karne.</w:t>
      </w:r>
    </w:p>
    <w:p>
      <w:pPr>
        <w:jc w:val="right"/>
      </w:pPr>
      <w:r>
        <w:t>تو ہر آدمی کو لگا کہ میرے لیے دروازہ کھلا ہوا ہے، میں آگے بڑھ سکتا ہوں۔ تو ہر ایک لگا کوشش کرنے۔</w:t>
      </w:r>
    </w:p>
    <w:p>
      <w:r>
        <w:rPr>
          <w:b/>
        </w:rPr>
        <w:t xml:space="preserve">[19:36] </w:t>
      </w:r>
      <w:r>
        <w:t>is yeh jo struggle wahan jaari hui, is ne amreeka ko aagay barhaya۔</w:t>
      </w:r>
    </w:p>
    <w:p>
      <w:pPr>
        <w:jc w:val="right"/>
      </w:pPr>
      <w:r>
        <w:t>اس یہ جو struggle وہاں جاری ہوئی، اس نے امریکہ کو آگے بڑھایا۔</w:t>
      </w:r>
    </w:p>
    <w:p>
      <w:r>
        <w:rPr>
          <w:b/>
        </w:rPr>
        <w:t xml:space="preserve">[19:51] </w:t>
      </w:r>
      <w:r>
        <w:t>Competition ki speed thi jis ne amreeka ko aagay barhaya۔</w:t>
      </w:r>
    </w:p>
    <w:p>
      <w:pPr>
        <w:jc w:val="right"/>
      </w:pPr>
      <w:r>
        <w:t>Competition کی اسپیڈ تھی جس نے امریکہ کو آگے بڑھایا۔</w:t>
      </w:r>
    </w:p>
    <w:p>
      <w:r>
        <w:rPr>
          <w:b/>
        </w:rPr>
        <w:t xml:space="preserve">[19:59] </w:t>
      </w:r>
      <w:r>
        <w:t>ab bhi jo giroh</w:t>
      </w:r>
    </w:p>
    <w:p>
      <w:pPr>
        <w:jc w:val="right"/>
      </w:pPr>
      <w:r>
        <w:t>اب بھی جو گروہ</w:t>
      </w:r>
    </w:p>
    <w:p>
      <w:r>
        <w:rPr>
          <w:b/>
        </w:rPr>
        <w:t xml:space="preserve">[20:06] </w:t>
      </w:r>
      <w:r>
        <w:t>is is speed ko ikhtiyar karega aur is mein aagay barhega, wahi aagay barha mana jayega۔</w:t>
      </w:r>
    </w:p>
    <w:p>
      <w:pPr>
        <w:jc w:val="right"/>
      </w:pPr>
      <w:r>
        <w:t>اس اسپیڈ کو اختیار کرے گا اور اس میں آگے بڑھے گا، وہی آگے بڑھا مانا جائے گا۔</w:t>
      </w:r>
    </w:p>
    <w:p>
      <w:r>
        <w:rPr>
          <w:b/>
        </w:rPr>
        <w:t xml:space="preserve">[20:18] </w:t>
      </w:r>
      <w:r>
        <w:t>hamare India mein bohat se log lage reservation ki baat karne۔ shuru hi se har group laga reservation ki baat karne۔</w:t>
      </w:r>
    </w:p>
    <w:p>
      <w:pPr>
        <w:jc w:val="right"/>
      </w:pPr>
      <w:r>
        <w:t>ہمارے انڈیا میں بہت سے لوگ لگے reservation کی بات کرنے۔ شروع ہی سے ہر گروپ لگا reservation کی بات کرنے۔</w:t>
      </w:r>
    </w:p>
    <w:p>
      <w:r>
        <w:rPr>
          <w:b/>
        </w:rPr>
        <w:t xml:space="preserve">[20:31] </w:t>
      </w:r>
      <w:r>
        <w:t>to is ne speed competition ki speed logon se cheen li۔ jab aap reservation ki baat karein،</w:t>
      </w:r>
    </w:p>
    <w:p>
      <w:pPr>
        <w:jc w:val="right"/>
      </w:pPr>
      <w:r>
        <w:t>تو اس نے اسپیڈ competition کی اسپیڈ لوگوں سے چھین لی۔ جب آپ reservation کی بات کریں،</w:t>
      </w:r>
    </w:p>
    <w:p>
      <w:r>
        <w:rPr>
          <w:b/>
        </w:rPr>
        <w:t xml:space="preserve">[20:41] </w:t>
      </w:r>
      <w:r>
        <w:t>reservation ki baat karein to is competition ki speed ab nahi rahegi aap ke andar۔</w:t>
      </w:r>
    </w:p>
    <w:p>
      <w:pPr>
        <w:jc w:val="right"/>
      </w:pPr>
      <w:r>
        <w:t>reservation کی بات کریں تو اس competition کی اسپیڈ اب نہیں رہے گی آپ کے اندر۔</w:t>
      </w:r>
    </w:p>
    <w:p>
      <w:r>
        <w:rPr>
          <w:b/>
        </w:rPr>
        <w:t xml:space="preserve">[20:51] </w:t>
      </w:r>
      <w:r>
        <w:t>wahi hua India mein۔</w:t>
      </w:r>
    </w:p>
    <w:p>
      <w:pPr>
        <w:jc w:val="right"/>
      </w:pPr>
      <w:r>
        <w:t>وہی ہوا انڈیا میں۔</w:t>
      </w:r>
    </w:p>
    <w:p>
      <w:r>
        <w:rPr>
          <w:b/>
        </w:rPr>
        <w:t xml:space="preserve">[21:00] </w:t>
      </w:r>
      <w:r>
        <w:t>mein aap ko arz karoon ke maine amreeka ki history ko parha۔</w:t>
      </w:r>
    </w:p>
    <w:p>
      <w:pPr>
        <w:jc w:val="right"/>
      </w:pPr>
      <w:r>
        <w:t>میں آپ کو عرض کروں کہ میں نے امریکہ کی history کو پڑھا۔</w:t>
      </w:r>
    </w:p>
    <w:p>
      <w:r>
        <w:rPr>
          <w:b/>
        </w:rPr>
        <w:t xml:space="preserve">[21:08] </w:t>
      </w:r>
      <w:r>
        <w:t>to George Washington ke zamanay mein, George Washington jo hai, wo tha amreeka ka trainer۔</w:t>
      </w:r>
    </w:p>
    <w:p>
      <w:pPr>
        <w:jc w:val="right"/>
      </w:pPr>
      <w:r>
        <w:t>تو جارج واشنگٹن کے زمانے میں، جارج واشنگٹن جو ہے، وہ تھا امریکہ کا ٹرین سیٹر۔</w:t>
      </w:r>
    </w:p>
    <w:p>
      <w:r>
        <w:rPr>
          <w:b/>
        </w:rPr>
        <w:t xml:space="preserve">[21:20] </w:t>
      </w:r>
      <w:r>
        <w:t>is ne kaha ke do cheez hamein amreeka mein lana hai, number one۔ ek hai quality education۔</w:t>
      </w:r>
    </w:p>
    <w:p>
      <w:pPr>
        <w:jc w:val="right"/>
      </w:pPr>
      <w:r>
        <w:t>اس نے کہا کہ دو چیز ہمیں امریکہ میں لانا ہے، نمبر ون۔ ایک ہے quality education۔</w:t>
      </w:r>
    </w:p>
    <w:p>
      <w:r>
        <w:rPr>
          <w:b/>
        </w:rPr>
        <w:t xml:space="preserve">[21:30] </w:t>
      </w:r>
      <w:r>
        <w:t>Quality education۔ aur doosra hai quality infrastructure۔ is cheez ne amreeka ko aagay barha diya۔</w:t>
      </w:r>
    </w:p>
    <w:p>
      <w:pPr>
        <w:jc w:val="right"/>
      </w:pPr>
      <w:r>
        <w:t>Quality education۔ اور دوسرا ہے quality infrastructure۔ اس چیز نے امریکہ کو آگے بڑھا دیا۔</w:t>
      </w:r>
    </w:p>
    <w:p>
      <w:r>
        <w:rPr>
          <w:b/>
        </w:rPr>
        <w:t xml:space="preserve">[21:44] </w:t>
      </w:r>
      <w:r>
        <w:t>to mein dua karta hoon ke hamare andar sahi soch aaye, hum log ghalat soch mein dheelay na hon, balkay jo nature ke mutabiq, fitrat ke mutabiq jo tareeqa hai sahi zindagi ka, us ko ikhtiyar karein۔</w:t>
      </w:r>
    </w:p>
    <w:p>
      <w:pPr>
        <w:jc w:val="right"/>
      </w:pPr>
      <w:r>
        <w:t>تو میں دعا کرتا ہوں کہ ہمارے اندر صحیح سوچ آئے، ہم لوگ غلط سوچ میں ڈھیلے نہ ہوں، بلکہ جو nature کے مطابق، فطرت کے مطابق جو طریقہ ہے صحیح زندگی کا، اس کو اختیار کریں۔</w:t>
      </w:r>
    </w:p>
    <w:p>
      <w:r>
        <w:rPr>
          <w:b/>
        </w:rPr>
        <w:t xml:space="preserve">[22:09] </w:t>
      </w:r>
      <w:r>
        <w:t>aur apne aap ko shikayat ke ehsas se bachayein۔ shikayat ke ehsas se bachayein۔</w:t>
      </w:r>
    </w:p>
    <w:p>
      <w:pPr>
        <w:jc w:val="right"/>
      </w:pPr>
      <w:r>
        <w:t>اور اپنے آپ کو شکایت کے احساس سے بچائیں۔ شکایت کے احساس سے بچائیں۔</w:t>
      </w:r>
    </w:p>
    <w:p>
      <w:r>
        <w:rPr>
          <w:b/>
        </w:rPr>
        <w:t xml:space="preserve">[22:18] </w:t>
      </w:r>
      <w:r>
        <w:t>mukammal maano mein positive thinking layein apne andar۔ mein isi ke liye dua karta hoon۔ apne liye aur aap sab logon ke liye۔</w:t>
      </w:r>
    </w:p>
    <w:p>
      <w:pPr>
        <w:jc w:val="right"/>
      </w:pPr>
      <w:r>
        <w:t>مکمل معنوں میں positive thinking لائیں اپنے اندر۔ میں اسی کے لیے دعا کرتا ہوں۔ اپنے لیے اور آپ سب لوگوں کے لیے۔</w:t>
      </w:r>
    </w:p>
    <w:p>
      <w:r>
        <w:rPr>
          <w:b/>
        </w:rPr>
        <w:t xml:space="preserve">[22:28] </w:t>
      </w:r>
      <w:r>
        <w:t>Assalam o Alaikum wa Rahmatullahi wa Barakatuh۔</w:t>
      </w:r>
    </w:p>
    <w:p>
      <w:pPr>
        <w:jc w:val="right"/>
      </w:pPr>
      <w:r>
        <w:t>السلام علیکم ورحمتہ اللہ۔</w:t>
      </w:r>
    </w:p>
    <w:p>
      <w:r>
        <w:rPr>
          <w:b/>
        </w:rPr>
        <w:t xml:space="preserve">[22:40] </w:t>
      </w:r>
      <w:r>
        <w:t>Okay, before we get into the question answer session, one development that we wanted to share with all of you.</w:t>
      </w:r>
    </w:p>
    <w:p>
      <w:pPr>
        <w:jc w:val="right"/>
      </w:pPr>
      <w:r>
        <w:t>Okay, before we get into the question answer session, one development that we wanted to share with all of you.</w:t>
      </w:r>
    </w:p>
    <w:p>
      <w:r>
        <w:rPr>
          <w:b/>
        </w:rPr>
        <w:t xml:space="preserve">[22:49] </w:t>
      </w:r>
      <w:r>
        <w:t>Some time back, as we know, there was a killing that happened in New Zealand to Mosque, and a lot of innocent people lost their lives.</w:t>
      </w:r>
    </w:p>
    <w:p>
      <w:pPr>
        <w:jc w:val="right"/>
      </w:pPr>
      <w:r>
        <w:t>Some time back, as we know, there was a killing that happened in New Zealand to Mosque, and a lot of innocent people lost their lives.</w:t>
      </w:r>
    </w:p>
    <w:p>
      <w:r>
        <w:rPr>
          <w:b/>
        </w:rPr>
        <w:t xml:space="preserve">[22:59] </w:t>
      </w:r>
      <w:r>
        <w:t>But at the same time, the New Zealanders poured their heart out, and they came forward to help their Muslim brothers and sisters in New Zealand.</w:t>
      </w:r>
    </w:p>
    <w:p>
      <w:pPr>
        <w:jc w:val="right"/>
      </w:pPr>
      <w:r>
        <w:t>But at the same time, the New Zealanders poured their heart out, and they came forward to help their Muslim brothers and sisters in New Zealand.</w:t>
      </w:r>
    </w:p>
    <w:p>
      <w:r>
        <w:rPr>
          <w:b/>
        </w:rPr>
        <w:t xml:space="preserve">[23:08] </w:t>
      </w:r>
      <w:r>
        <w:t>CPS International also immediately started to plan and make efforts that how we can step up interaction and dialogue with the local people out there.</w:t>
      </w:r>
    </w:p>
    <w:p>
      <w:pPr>
        <w:jc w:val="right"/>
      </w:pPr>
      <w:r>
        <w:t>CPS International also immediately started to plan and make efforts that how we can step up interaction and dialogue with the local people out there.</w:t>
      </w:r>
    </w:p>
    <w:p>
      <w:r>
        <w:rPr>
          <w:b/>
        </w:rPr>
        <w:t xml:space="preserve">[23:20] </w:t>
      </w:r>
      <w:r>
        <w:t>And we had shared with all of you that CPS USA chapter head, Mr. Kaja Karimuddin, immediately went to New Zealand, and he had started doing networking with people out there.</w:t>
      </w:r>
    </w:p>
    <w:p>
      <w:pPr>
        <w:jc w:val="right"/>
      </w:pPr>
      <w:r>
        <w:t>And we had shared with all of you that CPS USA chapter head, Mr. Kaja Karimuddin, immediately went to New Zealand, and he had started doing networking with people out there.</w:t>
      </w:r>
    </w:p>
    <w:p>
      <w:r>
        <w:rPr>
          <w:b/>
        </w:rPr>
        <w:t xml:space="preserve">[23:34] </w:t>
      </w:r>
      <w:r>
        <w:t>He was able to develop many new relationships in New Zealand</w:t>
      </w:r>
    </w:p>
    <w:p>
      <w:pPr>
        <w:jc w:val="right"/>
      </w:pPr>
      <w:r>
        <w:t>He was able to develop many new relationships in New Zealand</w:t>
      </w:r>
    </w:p>
    <w:p>
      <w:r>
        <w:rPr>
          <w:b/>
        </w:rPr>
        <w:t xml:space="preserve">[23:40] </w:t>
      </w:r>
      <w:r>
        <w:t>. And in continuation to that, now CPS USA will be sending a big shipment of Quran and Islamic literature to New Zealand.</w:t>
      </w:r>
    </w:p>
    <w:p>
      <w:pPr>
        <w:jc w:val="right"/>
      </w:pPr>
      <w:r>
        <w:t>. And in continuation to that, now CPS USA will be sending a big shipment of Quran and Islamic literature to New Zealand.</w:t>
      </w:r>
    </w:p>
    <w:p>
      <w:r>
        <w:rPr>
          <w:b/>
        </w:rPr>
        <w:t xml:space="preserve">[23:52] </w:t>
      </w:r>
      <w:r>
        <w:t>We had also sent out large copies of Quran from here in Delhi, which Goodword facilitated.</w:t>
      </w:r>
    </w:p>
    <w:p>
      <w:pPr>
        <w:jc w:val="right"/>
      </w:pPr>
      <w:r>
        <w:t>We had also sent out large copies of Quran from here in Delhi, which Goodword facilitated.</w:t>
      </w:r>
    </w:p>
    <w:p>
      <w:r>
        <w:rPr>
          <w:b/>
        </w:rPr>
        <w:t xml:space="preserve">[24:01] </w:t>
      </w:r>
      <w:r>
        <w:t>What now has been done is that there are some very creative bags that have been made, which we wanted to show it to you. These are the bags which will carry Quran and the literature, which is the booklet on Quran, on Prophet's life, on purpose of life, discovering God, and some other books.</w:t>
      </w:r>
    </w:p>
    <w:p>
      <w:pPr>
        <w:jc w:val="right"/>
      </w:pPr>
      <w:r>
        <w:t>What now has been done is that there are some very creative bags that have been made, which we wanted to show it to you. These are the bags which will carry Quran and the literature, which is the booklet on Quran, on Prophet's life, on purpose of life, discovering God, and some other books.</w:t>
      </w:r>
    </w:p>
    <w:p>
      <w:r>
        <w:rPr>
          <w:b/>
        </w:rPr>
        <w:t xml:space="preserve">[24:22] </w:t>
      </w:r>
      <w:r>
        <w:t>And this will reach out to thousands and thousands of New Zealanders in some time from now</w:t>
      </w:r>
    </w:p>
    <w:p>
      <w:pPr>
        <w:jc w:val="right"/>
      </w:pPr>
      <w:r>
        <w:t>And this will reach out to thousands and thousands of New Zealanders in some time from now</w:t>
      </w:r>
    </w:p>
    <w:p>
      <w:r>
        <w:rPr>
          <w:b/>
        </w:rPr>
        <w:t xml:space="preserve">[24:31] </w:t>
      </w:r>
      <w:r>
        <w:t>. I will read out what the message on the bag says. The message says, "The Muslim community is extremely grateful to the New Zealand government and its people for their support and kindness.</w:t>
      </w:r>
    </w:p>
    <w:p>
      <w:pPr>
        <w:jc w:val="right"/>
      </w:pPr>
      <w:r>
        <w:t>. I will read out what the message on the bag says. The message says, "The Muslim community is extremely grateful to the New Zealand government and its people for their support and kindness.</w:t>
      </w:r>
    </w:p>
    <w:p>
      <w:r>
        <w:rPr>
          <w:b/>
        </w:rPr>
        <w:t xml:space="preserve">[24:48] </w:t>
      </w:r>
      <w:r>
        <w:t>We are one." This is the bag which is going as a large</w:t>
      </w:r>
    </w:p>
    <w:p>
      <w:pPr>
        <w:jc w:val="right"/>
      </w:pPr>
      <w:r>
        <w:t>We are one." This is the bag which is going as a large</w:t>
      </w:r>
    </w:p>
    <w:p>
      <w:r>
        <w:rPr>
          <w:b/>
        </w:rPr>
        <w:t xml:space="preserve">[24:54] </w:t>
      </w:r>
      <w:r>
        <w:t>shipment. Goodword is sending it on behalf of CPS USA. And the idea is to make it available to each and every house of New Zealand.</w:t>
      </w:r>
    </w:p>
    <w:p>
      <w:pPr>
        <w:jc w:val="right"/>
      </w:pPr>
      <w:r>
        <w:t>shipment. Goodword is sending it on behalf of CPS USA. And the idea is to make it available to each and every house of New Zealand.</w:t>
      </w:r>
    </w:p>
    <w:p>
      <w:r>
        <w:rPr>
          <w:b/>
        </w:rPr>
        <w:t xml:space="preserve">[25:07] </w:t>
      </w:r>
      <w:r>
        <w:t>So I will request Maulana Sahib to hold this bag and do the dua for this initiative that is being done by CPS team.</w:t>
      </w:r>
    </w:p>
    <w:p>
      <w:pPr>
        <w:jc w:val="right"/>
      </w:pPr>
      <w:r>
        <w:t>So I will request Maulana Sahib to hold this bag and do the dua for this initiative that is being done by CPS team.</w:t>
      </w:r>
    </w:p>
    <w:p>
      <w:r>
        <w:rPr>
          <w:b/>
        </w:rPr>
        <w:t xml:space="preserve">[25:21] </w:t>
      </w:r>
      <w:r>
        <w:t>yeh to aisa kaam hai ke har aik ko dua karna chahiye. To main bhi is dua mein shareek hoon.</w:t>
      </w:r>
    </w:p>
    <w:p>
      <w:pPr>
        <w:jc w:val="right"/>
      </w:pPr>
      <w:r>
        <w:t>یہ تو ایسا کام ہے کہ ہر ایک کو دعا کرنا چاہیے۔ تو میں بھی اس دعا میں شریک ہوں۔</w:t>
      </w:r>
    </w:p>
    <w:p>
      <w:r>
        <w:rPr>
          <w:b/>
        </w:rPr>
        <w:t xml:space="preserve">[25:31] </w:t>
      </w:r>
      <w:r>
        <w:t>Allah taala is mansoobay ko kamyabi ata farmaye. Na sirf New Zealand walon ko balke saare alam ke liye Allah ki kitab, aik rehnuma kitab ki hesiyat se pohanchay.</w:t>
      </w:r>
    </w:p>
    <w:p>
      <w:pPr>
        <w:jc w:val="right"/>
      </w:pPr>
      <w:r>
        <w:t>اللہ تعالیٰ اس منصوبے کو کامیابی عطا فرمائے۔ نہ صرف نیوزی لینڈ والوں کو بلکہ سارے عالم کے لیے اللہ کی کتاب، ایک رہنما کتاب کی حیثیت سے پہنچ جائے۔</w:t>
      </w:r>
    </w:p>
    <w:p>
      <w:r>
        <w:rPr>
          <w:b/>
        </w:rPr>
        <w:t xml:space="preserve">[25:48] </w:t>
      </w:r>
      <w:r>
        <w:t>Jazakum Allah.</w:t>
      </w:r>
    </w:p>
    <w:p>
      <w:pPr>
        <w:jc w:val="right"/>
      </w:pPr>
      <w:r>
        <w:t>جزاکم اللہ۔</w:t>
      </w:r>
    </w:p>
    <w:p>
      <w:r>
        <w:rPr>
          <w:b/>
        </w:rPr>
        <w:t xml:space="preserve">[25:57] </w:t>
      </w:r>
      <w:r>
        <w:t>Maulana, sab se pehle kuch comments parhna chahenge sawal lene se pehle. Yeh comment bheja hai Chennai se Maulana Iqbal Umri ne.</w:t>
      </w:r>
    </w:p>
    <w:p>
      <w:pPr>
        <w:jc w:val="right"/>
      </w:pPr>
      <w:r>
        <w:t>Maulana، سب سے پہلے کچھ کمنٹس پڑھنا چاہیں گے سوال لینے سے پہلے۔ یہ کمنٹ بھیجا ہے چنئی سے مولانا اقبال عمری نے۔</w:t>
      </w:r>
    </w:p>
    <w:p>
      <w:r>
        <w:rPr>
          <w:b/>
        </w:rPr>
        <w:t xml:space="preserve">[26:07] </w:t>
      </w:r>
      <w:r>
        <w:t>Unhon ne likha hai, "Community based thinking ka zamana khatam ho chuka hai aur aaj planning based thinking ka zamana hai." Maulana, yeh baat sirf Al-Risala Mission ke paas hi hai.</w:t>
      </w:r>
    </w:p>
    <w:p>
      <w:pPr>
        <w:jc w:val="right"/>
      </w:pPr>
      <w:r>
        <w:t>انہوں نے لکھا ہے، "Community based thinking کا زمانہ ختم ہو چکا ہے اور آج planning based thinking کا زمانہ ہے۔" Maulana، یہ بات صرف الرسالہ مشن کے پاس ہی ہے۔</w:t>
      </w:r>
    </w:p>
    <w:p>
      <w:r>
        <w:rPr>
          <w:b/>
        </w:rPr>
        <w:t xml:space="preserve">[26:22] </w:t>
      </w:r>
      <w:r>
        <w:t>Jazak Allah Maulana. Azhar Rizvi sahib ne Pakistan se likha hai, "Beautiful explanation and Maulana gave a new direction especially to our youth who is confused with massive opportunities available to them." Jazak Allah Maulana sahib.</w:t>
      </w:r>
    </w:p>
    <w:p>
      <w:pPr>
        <w:jc w:val="right"/>
      </w:pPr>
      <w:r>
        <w:t>جزاک اللہ مولانا۔ اظہر رضوی صاحب نے پاکستان سے لکھا ہے، "Beautiful explanation and Maulana gave a new direction especially to our youth who is confused with massive opportunities available to them." جزاک اللہ مولانا صاحب۔</w:t>
      </w:r>
    </w:p>
    <w:p>
      <w:r>
        <w:rPr>
          <w:b/>
        </w:rPr>
        <w:t xml:space="preserve">[26:40] </w:t>
      </w:r>
      <w:r>
        <w:t>Idrees Qamar sahib ne Sher Nagar se likha hai, "Is waqt ki ahem zaroorat hai ke hamari young generation jo Islam ke misinterpretation ka shikar hai, un tak Maulana ka literature pohanchaya jaye taake un ki jo yeh galat fehmi hai, woh door ho sakay." Maulana, ab aik sawal lena chahenge.</w:t>
      </w:r>
    </w:p>
    <w:p>
      <w:pPr>
        <w:jc w:val="right"/>
      </w:pPr>
      <w:r>
        <w:t>ادریس قمر صاحب نے شیر نگر سے لکھا ہے، "اس وقت کی اہم ضرورت ہے کہ ہماری young generation جو اسلام کے misinterpretation کا شکار ہے، ان تک مولانا کا literature پہنچایا جائے تاکہ ان کی جو یہ غلط فہمی ہے، وہ دور ہو سکے۔" Maulana، اب ایک سوال لینا چاہیں گے۔</w:t>
      </w:r>
    </w:p>
    <w:p>
      <w:r>
        <w:rPr>
          <w:b/>
        </w:rPr>
        <w:t xml:space="preserve">[27:04] </w:t>
      </w:r>
      <w:r>
        <w:t>Yeh sawal Lateef Khan sahib ne kiya hai aap se. Woh Lucknow mein rehte hain. Un ka sawal hai, "Maulana, you talked about planning today, which was a great lesson for us.</w:t>
      </w:r>
    </w:p>
    <w:p>
      <w:pPr>
        <w:jc w:val="right"/>
      </w:pPr>
      <w:r>
        <w:t>یہ سوال لطیف خان صاحب نے کیا ہے آپ سے۔ وہ لکھنؤ میں رہتے ہیں۔ ان کا سوال ہے، "Maulana, you talked about planning today, which was a great lesson for us.</w:t>
      </w:r>
    </w:p>
    <w:p>
      <w:r>
        <w:rPr>
          <w:b/>
        </w:rPr>
        <w:t xml:space="preserve">[27:19] </w:t>
      </w:r>
      <w:r>
        <w:t>I don't think anyone would have explained the success of Mukesh Ambani and Prem Ji in this manner. My question is, how to become a successful planner?</w:t>
      </w:r>
    </w:p>
    <w:p>
      <w:pPr>
        <w:jc w:val="right"/>
      </w:pPr>
      <w:r>
        <w:t>I don't think anyone would have explained the success of Mukesh Ambani and Prem Ji in this manner. My question is, how to become a successful planner?</w:t>
      </w:r>
    </w:p>
    <w:p>
      <w:r>
        <w:rPr>
          <w:b/>
        </w:rPr>
        <w:t xml:space="preserve">[27:33] </w:t>
      </w:r>
      <w:r>
        <w:t>Can an ordinary person become an extraordinary planner</w:t>
      </w:r>
    </w:p>
    <w:p>
      <w:pPr>
        <w:jc w:val="right"/>
      </w:pPr>
      <w:r>
        <w:t>Can an ordinary person become an extraordinary planner</w:t>
      </w:r>
    </w:p>
    <w:p>
      <w:r>
        <w:rPr>
          <w:b/>
        </w:rPr>
        <w:t xml:space="preserve">[27:37] </w:t>
      </w:r>
      <w:r>
        <w:t>? Please tell us about the starting point for planning." Bhai dekhye, mera to manna yeh hai ke khaliq jo hai hamara,</w:t>
      </w:r>
    </w:p>
    <w:p>
      <w:pPr>
        <w:jc w:val="right"/>
      </w:pPr>
      <w:r>
        <w:t>? Please tell us about the starting point for planning." بھائی دیکھئے، میرا تو ماننا یہ ہے کہ خالق جو ہے ہمارا،</w:t>
      </w:r>
    </w:p>
    <w:p>
      <w:r>
        <w:rPr>
          <w:b/>
        </w:rPr>
        <w:t xml:space="preserve">[27:52] </w:t>
      </w:r>
      <w:r>
        <w:t>Rabbul Alameen jo hai hamara khaliq, woh kisi ke liye</w:t>
      </w:r>
    </w:p>
    <w:p>
      <w:pPr>
        <w:jc w:val="right"/>
      </w:pPr>
      <w:r>
        <w:t>رب العالمین جو ہے ہمارا خالق، وہ کسی کے لیے</w:t>
      </w:r>
    </w:p>
    <w:p>
      <w:r>
        <w:rPr>
          <w:b/>
        </w:rPr>
        <w:t xml:space="preserve">[27:59] </w:t>
      </w:r>
      <w:r>
        <w:t>kisi ko kam de, kisi ko zyada de, yeh nahi karne wala hai. Woh khaliq sab ko yaksaan taur par deta hai.</w:t>
      </w:r>
    </w:p>
    <w:p>
      <w:pPr>
        <w:jc w:val="right"/>
      </w:pPr>
      <w:r>
        <w:t>کسی کو کم دے، کسی کو زیادہ دے، یہ نہیں کرنے والا ہے۔ وہ خالق سب کو یکساں طور پر دیتا ہے۔</w:t>
      </w:r>
    </w:p>
    <w:p>
      <w:r>
        <w:rPr>
          <w:b/>
        </w:rPr>
        <w:t xml:space="preserve">[28:11] </w:t>
      </w:r>
      <w:r>
        <w:t>Yeh hum khud hain jo is diye hue nemat ko avail nahi kar paate. Asal masla aur jo farq jo hai, woh avail karne ke aitbar se hai.</w:t>
      </w:r>
    </w:p>
    <w:p>
      <w:pPr>
        <w:jc w:val="right"/>
      </w:pPr>
      <w:r>
        <w:t>یہ ہم خود ہیں جو اس دیئے ہوئے نعمت کو avail نہیں کر پاتے۔ اصل مسئلہ اور جو فرق جو ہے، وہ avail کرنے کے اعتبار سے ہے۔</w:t>
      </w:r>
    </w:p>
    <w:p>
      <w:r>
        <w:rPr>
          <w:b/>
        </w:rPr>
        <w:t xml:space="preserve">[28:25] </w:t>
      </w:r>
      <w:r>
        <w:t>Yeh nahi hai ke koi zyada bara expert hai, koi kam expert hai, aisa nahi hai.</w:t>
      </w:r>
    </w:p>
    <w:p>
      <w:pPr>
        <w:jc w:val="right"/>
      </w:pPr>
      <w:r>
        <w:t>یہ نہیں ہے کہ کوئی زیادہ بڑا expert ہے، کوئی کم expert ہے، ایسا نہیں ہے۔</w:t>
      </w:r>
    </w:p>
    <w:p>
      <w:r>
        <w:rPr>
          <w:b/>
        </w:rPr>
        <w:t xml:space="preserve">[28:36] </w:t>
      </w:r>
      <w:r>
        <w:t>Sara mamla yeh hai ke khaliq ne jo aap ko diya hai, us ko pehchanna aur us ko bharpoor taur par avail karna.</w:t>
      </w:r>
    </w:p>
    <w:p>
      <w:pPr>
        <w:jc w:val="right"/>
      </w:pPr>
      <w:r>
        <w:t>سارا معاملہ یہ ہے کہ خالق نے جو آپ کو دیا ہے، اس کو پہچاننا اور اس کو بھرپور طور پر avail کرنا۔</w:t>
      </w:r>
    </w:p>
    <w:p>
      <w:r>
        <w:rPr>
          <w:b/>
        </w:rPr>
        <w:t xml:space="preserve">[28:49] </w:t>
      </w:r>
      <w:r>
        <w:t>Bahut se mere paas bahut se waqiat hain, khud apnay bhi aur doosron ke bhi, ke asal ahmiyat yeh kis cheez ki hai. Asal baat yeh hai ke Allah Rabbul Alameen sab ko, sab ko, sab ko barabar deta hai.</w:t>
      </w:r>
    </w:p>
    <w:p>
      <w:pPr>
        <w:jc w:val="right"/>
      </w:pPr>
      <w:r>
        <w:t>بہت سے میرے پاس بہت سے واقعات ہیں، خود اپنے بھی اور دوسروں کے بھی، کہ اصل اہمیت یہ کس چیز کی ہے۔ اصل بات یہ ہے کہ اللہ رب العالمین سب کو، سب کو، سب کو برابر دیتا ہے۔</w:t>
      </w:r>
    </w:p>
    <w:p>
      <w:r>
        <w:rPr>
          <w:b/>
        </w:rPr>
        <w:t xml:space="preserve">[29:08] </w:t>
      </w:r>
      <w:r>
        <w:t>Insaan khud yeh ghalti karta hai ke apne mahol se,</w:t>
      </w:r>
    </w:p>
    <w:p>
      <w:pPr>
        <w:jc w:val="right"/>
      </w:pPr>
      <w:r>
        <w:t>انسان خود یہ غلطی کرتا ہے کہ اپنے ماحول سے،</w:t>
      </w:r>
    </w:p>
    <w:p>
      <w:r>
        <w:rPr>
          <w:b/>
        </w:rPr>
        <w:t xml:space="preserve">[29:21] </w:t>
      </w:r>
      <w:r>
        <w:t>misal ke taur par main aik qissa batata hoon apna, yani Delhi ka. Aik sahib mere paas aaye, woh bari gaari mein aaye thay, nayi car mein aaye thay aur shandar suit boot pehne hue thay.</w:t>
      </w:r>
    </w:p>
    <w:p>
      <w:pPr>
        <w:jc w:val="right"/>
      </w:pPr>
      <w:r>
        <w:t>مثلاً میں ایک قصہ بتاتا ہوں اپنا، یعنی دلی کا۔ ایک صاحب میرے پاس آئے، وہ بڑی گاڑی میں آئے تھے، نئی کار میں آئے تھے اور شاندار سوٹ بوٹ پہنے ہوئے تھے۔</w:t>
      </w:r>
    </w:p>
    <w:p>
      <w:r>
        <w:rPr>
          <w:b/>
        </w:rPr>
        <w:t xml:space="preserve">[29:37] </w:t>
      </w:r>
      <w:r>
        <w:t>Ab mere office mein aaye, yahi Delhi mein, to lagay shikayat karne discrimination ki ke India mein zulm hota hai, insaan mein discrimination hota hai, India mein hum ko hamare khilaf sazish ki jati hai.</w:t>
      </w:r>
    </w:p>
    <w:p>
      <w:pPr>
        <w:jc w:val="right"/>
      </w:pPr>
      <w:r>
        <w:t>اب میرے آفس میں آئے، یہی دلی میں، تو لگے شکایت کرنے discrimination کی کہ انڈیا میں ظلم ہوتا ہے، انسان میں discrimination ہوتا ہے، انڈیا میں ہم کو ہمارے خلاف سازش کی جاتی ہے۔</w:t>
      </w:r>
    </w:p>
    <w:p>
      <w:r>
        <w:rPr>
          <w:b/>
        </w:rPr>
        <w:t xml:space="preserve">[29:54] </w:t>
      </w:r>
      <w:r>
        <w:t>to mein ne un se poocha ke aap aik bohat hi mehngi car par baith kar aaye hain, yeh car aap ko kahan se mili hai?</w:t>
      </w:r>
    </w:p>
    <w:p>
      <w:pPr>
        <w:jc w:val="right"/>
      </w:pPr>
      <w:r>
        <w:t>تو میں نے ان سے پوچھا کہ آپ ایک بہت ہی مہنگی کار پر بیٹھ کر آئے ہیں، یہ کار آپ کو کہاں سے ملی ہے؟</w:t>
      </w:r>
    </w:p>
    <w:p>
      <w:r>
        <w:rPr>
          <w:b/>
        </w:rPr>
        <w:t xml:space="preserve">[30:05] </w:t>
      </w:r>
      <w:r>
        <w:t>isi mulk mein pai aap ne? to isi mulk mein jahan aap keh rahe hain ke hamare khilaf saazish ho rahi hai, aap kaise kamyab ho gaye ke aap acha business karen aur bari car hasil kar len?</w:t>
      </w:r>
    </w:p>
    <w:p>
      <w:pPr>
        <w:jc w:val="right"/>
      </w:pPr>
      <w:r>
        <w:t>اسی ملک میں پائی آپ نے؟ تو اسی ملک میں جہاں آپ کہہ رہے ہیں کہ ہمارے خلاف سازش ہو رہی ہے، آپ کیسے کامیاب ہو گئے کہ آپ اچھا business کریں اور بڑی کار حاصل کر لیں؟</w:t>
      </w:r>
    </w:p>
    <w:p>
      <w:r>
        <w:rPr>
          <w:b/>
        </w:rPr>
        <w:t xml:space="preserve">[30:22] </w:t>
      </w:r>
      <w:r>
        <w:t>to woh chup ho gaye.</w:t>
      </w:r>
    </w:p>
    <w:p>
      <w:pPr>
        <w:jc w:val="right"/>
      </w:pPr>
      <w:r>
        <w:t>تو وہ چپ ہو گئے۔</w:t>
      </w:r>
    </w:p>
    <w:p>
      <w:r>
        <w:rPr>
          <w:b/>
        </w:rPr>
        <w:t xml:space="preserve">[30:26] </w:t>
      </w:r>
      <w:r>
        <w:t>to masla yeh nahi hai ke zulm hai, saazish hai, masla yeh hai ke hum</w:t>
      </w:r>
    </w:p>
    <w:p>
      <w:pPr>
        <w:jc w:val="right"/>
      </w:pPr>
      <w:r>
        <w:t>تو مسئلہ یہ نہیں ہے کہ ظلم ہے، سازش ہے، مسئلہ یہ ہے کہ ہم</w:t>
      </w:r>
    </w:p>
    <w:p>
      <w:r>
        <w:rPr>
          <w:b/>
        </w:rPr>
        <w:t xml:space="preserve">[30:34] </w:t>
      </w:r>
      <w:r>
        <w:t>apni, hum bekhabari mein paray hue hain, bekhabari mein paray hue hain, apne na janne ko janiye.</w:t>
      </w:r>
    </w:p>
    <w:p>
      <w:pPr>
        <w:jc w:val="right"/>
      </w:pPr>
      <w:r>
        <w:t>اپنی، ہم بے خبری میں پڑے ہوئے ہیں، بے خبری میں پڑے ہوئے ہیں، اپنے نہ جاننے کو جانیے۔</w:t>
      </w:r>
    </w:p>
    <w:p>
      <w:r>
        <w:rPr>
          <w:b/>
        </w:rPr>
        <w:t xml:space="preserve">[30:47] </w:t>
      </w:r>
      <w:r>
        <w:t>mein logon se kehta hoon ke apne na janne ko janiye, apni bekhabari ko toriye.</w:t>
      </w:r>
    </w:p>
    <w:p>
      <w:pPr>
        <w:jc w:val="right"/>
      </w:pPr>
      <w:r>
        <w:t>میں لوگوں سے کہتا ہوں کہ اپنے نہ جاننے کو جانیے، اپنی بے خبری کو توڑیے۔</w:t>
      </w:r>
    </w:p>
    <w:p>
      <w:r>
        <w:rPr>
          <w:b/>
        </w:rPr>
        <w:t xml:space="preserve">[30:57] </w:t>
      </w:r>
      <w:r>
        <w:t>aap jo media mein khabrein aati hain, bas us ko jante hain aap. Allah rab ul alameen ki jo khabrein hain, almi khabrein hain, sare kainat mein, us ko suniye, us ko parhiye, us ko janiye.</w:t>
      </w:r>
    </w:p>
    <w:p>
      <w:pPr>
        <w:jc w:val="right"/>
      </w:pPr>
      <w:r>
        <w:t>آپ جو میڈیا میں خبریں آتی ہیں، بس اس کو جانتے ہیں آپ۔ اللہ رب العالمین کی جو خبریں ہیں، عالمی خبریں ہیں، سارے کائنات میں، اس کو سنیے، اس کو پڑھیے، اس کو جانیے۔</w:t>
      </w:r>
    </w:p>
    <w:p>
      <w:r>
        <w:rPr>
          <w:b/>
        </w:rPr>
        <w:t xml:space="preserve">[31:14] </w:t>
      </w:r>
      <w:r>
        <w:t>to Khuda ne kisi ke sath nainsafi nahi ki hai, sab ko barabar diya hai.</w:t>
      </w:r>
    </w:p>
    <w:p>
      <w:pPr>
        <w:jc w:val="right"/>
      </w:pPr>
      <w:r>
        <w:t>تو خدا نے کسی کے ساتھ ناانصافی نہیں کی ہے، سب کو برابر دیا ہے۔</w:t>
      </w:r>
    </w:p>
    <w:p>
      <w:r>
        <w:rPr>
          <w:b/>
        </w:rPr>
        <w:t xml:space="preserve">[31:24] </w:t>
      </w:r>
      <w:r>
        <w:t>aap ko usay janna hai aur us ko. mein apne baray mein kehta hoon ke mein shuru mein, jab mein nojowani ki umar mein tha,</w:t>
      </w:r>
    </w:p>
    <w:p>
      <w:pPr>
        <w:jc w:val="right"/>
      </w:pPr>
      <w:r>
        <w:t>آپ کو اسے جاننا ہے اور اس کو۔ میں اپنے بارے میں کہتا ہوں کہ میں شروع میں، جب میں نوجوانی کے عمر میں تھا،</w:t>
      </w:r>
    </w:p>
    <w:p>
      <w:r>
        <w:rPr>
          <w:b/>
        </w:rPr>
        <w:t xml:space="preserve">[31:39] </w:t>
      </w:r>
      <w:r>
        <w:t>to jante hain, logon ne mera naam kya rakha tha? mujhe apna qissa ajeeb o ghareeb tajurba mujhe hua</w:t>
      </w:r>
    </w:p>
    <w:p>
      <w:pPr>
        <w:jc w:val="right"/>
      </w:pPr>
      <w:r>
        <w:t>تو جانتے ہیں، لوگوں نے میرا نام کیا رکھا تھا؟ مجھے اپنا قصہ عجیب و غریب تجربہ مجھے ہوا</w:t>
      </w:r>
    </w:p>
    <w:p>
      <w:r>
        <w:rPr>
          <w:b/>
        </w:rPr>
        <w:t xml:space="preserve">[31:57] </w:t>
      </w:r>
      <w:r>
        <w:t>ke woh us ko samajhte thay ke mein to kuch kar nahi sakta. sab log yeh samajhte thay, mere jannay walay aas pas ke, ke mein kuch nahi kar sakta.</w:t>
      </w:r>
    </w:p>
    <w:p>
      <w:pPr>
        <w:jc w:val="right"/>
      </w:pPr>
      <w:r>
        <w:t>کہ وہ اس کو سمجھتے تھے کہ میں تو کچھ کر نہیں سکتا۔ سب لوگ یہ سمجھتے تھے، میرے جاننے والے آس پاس کے، کہ میں کچھ نہیں کر سکتا۔</w:t>
      </w:r>
    </w:p>
    <w:p>
      <w:r>
        <w:rPr>
          <w:b/>
        </w:rPr>
        <w:t xml:space="preserve">[32:08] </w:t>
      </w:r>
      <w:r>
        <w:t>mein kuch nahi kar sakta. mein aik, yani bohat se qissay mere pas hain ke kis tarah log samajhte thay ke mein kuch nahi kar sakta.</w:t>
      </w:r>
    </w:p>
    <w:p>
      <w:pPr>
        <w:jc w:val="right"/>
      </w:pPr>
      <w:r>
        <w:t>میں کچھ نہیں کر سکتا۔ میں ایک، یعنی بہت سے قصے میرے پاس ہیں کہ کس طرح لوگ سمجھتے تھے کہ میں کچھ نہیں کر سکتا۔</w:t>
      </w:r>
    </w:p>
    <w:p>
      <w:r>
        <w:rPr>
          <w:b/>
        </w:rPr>
        <w:t xml:space="preserve">[32:23] </w:t>
      </w:r>
      <w:r>
        <w:t>lekin Allah ke fazl se mein ne aik awaz lagai Quran ki aur bohat se Allah ke banday mere sath walay kharay ho gaye aur aaj Quran ki itni bari team hamare pas hai, sari dunya mein kaam ho raha hai.</w:t>
      </w:r>
    </w:p>
    <w:p>
      <w:pPr>
        <w:jc w:val="right"/>
      </w:pPr>
      <w:r>
        <w:t>لیکن اللہ کے فضل سے میں نے ایک آواز لگائی قرآن کی اور بہت سے اللہ کے بندے میرے ساتھ والے کھڑے ہو گئے اور آج قرآن کی اتنی بڑی ٹیم ہمارے پاس ہے، ساری دنیا میں کام ہو رہا ہے۔</w:t>
      </w:r>
    </w:p>
    <w:p>
      <w:r>
        <w:rPr>
          <w:b/>
        </w:rPr>
        <w:t xml:space="preserve">[32:44] </w:t>
      </w:r>
      <w:r>
        <w:t>to yeh jo masla hai, khud apni bekhabari ko torney ka masla hai. Allah ki taraf se sab ko</w:t>
      </w:r>
    </w:p>
    <w:p>
      <w:pPr>
        <w:jc w:val="right"/>
      </w:pPr>
      <w:r>
        <w:t>تو یہ جو مسئلہ ہے، خود اپنی بے خبری کو توڑنے کا مسئلہ ہے۔ اللہ کی طرف سے سب کو</w:t>
      </w:r>
    </w:p>
    <w:p>
      <w:r>
        <w:rPr>
          <w:b/>
        </w:rPr>
        <w:t xml:space="preserve">[32:55] </w:t>
      </w:r>
      <w:r>
        <w:t>barabar diya ja raha hai. yeh mera aqeeda hai. ji,</w:t>
      </w:r>
    </w:p>
    <w:p>
      <w:pPr>
        <w:jc w:val="right"/>
      </w:pPr>
      <w:r>
        <w:t>برابر دیا جا رہا ہے۔ یہ میرا عقیدہ ہے۔ جی،</w:t>
      </w:r>
    </w:p>
    <w:p>
      <w:r>
        <w:rPr>
          <w:b/>
        </w:rPr>
        <w:t xml:space="preserve">[33:05] </w:t>
      </w:r>
      <w:r>
        <w:t>maulana, kuch aur comments aaye hain jo parhna chahenge. tariq badar sahib ne Pakistan se likha hai, "maulana sahib, we started a campaign in Pakistan to send Quran to New Zealand and we will be supporting CPS USA in this regard.</w:t>
      </w:r>
    </w:p>
    <w:p>
      <w:pPr>
        <w:jc w:val="right"/>
      </w:pPr>
      <w:r>
        <w:t>مولانا، کچھ اور کمنٹس آئے ہیں جو پڑھنا چاہیں گے۔ طارق بدر صاحب نے پاکستان سے لکھا ہے، "مولانا صاحب، we started a campaign in پاکستان to send قرآن to New Zealand and we will be supporting CPS USA in this regard.</w:t>
      </w:r>
    </w:p>
    <w:p>
      <w:r>
        <w:rPr>
          <w:b/>
        </w:rPr>
        <w:t xml:space="preserve">[33:24] </w:t>
      </w:r>
      <w:r>
        <w:t>to my knowledge, such activity is done first time here and many people who are participating are mostly Al-Risala readers.</w:t>
      </w:r>
    </w:p>
    <w:p>
      <w:pPr>
        <w:jc w:val="right"/>
      </w:pPr>
      <w:r>
        <w:t>To my knowledge, such activity is done first time here and many people who are participating are mostly الرسالہ readers.</w:t>
      </w:r>
    </w:p>
    <w:p>
      <w:r>
        <w:rPr>
          <w:b/>
        </w:rPr>
        <w:t xml:space="preserve">[33:33] </w:t>
      </w:r>
      <w:r>
        <w:t>maulana sahib, please pray for us to boost the dawah activities in Pakistan."</w:t>
      </w:r>
    </w:p>
    <w:p>
      <w:pPr>
        <w:jc w:val="right"/>
      </w:pPr>
      <w:r>
        <w:t>مولانا صاحب, please pray for us to boost the دعویٰ activities in Pakistan."</w:t>
      </w:r>
    </w:p>
    <w:p>
      <w:r>
        <w:rPr>
          <w:b/>
        </w:rPr>
        <w:t xml:space="preserve">[33:44] </w:t>
      </w:r>
      <w:r>
        <w:t>riyaz bhatt sahib ne Sher Nagar se likha hai, "maulana sahib, as I have understood from your lecture and writings, it is complained culture of modern day Muslims which has imbibed in them a belief in conspiracy theories.</w:t>
      </w:r>
    </w:p>
    <w:p>
      <w:pPr>
        <w:jc w:val="right"/>
      </w:pPr>
      <w:r>
        <w:t>ریاض بھٹ صاحب نے شیر نگر سے لکھا ہے، "مولانا صاحب، as I have understood from your lecture and writings, it is complained culture of modern day Muslims which has imbibed in them a belief in conspiracy theories.</w:t>
      </w:r>
    </w:p>
    <w:p>
      <w:r>
        <w:rPr>
          <w:b/>
        </w:rPr>
        <w:t xml:space="preserve">[34:00] </w:t>
      </w:r>
      <w:r>
        <w:t>once we shun this attitude, only then a new era for Muslims in modern age will start." doctor naghma siddiqui ne Delhi se likha hai, "it becomes clear to me today that the modern age is an age of planning,</w:t>
      </w:r>
    </w:p>
    <w:p>
      <w:pPr>
        <w:jc w:val="right"/>
      </w:pPr>
      <w:r>
        <w:t>Once we shun this attitude, only then a new era for Muslims in modern age will start." ڈاکٹر نغمہ صدیقی نے دلی سے لکھا ہے، "It becomes clear to me today that the modern age is an age of planning,</w:t>
      </w:r>
    </w:p>
    <w:p>
      <w:r>
        <w:rPr>
          <w:b/>
        </w:rPr>
        <w:t xml:space="preserve">[34:16] </w:t>
      </w:r>
      <w:r>
        <w:t>an age of opportunities for everyone. the traditional age in which one's birth and means was important has been eradicated.</w:t>
      </w:r>
    </w:p>
    <w:p>
      <w:pPr>
        <w:jc w:val="right"/>
      </w:pPr>
      <w:r>
        <w:t>an age of opportunities for everyone. The traditional age in which one's birth and means was important has been eradicated.</w:t>
      </w:r>
    </w:p>
    <w:p>
      <w:r>
        <w:rPr>
          <w:b/>
        </w:rPr>
        <w:t xml:space="preserve">[34:27] </w:t>
      </w:r>
      <w:r>
        <w:t>now any person with effective planning can get ahead." miss caroline ne likha hai Sher Nagar se, "compete aur perish is the most apt and a natural law to be followed religiously by all, particularly by Muslims.</w:t>
      </w:r>
    </w:p>
    <w:p>
      <w:pPr>
        <w:jc w:val="right"/>
      </w:pPr>
      <w:r>
        <w:t>Now any person with effective planning can get ahead." مس کروتلین نے لکھا ہے شیر نگر سے، "Compete اور perish is the most apt and a natural law to be followed religiously by all, particularly by Muslims.</w:t>
      </w:r>
    </w:p>
    <w:p>
      <w:r>
        <w:rPr>
          <w:b/>
        </w:rPr>
        <w:t xml:space="preserve">[34:45] </w:t>
      </w:r>
      <w:r>
        <w:t>the world has changed and it is only merit and hard work that pays. Maulana has always focused on this principle and urged Muslims to follow this without inhibitions if they want to survive as a decent community.</w:t>
      </w:r>
    </w:p>
    <w:p>
      <w:pPr>
        <w:jc w:val="right"/>
      </w:pPr>
      <w:r>
        <w:t>The world has changed and it is only merit and hard work that pays. مولانا has always focused on this principle andurged Muslims to follow this without inhibitions if they want to survive as a decent community.</w:t>
      </w:r>
    </w:p>
    <w:p>
      <w:r>
        <w:rPr>
          <w:b/>
        </w:rPr>
        <w:t xml:space="preserve">[35:02] </w:t>
      </w:r>
      <w:r>
        <w:t>jazak Allah Maulana for asserting such a fantastic message." Maulana, agla sawal lena chahenge.</w:t>
      </w:r>
    </w:p>
    <w:p>
      <w:pPr>
        <w:jc w:val="right"/>
      </w:pPr>
      <w:r>
        <w:t>جزاک اللہ مولانا for asserting such a fantastic message." مولانا، اگلا سوال لینا چاہیں گے۔</w:t>
      </w:r>
    </w:p>
    <w:p>
      <w:r>
        <w:rPr>
          <w:b/>
        </w:rPr>
        <w:t xml:space="preserve">[35:11] </w:t>
      </w:r>
      <w:r>
        <w:t>yeh sawal bheja hai aamir mori sahib ne Sher Nagar se. unhon ne likha hai, "when we plan, there is always a risk of failure in terms of results.</w:t>
      </w:r>
    </w:p>
    <w:p>
      <w:pPr>
        <w:jc w:val="right"/>
      </w:pPr>
      <w:r>
        <w:t>یہ سوال بھیجا ہے عامر موری صاحب نے شیر نگر سے۔ انہوں نے لکھا ہے، "When we plan, there is always a risk of failure in terms of results.</w:t>
      </w:r>
    </w:p>
    <w:p>
      <w:r>
        <w:rPr>
          <w:b/>
        </w:rPr>
        <w:t xml:space="preserve">[35:25] </w:t>
      </w:r>
      <w:r>
        <w:t>The threat of failure sometimes becomes so dominant that we tend to do no planning. Maulana sahib, how can we address this problem?</w:t>
      </w:r>
    </w:p>
    <w:p>
      <w:pPr>
        <w:jc w:val="right"/>
      </w:pPr>
      <w:r>
        <w:t>The threat of failure sometimes becomes so dominant that we tend to do no planning. مولانا صاحب، how can we address this problem?</w:t>
      </w:r>
    </w:p>
    <w:p>
      <w:r>
        <w:rPr>
          <w:b/>
        </w:rPr>
        <w:t xml:space="preserve">[35:36] </w:t>
      </w:r>
      <w:r>
        <w:t>Kindly guide us." Bhai, mujhe to is ka koi tajruba nahi hai kyunke mera tajruba to zaati tajruba is ka ulta hai.</w:t>
      </w:r>
    </w:p>
    <w:p>
      <w:pPr>
        <w:jc w:val="right"/>
      </w:pPr>
      <w:r>
        <w:t>Kindly guide us." بھائی، مجھے تو اس کا کوئی تجربہ نہیں ہے کیونکہ میرا تجربہ تو ذاتی تجربہ اس کا الٹا ہے۔</w:t>
      </w:r>
    </w:p>
    <w:p>
      <w:r>
        <w:rPr>
          <w:b/>
        </w:rPr>
        <w:t xml:space="preserve">[35:49] </w:t>
      </w:r>
      <w:r>
        <w:t>Main ne zero se planning ki, Allah ke dua karte hue. To zero se planning ki lekin dua bohat zyada ki, bohat zyada ki.</w:t>
      </w:r>
    </w:p>
    <w:p>
      <w:pPr>
        <w:jc w:val="right"/>
      </w:pPr>
      <w:r>
        <w:t>میں نے زیرو سے planning کی، اللہ کے دعا کرتے ہوئے۔ تو زیرو سے planning کی لیکن دعا بہت زیادہ کی، بہت زیادہ کی۔</w:t>
      </w:r>
    </w:p>
    <w:p>
      <w:r>
        <w:rPr>
          <w:b/>
        </w:rPr>
        <w:t xml:space="preserve">[36:01] </w:t>
      </w:r>
      <w:r>
        <w:t>To mujhe to Allah ke fazl se kamyabi hui. Mujhe to hamesha planning ka acha tajruba hua.</w:t>
      </w:r>
    </w:p>
    <w:p>
      <w:pPr>
        <w:jc w:val="right"/>
      </w:pPr>
      <w:r>
        <w:t>تو مجھے تو اللہ کے فضل سے کامیابی ہوئی۔ مجھے تو ہمیشہ planning کا اچھا تجربہ ہوا۔</w:t>
      </w:r>
    </w:p>
    <w:p>
      <w:r>
        <w:rPr>
          <w:b/>
        </w:rPr>
        <w:t xml:space="preserve">[36:17] </w:t>
      </w:r>
      <w:r>
        <w:t>Maulana, un ka woh yeh jaan na chah rahe hain ke kya dar ki wajah se planning ka insaan ko chhodna yeh kya sahi yeh soch hai?</w:t>
      </w:r>
    </w:p>
    <w:p>
      <w:pPr>
        <w:jc w:val="right"/>
      </w:pPr>
      <w:r>
        <w:t>مولانا، ان کا وہ یہ جاننا چاہ رہے ہیں کہ کیا ڈر کی وجہ سے planning کا انسان کو چھوڑنا یہ کیا صحیح یہ سوچ ہے؟</w:t>
      </w:r>
    </w:p>
    <w:p>
      <w:r>
        <w:rPr>
          <w:b/>
        </w:rPr>
        <w:t xml:space="preserve">[36:27] </w:t>
      </w:r>
      <w:r>
        <w:t>Is is dar, dar kya cheez hai? Dar jo hai haqeeqat mein unawareness ka naam hai.</w:t>
      </w:r>
    </w:p>
    <w:p>
      <w:pPr>
        <w:jc w:val="right"/>
      </w:pPr>
      <w:r>
        <w:t>اس اس ڈر، ڈر کیا چیز ہے؟ ڈر جو ہے حقیقت میں unawareness کا نام ہے۔</w:t>
      </w:r>
    </w:p>
    <w:p>
      <w:r>
        <w:rPr>
          <w:b/>
        </w:rPr>
        <w:t xml:space="preserve">[36:38] </w:t>
      </w:r>
      <w:r>
        <w:t>Dar unawareness ka naam hai, bekhabri ka naam hai aur kisi cheez ka naam nahi hai. Main khud kitni baar aisa hua ke kisi ne daraya, "Yeh to hone wala nahi hai, woh to hone wala nahi hai," lekin main aage badh gaya.</w:t>
      </w:r>
    </w:p>
    <w:p>
      <w:pPr>
        <w:jc w:val="right"/>
      </w:pPr>
      <w:r>
        <w:t>ڈر unawareness کا نام ہے، بے خبری کا نام ہے اور کسی چیز کا نام نہیں ہے۔ میں خود کتنی بار ایسا ہوا کہ کسی نے ڈرایا، "یہ تو ہونے والا نہیں ہے، وہ تو ہونے والا نہیں ہے،" لیکن میں آگے بڑھ گیا۔</w:t>
      </w:r>
    </w:p>
    <w:p>
      <w:r>
        <w:rPr>
          <w:b/>
        </w:rPr>
        <w:t xml:space="preserve">[36:57] </w:t>
      </w:r>
      <w:r>
        <w:t>Ya aage badh gaya to wahan koi dar hi nahi tha. To dar aik false andishe ka naam hai, unaware hone ka naam hai.</w:t>
      </w:r>
    </w:p>
    <w:p>
      <w:pPr>
        <w:jc w:val="right"/>
      </w:pPr>
      <w:r>
        <w:t>یا آگے بڑھ گیا تو وہاں کوئی ڈر ہی نہیں تھا۔ تو ڈر ایک false اندیشے کا نام ہے، unaware ہونے کا نام ہے۔</w:t>
      </w:r>
    </w:p>
    <w:p>
      <w:r>
        <w:rPr>
          <w:b/>
        </w:rPr>
        <w:t xml:space="preserve">[37:15] </w:t>
      </w:r>
      <w:r>
        <w:t>To mera bara masla yeh hoga ke tajrube se pehle rai na banaya jaye. Tajrube se pehle rai na banayein.</w:t>
      </w:r>
    </w:p>
    <w:p>
      <w:pPr>
        <w:jc w:val="right"/>
      </w:pPr>
      <w:r>
        <w:t>تو میرا بڑا مسئلہ یہ ہوگا کہ تجربے سے پہلے رائے نہ بنایا جائے۔ تجربے سے پہلے رائے نہ بنائیں۔</w:t>
      </w:r>
    </w:p>
    <w:p>
      <w:r>
        <w:rPr>
          <w:b/>
        </w:rPr>
        <w:t xml:space="preserve">[37:31] </w:t>
      </w:r>
      <w:r>
        <w:t>Tajrube se pehle rai na banayein. Yeh mere saath hua.</w:t>
      </w:r>
    </w:p>
    <w:p>
      <w:pPr>
        <w:jc w:val="right"/>
      </w:pPr>
      <w:r>
        <w:t>تجربے سے پہلے رائے نہ بنائیں۔ یہ میرے ساتھ ہوا۔</w:t>
      </w:r>
    </w:p>
    <w:p>
      <w:r>
        <w:rPr>
          <w:b/>
        </w:rPr>
        <w:t xml:space="preserve">[37:38] </w:t>
      </w:r>
      <w:r>
        <w:t>Ji, yeh maine kiya hai ke logon ne mujhe daraya lekin jab is mein main kood pada to</w:t>
      </w:r>
    </w:p>
    <w:p>
      <w:pPr>
        <w:jc w:val="right"/>
      </w:pPr>
      <w:r>
        <w:t>جی، یہ میں نے کیا ہے کہ لوگوں نے مجھے ڈرایا لیکن جب اس میں میں کود پڑا تو</w:t>
      </w:r>
    </w:p>
    <w:p>
      <w:r>
        <w:rPr>
          <w:b/>
        </w:rPr>
        <w:t xml:space="preserve">[37:52] </w:t>
      </w:r>
      <w:r>
        <w:t>Allah ne mujhe kamyabi ata farmayi.</w:t>
      </w:r>
    </w:p>
    <w:p>
      <w:pPr>
        <w:jc w:val="right"/>
      </w:pPr>
      <w:r>
        <w:t>اللہ نے مجھے کامیابی عطا فرمائی۔</w:t>
      </w:r>
    </w:p>
    <w:p>
      <w:r>
        <w:rPr>
          <w:b/>
        </w:rPr>
        <w:t xml:space="preserve">[38:01] </w:t>
      </w:r>
      <w:r>
        <w:t>Maulana, agla sawal lene se pehle aik comment parhna chahenge jo Mahboob bhai ne Mumbai se bheja hai. Unhone likha hai, "Maulana, I never heard in my life from any aalim who talks about planning.</w:t>
      </w:r>
    </w:p>
    <w:p>
      <w:pPr>
        <w:jc w:val="right"/>
      </w:pPr>
      <w:r>
        <w:t>مولانا، اگلا سوال لینے سے پہلے ایک کمنٹ پڑھنا چاہیں گے جو محبوب بھائی نے ممبئی سے بھیجا ہے۔ انہوں نے لکھا ہے، "مولانا، I never heard in my life from any عالم who talks about planning.</w:t>
      </w:r>
    </w:p>
    <w:p>
      <w:r>
        <w:rPr>
          <w:b/>
        </w:rPr>
        <w:t xml:space="preserve">[38:17] </w:t>
      </w:r>
      <w:r>
        <w:t>They think planning is not part of the Islamic teaching. Jazak Allah Maulana for such a wonderful Sunday class." Sajid Anwar sahib ne Mumbai se sawal bheja hai.</w:t>
      </w:r>
    </w:p>
    <w:p>
      <w:pPr>
        <w:jc w:val="right"/>
      </w:pPr>
      <w:r>
        <w:t>They think planning is not part of the Islamic teaching. جزاک اللہ مولانا for such a wonderful Sunday class." ساجد انور صاحب نے ممبئی سے سوال بھیجا ہے۔</w:t>
      </w:r>
    </w:p>
    <w:p>
      <w:r>
        <w:rPr>
          <w:b/>
        </w:rPr>
        <w:t xml:space="preserve">[38:30] </w:t>
      </w:r>
      <w:r>
        <w:t>Unhone likha hai, "Maulana, you have taught us many times that each individual is born with some unique potential.</w:t>
      </w:r>
    </w:p>
    <w:p>
      <w:pPr>
        <w:jc w:val="right"/>
      </w:pPr>
      <w:r>
        <w:t>انہوں نے لکھا ہے، "مولانا، you have taught us many times that each individual is born with some unique potential.</w:t>
      </w:r>
    </w:p>
    <w:p>
      <w:r>
        <w:rPr>
          <w:b/>
        </w:rPr>
        <w:t xml:space="preserve">[38:40] </w:t>
      </w:r>
      <w:r>
        <w:t>My question is that why most of the people fail to convert the potential into actual? Is it only due to lack in planning or something more</w:t>
      </w:r>
    </w:p>
    <w:p>
      <w:pPr>
        <w:jc w:val="right"/>
      </w:pPr>
      <w:r>
        <w:t>My question is that why most of the people fail to convert the potential into actual? Is it only due to lack in planning or something more</w:t>
      </w:r>
    </w:p>
    <w:p>
      <w:r>
        <w:rPr>
          <w:b/>
        </w:rPr>
        <w:t xml:space="preserve">[38:51] </w:t>
      </w:r>
      <w:r>
        <w:t>?" Dekhiye, mera jo experience hai woh yeh hai ke beshtar log do mein se aik weakness ka shikar rehte hain.</w:t>
      </w:r>
    </w:p>
    <w:p>
      <w:pPr>
        <w:jc w:val="right"/>
      </w:pPr>
      <w:r>
        <w:t>?" دیکھیے، میرا جو experience ہے وہ یہ ہے کہ بیشتر لوگ دو میں سے ایک weakness کا شکار رہتے ہیں۔</w:t>
      </w:r>
    </w:p>
    <w:p>
      <w:r>
        <w:rPr>
          <w:b/>
        </w:rPr>
        <w:t xml:space="preserve">[39:07] </w:t>
      </w:r>
      <w:r>
        <w:t>Woh by birth nahi hota. Jis mahaul mein woh paida hue, us mahaul ke asar se aisa ho jata hai.</w:t>
      </w:r>
    </w:p>
    <w:p>
      <w:pPr>
        <w:jc w:val="right"/>
      </w:pPr>
      <w:r>
        <w:t>وہ by birth نہیں ہوتا۔ جس ماحول میں وہ پیدا ہوئے، اس ماحول کے اثر سے ایسا ہو جاتا ہے۔</w:t>
      </w:r>
    </w:p>
    <w:p>
      <w:r>
        <w:rPr>
          <w:b/>
        </w:rPr>
        <w:t xml:space="preserve">[39:18] </w:t>
      </w:r>
      <w:r>
        <w:t>Woh hai ya to woh apne ko underestimate karenge ya apne ko overestimate karenge. Mera tajruba yahi hai ke mahaul ke asar se woh ya to aik weakness mein mubtala ho jate hain ya doosri aik weakness mein.</w:t>
      </w:r>
    </w:p>
    <w:p>
      <w:pPr>
        <w:jc w:val="right"/>
      </w:pPr>
      <w:r>
        <w:t>وہ ہے یا تو وہ اپنے کو underestimate کریں گے یا اپنے کو overestimate کریں گے۔ میرا تجربہ یہی ہے کہ ماحول کے اثر سے وہ یا تو ایک weakness میں مبتلا ہو جاتے ہیں یا دوسری ایک weakness میں۔</w:t>
      </w:r>
    </w:p>
    <w:p>
      <w:r>
        <w:rPr>
          <w:b/>
        </w:rPr>
        <w:t xml:space="preserve">[39:36] </w:t>
      </w:r>
      <w:r>
        <w:t>Yaani ya to apne ko underestimate karna ya apne ko overestimate karna. To apne andar aap realistic approach paida kijiye.</w:t>
      </w:r>
    </w:p>
    <w:p>
      <w:pPr>
        <w:jc w:val="right"/>
      </w:pPr>
      <w:r>
        <w:t>یعنی یا تو اپنے کو underestimate کرنا یا اپنے کو overestimate کرنا۔ تو اپنے اندر آپ realistic approach پیدا کیجیے۔</w:t>
      </w:r>
    </w:p>
    <w:p>
      <w:r>
        <w:rPr>
          <w:b/>
        </w:rPr>
        <w:t xml:space="preserve">[39:47] </w:t>
      </w:r>
      <w:r>
        <w:t>Realistic approach</w:t>
      </w:r>
    </w:p>
    <w:p>
      <w:pPr>
        <w:jc w:val="right"/>
      </w:pPr>
      <w:r>
        <w:t>Realistic approach</w:t>
      </w:r>
    </w:p>
    <w:p>
      <w:r>
        <w:rPr>
          <w:b/>
        </w:rPr>
        <w:t xml:space="preserve">[39:49] </w:t>
      </w:r>
      <w:r>
        <w:t>as it is thinking laiye apne andar. Jud ki baat mere nazdeek hai as it is thinking. Isi ko dua mein Hazrat Sajjad ne farmaya tha aik dua mein ke "Allah ashya kama hai,</w:t>
      </w:r>
    </w:p>
    <w:p>
      <w:pPr>
        <w:jc w:val="right"/>
      </w:pPr>
      <w:r>
        <w:t>as it is thinking لائیے اپنے اندر۔ جڑ کی بات میرے نزدیک ہے as it is thinking۔ اسی کو دعا میں حضرت سجاد نے فرمایا تھا ایک دعا میں کہ "اللہ اشیاء کما ہے،</w:t>
      </w:r>
    </w:p>
    <w:p>
      <w:r>
        <w:rPr>
          <w:b/>
        </w:rPr>
        <w:t xml:space="preserve">[40:05] </w:t>
      </w:r>
      <w:r>
        <w:t>Allah ashya kama hai." Yaani hamein cheezon ko as it is dikha, na ghatana na badhana.</w:t>
      </w:r>
    </w:p>
    <w:p>
      <w:pPr>
        <w:jc w:val="right"/>
      </w:pPr>
      <w:r>
        <w:t>اللہ اشیاء کما ہے۔" یعنی ہمیں چیزوں کو as it is دکھا، نہ گھٹانا نہ بڑھانا۔</w:t>
      </w:r>
    </w:p>
    <w:p>
      <w:r>
        <w:rPr>
          <w:b/>
        </w:rPr>
        <w:t xml:space="preserve">[40:16] </w:t>
      </w:r>
      <w:r>
        <w:t>Mera tajruba to yahi hai.</w:t>
      </w:r>
    </w:p>
    <w:p>
      <w:pPr>
        <w:jc w:val="right"/>
      </w:pPr>
      <w:r>
        <w:t>میرا تجربہ تو یہی ہے۔</w:t>
      </w:r>
    </w:p>
    <w:p>
      <w:r>
        <w:rPr>
          <w:b/>
        </w:rPr>
        <w:t xml:space="preserve">[40:21] </w:t>
      </w:r>
      <w:r>
        <w:t>Maulana, agla sawal Pakistan se kiya hai Abdul Rauf Butt sahib ne. Unhone likha hai, "Maulana, I am forty-six years old now.</w:t>
      </w:r>
    </w:p>
    <w:p>
      <w:pPr>
        <w:jc w:val="right"/>
      </w:pPr>
      <w:r>
        <w:t>مولانا، اگلا سوال پاکستان سے کیا ہے عبدالروف بٹ صاحب نے۔ انہوں نے لکھا ہے، "مولانا، I am forty-six years old now.</w:t>
      </w:r>
    </w:p>
    <w:p>
      <w:r>
        <w:rPr>
          <w:b/>
        </w:rPr>
        <w:t xml:space="preserve">[40:31] </w:t>
      </w:r>
      <w:r>
        <w:t>Half of my life is spent without thinking seriously and the remaining half just routine life of listening to Islam as a ritual.</w:t>
      </w:r>
    </w:p>
    <w:p>
      <w:pPr>
        <w:jc w:val="right"/>
      </w:pPr>
      <w:r>
        <w:t>Half of my life is spent without thinking seriously and the remaining half just routine life of listening to Islam as a ritual.</w:t>
      </w:r>
    </w:p>
    <w:p>
      <w:r>
        <w:rPr>
          <w:b/>
        </w:rPr>
        <w:t xml:space="preserve">[40:43] </w:t>
      </w:r>
      <w:r>
        <w:t>The remaining life looks very short</w:t>
      </w:r>
    </w:p>
    <w:p>
      <w:pPr>
        <w:jc w:val="right"/>
      </w:pPr>
      <w:r>
        <w:t>The remaining life looks very short</w:t>
      </w:r>
    </w:p>
    <w:p>
      <w:r>
        <w:rPr>
          <w:b/>
        </w:rPr>
        <w:t xml:space="preserve">[40:46] </w:t>
      </w:r>
      <w:r>
        <w:t>. My request, Maulana, is if you could advise us how to spend a life, the remaining one, so that we can get some place in paradise."</w:t>
      </w:r>
    </w:p>
    <w:p>
      <w:pPr>
        <w:jc w:val="right"/>
      </w:pPr>
      <w:r>
        <w:t>. My request, مولانا، is if you could advise us how to spend a life, the remaining one, so that we can get some place in paradise."</w:t>
      </w:r>
    </w:p>
    <w:p>
      <w:r>
        <w:rPr>
          <w:b/>
        </w:rPr>
        <w:t xml:space="preserve">[41:02] </w:t>
      </w:r>
      <w:r>
        <w:t>Dekhiye, paradise to ka talluq muddat se nahi hai ke aap so saal amal karen to paradise hai.</w:t>
      </w:r>
    </w:p>
    <w:p>
      <w:pPr>
        <w:jc w:val="right"/>
      </w:pPr>
      <w:r>
        <w:t>دیکھیے، paradise تو کا تعلق مدت سے نہیں ہے کہ آپ سو سال عمل کریں تو paradise ہے۔</w:t>
      </w:r>
    </w:p>
    <w:p>
      <w:r>
        <w:rPr>
          <w:b/>
        </w:rPr>
        <w:t xml:space="preserve">[41:15] </w:t>
      </w:r>
      <w:r>
        <w:t>Nahi, ek din ka amal bhi aap ko paradise mein le ja sakta hai. Allah</w:t>
      </w:r>
    </w:p>
    <w:p>
      <w:pPr>
        <w:jc w:val="right"/>
      </w:pPr>
      <w:r>
        <w:t>نہیں، ایک دن کا عمل بھی آپ کو paradise میں لے جا سکتا ہے۔ اللہ</w:t>
      </w:r>
    </w:p>
    <w:p>
      <w:r>
        <w:rPr>
          <w:b/>
        </w:rPr>
        <w:t xml:space="preserve">[41:29] </w:t>
      </w:r>
      <w:r>
        <w:t>ko aap ke amal ki, Allah aap ke amal ko quantitative term mein nahi dekhta, quality ki term mein dekhta hai.</w:t>
      </w:r>
    </w:p>
    <w:p>
      <w:pPr>
        <w:jc w:val="right"/>
      </w:pPr>
      <w:r>
        <w:t>کو آپ کے عمل کی، اللہ آپ کے عمل کو quantitative term میں نہیں دیکھتا، quality کی term میں دیکھتا ہے۔</w:t>
      </w:r>
    </w:p>
    <w:p>
      <w:r>
        <w:rPr>
          <w:b/>
        </w:rPr>
        <w:t xml:space="preserve">[41:41] </w:t>
      </w:r>
      <w:r>
        <w:t>Is baat ko achi tarah samajh lijiye ke Allah aap ke amal ko in terms of quantity nahi dekhta, woh in terms of quality dekhta hai.</w:t>
      </w:r>
    </w:p>
    <w:p>
      <w:pPr>
        <w:jc w:val="right"/>
      </w:pPr>
      <w:r>
        <w:t>اس بات کو اچھی طرح سمجھ لیجیے کہ اللہ آپ کے عمل کو in terms of quantity نہیں دیکھتا، وہ in terms of quality دیکھتا ہے۔</w:t>
      </w:r>
    </w:p>
    <w:p>
      <w:r>
        <w:rPr>
          <w:b/>
        </w:rPr>
        <w:t xml:space="preserve">[41:53] </w:t>
      </w:r>
      <w:r>
        <w:t>To aap ke paas zindagi ka thoda sa waqt baqi hai, tab bhi aap in terms of quality kuch kar dikhaiye to Allah dor kar aap ke paas ayega aur jannat aap ko, farishte aap ko gifts ki tarah le ke khare ho jayenge aap ke paas.</w:t>
      </w:r>
    </w:p>
    <w:p>
      <w:pPr>
        <w:jc w:val="right"/>
      </w:pPr>
      <w:r>
        <w:t>تو آپ کے پاس زندگی کا تھوڑا سا وقت باقی ہے، تب بھی آپ in terms of quality کچھ کر دکھائیے تو اللہ دوڑ کر آپ کے پاس آئے گا اور جنت آپ کو، فرشتے آپ کو gifts کی طرح لے کے کھڑے ہو جائیں گے آپ کے پاس۔</w:t>
      </w:r>
    </w:p>
    <w:p>
      <w:r>
        <w:rPr>
          <w:b/>
        </w:rPr>
        <w:t xml:space="preserve">[42:14] </w:t>
      </w:r>
      <w:r>
        <w:t>It is quality that matters. Yaad rakhiye, Allah ke haan quality ki qeemat hai, quantity ki kuch bhi qeemat nahi hai, kuch bhi nahi hai.</w:t>
      </w:r>
    </w:p>
    <w:p>
      <w:pPr>
        <w:jc w:val="right"/>
      </w:pPr>
      <w:r>
        <w:t>It is quality that matters۔ یاد رکھیے، اللہ کے ہاں quality کی قیمت ہے، quantity کی کچھ بھی قیمت نہیں ہے، کچھ بھی نہیں ہے۔</w:t>
      </w:r>
    </w:p>
    <w:p>
      <w:r>
        <w:rPr>
          <w:b/>
        </w:rPr>
        <w:t xml:space="preserve">[42:27] </w:t>
      </w:r>
      <w:r>
        <w:t>To quality ek aisi cheez hai ke aap agar zindagi ka ek din aap mila hai, tab bhi aap is ko kar sakte hain. Maslan dekhiye, main ek waqia batata hoon aap ko ek shakhs ka.</w:t>
      </w:r>
    </w:p>
    <w:p>
      <w:pPr>
        <w:jc w:val="right"/>
      </w:pPr>
      <w:r>
        <w:t>تو quality ایک ایسی چیز ہے کہ آپ اگر زندگی کا ایک دن آپ ملا ہے، تب بھی آپ اس کو کر سکتے ہیں۔ مثلاً دیکھیے، میں ایک واقعہ بتاتا ہوں آپ کو ایک شخص کا۔</w:t>
      </w:r>
    </w:p>
    <w:p>
      <w:r>
        <w:rPr>
          <w:b/>
        </w:rPr>
        <w:t xml:space="preserve">[42:46] </w:t>
      </w:r>
      <w:r>
        <w:t>Woh is ka case wahi tha jo aap ne bataya, wahi tha.</w:t>
      </w:r>
    </w:p>
    <w:p>
      <w:pPr>
        <w:jc w:val="right"/>
      </w:pPr>
      <w:r>
        <w:t>وہ اس کا case وہی تھا جو آپ نے بتایا، وہی تھا۔</w:t>
      </w:r>
    </w:p>
    <w:p>
      <w:r>
        <w:rPr>
          <w:b/>
        </w:rPr>
        <w:t xml:space="preserve">[42:53] </w:t>
      </w:r>
      <w:r>
        <w:t>To jab umar zyada ho chuki thi to ek din is ne do rak'at namaz padhi aur phir dua karne laga.</w:t>
      </w:r>
    </w:p>
    <w:p>
      <w:pPr>
        <w:jc w:val="right"/>
      </w:pPr>
      <w:r>
        <w:t>تو جب عمر زیادہ ہو چکی تھی تو ایک دن اس نے دو رکعت نماز پڑھی اور پھر دعا کرنے لگا۔</w:t>
      </w:r>
    </w:p>
    <w:p>
      <w:r>
        <w:rPr>
          <w:b/>
        </w:rPr>
        <w:t xml:space="preserve">[43:04] </w:t>
      </w:r>
      <w:r>
        <w:t>Dua karne laga. Is ne kaha ke "Khuda ya, meri meri umar to khatm ho gayi lekin teri rehmat to khatm ho rahi nahi hai." Is ki zuban se nikla ke "Khuda ya,</w:t>
      </w:r>
    </w:p>
    <w:p>
      <w:pPr>
        <w:jc w:val="right"/>
      </w:pPr>
      <w:r>
        <w:t>دعا کرنے لگا۔ اس نے کہا کہ "خدایا، میری میری عمر تو ختم ہو گئی لیکن تیری رحمت تو ختم ہو رہی نہیں ہے۔" اس کی زبان سے نکلا کہ "خدایا،</w:t>
      </w:r>
    </w:p>
    <w:p>
      <w:r>
        <w:rPr>
          <w:b/>
        </w:rPr>
        <w:t xml:space="preserve">[43:20] </w:t>
      </w:r>
      <w:r>
        <w:t>meri umar to khatm ho gayi lekin teri rehmat to khatm ho rahi nahin."</w:t>
      </w:r>
    </w:p>
    <w:p>
      <w:pPr>
        <w:jc w:val="right"/>
      </w:pPr>
      <w:r>
        <w:t>میری عمر تو ختم ہو گئی لیکن تیری رحمت تو ختم ہو رہی نہیں۔"</w:t>
      </w:r>
    </w:p>
    <w:p>
      <w:r>
        <w:rPr>
          <w:b/>
        </w:rPr>
        <w:t xml:space="preserve">[43:28] </w:t>
      </w:r>
      <w:r>
        <w:t>yeh us us jumle ne ek mein nahin keh sakta ke kya hua akhirat mein, lekin mera guess</w:t>
      </w:r>
    </w:p>
    <w:p>
      <w:pPr>
        <w:jc w:val="right"/>
      </w:pPr>
      <w:r>
        <w:t>یہ اس اس جملے نے ایک میں نہیں کہہ سکتا کہ کیا ہوا آخرت میں، لیکن میرا guess</w:t>
      </w:r>
    </w:p>
    <w:p>
      <w:r>
        <w:rPr>
          <w:b/>
        </w:rPr>
        <w:t xml:space="preserve">[43:35] </w:t>
      </w:r>
      <w:r>
        <w:t>zaroori hai ke usne allah ko invoke kiya hoga uske in alfaz ne aur usko</w:t>
      </w:r>
    </w:p>
    <w:p>
      <w:pPr>
        <w:jc w:val="right"/>
      </w:pPr>
      <w:r>
        <w:t>ضروری ہے کہ اس نے اللہ کو invoke کیا ہوگا اس کے ان الفاظ نے اور اس کو</w:t>
      </w:r>
    </w:p>
    <w:p>
      <w:r>
        <w:rPr>
          <w:b/>
        </w:rPr>
        <w:t xml:space="preserve">[43:44] </w:t>
      </w:r>
      <w:r>
        <w:t>wo sab kuch mil gaya hoga jo mazi mein usne kho diya tha.</w:t>
      </w:r>
    </w:p>
    <w:p>
      <w:pPr>
        <w:jc w:val="right"/>
      </w:pPr>
      <w:r>
        <w:t>وہ سب کچھ مل گیا ہوگا جو ماضی میں اس نے کھو دیا تھا۔</w:t>
      </w:r>
    </w:p>
    <w:p>
      <w:r>
        <w:rPr>
          <w:b/>
        </w:rPr>
        <w:t xml:space="preserve">[43:51] </w:t>
      </w:r>
      <w:r>
        <w:t>Yeh mera guess hai.</w:t>
      </w:r>
    </w:p>
    <w:p>
      <w:pPr>
        <w:jc w:val="right"/>
      </w:pPr>
      <w:r>
        <w:t>یہ میرا guess ہے۔</w:t>
      </w:r>
    </w:p>
    <w:p>
      <w:r>
        <w:rPr>
          <w:b/>
        </w:rPr>
        <w:t xml:space="preserve">[43:56] </w:t>
      </w:r>
      <w:r>
        <w:t>Kaisa ajeeb is ki zuban se nikla tha yeh lafz ke "Khuda ya, meri umar to khatm ho gayi lekin teri rehmat to khatm ho rahi nahi hai."</w:t>
      </w:r>
    </w:p>
    <w:p>
      <w:pPr>
        <w:jc w:val="right"/>
      </w:pPr>
      <w:r>
        <w:t>کیسا عجیب اس کی زبان سے نکلا تھا یہ لفظ کہ "خدایا، میری عمر تو ختم ہو گئی لیکن تیری رحمت تو ختم ہو رہی نہیں ہے۔"</w:t>
      </w:r>
    </w:p>
    <w:p>
      <w:r>
        <w:rPr>
          <w:b/>
        </w:rPr>
        <w:t xml:space="preserve">[44:11] </w:t>
      </w:r>
      <w:r>
        <w:t>To aap yeh is is is cheez ko le kar sochiye, woh jo aap ki soch hai woh sahi nahi hai. Is haqeeqat ko le kar sochiye to inshallah ek din bhi agar mil jaye zindagi mein aap ko to wahi kafi ho sakta hai aap ke jannat ke liye.</w:t>
      </w:r>
    </w:p>
    <w:p>
      <w:pPr>
        <w:jc w:val="right"/>
      </w:pPr>
      <w:r>
        <w:t>تو آپ یہ اس اس اس چیز کو لے کر سوچیے، وہ جو آپ کی سوچ ہے وہ صحیح نہیں ہے۔ اس حقیقت کو لے کر سوچیے تو انشاءاللہ ایک دن بھی اگر مل جائے زندگی میں آپ کو تو وہی کافی ہو سکتا ہے آپ کے جنت کے لیے۔</w:t>
      </w:r>
    </w:p>
    <w:p>
      <w:r>
        <w:rPr>
          <w:b/>
        </w:rPr>
        <w:t xml:space="preserve">[44:34] </w:t>
      </w:r>
      <w:r>
        <w:t>Maulana, agla sawal Saharanpur se Adeel Shams sahib ne kiya hai. Unhon ne likha hai, "Bar bar planning change karne ke baad bhi agar change nahi aa raha hai aur kamyabi nahi mil rahi hai to aise mein kya karna chahiye?</w:t>
      </w:r>
    </w:p>
    <w:p>
      <w:pPr>
        <w:jc w:val="right"/>
      </w:pPr>
      <w:r>
        <w:t>مولانا، اگلا سوال سہارن پور سے عدیل شمس صاحب نے کیا ہے۔ انہوں نے لکھا ہے، "بار بار planning change کرنے کے بعد بھی اگر change نہیں آ رہا ہے اور کامیابی نہیں مل رہی ہے تو ایسے میں کیا کرنا چاہیے؟</w:t>
      </w:r>
    </w:p>
    <w:p>
      <w:r>
        <w:rPr>
          <w:b/>
        </w:rPr>
        <w:t xml:space="preserve">[44:51] </w:t>
      </w:r>
      <w:r>
        <w:t>Hamein is ke bare mein advice karein." Nahi, dekhiye, yeh sawal hi galat hai.</w:t>
      </w:r>
    </w:p>
    <w:p>
      <w:pPr>
        <w:jc w:val="right"/>
      </w:pPr>
      <w:r>
        <w:t>ہمیں اس کے بارے میں advice کریں۔" نہیں، دیکھیے، یہ سوال ہی غلط ہے۔</w:t>
      </w:r>
    </w:p>
    <w:p>
      <w:r>
        <w:rPr>
          <w:b/>
        </w:rPr>
        <w:t xml:space="preserve">[44:59] </w:t>
      </w:r>
      <w:r>
        <w:t>Aisa koi case mere ilm mein nahi hai. Aap ke ilm mein hai to naam le kar is ko bataiye is ke case ko. Yeh change karna aap ek ek ambiguous term hai.</w:t>
      </w:r>
    </w:p>
    <w:p>
      <w:pPr>
        <w:jc w:val="right"/>
      </w:pPr>
      <w:r>
        <w:t>ایسا کوئی case میرے علم میں نہیں ہے۔ آپ کے علم میں ہے تو نام لے کر اس کو بتائیے اس کے case کو۔ یہ change کرنا آپ ایک ایک ambiguous term ہے۔</w:t>
      </w:r>
    </w:p>
    <w:p>
      <w:r>
        <w:rPr>
          <w:b/>
        </w:rPr>
        <w:t xml:space="preserve">[45:12] </w:t>
      </w:r>
      <w:r>
        <w:t>Sahi hai change karna, nahi sahi hai correction karna. Change karne se kya ho jayega?</w:t>
      </w:r>
    </w:p>
    <w:p>
      <w:pPr>
        <w:jc w:val="right"/>
      </w:pPr>
      <w:r>
        <w:t>صحیح ہے change کرنا، نہیں صحیح ہے correction کرنا۔ change کرنے سے کیا ہو جائے گا؟</w:t>
      </w:r>
    </w:p>
    <w:p>
      <w:r>
        <w:rPr>
          <w:b/>
        </w:rPr>
        <w:t xml:space="preserve">[45:22] </w:t>
      </w:r>
      <w:r>
        <w:t>Change karne se kuch nahi ho jayega. Aap ko tayyar rehna chahiye apni soch mein badlao lana,</w:t>
      </w:r>
    </w:p>
    <w:p>
      <w:pPr>
        <w:jc w:val="right"/>
      </w:pPr>
      <w:r>
        <w:t>change کرنے سے کچھ نہیں ہو جائے گا۔ آپ کو تیار رہنا چاہیے اپنی سوچ میں بدلاؤ لانا،</w:t>
      </w:r>
    </w:p>
    <w:p>
      <w:r>
        <w:rPr>
          <w:b/>
        </w:rPr>
        <w:t xml:space="preserve">[45:33] </w:t>
      </w:r>
      <w:r>
        <w:t>chahe aap ko galat manna pade, chahe apne aap ko galat manna pade to lekin badlao laiye. To correction aisi cheez hai.</w:t>
      </w:r>
    </w:p>
    <w:p>
      <w:pPr>
        <w:jc w:val="right"/>
      </w:pPr>
      <w:r>
        <w:t>چاہے آپ کو غلط ماننا پڑے، چاہے اپنے آپ کو غلط ماننا پڑے تو لیکن بدلاؤ لائیے۔ تو correction ایسی چیز ہے۔</w:t>
      </w:r>
    </w:p>
    <w:p>
      <w:r>
        <w:rPr>
          <w:b/>
        </w:rPr>
        <w:t xml:space="preserve">[45:46] </w:t>
      </w:r>
      <w:r>
        <w:t>Aap correction kar ke dekhiye, aap zaroor kamyab honge. Maulana Meer Faheem sahib ne Sher Nagar se likha hai, "Is it necessary to identify with any sect in Islam</w:t>
      </w:r>
    </w:p>
    <w:p>
      <w:pPr>
        <w:jc w:val="right"/>
      </w:pPr>
      <w:r>
        <w:t>آپ correction کر کے دیکھیے، آپ ضرور کامیاب ہوں گے۔ مولانا میر فہیم صاحب نے شیر نگر سے لکھا ہے، "Is it necessary to identify with any sect in Islam</w:t>
      </w:r>
    </w:p>
    <w:p>
      <w:r>
        <w:rPr>
          <w:b/>
        </w:rPr>
        <w:t xml:space="preserve">[46:03] </w:t>
      </w:r>
      <w:r>
        <w:t>? Wouldn't it be great if we call ourselves Muslims only?" Sect kya cheez? Sect aisi city?</w:t>
      </w:r>
    </w:p>
    <w:p>
      <w:pPr>
        <w:jc w:val="right"/>
      </w:pPr>
      <w:r>
        <w:t>? Wouldn't it be great if we call ourselves Muslims only?" Sect کیا چیز؟ Sect ایسی سی ٹی؟</w:t>
      </w:r>
    </w:p>
    <w:p>
      <w:r>
        <w:rPr>
          <w:b/>
        </w:rPr>
        <w:t xml:space="preserve">[46:12] </w:t>
      </w:r>
      <w:r>
        <w:t>aisi si ti? Sect? nahin, yeh yeh sect to sab sab bidat hai. Ji, saare sect jitne bhi banaye gaye hain sab bidat hain.</w:t>
      </w:r>
    </w:p>
    <w:p>
      <w:pPr>
        <w:jc w:val="right"/>
      </w:pPr>
      <w:r>
        <w:t>ایسی سی ٹی؟ Sect؟ نہیں، یہ یہ سیکٹ تو سب سب بدعت ہے۔ جی، سارے سیکٹ جتنے بھی بنائے گئے ہیں سب بدعت ہیں۔</w:t>
      </w:r>
    </w:p>
    <w:p>
      <w:r>
        <w:rPr>
          <w:b/>
        </w:rPr>
        <w:t xml:space="preserve">[46:22] </w:t>
      </w:r>
      <w:r>
        <w:t>is ka Islam se koi talluq nahin hai. To Maulana, woh yeh keh rahe hain ke kya hum apne aap ko sirf Muslims kahein to kya yeh?</w:t>
      </w:r>
    </w:p>
    <w:p>
      <w:pPr>
        <w:jc w:val="right"/>
      </w:pPr>
      <w:r>
        <w:t>اس کا اسلام سے کوئی تعلق نہیں ہے۔ تو مولانا، وہ یہ کہہ رہے ہیں کہ کیا ہم اپنے آپ کو صرف مسلمز کہیں تو کیا یہ؟</w:t>
      </w:r>
    </w:p>
    <w:p>
      <w:r>
        <w:rPr>
          <w:b/>
        </w:rPr>
        <w:t xml:space="preserve">[46:30] </w:t>
      </w:r>
      <w:r>
        <w:t>kehne ki baat nahin hai, discover kijiye. Kehne se kya hota hai? Sachay Islam ko Quran aur Hadees ke mutale se discover kijiye.</w:t>
      </w:r>
    </w:p>
    <w:p>
      <w:pPr>
        <w:jc w:val="right"/>
      </w:pPr>
      <w:r>
        <w:t>کہنے کی بات نہیں ہے، discover کیجیے۔ کہنے سے کیا ہوتا ہے؟ سچے اسلام کو قرآن اور حدیث کے مطالعے سے discover کیجیے۔</w:t>
      </w:r>
    </w:p>
    <w:p>
      <w:r>
        <w:rPr>
          <w:b/>
        </w:rPr>
        <w:t xml:space="preserve">[46:40] </w:t>
      </w:r>
      <w:r>
        <w:t>shakhs shakhs se se kuch nahin hota.</w:t>
      </w:r>
    </w:p>
    <w:p>
      <w:pPr>
        <w:jc w:val="right"/>
      </w:pPr>
      <w:r>
        <w:t>شخص شخص سے سے کچھ نہیں ہوتا۔</w:t>
      </w:r>
    </w:p>
    <w:p>
      <w:r>
        <w:rPr>
          <w:b/>
        </w:rPr>
        <w:t xml:space="preserve">[46:47] </w:t>
      </w:r>
      <w:r>
        <w:t>aap Quran ko Hadees ko barah-e-rast parhiye, barah-e-rast parhiye. Hamari kitabein parhiye, aap sakht koi cheez nahin.</w:t>
      </w:r>
    </w:p>
    <w:p>
      <w:pPr>
        <w:jc w:val="right"/>
      </w:pPr>
      <w:r>
        <w:t>آپ قرآن کو حدیث کو براہ راست پڑھیے، براہ راست پڑھیے۔ ہماری کتابیں پڑھیے، آپ سخت کوئی چیز نہیں۔</w:t>
      </w:r>
    </w:p>
    <w:p>
      <w:r>
        <w:rPr>
          <w:b/>
        </w:rPr>
        <w:t xml:space="preserve">[46:58] </w:t>
      </w:r>
      <w:r>
        <w:t>firqa jo hai, firqa woh bidat hai. Sab phir sab firqay bidat mein khare hue hain. In ki koi ahmiyat nahin hai. Aap apni jis apni tehqeeq se, apne mutale se discover kijiye ke sachai kya hai.</w:t>
      </w:r>
    </w:p>
    <w:p>
      <w:pPr>
        <w:jc w:val="right"/>
      </w:pPr>
      <w:r>
        <w:t>فرقہ جو ہے، فرقہ وہ بدعت ہے۔ سب پھر سب فرقے بدعت میں کھڑے ہوئے ہیں۔ ان کی کوئی اہمیت نہیں ہے۔ آپ اپنی جس اپنی تحقیق سے، اپنے مطالعے سے discover کیجیے کہ سچائی کیا ہے۔</w:t>
      </w:r>
    </w:p>
    <w:p>
      <w:r>
        <w:rPr>
          <w:b/>
        </w:rPr>
        <w:t xml:space="preserve">[47:20] </w:t>
      </w:r>
      <w:r>
        <w:t>hamari kitabein aap har jagah available hain, is ko parhiye. InshaAllah aap ko rasta khul jaye ga.</w:t>
      </w:r>
    </w:p>
    <w:p>
      <w:pPr>
        <w:jc w:val="right"/>
      </w:pPr>
      <w:r>
        <w:t>ہماری کتابیں آپ ہر جگہ available ہیں، اس کو پڑھیے۔ انشاءاللہ آپ کو راستہ کھل جائے گا۔</w:t>
      </w:r>
    </w:p>
    <w:p>
      <w:r>
        <w:rPr>
          <w:b/>
        </w:rPr>
        <w:t xml:space="preserve">[47:34] </w:t>
      </w:r>
      <w:r>
        <w:t>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jc w:val="right"/>
      </w:pPr>
      <w:r>
        <w:t>مولانا یعقوب عمری نے دلی سے کمنٹ بھیجا ہے۔ انہوں نے لکھا ہے، "مولانا، the news of Mukesh Ambani and عظیم ہاشم پریم جی won to all take such events in terms of community pride, but مولانا، you gave us a wider and real stick approach to such events that is planning.</w:t>
      </w:r>
    </w:p>
    <w:p>
      <w:r>
        <w:rPr>
          <w:b/>
        </w:rPr>
        <w:t xml:space="preserve">[47:55] </w:t>
      </w:r>
      <w:r>
        <w:t>Jazak Allah." Maulana, agla sawal bheja hai Dr Junaid Sheikh ne Mumbai se. Unhon ne likha hai, "Maulana, today's lecture was eye opening.</w:t>
      </w:r>
    </w:p>
    <w:p>
      <w:pPr>
        <w:jc w:val="right"/>
      </w:pPr>
      <w:r>
        <w:t>جزاک اللہ۔" مولانا، اگلا سوال بھیجا ہے ڈاکٹر جنید شیخ نے ممبئی سے۔ انہوں نے لکھا ہے، "مولانا، today's lecture was eye opening.</w:t>
      </w:r>
    </w:p>
    <w:p>
      <w:r>
        <w:rPr>
          <w:b/>
        </w:rPr>
        <w:t xml:space="preserve">[48:07] </w:t>
      </w:r>
      <w:r>
        <w:t>I learned that it is realistic planning without complaining that works.</w:t>
      </w:r>
    </w:p>
    <w:p>
      <w:pPr>
        <w:jc w:val="right"/>
      </w:pPr>
      <w:r>
        <w:t>I learned that it is realistic planning without complaining that works.</w:t>
      </w:r>
    </w:p>
    <w:p>
      <w:r>
        <w:rPr>
          <w:b/>
        </w:rPr>
        <w:t xml:space="preserve">[48:14] </w:t>
      </w:r>
      <w:r>
        <w:t>My question is, what should be starting point for this type of planning?" Main to yeh sochta hoon ke sab se pehla jo kaam hai, agar aadmi fail ho gaya hai to sab se pehla kaam yeh hai ke doosre ko blame dena chhod de.</w:t>
      </w:r>
    </w:p>
    <w:p>
      <w:pPr>
        <w:jc w:val="right"/>
      </w:pPr>
      <w:r>
        <w:t>My question is, what should be starting point for this type of planning؟" میں تو یہ سوچتا ہوں کہ سب سے پہلا جو کام ہے، اگر آدمی fail ہو گیا ہے تو سب سے پہلا کام یہ ہے کہ دوسرے کو blame دینا چھوڑے۔</w:t>
      </w:r>
    </w:p>
    <w:p>
      <w:r>
        <w:rPr>
          <w:b/>
        </w:rPr>
        <w:t xml:space="preserve">[48:35] </w:t>
      </w:r>
      <w:r>
        <w:t>doosre ko blame dena chhod de. Woh sirf aik hi cheez par sara focus kare. Where I was wrong?</w:t>
      </w:r>
    </w:p>
    <w:p>
      <w:pPr>
        <w:jc w:val="right"/>
      </w:pPr>
      <w:r>
        <w:t>دوسرے کو blame دینا چھوڑے۔ وہ صرف ایک ہی چیز پر سارا focus کرے۔ Where I was wrong؟</w:t>
      </w:r>
    </w:p>
    <w:p>
      <w:r>
        <w:rPr>
          <w:b/>
        </w:rPr>
        <w:t xml:space="preserve">[48:46] </w:t>
      </w:r>
      <w:r>
        <w:t>Where I was wrong?</w:t>
      </w:r>
    </w:p>
    <w:p>
      <w:pPr>
        <w:jc w:val="right"/>
      </w:pPr>
      <w:r>
        <w:t>Where I was wrong؟</w:t>
      </w:r>
    </w:p>
    <w:p>
      <w:r>
        <w:rPr>
          <w:b/>
        </w:rPr>
        <w:t xml:space="preserve">[48:48] </w:t>
      </w:r>
      <w:r>
        <w:t>Yeh yeh agar aadmi ke andar sihas hai to is ki kamyabi koi koi rok nahin sakta.</w:t>
      </w:r>
    </w:p>
    <w:p>
      <w:pPr>
        <w:jc w:val="right"/>
      </w:pPr>
      <w:r>
        <w:t>یہ یہ اگر آدمی کے اندر سہاس ہے تو اس کی کامیابی کوئی کوئی روک نہیں سکتا۔</w:t>
      </w:r>
    </w:p>
    <w:p>
      <w:r>
        <w:rPr>
          <w:b/>
        </w:rPr>
        <w:t xml:space="preserve">[49:02] </w:t>
      </w:r>
      <w:r>
        <w:t>aisi cheez yeh aise insaan ke liye ke woh yeh jaane ke where I was wrong. Doosre ko ilzam dena, saazish ki nishandahi karna, yeh sab falsehood mein jeena hai.</w:t>
      </w:r>
    </w:p>
    <w:p>
      <w:pPr>
        <w:jc w:val="right"/>
      </w:pPr>
      <w:r>
        <w:t>ایسی چیز یہ ایسے انسان کے لیے کہ وہ یہ جانے کہ where I was wrong۔ دوسرے کو الزام دینا، سازش کی نشاندہی کرنا، یہ سب falsehood میں جینا ہے۔</w:t>
      </w:r>
    </w:p>
    <w:p>
      <w:r>
        <w:rPr>
          <w:b/>
        </w:rPr>
        <w:t xml:space="preserve">[49:16] </w:t>
      </w:r>
      <w:r>
        <w:t>yaad rakhiye, jo doosre ko ilzam de, jo doosre ka zulm bataye, woh falsehood mein jee raha hai.</w:t>
      </w:r>
    </w:p>
    <w:p>
      <w:pPr>
        <w:jc w:val="right"/>
      </w:pPr>
      <w:r>
        <w:t>یاد رکھیے، جو دوسرے کو الزام دے، جو دوسرے کا ظلم بتائے، وہ falsehood میں جی رہا ہے۔</w:t>
      </w:r>
    </w:p>
    <w:p>
      <w:r>
        <w:rPr>
          <w:b/>
        </w:rPr>
        <w:t xml:space="preserve">[49:25] </w:t>
      </w:r>
      <w:r>
        <w:t>aur falsehood mein jeene wala to kabhi kamyab nahin ho sakta. Saare log jis se poochein, bas woh saazish ka zikr karein ge.</w:t>
      </w:r>
    </w:p>
    <w:p>
      <w:pPr>
        <w:jc w:val="right"/>
      </w:pPr>
      <w:r>
        <w:t>اور falsehood میں جینے والا تو کبھی کامیاب نہیں ہو سکتا۔ سارے لوگ جس سے پوچھیں، بس وہ سازش کا ذکر کریں گے۔</w:t>
      </w:r>
    </w:p>
    <w:p>
      <w:r>
        <w:rPr>
          <w:b/>
        </w:rPr>
        <w:t xml:space="preserve">[49:34] </w:t>
      </w:r>
      <w:r>
        <w:t>saazish, zulm, yeh to falsehood mein jeena hai. Yeh to koi jeena nahin hai.</w:t>
      </w:r>
    </w:p>
    <w:p>
      <w:pPr>
        <w:jc w:val="right"/>
      </w:pPr>
      <w:r>
        <w:t>سازش، ظلم، یہ تو falsehood میں جینا ہے۔ یہ تو کوئی جینا نہیں ہے۔</w:t>
      </w:r>
    </w:p>
    <w:p>
      <w:r>
        <w:rPr>
          <w:b/>
        </w:rPr>
        <w:t xml:space="preserve">[49:46] </w:t>
      </w:r>
      <w:r>
        <w:t>Maulana Yunus Chandiyon sahib ne Karachi Pakistan se sawal bheja hai. Unhon ne likha hai, "Maulana sahib, mera aik sawal hai.</w:t>
      </w:r>
    </w:p>
    <w:p>
      <w:pPr>
        <w:jc w:val="right"/>
      </w:pPr>
      <w:r>
        <w:t>مولانا یونس چاندیوں صاحب نے کراچی پاکستان سے سوال بھیجا ہے۔ انہوں نے لکھا ہے، "مولانا صاحب، میرا ایک سوال ہے۔</w:t>
      </w:r>
    </w:p>
    <w:p>
      <w:r>
        <w:rPr>
          <w:b/>
        </w:rPr>
        <w:t xml:space="preserve">[49:56] </w:t>
      </w:r>
      <w:r>
        <w:t>meri apni zindagi mein bohat se dost bane magar un mein se koi aisa dost na bana jo mujh se sacha ho. Goiya mujhe aisa lagta hai ke har shakhs mujh se apna matlab chah raha hai.</w:t>
      </w:r>
    </w:p>
    <w:p>
      <w:pPr>
        <w:jc w:val="right"/>
      </w:pPr>
      <w:r>
        <w:t>میری اپنی زندگی میں بہت سے دوست بنے مگر ان میں سے کوئی ایسا دوست نہ بنا جو مجھ سے سچا ہو۔ گویا مجھے ایسا لگتا ہے کہ ہر شخص مجھ سے اپنا مطلب چاہ رہا ہے۔</w:t>
      </w:r>
    </w:p>
    <w:p>
      <w:r>
        <w:rPr>
          <w:b/>
        </w:rPr>
        <w:t xml:space="preserve">[50:11] </w:t>
      </w:r>
      <w:r>
        <w:t>to mujhe is halat mein kya karna chahiye? Is ke baray mein batayein." Jis cheez ko aap dosti keh rahe hain, woh to kuch bhi nahin.</w:t>
      </w:r>
    </w:p>
    <w:p>
      <w:pPr>
        <w:jc w:val="right"/>
      </w:pPr>
      <w:r>
        <w:t>تو مجھے اس حالت میں کیا کرنا چاہیے؟ اس کے بارے میں بتائیں۔" جس چیز کو آپ دوستی کہہ رہے ہیں، وہ تو کچھ بھی نہیں۔</w:t>
      </w:r>
    </w:p>
    <w:p>
      <w:r>
        <w:rPr>
          <w:b/>
        </w:rPr>
        <w:t xml:space="preserve">[50:21] </w:t>
      </w:r>
      <w:r>
        <w:t>khush fehmi mein jeena hai. To aap sari zindagi aap khush fehmi mein jeete rahe. Yeh dunya ka nizam yaad rakhein, interest par chal raha hai, dosti par nahin.</w:t>
      </w:r>
    </w:p>
    <w:p>
      <w:pPr>
        <w:jc w:val="right"/>
      </w:pPr>
      <w:r>
        <w:t>خوش فہمی میں جینا ہے۔ تو آپ ساری زندگی آپ خوش فہمی میں جیتے رہے۔ یہ دنیا کا نظام یاد رکھیں، interest پر چل رہا ہے، دوستی پر نہیں۔</w:t>
      </w:r>
    </w:p>
    <w:p>
      <w:r>
        <w:rPr>
          <w:b/>
        </w:rPr>
        <w:t xml:space="preserve">[50:36] </w:t>
      </w:r>
      <w:r>
        <w:t>yeh dunya ka nizam</w:t>
      </w:r>
    </w:p>
    <w:p>
      <w:pPr>
        <w:jc w:val="right"/>
      </w:pPr>
      <w:r>
        <w:t>یہ دنیا کا نظام</w:t>
      </w:r>
    </w:p>
    <w:p>
      <w:r>
        <w:rPr>
          <w:b/>
        </w:rPr>
        <w:t xml:space="preserve">[50:42] </w:t>
      </w:r>
      <w:r>
        <w:t>is par chal hi nahin raha jo hum farz kar lete hain ke dosti dosti kya cheez hai. Koi dost nahin kisi ka. Koi kisi ka dost nahin.</w:t>
      </w:r>
    </w:p>
    <w:p>
      <w:pPr>
        <w:jc w:val="right"/>
      </w:pPr>
      <w:r>
        <w:t>اس پر چل ہی نہیں رہا جو ہم فرض کر لیتے ہیں کہ دوستی دوستی کیا چیز ہے۔ کوئی دوست نہیں کسی کا۔ کوئی کسی کا دوست نہیں۔</w:t>
      </w:r>
    </w:p>
    <w:p>
      <w:r>
        <w:rPr>
          <w:b/>
        </w:rPr>
        <w:t xml:space="preserve">[50:52] </w:t>
      </w:r>
      <w:r>
        <w:t>aap ne jin logon ko dost banaya samjha, woh aap falsehood mein jee rahe thay, khush fehmi mein jee rahe thay. To sab se pehle apni ghalti ko maaniye.</w:t>
      </w:r>
    </w:p>
    <w:p>
      <w:pPr>
        <w:jc w:val="right"/>
      </w:pPr>
      <w:r>
        <w:t>آپ نے جن لوگوں کو دوست بنایا سمجھا، وہ آپ falsehood میں جی رہے تھے، خوش فہمی میں جی رہے تھے۔ تو سب سے پہلے اپنی غلطی کو مانیے۔</w:t>
      </w:r>
    </w:p>
    <w:p>
      <w:r>
        <w:rPr>
          <w:b/>
        </w:rPr>
        <w:t xml:space="preserve">[51:03] </w:t>
      </w:r>
      <w:r>
        <w:t>sab se pehle apni ghalti ko maniye. You have to discover your own fault.</w:t>
      </w:r>
    </w:p>
    <w:p>
      <w:pPr>
        <w:jc w:val="right"/>
      </w:pPr>
      <w:r>
        <w:t>سب سے پہلے اپنی غلطی کو مانیے۔ You have to discover your own fault۔</w:t>
      </w:r>
    </w:p>
    <w:p>
      <w:r>
        <w:rPr>
          <w:b/>
        </w:rPr>
        <w:t xml:space="preserve">[51:12] </w:t>
      </w:r>
      <w:r>
        <w:t>tab aap ko naya daur mile ga.</w:t>
      </w:r>
    </w:p>
    <w:p>
      <w:pPr>
        <w:jc w:val="right"/>
      </w:pPr>
      <w:r>
        <w:t>تب آپ کو نیا دور ملے گا۔</w:t>
      </w:r>
    </w:p>
    <w:p>
      <w:r>
        <w:rPr>
          <w:b/>
        </w:rPr>
        <w:t xml:space="preserve">[51:23] </w:t>
      </w:r>
      <w:r>
        <w:t>Maulana, agla sawal bheja hai Tariq Badar sahib ne Pakistan se. Unhon ne likha hai, "My question is, we see some people who after good planning and hard work failed multiple times and created challenge in their lives.</w:t>
      </w:r>
    </w:p>
    <w:p>
      <w:pPr>
        <w:jc w:val="right"/>
      </w:pPr>
      <w:r>
        <w:t>مولانا، اگلا سوال بھیجا ہے طارق بدر صاحب نے پاکستان سے۔ انہوں نے لکھا ہے، "My question is, we see some people who after good planning and hard work failed multiple times and created challenge in their lives.</w:t>
      </w:r>
    </w:p>
    <w:p>
      <w:r>
        <w:rPr>
          <w:b/>
        </w:rPr>
        <w:t xml:space="preserve">[51:41] </w:t>
      </w:r>
      <w:r>
        <w:t>My question is, is this challenge a part of creation plan and what advice we should give to</w:t>
      </w:r>
    </w:p>
    <w:p>
      <w:pPr>
        <w:jc w:val="right"/>
      </w:pPr>
      <w:r>
        <w:t>My question is, is this challenge a part of creation plan and what advice we should give to</w:t>
      </w:r>
    </w:p>
    <w:p>
      <w:r>
        <w:rPr>
          <w:b/>
        </w:rPr>
        <w:t xml:space="preserve">[51:49] </w:t>
      </w:r>
      <w:r>
        <w:t>such people؟"</w:t>
      </w:r>
    </w:p>
    <w:p>
      <w:pPr>
        <w:jc w:val="right"/>
      </w:pPr>
      <w:r>
        <w:t>such people؟"</w:t>
      </w:r>
    </w:p>
    <w:p>
      <w:r>
        <w:rPr>
          <w:b/>
        </w:rPr>
        <w:t xml:space="preserve">[51:53] </w:t>
      </w:r>
      <w:r>
        <w:t>dekhiye, main is ko nahi manta ke good planning ke bawajood aadmi nakaam raha. jis cheez ko aadmi samajh leta hai good planning, woh good planning thi hi nahi.</w:t>
      </w:r>
    </w:p>
    <w:p>
      <w:pPr>
        <w:jc w:val="right"/>
      </w:pPr>
      <w:r>
        <w:t>دیکھیے، میں اس کو نہیں مانتا کہ good planning کے باوجود آدمی ناکام رہا۔ جس چیز کو آدمی سمجھ لیتا ہے good planning، وہ good planning تھی ہی نہیں۔</w:t>
      </w:r>
    </w:p>
    <w:p>
      <w:r>
        <w:rPr>
          <w:b/>
        </w:rPr>
        <w:t xml:space="preserve">[52:07] </w:t>
      </w:r>
      <w:r>
        <w:t>thi hi nahi. jaise misaal ke tor par dekhiye, india mein ek bohat baray sanat kar ne, industry ne ek planning ki,</w:t>
      </w:r>
    </w:p>
    <w:p>
      <w:pPr>
        <w:jc w:val="right"/>
      </w:pPr>
      <w:r>
        <w:t>تھی ہی نہیں۔ جیسے مثال کے طور پر دیکھیے، انڈیا میں ایک بہت بڑے صنعت کار نے، industry نے ایک planning کی،</w:t>
      </w:r>
    </w:p>
    <w:p>
      <w:r>
        <w:rPr>
          <w:b/>
        </w:rPr>
        <w:t xml:space="preserve">[52:21] </w:t>
      </w:r>
      <w:r>
        <w:t>nano car ki. Nano car bohat bara, is mein raqam laga di. main kahoon ke main awwal din se is plan ko hawai samajhta tha.</w:t>
      </w:r>
    </w:p>
    <w:p>
      <w:pPr>
        <w:jc w:val="right"/>
      </w:pPr>
      <w:r>
        <w:t>nano car کی۔ Nano car بہت بڑا، اس میں رقم لگا دیا۔ میں کہوں کہ میں اول دن سے اس plan کو ہوائی سمجھتا تھا۔</w:t>
      </w:r>
    </w:p>
    <w:p>
      <w:r>
        <w:rPr>
          <w:b/>
        </w:rPr>
        <w:t xml:space="preserve">[52:36] </w:t>
      </w:r>
      <w:r>
        <w:t>main samajhta tha ke yeh reality par behas nahi karta. awwal din se main nahi manta tha is ko ke nano car jo hai,</w:t>
      </w:r>
    </w:p>
    <w:p>
      <w:pPr>
        <w:jc w:val="right"/>
      </w:pPr>
      <w:r>
        <w:t>میں سمجھتا تھا کہ یہ reality پر بحث نہیں کرتا۔ اول دن سے میں نہیں مانتا تھا اس کو کہ nano car جو ہے،</w:t>
      </w:r>
    </w:p>
    <w:p>
      <w:r>
        <w:rPr>
          <w:b/>
        </w:rPr>
        <w:t xml:space="preserve">[52:51] </w:t>
      </w:r>
      <w:r>
        <w:t>realistic buniyad par planning hai. yeh khush fehmi aur woh fail ho gaya. to aap apne apne dimagh se samajh lein ke bohat achi planning mein kar raha hoon.</w:t>
      </w:r>
    </w:p>
    <w:p>
      <w:pPr>
        <w:jc w:val="right"/>
      </w:pPr>
      <w:r>
        <w:t>realistic بنیاد پر planning ہے۔ یہ خوش فہمی اور وہ fail ہو گیا۔ تو آپ اپنے اپنے دماغ سے سمجھ لیں کہ بہت اچھی planning میں کر رہا ہوں۔</w:t>
      </w:r>
    </w:p>
    <w:p>
      <w:r>
        <w:rPr>
          <w:b/>
        </w:rPr>
        <w:t xml:space="preserve">[53:07] </w:t>
      </w:r>
      <w:r>
        <w:t>isi wajah se woh achi planning nahi ho jaye gi.</w:t>
      </w:r>
    </w:p>
    <w:p>
      <w:pPr>
        <w:jc w:val="right"/>
      </w:pPr>
      <w:r>
        <w:t>اسی وجہ سے وہ اچھی planning نہیں ہو جائے گی۔</w:t>
      </w:r>
    </w:p>
    <w:p>
      <w:r>
        <w:rPr>
          <w:b/>
        </w:rPr>
        <w:t xml:space="preserve">[53:12] </w:t>
      </w:r>
      <w:r>
        <w:t>nahi ho jaye gi. aap ko yeh shart apne andar paida karni parhe gi ke aap criticism ko invite karein.</w:t>
      </w:r>
    </w:p>
    <w:p>
      <w:pPr>
        <w:jc w:val="right"/>
      </w:pPr>
      <w:r>
        <w:t>نہیں ہو جائے گی۔ آپ کو یہ شرط اپنے اندر پیدا کرنی پڑے گی کہ آپ criticism کو invite کریں۔</w:t>
      </w:r>
    </w:p>
    <w:p>
      <w:r>
        <w:rPr>
          <w:b/>
        </w:rPr>
        <w:t xml:space="preserve">[53:24] </w:t>
      </w:r>
      <w:r>
        <w:t>Criticism ko invite karein. sab se bari cheez aadmi ke liye sahi planning ke liye zaroori hai ke woh criticism ko invite karein.</w:t>
      </w:r>
    </w:p>
    <w:p>
      <w:pPr>
        <w:jc w:val="right"/>
      </w:pPr>
      <w:r>
        <w:t>Criticism کو invite کریں۔ سب سے بڑی چیز آدمی کے لیے صحیح planning کے لیے ضروری ہے کہ وہ criticism کو invite کریں۔</w:t>
      </w:r>
    </w:p>
    <w:p>
      <w:r>
        <w:rPr>
          <w:b/>
        </w:rPr>
        <w:t xml:space="preserve">[53:41] </w:t>
      </w:r>
      <w:r>
        <w:t>Criticism ko invite karein. doosra jo aadmi hai, woh jo kuch bol raha hai, us ko zaroor koi sachai hoti hai us ke andar jis ko maniye.</w:t>
      </w:r>
    </w:p>
    <w:p>
      <w:pPr>
        <w:jc w:val="right"/>
      </w:pPr>
      <w:r>
        <w:t>Criticism کو invite کریں۔ دوسرا جو آدمی ہے، وہ جو کچھ بول رہا ہے، اس کو ضرور کوئی سچائی ہوتی ہے اس کے اندر جس کو مانیے۔</w:t>
      </w:r>
    </w:p>
    <w:p>
      <w:r>
        <w:rPr>
          <w:b/>
        </w:rPr>
        <w:t xml:space="preserve">[53:55] </w:t>
      </w:r>
      <w:r>
        <w:t>mera to yeh bohat se waqiat bata sakta hoon main aap ko ke criticism ko accept karna yeh shart hai right planning ke liye.</w:t>
      </w:r>
    </w:p>
    <w:p>
      <w:pPr>
        <w:jc w:val="right"/>
      </w:pPr>
      <w:r>
        <w:t>میرا تو یہ بہت سے واقعات بتا سکتا ہوں میں آپ کو کہ criticism کو accept کرنا یہ شرط ہےright planning کے لیے۔</w:t>
      </w:r>
    </w:p>
    <w:p>
      <w:r>
        <w:rPr>
          <w:b/>
        </w:rPr>
        <w:t xml:space="preserve">[54:11] </w:t>
      </w:r>
      <w:r>
        <w:t>maulana, agla comment chennai se umm irshad sahibah ne bheja hai. unhon ne likha hai, "is saal ke ramzan ka har din shukr ke ehsas ke sath guzra hai aur tazkir ul quran ke char paray mukammal kiye aur saum ramzan ki kitab se daroos bhi diya khawateen mein jo bohat ziyada pasand kiya gaya aur log bohat mutasir hue.</w:t>
      </w:r>
    </w:p>
    <w:p>
      <w:pPr>
        <w:jc w:val="right"/>
      </w:pPr>
      <w:r>
        <w:t>مولانا، اگلا کمنٹ چنئی سے ام ارشاد صاحبہ نے بھیجا ہے۔ انہوں نے لکھا ہے، "اس سال کے رمضان کا ہر دن شکر کے احساس کے ساتھ گزرا ہے اور تذکر القرآن کے چار پارے مکمل کیے اور صوم رمضان کی کتاب سے دروس بھی دیا خواتین میں جو بہت زیادہ پسند کیا گیا اور لوگ بہت متاثر ہوئے۔</w:t>
      </w:r>
    </w:p>
    <w:p>
      <w:r>
        <w:rPr>
          <w:b/>
        </w:rPr>
        <w:t xml:space="preserve">[54:37] </w:t>
      </w:r>
      <w:r>
        <w:t>jazak allah maulana, agar mujhe aap na milte to main andhere mein hi rehti." masha allah, masha allah, masha allah.</w:t>
      </w:r>
    </w:p>
    <w:p>
      <w:pPr>
        <w:jc w:val="right"/>
      </w:pPr>
      <w:r>
        <w:t>جزاک اللہ مولانا، اگر مجھے آپ نہ ملتے تو میں اندھیرے میں ہی رہتی۔" ماشاءاللہ، ماشاءاللہ، ماشاءاللہ۔</w:t>
      </w:r>
    </w:p>
    <w:p>
      <w:r>
        <w:rPr>
          <w:b/>
        </w:rPr>
        <w:t xml:space="preserve">[54:48] </w:t>
      </w:r>
      <w:r>
        <w:t>maulana, agla sawal miss rutaba hussain ne kiya hai. unhon ne location nahi likhi hai. un ka sawal hai ke "How can we overcome disappointments after failures؟" is ke baray mein batayein.</w:t>
      </w:r>
    </w:p>
    <w:p>
      <w:pPr>
        <w:jc w:val="right"/>
      </w:pPr>
      <w:r>
        <w:t>مولانا، اگلا سوال مس رطابہ حسین نے کیا ہے۔ انہوں نے location نہیں لکھی ہے۔ ان کا سوال ہے کہ "How can we overcome disappointments after failures؟" اس کے بارے میں بتائیں۔</w:t>
      </w:r>
    </w:p>
    <w:p>
      <w:r>
        <w:rPr>
          <w:b/>
        </w:rPr>
        <w:t xml:space="preserve">[55:02] </w:t>
      </w:r>
      <w:r>
        <w:t>sirf ek, sirf ek shart hai. doosre ko blame dena chhod dijiye.</w:t>
      </w:r>
    </w:p>
    <w:p>
      <w:pPr>
        <w:jc w:val="right"/>
      </w:pPr>
      <w:r>
        <w:t>صرف ایک، صرف ایک شرط ہے۔ دوسرے کو blame دینا چھوڑ دیجیے۔</w:t>
      </w:r>
    </w:p>
    <w:p>
      <w:r>
        <w:rPr>
          <w:b/>
        </w:rPr>
        <w:t xml:space="preserve">[55:13] </w:t>
      </w:r>
      <w:r>
        <w:t>hamesha apne ko blame dijiye.</w:t>
      </w:r>
    </w:p>
    <w:p>
      <w:pPr>
        <w:jc w:val="right"/>
      </w:pPr>
      <w:r>
        <w:t>ہمیشہ اپنے کو blame دیجیے۔</w:t>
      </w:r>
    </w:p>
    <w:p>
      <w:r>
        <w:rPr>
          <w:b/>
        </w:rPr>
        <w:t xml:space="preserve">[55:18] </w:t>
      </w:r>
      <w:r>
        <w:t>doosre ko blame dena ek dam hi chhod dijiye. main to allah ke fazl se misalein de sakta hoon ke kis tarah maine is ko chhora.</w:t>
      </w:r>
    </w:p>
    <w:p>
      <w:pPr>
        <w:jc w:val="right"/>
      </w:pPr>
      <w:r>
        <w:t>دوسرے کو blame دینا ایک دم ہی چھوڑ دیجیے۔ میں تو اللہ کے فضل سے مثالیں دے سکتا ہوں کہ کس طرح میں نے اس کو چھوڑا۔</w:t>
      </w:r>
    </w:p>
    <w:p>
      <w:r>
        <w:rPr>
          <w:b/>
        </w:rPr>
        <w:t xml:space="preserve">[55:28] </w:t>
      </w:r>
      <w:r>
        <w:t>koi khula khula case mere paas aisa tha jis mein doosre ko blame diya karta tha. main pehle is ko chhora, bilkul apne ko blame dena shuru kar diya.</w:t>
      </w:r>
    </w:p>
    <w:p>
      <w:pPr>
        <w:jc w:val="right"/>
      </w:pPr>
      <w:r>
        <w:t>کوئی کھلا کھلا case میرے پاس ایسا تھا جس میں دوسرے کو blame دیا کرتا تھا۔ میں پہلے اس کو چھوڑا، بالکل اپنے کو blame دینا شروع کر دیا۔</w:t>
      </w:r>
    </w:p>
    <w:p>
      <w:r>
        <w:rPr>
          <w:b/>
        </w:rPr>
        <w:t xml:space="preserve">[55:43] </w:t>
      </w:r>
      <w:r>
        <w:t>yeh yeh koi mujh se mile to main bataoon ga ke kaise maine aisa kiya. to ek hi cheez number one hai mere nazdeek ke aap apne ko blame dena seekhein.</w:t>
      </w:r>
    </w:p>
    <w:p>
      <w:pPr>
        <w:jc w:val="right"/>
      </w:pPr>
      <w:r>
        <w:t>یہ یہ کوئی مجھ سے ملے تو میں بتاؤں گا کہ کیسے میں نے ایسا کیا۔ تو ایک ہی چیز نمبر one ہے میرے نزدیک کہ آپ اپنے کو blame دینا سیکھیں۔</w:t>
      </w:r>
    </w:p>
    <w:p>
      <w:r>
        <w:rPr>
          <w:b/>
        </w:rPr>
        <w:t xml:space="preserve">[55:55] </w:t>
      </w:r>
      <w:r>
        <w:t>is art ko seekhein. apne ko blame dena. ghalti apni hoti hai.</w:t>
      </w:r>
    </w:p>
    <w:p>
      <w:pPr>
        <w:jc w:val="right"/>
      </w:pPr>
      <w:r>
        <w:t>اس art کو سیکھیں۔ اپنے کو blame دینا۔ غلطی اپنی ہوتی ہے۔</w:t>
      </w:r>
    </w:p>
    <w:p>
      <w:r>
        <w:rPr>
          <w:b/>
        </w:rPr>
        <w:t xml:space="preserve">[56:03] </w:t>
      </w:r>
      <w:r>
        <w:t>aap ko main bataoon ke bohat pehle nawjowani ki umar mein maine ek mazmoon likha tha. ek parcha nikalta tha us zamane mein. uska naam tha "Ismat Ismat Ismat".</w:t>
      </w:r>
    </w:p>
    <w:p>
      <w:pPr>
        <w:jc w:val="right"/>
      </w:pPr>
      <w:r>
        <w:t>آپ کو میں بتاؤں کہ بہت پہلے نوجوانی کی عمر میں میں نے ایک مضمون لکھا تھا۔ ایک پرچہ نکلتا تھا اس زمانے میں۔ اس کا نام تھا "عصمت عصمت عصمت"۔</w:t>
      </w:r>
    </w:p>
    <w:p>
      <w:r>
        <w:rPr>
          <w:b/>
        </w:rPr>
        <w:t xml:space="preserve">[56:14] </w:t>
      </w:r>
      <w:r>
        <w:t>is mein likha tha main ne mazmoon. to is ka unwaan tha "hum ilzaam un ko dete thay, qusoor apna nikal aaya". yeh naujawani ki umar mein likha tha aur yeh mazmoon.</w:t>
      </w:r>
    </w:p>
    <w:p>
      <w:pPr>
        <w:jc w:val="right"/>
      </w:pPr>
      <w:r>
        <w:t>اس میں لکھا تھا میں نے مضمون۔ تو اس کا عنوان تھا "ہم الزام ان کو دیتے تھے، قصور اپنا نکل آیا"۔ یہ نوجوانی کی عمر میں لکھا تھا اور یہ مضمون۔</w:t>
      </w:r>
    </w:p>
    <w:p>
      <w:r>
        <w:rPr>
          <w:b/>
        </w:rPr>
        <w:t xml:space="preserve">[56:25] </w:t>
      </w:r>
      <w:r>
        <w:t>aur chupa tha "ismat mein hum ilzaam un ko dete thay, qusoor apna nikal aaya". yeh meri awwal jawani ki discovery thi ke qusoor hota hai apna, blame deta hai doosre ko.</w:t>
      </w:r>
    </w:p>
    <w:p>
      <w:pPr>
        <w:jc w:val="right"/>
      </w:pPr>
      <w:r>
        <w:t>اور چھپا تھا "عصمت میں ہم الزام ان کو دیتے تھے، قصور اپنا نکل آیا"۔ یہ میری اول جوانی کی discovery تھی کہ قصور ہوتا ہے اپنا، blame دیتا ہے دوسرے کو۔</w:t>
      </w:r>
    </w:p>
    <w:p>
      <w:r>
        <w:rPr>
          <w:b/>
        </w:rPr>
        <w:t xml:space="preserve">[56:42] </w:t>
      </w:r>
      <w:r>
        <w:t>abhi bhi kahin chupa hua maujood hoga yeh. kyunke main apne aik aik aik satr ko, aik aik safhe ko mehfooz rakhta tha.</w:t>
      </w:r>
    </w:p>
    <w:p>
      <w:pPr>
        <w:jc w:val="right"/>
      </w:pPr>
      <w:r>
        <w:t>ابھی بھی کہیں چھپا ہوا موجود ہوگا یہ۔ کیونکہ میں اپنے ایک ایک ایک سطر کو، ایک ایک صفحے کو محفوظ رکھتا تھا۔</w:t>
      </w:r>
    </w:p>
    <w:p>
      <w:r>
        <w:rPr>
          <w:b/>
        </w:rPr>
        <w:t xml:space="preserve">[56:52] </w:t>
      </w:r>
      <w:r>
        <w:t>meri aadat thi. hum ilzaam un ko dete thay, qusoor apna nikal aaya. tanhaiyon mein is is line ko parhta tha aksar.</w:t>
      </w:r>
    </w:p>
    <w:p>
      <w:pPr>
        <w:jc w:val="right"/>
      </w:pPr>
      <w:r>
        <w:t>میری عادت تھی۔ ہم الزام ان کو دیتے تھے، قصور اپنا نکل آیا۔ تنہائیوں میں اس اس لائن کو پڑھتا تھا اکثر۔</w:t>
      </w:r>
    </w:p>
    <w:p>
      <w:r>
        <w:rPr>
          <w:b/>
        </w:rPr>
        <w:t xml:space="preserve">[57:04] </w:t>
      </w:r>
      <w:r>
        <w:t>hum ilzaam un ko dete thay, qusoor apna nikal aaya. bas is art ko seekhiye. apni ghalti ko manna, us ka sahass paida kijiye.</w:t>
      </w:r>
    </w:p>
    <w:p>
      <w:pPr>
        <w:jc w:val="right"/>
      </w:pPr>
      <w:r>
        <w:t>ہم الزام ان کو دیتے تھے، قصور اپنا نکل آیا۔ بس اس art کو سیکھیے۔ اپنی غلطی کو ماننا، اس کا سہاس پیدا کیجیے۔</w:t>
      </w:r>
    </w:p>
    <w:p>
      <w:r>
        <w:rPr>
          <w:b/>
        </w:rPr>
        <w:t xml:space="preserve">[57:17] </w:t>
      </w:r>
      <w:r>
        <w:t>bas sab kuch theek ho jaye ga. Maulana Idrees Ahmed sahib ne Ahmedabad se sawal bheja hai. unhon ne likha hai, "Maulana, complaint comes naturally when we experience failure, negative reaction aur when something wrong happens.</w:t>
      </w:r>
    </w:p>
    <w:p>
      <w:pPr>
        <w:jc w:val="right"/>
      </w:pPr>
      <w:r>
        <w:t>بس سب کچھ ٹھیک ہو جائے گا۔ مولانا ادریس احمد صاحب نے احمد آباد سے سوال بھیجا ہے۔ انہوں نے لکھا ہے، "مولانا، complaint comes naturally when we experience failure, negative reaction اور when something wrong happens۔</w:t>
      </w:r>
    </w:p>
    <w:p>
      <w:r>
        <w:rPr>
          <w:b/>
        </w:rPr>
        <w:t xml:space="preserve">[57:36] </w:t>
      </w:r>
      <w:r>
        <w:t>My question is, how can we become hundred percent complaint free؟</w:t>
      </w:r>
    </w:p>
    <w:p>
      <w:pPr>
        <w:jc w:val="right"/>
      </w:pPr>
      <w:r>
        <w:t>My question is, how can we become hundred percent complaint free؟</w:t>
      </w:r>
    </w:p>
    <w:p>
      <w:r>
        <w:rPr>
          <w:b/>
        </w:rPr>
        <w:t xml:space="preserve">[57:41] </w:t>
      </w:r>
      <w:r>
        <w:t>It is so difficult۔ I try but fail even reminding myself that God does not want me to be a complaining person۔</w:t>
      </w:r>
    </w:p>
    <w:p>
      <w:pPr>
        <w:jc w:val="right"/>
      </w:pPr>
      <w:r>
        <w:t>It is so difficult۔ I try but fail even reminding myself that God does not want me to be a complaining person۔</w:t>
      </w:r>
    </w:p>
    <w:p>
      <w:r>
        <w:rPr>
          <w:b/>
        </w:rPr>
        <w:t xml:space="preserve">[57:51] </w:t>
      </w:r>
      <w:r>
        <w:t>But still negative thoughts come۔ I feel helpless when I can't manage my negativity۔ Please advise me, Maulana, how to manage myself and that I become a hundred percent complaint free person." dekhiye,</w:t>
      </w:r>
    </w:p>
    <w:p>
      <w:pPr>
        <w:jc w:val="right"/>
      </w:pPr>
      <w:r>
        <w:t>But still negative thoughts come۔ I feel helpless when I can't manage my negativity۔ Please advise me, مولانا، how to manage myself and that I become a hundred percent complaint free person۔" دیکھیے،</w:t>
      </w:r>
    </w:p>
    <w:p>
      <w:r>
        <w:rPr>
          <w:b/>
        </w:rPr>
        <w:t xml:space="preserve">[58:10] </w:t>
      </w:r>
      <w:r>
        <w:t>main aap ko kahoon ga ke apne aap ko</w:t>
      </w:r>
    </w:p>
    <w:p>
      <w:pPr>
        <w:jc w:val="right"/>
      </w:pPr>
      <w:r>
        <w:t>میں آپ کو کہوں گا کہ اپنے آپ کو</w:t>
      </w:r>
    </w:p>
    <w:p>
      <w:r>
        <w:rPr>
          <w:b/>
        </w:rPr>
        <w:t xml:space="preserve">[58:23] </w:t>
      </w:r>
      <w:r>
        <w:t>is soch se jagaiye ke aap ki thinking right thinking hai. main apne baray mein keh sakta hoon ke jo log mere saath rehte hain, aap un sab se interview kijiye aur poochein mere baray mein ke main complaint free hoon ke nahi hoon.</w:t>
      </w:r>
    </w:p>
    <w:p>
      <w:pPr>
        <w:jc w:val="right"/>
      </w:pPr>
      <w:r>
        <w:t>اس سوچ سے جگائیے کہ آپ کی thinkingright thinking ہے۔ میں اپنے بارے میں کہہ سکتا ہوں کہ جو لوگ میرے ساتھ رہتے ہیں، آپ ان سب سے interview کیجیے اور پوچھیں میرے بارے میں کہ میں complaint free ہوں کہ نہیں ہوں۔</w:t>
      </w:r>
    </w:p>
    <w:p>
      <w:r>
        <w:rPr>
          <w:b/>
        </w:rPr>
        <w:t xml:space="preserve">[58:45] </w:t>
      </w:r>
      <w:r>
        <w:t>bari bari baatein mere khilaf hoti hain, bari bari baatein, lekin woh us ko</w:t>
      </w:r>
    </w:p>
    <w:p>
      <w:pPr>
        <w:jc w:val="right"/>
      </w:pPr>
      <w:r>
        <w:t>بڑی بڑی باتیں میرے خلاف ہوتی ہیں، بڑی بڑی باتیں، لیکن وہ اس کو</w:t>
      </w:r>
    </w:p>
    <w:p>
      <w:r>
        <w:rPr>
          <w:b/>
        </w:rPr>
        <w:t xml:space="preserve">[58:52] </w:t>
      </w:r>
      <w:r>
        <w:t>shikayat ke khane mein nahi dalta. us ko manage karta hoon, manage karta hoon. aik aadmi agar aisa kar sakta hai to sab aadmi kar sakte hain.</w:t>
      </w:r>
    </w:p>
    <w:p>
      <w:pPr>
        <w:jc w:val="right"/>
      </w:pPr>
      <w:r>
        <w:t>شکایت کے خانے میں نہیں ڈالتا۔ اس کو manage کرتا ہوں، manage کرتا ہوں۔ ایک آدمی اگر ایسا کر سکتا ہے تو سب آدمی کر سکتے ہیں۔</w:t>
      </w:r>
    </w:p>
    <w:p>
      <w:r>
        <w:rPr>
          <w:b/>
        </w:rPr>
        <w:t xml:space="preserve">[59:02] </w:t>
      </w:r>
      <w:r>
        <w:t>yeh usool hai ke agar aik aadmi shikayat free jee sakta hai to sab log shikayat free jee sakte hain. kya mushkil hai؟</w:t>
      </w:r>
    </w:p>
    <w:p>
      <w:pPr>
        <w:jc w:val="right"/>
      </w:pPr>
      <w:r>
        <w:t>یہ اصول ہے کہ اگر ایک آدمی شکایت free جی سکتا ہے تو سب لوگ شکایت free جی سکتے ہیں۔ کیا مشکل ہے؟</w:t>
      </w:r>
    </w:p>
    <w:p>
      <w:r>
        <w:rPr>
          <w:b/>
        </w:rPr>
        <w:t xml:space="preserve">[59:13] </w:t>
      </w:r>
      <w:r>
        <w:t>to</w:t>
      </w:r>
    </w:p>
    <w:p>
      <w:pPr>
        <w:jc w:val="right"/>
      </w:pPr>
      <w:r>
        <w:t>تو</w:t>
      </w:r>
    </w:p>
    <w:p>
      <w:r>
        <w:rPr>
          <w:b/>
        </w:rPr>
        <w:t xml:space="preserve">[59:17] </w:t>
      </w:r>
      <w:r>
        <w:t>excuse dena chhod dijiye. mera maqola hai ke "If you are good excuse, don't use it۔"</w:t>
      </w:r>
    </w:p>
    <w:p>
      <w:pPr>
        <w:jc w:val="right"/>
      </w:pPr>
      <w:r>
        <w:t>excuse دینا چھوڑ دیجیے۔ میرا مقولہ ہے کہ "If you are good excuse, don't use it۔"</w:t>
      </w:r>
    </w:p>
    <w:p>
      <w:r>
        <w:rPr>
          <w:b/>
        </w:rPr>
        <w:t xml:space="preserve">[59:27] </w:t>
      </w:r>
      <w:r>
        <w:t>Excuse dena chhod dijiye. bas har cheez apni apni durust ho jaye gi. sare log kahin na kahin excuse liye rehte hain. sare log kahin na kahin excuse liye rehte hain.</w:t>
      </w:r>
    </w:p>
    <w:p>
      <w:pPr>
        <w:jc w:val="right"/>
      </w:pPr>
      <w:r>
        <w:t>Excuse دینا چھوڑ دیجیے۔ بس ہر چیز اپنی اپنی درست ہو جائے گی۔ سارے لوگ کہیں نہ کہیں excuse لیے رہتے ہیں۔ سارے لوگ کہیں نہ کہیں excuse لیے رہتے ہیں۔</w:t>
      </w:r>
    </w:p>
    <w:p>
      <w:r>
        <w:rPr>
          <w:b/>
        </w:rPr>
        <w:t xml:space="preserve">[59:40] </w:t>
      </w:r>
      <w:r>
        <w:t>to excuse dena bilkul chhod dijiye. "If you are good excuse, don't use it۔" yeh main kehta hoon. "If you have good excuse, don't use it۔"</w:t>
      </w:r>
    </w:p>
    <w:p>
      <w:pPr>
        <w:jc w:val="right"/>
      </w:pPr>
      <w:r>
        <w:t>تو excuse دینا بالکل چھوڑ دیجیے۔ "If you are good excuse, don't use it۔" یہ میں کہتا ہوں۔ "If you have good excuse, don't use it۔"</w:t>
      </w:r>
    </w:p>
    <w:p>
      <w:r>
        <w:rPr>
          <w:b/>
        </w:rPr>
        <w:t xml:space="preserve">[59:52] </w:t>
      </w:r>
      <w:r>
        <w:t>us ko pakad li jiye, is formula ko, aur phir dekhein ke aap ki dunya kitni mukhtalif ho gayi aap ke liye. dunya aap ke liye kitni zyada mukhtalif ho gayi hai.</w:t>
      </w:r>
    </w:p>
    <w:p>
      <w:pPr>
        <w:jc w:val="right"/>
      </w:pPr>
      <w:r>
        <w:t>اس کو پکڑ لیجیے، اس فارمولے کو، اور پھر دیکھیں کہ آپ کی دنیا کتنی مختلف ہو گئی آپ کے لیے۔ دنیا آپ کے لیے کتنی زیادہ مختلف ہو گئی ہے۔</w:t>
      </w:r>
    </w:p>
    <w:p>
      <w:r>
        <w:rPr>
          <w:b/>
        </w:rPr>
        <w:t xml:space="preserve">[1:00:07] </w:t>
      </w:r>
      <w:r>
        <w:t>Okay, we will end today's session. Thank you.</w:t>
      </w:r>
    </w:p>
    <w:p>
      <w:pPr>
        <w:jc w:val="right"/>
      </w:pPr>
      <w:r>
        <w:t>Okay, we will end today's session.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