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Roza (Fasting) Shock May 26, 2019</w:t>
      </w:r>
    </w:p>
    <w:p>
      <w:r>
        <w:t>https://www.youtube.com/watch?v=GXYhGriFRpM</w:t>
      </w:r>
    </w:p>
    <w:p>
      <w:r>
        <w:rPr>
          <w:b/>
        </w:rPr>
        <w:t xml:space="preserve">[00:13] </w:t>
      </w:r>
      <w:r>
        <w:t>Bismillah Rehman ur Rahim, Wasalli Allahu ala Nabi al Kareem.</w:t>
      </w:r>
    </w:p>
    <w:p>
      <w:pPr>
        <w:jc w:val="right"/>
      </w:pPr>
      <w:r>
        <w:t>بسم اللہ الرحمن الرحیم، وصلی اللہ علی نبی الکریم۔</w:t>
      </w:r>
    </w:p>
    <w:p>
      <w:r>
        <w:rPr>
          <w:b/>
        </w:rPr>
        <w:t xml:space="preserve">[00:23]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[00:39] </w:t>
      </w:r>
      <w:r>
        <w:t>26 may 2019.</w:t>
      </w:r>
    </w:p>
    <w:p>
      <w:pPr>
        <w:jc w:val="right"/>
      </w:pPr>
      <w:r>
        <w:t>26 مئی 2019۔</w:t>
      </w:r>
    </w:p>
    <w:p>
      <w:r>
        <w:rPr>
          <w:b/>
        </w:rPr>
        <w:t xml:space="preserve">[00:47] </w:t>
      </w:r>
      <w:r>
        <w:t>aaj jab mein</w:t>
      </w:r>
    </w:p>
    <w:p>
      <w:pPr>
        <w:jc w:val="right"/>
      </w:pPr>
      <w:r>
        <w:t>آج جب میں</w:t>
      </w:r>
    </w:p>
    <w:p>
      <w:r>
        <w:rPr>
          <w:b/>
        </w:rPr>
        <w:t xml:space="preserve">[00:52] </w:t>
      </w:r>
      <w:r>
        <w:t>c one ke darwaze par pahuncha aur yahan dakhil hona shuru hua to achank, baghair soche samjhe,</w:t>
      </w:r>
    </w:p>
    <w:p>
      <w:pPr>
        <w:jc w:val="right"/>
      </w:pPr>
      <w:r>
        <w:t>سی ون کے دروازے پر پہنچا اور یہاں داخل ہونا شروع ہوا تو اچانک، بغیر سوچے سمجھے،</w:t>
      </w:r>
    </w:p>
    <w:p>
      <w:r>
        <w:rPr>
          <w:b/>
        </w:rPr>
        <w:t xml:space="preserve">[01:07] </w:t>
      </w:r>
      <w:r>
        <w:t>dil se ek awaz aai, ek pukar: "assalam o alaikum" ya "assalam o alaikum ayyuhal malaika".</w:t>
      </w:r>
    </w:p>
    <w:p>
      <w:pPr>
        <w:jc w:val="right"/>
      </w:pPr>
      <w:r>
        <w:t>دل سے ایک آواز آئی، ایک پکار: "السلام علیکم" یا "السلام علیکم ایہا الملائکہ"۔</w:t>
      </w:r>
    </w:p>
    <w:p>
      <w:r>
        <w:rPr>
          <w:b/>
        </w:rPr>
        <w:t xml:space="preserve">[01:21] </w:t>
      </w:r>
      <w:r>
        <w:t>apne aap yani socha nahi tha maine.</w:t>
      </w:r>
    </w:p>
    <w:p>
      <w:pPr>
        <w:jc w:val="right"/>
      </w:pPr>
      <w:r>
        <w:t>اپنے آپ یعنی سوچا نہیں تھا میں نے۔</w:t>
      </w:r>
    </w:p>
    <w:p>
      <w:r>
        <w:rPr>
          <w:b/>
        </w:rPr>
        <w:t xml:space="preserve">[01:26] </w:t>
      </w:r>
      <w:r>
        <w:t>assalam o alaikum ayyuhal malaika. to dekhiye, malaika ka ilm hum se zyada hai.</w:t>
      </w:r>
    </w:p>
    <w:p>
      <w:pPr>
        <w:jc w:val="right"/>
      </w:pPr>
      <w:r>
        <w:t>السلام علیکم ایہا الملائکہ۔ تو دیکھیے، ملائکہ کا علم ہم سے زیادہ ہے۔</w:t>
      </w:r>
    </w:p>
    <w:p>
      <w:r>
        <w:rPr>
          <w:b/>
        </w:rPr>
        <w:t xml:space="preserve">[01:39] </w:t>
      </w:r>
      <w:r>
        <w:t>malaika ne apne aap yeh jaan liya ke main kya chah raha hoon is waqt. kyunke basically judges se maine kaha tha ke bhai aaj koi speech nahi hogi,</w:t>
      </w:r>
    </w:p>
    <w:p>
      <w:pPr>
        <w:jc w:val="right"/>
      </w:pPr>
      <w:r>
        <w:t>ملائکہ نے اپنے آپ یہ جان لیا کہ میں کیا چاہ رہا ہوں اس وقت۔ کیونکہ بیسکلی ججز سے میں نے کہا تھا کہ بھئی آج کوئی اسپیچ نہیں ہوگی،</w:t>
      </w:r>
    </w:p>
    <w:p>
      <w:r>
        <w:rPr>
          <w:b/>
        </w:rPr>
        <w:t xml:space="preserve">[01:55] </w:t>
      </w:r>
      <w:r>
        <w:t>aap sawal jawab kar lijiye. to malaika ne apne aap hi is ka jawab de diya.</w:t>
      </w:r>
    </w:p>
    <w:p>
      <w:pPr>
        <w:jc w:val="right"/>
      </w:pPr>
      <w:r>
        <w:t>آپ سوال جواب کر لیجیے۔ تو ملائکہ نے اپنے آپ ہی اس کا جواب دے دیا۔</w:t>
      </w:r>
    </w:p>
    <w:p>
      <w:r>
        <w:rPr>
          <w:b/>
        </w:rPr>
        <w:t xml:space="preserve">[02:11] </w:t>
      </w:r>
      <w:r>
        <w:t>ek nai baat. unhon ne kaha ke yeh jo roza hai, jis ko hum arabi mein kehte hain siyam, angrezi mein kehte hain fasting,</w:t>
      </w:r>
    </w:p>
    <w:p>
      <w:pPr>
        <w:jc w:val="right"/>
      </w:pPr>
      <w:r>
        <w:t>ایک نئی بات۔ انہوں نے کہا کہ یہ جو روزہ ہے، جس کو ہم عربی میں کہتے ہیں صیام، انگریزی میں کہتے ہیں فاسٹنگ،</w:t>
      </w:r>
    </w:p>
    <w:p>
      <w:r>
        <w:rPr>
          <w:b/>
        </w:rPr>
        <w:t xml:space="preserve">[02:27] </w:t>
      </w:r>
      <w:r>
        <w:t>yeh is liye hai ke insan ka mind trigger ho.</w:t>
      </w:r>
    </w:p>
    <w:p>
      <w:pPr>
        <w:jc w:val="right"/>
      </w:pPr>
      <w:r>
        <w:t>یہ اس لیے ہے کہ انسان کا مائنڈ ٹریگر ہو۔</w:t>
      </w:r>
    </w:p>
    <w:p>
      <w:r>
        <w:rPr>
          <w:b/>
        </w:rPr>
        <w:t xml:space="preserve">[02:35] </w:t>
      </w:r>
      <w:r>
        <w:t>roza means</w:t>
      </w:r>
    </w:p>
    <w:p>
      <w:pPr>
        <w:jc w:val="right"/>
      </w:pPr>
      <w:r>
        <w:t>روزہ مینز</w:t>
      </w:r>
    </w:p>
    <w:p>
      <w:r>
        <w:rPr>
          <w:b/>
        </w:rPr>
        <w:t xml:space="preserve">[02:40] </w:t>
      </w:r>
      <w:r>
        <w:t>fasting shock.</w:t>
      </w:r>
    </w:p>
    <w:p>
      <w:pPr>
        <w:jc w:val="right"/>
      </w:pPr>
      <w:r>
        <w:t>فاسٹنگ شاک۔</w:t>
      </w:r>
    </w:p>
    <w:p>
      <w:r>
        <w:rPr>
          <w:b/>
        </w:rPr>
        <w:t xml:space="preserve">[02:44] </w:t>
      </w:r>
      <w:r>
        <w:t>jaise aap jante hain ke newton ka jo waqia hai, is zameen par ek bohat hi anokha waqia rozana ho raha tha.</w:t>
      </w:r>
    </w:p>
    <w:p>
      <w:pPr>
        <w:jc w:val="right"/>
      </w:pPr>
      <w:r>
        <w:t>جیسے آپ جانتے ہیں کہ نیوٹن کا جو واقعہ ہے، اس زمین پر ایک بہت ہی انوکھا واقعہ روزانہ ہو رہا تھا۔</w:t>
      </w:r>
    </w:p>
    <w:p>
      <w:r>
        <w:rPr>
          <w:b/>
        </w:rPr>
        <w:t xml:space="preserve">[02:58] </w:t>
      </w:r>
      <w:r>
        <w:t>wo hai gravitational pull. yani har cheez jo hai upar jo aati hai, neeche girti hai.</w:t>
      </w:r>
    </w:p>
    <w:p>
      <w:pPr>
        <w:jc w:val="right"/>
      </w:pPr>
      <w:r>
        <w:t>وہ ہے گریویٹیشنل پل۔ یعنی ہر چیز جو ہے اوپر جو آتی ہے، نیچے گرتی ہے۔</w:t>
      </w:r>
    </w:p>
    <w:p>
      <w:r>
        <w:rPr>
          <w:b/>
        </w:rPr>
        <w:t xml:space="preserve">[03:09] </w:t>
      </w:r>
      <w:r>
        <w:t>to zameen sari cheezon ko pakri hui hai.</w:t>
      </w:r>
    </w:p>
    <w:p>
      <w:pPr>
        <w:jc w:val="right"/>
      </w:pPr>
      <w:r>
        <w:t>تو زمین ساری چیزوں کو پکڑی ہوئی ہے۔</w:t>
      </w:r>
    </w:p>
    <w:p>
      <w:r>
        <w:rPr>
          <w:b/>
        </w:rPr>
        <w:t xml:space="preserve">[03:15] </w:t>
      </w:r>
      <w:r>
        <w:t>agar zameen pakri hui na ho to hamare ghar hawa mein uren, hamari poori civilization space mein chali jaye urr kar ke.</w:t>
      </w:r>
    </w:p>
    <w:p>
      <w:pPr>
        <w:jc w:val="right"/>
      </w:pPr>
      <w:r>
        <w:t>اگر زمین پکڑی ہوئی نہ ہو تو ہمارے گھر ہوا میں اڑیں، ہماری پوری سولائزیشن اسپیس میں چلی جائے اڑ کر کے۔</w:t>
      </w:r>
    </w:p>
    <w:p>
      <w:r>
        <w:rPr>
          <w:b/>
        </w:rPr>
        <w:t xml:space="preserve">[03:27] </w:t>
      </w:r>
      <w:r>
        <w:t>kuch bhi na ho, kuch bhi, sari activities thap ho jayen. to kaha jata hai ke newton teen sau saal pehle</w:t>
      </w:r>
    </w:p>
    <w:p>
      <w:pPr>
        <w:jc w:val="right"/>
      </w:pPr>
      <w:r>
        <w:t>کچھ بھی نہ ہو، کچھ بھی، ساری ایکٹیویٹیز تھپ ہو جائیں۔ تو کہا جاتا ہے کہ نیوٹن تین سو سال پہلے</w:t>
      </w:r>
    </w:p>
    <w:p>
      <w:r>
        <w:rPr>
          <w:b/>
        </w:rPr>
        <w:t xml:space="preserve">[03:43] </w:t>
      </w:r>
      <w:r>
        <w:t>seb ke bagh mein tha. to ek seb jo hai, aap jante hain, phal girte rehte hain. ek seb yani is ke shareer pe gir pada.</w:t>
      </w:r>
    </w:p>
    <w:p>
      <w:pPr>
        <w:jc w:val="right"/>
      </w:pPr>
      <w:r>
        <w:t>سیب کے باغ میں تھا۔ تو ایک سیب جو ہے، آپ جانتے ہیں، پھل گرتے رہتے ہیں۔ ایک سیب یعنی اس کے شریر پہ گر پڑا۔</w:t>
      </w:r>
    </w:p>
    <w:p>
      <w:r>
        <w:rPr>
          <w:b/>
        </w:rPr>
        <w:t xml:space="preserve">[03:58] </w:t>
      </w:r>
      <w:r>
        <w:t>to upar se jab koi cheez girti hai to bara taqat se mar karti hai wo. to that was apple shock.</w:t>
      </w:r>
    </w:p>
    <w:p>
      <w:pPr>
        <w:jc w:val="right"/>
      </w:pPr>
      <w:r>
        <w:t>تو اوپر سے جب کوئی چیز گرتی ہے تو بڑا طاقت سے مار کرتی ہے وہ۔ تو ڈیٹ واز ایپل شاک۔</w:t>
      </w:r>
    </w:p>
    <w:p>
      <w:r>
        <w:rPr>
          <w:b/>
        </w:rPr>
        <w:t xml:space="preserve">[04:11] </w:t>
      </w:r>
      <w:r>
        <w:t>apple shock. to is se newton ka mind trigger ho gaya. aur us ne aap jante hain ke wo cheez daryaft ki jo insan is waqt tak</w:t>
      </w:r>
    </w:p>
    <w:p>
      <w:pPr>
        <w:jc w:val="right"/>
      </w:pPr>
      <w:r>
        <w:t>ایپل شاک۔ تو اس سے نیوٹن کا مائنڈ ٹریگر ہو گیا۔ اور اس نے آپ جانتے ہیں کہ وہ چیز دریافت کی جو انسان اس وقت تک</w:t>
      </w:r>
    </w:p>
    <w:p>
      <w:r>
        <w:rPr>
          <w:b/>
        </w:rPr>
        <w:t xml:space="preserve">[04:30] </w:t>
      </w:r>
      <w:r>
        <w:t>be daryaft bana bani hui thi. yani gravitational pull.</w:t>
      </w:r>
    </w:p>
    <w:p>
      <w:pPr>
        <w:jc w:val="right"/>
      </w:pPr>
      <w:r>
        <w:t>بے دریافت بنا بنی ہوئی تھی۔ یعنی گریویٹیشنل پل۔</w:t>
      </w:r>
    </w:p>
    <w:p>
      <w:r>
        <w:rPr>
          <w:b/>
        </w:rPr>
        <w:t xml:space="preserve">[04:38] </w:t>
      </w:r>
      <w:r>
        <w:t>aaj aap jante hain ke yeh bohat bari nemat hai Allah taala ki. to aaj jab jab malaika se jawab aaya ke roza kya hai?</w:t>
      </w:r>
    </w:p>
    <w:p>
      <w:pPr>
        <w:jc w:val="right"/>
      </w:pPr>
      <w:r>
        <w:t>آج آپ جانتے ہیں کہ یہ بہت بڑی نعمت ہے اللہ تعالیٰ کی۔ تو آج جب جب ملائکہ سے جواب آیا کہ روزہ کیا ہے؟</w:t>
      </w:r>
    </w:p>
    <w:p>
      <w:r>
        <w:rPr>
          <w:b/>
        </w:rPr>
        <w:t xml:space="preserve">[04:53] </w:t>
      </w:r>
      <w:r>
        <w:t>roza fasting shock hai.</w:t>
      </w:r>
    </w:p>
    <w:p>
      <w:pPr>
        <w:jc w:val="right"/>
      </w:pPr>
      <w:r>
        <w:t>روزہ فاسٹنگ شاک ہے۔</w:t>
      </w:r>
    </w:p>
    <w:p>
      <w:r>
        <w:rPr>
          <w:b/>
        </w:rPr>
        <w:t xml:space="preserve">[04:59] </w:t>
      </w:r>
      <w:r>
        <w:t>thoda sa khana band, thoda sa pani band. to koi bari cheez nahi hoti. chota sa ek disturb kiya jata hai hamara routine ko.</w:t>
      </w:r>
    </w:p>
    <w:p>
      <w:pPr>
        <w:jc w:val="right"/>
      </w:pPr>
      <w:r>
        <w:t>تھوڑا سا کھانا بند، تھوڑا سا پانی بند۔ تو کوئی بڑی چیز نہیں ہوتی۔ چھوٹا سا ایک ڈسٹرب کیا جاتا ہے ہمارا روٹین کو۔</w:t>
      </w:r>
    </w:p>
    <w:p>
      <w:r>
        <w:rPr>
          <w:b/>
        </w:rPr>
        <w:t xml:space="preserve">[05:15] </w:t>
      </w:r>
      <w:r>
        <w:t>kyunke zyada kiya jaye to hum khatm ho jayenge.</w:t>
      </w:r>
    </w:p>
    <w:p>
      <w:pPr>
        <w:jc w:val="right"/>
      </w:pPr>
      <w:r>
        <w:t>کیونکہ زیادہ کیا جائے تو ہم ختم ہو جائیں گے۔</w:t>
      </w:r>
    </w:p>
    <w:p>
      <w:r>
        <w:rPr>
          <w:b/>
        </w:rPr>
        <w:t xml:space="preserve">[05:20] </w:t>
      </w:r>
      <w:r>
        <w:t>to wo ek fasting shock hai taake aap ko mind trigger ho. aap ko mind trigger ho.</w:t>
      </w:r>
    </w:p>
    <w:p>
      <w:pPr>
        <w:jc w:val="right"/>
      </w:pPr>
      <w:r>
        <w:t>تو وہ ایک فاسٹنگ شاک ہے تاکہ آپ کو مائنڈ ٹریگر ہو۔ آپ کو مائنڈ ٹریگر ہو۔</w:t>
      </w:r>
    </w:p>
    <w:p>
      <w:r>
        <w:rPr>
          <w:b/>
        </w:rPr>
        <w:t xml:space="preserve">[05:33] </w:t>
      </w:r>
      <w:r>
        <w:t>to mera mind trigger hua. to mujhe wo hadith yaad aayi. wo hadith yaad aayi ke insaan ka amal das gunne se saat sau gunne tak uska inaam milta hai insaan ko.</w:t>
      </w:r>
    </w:p>
    <w:p>
      <w:pPr>
        <w:jc w:val="right"/>
      </w:pPr>
      <w:r>
        <w:t>تو میرا مائنڈ ٹریگر ہوا۔ تو مجھے وہ حدیث یاد آئی۔ وہ حدیث یاد آئی کہ انسان کا عمل دس گنے سے سات سو گنے تک اس کا انعام ملتا ہے انسان کو۔</w:t>
      </w:r>
    </w:p>
    <w:p>
      <w:r>
        <w:rPr>
          <w:b/>
        </w:rPr>
        <w:t xml:space="preserve">[05:59] </w:t>
      </w:r>
      <w:r>
        <w:t>to waja kya batai hai? yad e taam o sharab lajli.</w:t>
      </w:r>
    </w:p>
    <w:p>
      <w:pPr>
        <w:jc w:val="right"/>
      </w:pPr>
      <w:r>
        <w:t>تو وجہ کیا بتائی ہے؟ید طعام وشراب لاجلی۔</w:t>
      </w:r>
    </w:p>
    <w:p>
      <w:r>
        <w:rPr>
          <w:b/>
        </w:rPr>
        <w:t xml:space="preserve">[06:10] </w:t>
      </w:r>
      <w:r>
        <w:t>yani Allah ke liye tark e taam, tark e sharab. wo bhi tark ka poora tark to hota nahi.</w:t>
      </w:r>
    </w:p>
    <w:p>
      <w:pPr>
        <w:jc w:val="right"/>
      </w:pPr>
      <w:r>
        <w:t>یعنی اللہ کے لیے ترک طعام، ترک شراب۔ وہ بھی ترک کا پورا ترک تو ہوتا نہیں۔</w:t>
      </w:r>
    </w:p>
    <w:p>
      <w:r>
        <w:rPr>
          <w:b/>
        </w:rPr>
        <w:t xml:space="preserve">[06:22] </w:t>
      </w:r>
      <w:r>
        <w:t>yani juzwi tark hota hai roze mein.</w:t>
      </w:r>
    </w:p>
    <w:p>
      <w:pPr>
        <w:jc w:val="right"/>
      </w:pPr>
      <w:r>
        <w:t>یعنی جزوی ترک ہوتا ہے روزے میں۔</w:t>
      </w:r>
    </w:p>
    <w:p>
      <w:r>
        <w:rPr>
          <w:b/>
        </w:rPr>
        <w:t xml:space="preserve">[06:27] </w:t>
      </w:r>
      <w:r>
        <w:t>sirf ek. to chota sa shock lagta hai. is is aitbaar se dekha jaye to roza fasting shock hai.</w:t>
      </w:r>
    </w:p>
    <w:p>
      <w:pPr>
        <w:jc w:val="right"/>
      </w:pPr>
      <w:r>
        <w:t>صرف ایک۔ تو چھوٹا سا شاک لگتا ہے۔ اس اس اعتبار سے دیکھا جائے تو روزہ فاسٹنگ شاک ہے۔</w:t>
      </w:r>
    </w:p>
    <w:p>
      <w:r>
        <w:rPr>
          <w:b/>
        </w:rPr>
        <w:t xml:space="preserve">[06:45] </w:t>
      </w:r>
      <w:r>
        <w:t>aap ke mind ko trigger trigger karne ke liye.</w:t>
      </w:r>
    </w:p>
    <w:p>
      <w:pPr>
        <w:jc w:val="right"/>
      </w:pPr>
      <w:r>
        <w:t>آپ کے مائنڈ کو ٹریگر ٹریگر کرنے کے لیے۔</w:t>
      </w:r>
    </w:p>
    <w:p>
      <w:r>
        <w:rPr>
          <w:b/>
        </w:rPr>
        <w:t xml:space="preserve">[06:51] </w:t>
      </w:r>
      <w:r>
        <w:t>to mera mind jab trigger hua to achaanak maloom hua ke aaj kal aap jante honge masjidon mein, madarson mein, har jagah: "haaye!</w:t>
      </w:r>
    </w:p>
    <w:p>
      <w:pPr>
        <w:jc w:val="right"/>
      </w:pPr>
      <w:r>
        <w:t>تو میرا مائنڈ جب ٹریگر ہوا تو اچانک معلوم ہوا کہ آج کل آپ جانتے ہوں گے مسجدوں میں، مدرسوں میں، ہر جگہ: "ہائے!</w:t>
      </w:r>
    </w:p>
    <w:p>
      <w:r>
        <w:rPr>
          <w:b/>
        </w:rPr>
        <w:t xml:space="preserve">[07:04] </w:t>
      </w:r>
      <w:r>
        <w:t>ab kya hoga? haaye! ab kya hoga?"</w:t>
      </w:r>
    </w:p>
    <w:p>
      <w:pPr>
        <w:jc w:val="right"/>
      </w:pPr>
      <w:r>
        <w:t>اب کیا ہوگا؟ ہائے! اب کیا ہوگا؟"</w:t>
      </w:r>
    </w:p>
    <w:p>
      <w:r>
        <w:rPr>
          <w:b/>
        </w:rPr>
        <w:t xml:space="preserve">[07:09] </w:t>
      </w:r>
      <w:r>
        <w:t>ye mere nazdeek haram hai, haram, haram.</w:t>
      </w:r>
    </w:p>
    <w:p>
      <w:pPr>
        <w:jc w:val="right"/>
      </w:pPr>
      <w:r>
        <w:t>یہ میرے نزدیک حرام ہے، حرام، حرام۔</w:t>
      </w:r>
    </w:p>
    <w:p>
      <w:r>
        <w:rPr>
          <w:b/>
        </w:rPr>
        <w:t xml:space="preserve">[07:16] </w:t>
      </w:r>
      <w:r>
        <w:t>haram hai.</w:t>
      </w:r>
    </w:p>
    <w:p>
      <w:pPr>
        <w:jc w:val="right"/>
      </w:pPr>
      <w:r>
        <w:t>حرام ہے۔</w:t>
      </w:r>
    </w:p>
    <w:p>
      <w:r>
        <w:rPr>
          <w:b/>
        </w:rPr>
        <w:t xml:space="preserve">[07:20] </w:t>
      </w:r>
      <w:r>
        <w:t>kya Allah Allah kahen jail mein bhej dega? kya Allah ko kisi ne jail mein bhej diya hai?</w:t>
      </w:r>
    </w:p>
    <w:p>
      <w:pPr>
        <w:jc w:val="right"/>
      </w:pPr>
      <w:r>
        <w:t>کیا اللہ اللہ کہیں جیل میں بھیج دے گا؟ کیا اللہ کو کسی نے جیل میں بھیج دیا ہے؟</w:t>
      </w:r>
    </w:p>
    <w:p>
      <w:r>
        <w:rPr>
          <w:b/>
        </w:rPr>
        <w:t xml:space="preserve">[07:31] </w:t>
      </w:r>
      <w:r>
        <w:t>nauzubillah. to "haaye! haaye! ab kya hai?" ye to feal haram hai.</w:t>
      </w:r>
    </w:p>
    <w:p>
      <w:pPr>
        <w:jc w:val="right"/>
      </w:pPr>
      <w:r>
        <w:t>نعوذ باللہ۔ تو "ہائے! ہائے! اب کیا ہے؟" یہ تو فعل حرام ہے۔</w:t>
      </w:r>
    </w:p>
    <w:p>
      <w:r>
        <w:rPr>
          <w:b/>
        </w:rPr>
        <w:t xml:space="preserve">[07:44] </w:t>
      </w:r>
      <w:r>
        <w:t>Allah aap ki pusht par maujood hai, wo maujood hamesha maujood rahega. to main log roza rakhte hain lekin logon ka mind trigger nahi hota.</w:t>
      </w:r>
    </w:p>
    <w:p>
      <w:pPr>
        <w:jc w:val="right"/>
      </w:pPr>
      <w:r>
        <w:t>اللہ آپ کی پشت پر موجود ہے، وہ موجود ہمیشہ موجود رہے گا۔ تو میں لوگ روزہ رکھتے ہیں لیکن لوگوں کا مائنڈ ٹریگر نہیں ہوتا۔</w:t>
      </w:r>
    </w:p>
    <w:p>
      <w:r>
        <w:rPr>
          <w:b/>
        </w:rPr>
        <w:t xml:space="preserve">[07:56] </w:t>
      </w:r>
      <w:r>
        <w:t>kisi shayar ne kaha tha, farsi shayar ne ke: "tan par wali khalq fazu dar riyazat, jis garmi mein iftar nadar ramzan hai." yani ramzan mein koi aur khana peena padta hai to aap jaane kya?</w:t>
      </w:r>
    </w:p>
    <w:p>
      <w:pPr>
        <w:jc w:val="right"/>
      </w:pPr>
      <w:r>
        <w:t>کسی شاعر نے کہا تھا، فارسی شاعر نے کہ: "تن پر ولی خلق فضو در ریاضت، جس گرمی میں افطار ندار رمضان ہے۔" یعنی رمضان میں کوئی اور کھانا پینا پڑتا ہے تو آپ جانے کیا؟</w:t>
      </w:r>
    </w:p>
    <w:p>
      <w:r>
        <w:rPr>
          <w:b/>
        </w:rPr>
        <w:t xml:space="preserve">[08:17] </w:t>
      </w:r>
      <w:r>
        <w:t>yani mind ko trigger hone ka mauqa hi nahi dete. kaisi ajeeb baat hai.</w:t>
      </w:r>
    </w:p>
    <w:p>
      <w:pPr>
        <w:jc w:val="right"/>
      </w:pPr>
      <w:r>
        <w:t>یعنی مائنڈ کو ٹریگر ہونے کا موقع ہی نہیں دیتے۔ کیسی عجیب بات ہے۔</w:t>
      </w:r>
    </w:p>
    <w:p>
      <w:r>
        <w:rPr>
          <w:b/>
        </w:rPr>
        <w:t xml:space="preserve">[08:26] </w:t>
      </w:r>
      <w:r>
        <w:t>ye to aisi hai jaise aap aam ka pead lagayein apne bagh mein aur uske uske phal aane se pehle uske phool ko todte rahein.</w:t>
      </w:r>
    </w:p>
    <w:p>
      <w:pPr>
        <w:jc w:val="right"/>
      </w:pPr>
      <w:r>
        <w:t>یہ تو ایسی ہے جیسے آپ آم کا پیڑ لگائیں اپنے باغ میں اور اس کے اس کے پھل آنے سے پہلے اس کے پھول کو توڑتے رہیں۔</w:t>
      </w:r>
    </w:p>
    <w:p>
      <w:r>
        <w:rPr>
          <w:b/>
        </w:rPr>
        <w:t xml:space="preserve">[08:42] </w:t>
      </w:r>
      <w:r>
        <w:t>yani phal aane se pehle hi uske phool ko todte rahein aap. to kaha ke aap ne aam ko mauqa nahi diya. aam ko mauqa nahi diya ke wo apna phal nikale.</w:t>
      </w:r>
    </w:p>
    <w:p>
      <w:pPr>
        <w:jc w:val="right"/>
      </w:pPr>
      <w:r>
        <w:t>یعنی پھل آنے سے پہلے ہی اس کے پھول کو توڑتے رہیں آپ۔ تو کہا کہ آپ نے آم کو موقع نہیں دیا۔ آم کو موقع نہیں دیا کہ وہ اپنا پھل نکالے۔</w:t>
      </w:r>
    </w:p>
    <w:p>
      <w:r>
        <w:rPr>
          <w:b/>
        </w:rPr>
        <w:t xml:space="preserve">[08:58] </w:t>
      </w:r>
      <w:r>
        <w:t>to aap roza rakhte hain lekin mauqa nahi dete mind ko ke wo trigger ho. kyunke itna khate hain, itna kha kha ke itna shikam sur hote hain.</w:t>
      </w:r>
    </w:p>
    <w:p>
      <w:pPr>
        <w:jc w:val="right"/>
      </w:pPr>
      <w:r>
        <w:t>تو آپ روزہ رکھتے ہیں لیکن موقع نہیں دیتے مائنڈ کو کہ وہ ٹریگر ہو۔ کیونکہ اتنا کھاتے ہیں، اتنا کھا کھا کے اتنا شکم سور ہوتے ہیں۔</w:t>
      </w:r>
    </w:p>
    <w:p>
      <w:r>
        <w:rPr>
          <w:b/>
        </w:rPr>
        <w:t xml:space="preserve">[09:11] </w:t>
      </w:r>
      <w:r>
        <w:t>yani roza naam hai musalmanon ke haan aur eating ka.</w:t>
      </w:r>
    </w:p>
    <w:p>
      <w:pPr>
        <w:jc w:val="right"/>
      </w:pPr>
      <w:r>
        <w:t>یعنی روزہ نام ہے مسلمانوں کے ہاں اور ایٹنگ کا۔</w:t>
      </w:r>
    </w:p>
    <w:p>
      <w:r>
        <w:rPr>
          <w:b/>
        </w:rPr>
        <w:t xml:space="preserve">[09:21] </w:t>
      </w:r>
      <w:r>
        <w:t>mind ko trigger karne ke liye nahi hai aur eating ke liye hai.</w:t>
      </w:r>
    </w:p>
    <w:p>
      <w:pPr>
        <w:jc w:val="right"/>
      </w:pPr>
      <w:r>
        <w:t>مائنڈ کو ٹریگر کرنے کے لیے نہیں ہے اور ایٹنگ کے لیے ہے۔</w:t>
      </w:r>
    </w:p>
    <w:p>
      <w:r>
        <w:rPr>
          <w:b/>
        </w:rPr>
        <w:t xml:space="preserve">[09:29] </w:t>
      </w:r>
      <w:r>
        <w:t>sahi hai, ye koi ye koi koi cheez hai. jab mind trigger hoga</w:t>
      </w:r>
    </w:p>
    <w:p>
      <w:pPr>
        <w:jc w:val="right"/>
      </w:pPr>
      <w:r>
        <w:t>صحیح ہے، یہ کوئی یہ کوئی کوئی چیز ہے۔ جب مائنڈ ٹریگر ہوگا</w:t>
      </w:r>
    </w:p>
    <w:p>
      <w:r>
        <w:rPr>
          <w:b/>
        </w:rPr>
        <w:t xml:space="preserve">[09:42] </w:t>
      </w:r>
      <w:r>
        <w:t>to maine socha ke duniya mein kya kya inqilab ho aaya hai, kya kya inqilab aur aayega, kya kya duniya mein ho raha hai.</w:t>
      </w:r>
    </w:p>
    <w:p>
      <w:pPr>
        <w:jc w:val="right"/>
      </w:pPr>
      <w:r>
        <w:t>تو میں نے سوچا کہ دنیا میں کیا کیا انقلاب ہو آیا ہے، کیا کیا انقلاب اور آئے گا، کیا کیا دنیا میں ہو رہا ہے۔</w:t>
      </w:r>
    </w:p>
    <w:p>
      <w:r>
        <w:rPr>
          <w:b/>
        </w:rPr>
        <w:t xml:space="preserve">[09:54] </w:t>
      </w:r>
      <w:r>
        <w:t>lekin kya aisa hai ke duniya mein zameen ke neeche zakhira jo hai pani ka wo khatm ho gaya?</w:t>
      </w:r>
    </w:p>
    <w:p>
      <w:pPr>
        <w:jc w:val="right"/>
      </w:pPr>
      <w:r>
        <w:t>لیکن کیا ایسا ہے کہ دنیا میں زمین کے نیچے ذخیرہ جو ہے پانی کا وہ ختم ہو گیا؟</w:t>
      </w:r>
    </w:p>
    <w:p>
      <w:r>
        <w:rPr>
          <w:b/>
        </w:rPr>
        <w:t xml:space="preserve">[10:03] </w:t>
      </w:r>
      <w:r>
        <w:t>aap pyase mar rahe hain, aap zameen ke neeche pani ka zakhira hai, zameen ke neeche petrol ka zakhira hai, zameen ke satah samandar beh rahe hain,</w:t>
      </w:r>
    </w:p>
    <w:p>
      <w:pPr>
        <w:jc w:val="right"/>
      </w:pPr>
      <w:r>
        <w:t>آپ پیاسے مر رہے ہیں، آپ زمین کے نیچے پانی کا ذخیرہ ہے، زمین کے نیچے پیٹرول کا ذخیرہ ہے، زمین کے سطح سمندر بہہ رہے ہیں،</w:t>
      </w:r>
    </w:p>
    <w:p>
      <w:r>
        <w:rPr>
          <w:b/>
        </w:rPr>
        <w:t xml:space="preserve">[10:19] </w:t>
      </w:r>
      <w:r>
        <w:t>hawaein oxygen supply kar rahi hain,</w:t>
      </w:r>
    </w:p>
    <w:p>
      <w:pPr>
        <w:jc w:val="right"/>
      </w:pPr>
      <w:r>
        <w:t>ہوائیں اکسیجن سپلائی کر رہی ہیں،</w:t>
      </w:r>
    </w:p>
    <w:p>
      <w:r>
        <w:rPr>
          <w:b/>
        </w:rPr>
        <w:t xml:space="preserve">[10:26] </w:t>
      </w:r>
      <w:r>
        <w:t>zameen se ghalla ug raha hai, suraj se roshni chali aa rahi hai. kaun si cheez ruk gayi? kaun si cheez aap ko nahi mil rahi hai?</w:t>
      </w:r>
    </w:p>
    <w:p>
      <w:pPr>
        <w:jc w:val="right"/>
      </w:pPr>
      <w:r>
        <w:t>زمین سے غلہ اگ رہا ہے، سورج سے روشنی چلی آ رہی ہے۔ کون سی چیز رک گئی؟ کون سی چیز آپ کو نہیں مل رہی ہے؟</w:t>
      </w:r>
    </w:p>
    <w:p>
      <w:r>
        <w:rPr>
          <w:b/>
        </w:rPr>
        <w:t xml:space="preserve">[10:39] </w:t>
      </w:r>
      <w:r>
        <w:t>har aadmi ke paas ghar hai, khana peena hai.</w:t>
      </w:r>
    </w:p>
    <w:p>
      <w:pPr>
        <w:jc w:val="right"/>
      </w:pPr>
      <w:r>
        <w:t>ہر آدمی کے پاس گھر ہے، کھانا پینا ہے۔</w:t>
      </w:r>
    </w:p>
    <w:p>
      <w:r>
        <w:rPr>
          <w:b/>
        </w:rPr>
        <w:t xml:space="preserve">[10:47] </w:t>
      </w:r>
      <w:r>
        <w:t>iski wajah shayad yeh hai ke bhai ek ayat mujhe yaad aayi: "kaan fi alh masrurah,</w:t>
      </w:r>
    </w:p>
    <w:p>
      <w:pPr>
        <w:jc w:val="right"/>
      </w:pPr>
      <w:r>
        <w:t>اس کی وجہ شاید یہ ہے کہ بھئی ایک آیت مجھے یاد آئی: "کان فی الہ مسرورہ،</w:t>
      </w:r>
    </w:p>
    <w:p>
      <w:r>
        <w:rPr>
          <w:b/>
        </w:rPr>
        <w:t xml:space="preserve">[11:01] </w:t>
      </w:r>
      <w:r>
        <w:t>kon fi alh masrurah". woh tha apne ghar walon mein magan.</w:t>
      </w:r>
    </w:p>
    <w:p>
      <w:pPr>
        <w:jc w:val="right"/>
      </w:pPr>
      <w:r>
        <w:t>کون فی الہ مسرورہ"۔ وہ تھا اپنے گھر والوں میں مگن۔</w:t>
      </w:r>
    </w:p>
    <w:p>
      <w:r>
        <w:rPr>
          <w:b/>
        </w:rPr>
        <w:t xml:space="preserve">[11:11] </w:t>
      </w:r>
      <w:r>
        <w:t>woh tha apne ghar walon mein magan. toh yaqeen kijiye ke sab se bara jo masla hai woh woh nahi jo akhbaron mein chhaptahai, jo media mein aata hai.</w:t>
      </w:r>
    </w:p>
    <w:p>
      <w:pPr>
        <w:jc w:val="right"/>
      </w:pPr>
      <w:r>
        <w:t>وہ تھا اپنے گھر والوں میں مگن۔ تو یقین کیجئے کہ سب سے بڑا جو مسئلہ ہے وہ وہ نہیں جو اخباروں میں چھپتا ہے، جو میڈیا میں آتا ہے۔</w:t>
      </w:r>
    </w:p>
    <w:p>
      <w:r>
        <w:rPr>
          <w:b/>
        </w:rPr>
        <w:t xml:space="preserve">[11:23] </w:t>
      </w:r>
      <w:r>
        <w:t>sadah masla yeh hai ke log apne bachon mein, apne ghar walon mein magan hain toh unko mind ko trigger karne ka mauqa nahi detey.</w:t>
      </w:r>
    </w:p>
    <w:p>
      <w:pPr>
        <w:jc w:val="right"/>
      </w:pPr>
      <w:r>
        <w:t>سادہ مسئلہ یہ ہے کہ لوگ اپنے بچوں میں، اپنے گھر والوں میں مگن ہیں تو ان کو مائنڈ کو ٹریگر کرنے کا موقع نہیں دیتے۔</w:t>
      </w:r>
    </w:p>
    <w:p>
      <w:r>
        <w:rPr>
          <w:b/>
        </w:rPr>
        <w:t xml:space="preserve">[11:34] </w:t>
      </w:r>
      <w:r>
        <w:t>kaisa iska hawala bataiye? "kaan fi alh masrurah"</w:t>
      </w:r>
    </w:p>
    <w:p>
      <w:pPr>
        <w:jc w:val="right"/>
      </w:pPr>
      <w:r>
        <w:t>کیسا اس کا حوالہ بتائیے؟ "کان فی الہ مسرورہ"</w:t>
      </w:r>
    </w:p>
    <w:p>
      <w:r>
        <w:rPr>
          <w:b/>
        </w:rPr>
        <w:t xml:space="preserve">[11:39] </w:t>
      </w:r>
      <w:r>
        <w:t>. surah al-inshiqaq, ayat number 13. hmm, tarjuma padhiye: "innahu kaana fi alh masrurah".</w:t>
      </w:r>
    </w:p>
    <w:p>
      <w:pPr>
        <w:jc w:val="right"/>
      </w:pPr>
      <w:r>
        <w:t>۔ سورہ الانشقاق، آیت نمبر 13۔ ہمم، ترجمہ پڑھیے: "انہ کان فی الہ مسرورہ"۔</w:t>
      </w:r>
    </w:p>
    <w:p>
      <w:r>
        <w:rPr>
          <w:b/>
        </w:rPr>
        <w:t xml:space="preserve">[11:55] </w:t>
      </w:r>
      <w:r>
        <w:t>beshak woh tha apne ghar walon mein khush</w:t>
      </w:r>
    </w:p>
    <w:p>
      <w:pPr>
        <w:jc w:val="right"/>
      </w:pPr>
      <w:r>
        <w:t>بے شک وہ تھا اپنے گھر والوں میں خوش</w:t>
      </w:r>
    </w:p>
    <w:p>
      <w:r>
        <w:rPr>
          <w:b/>
        </w:rPr>
        <w:t xml:space="preserve">[11:59] </w:t>
      </w:r>
      <w:r>
        <w:t>. haan, toh logon ke jo raat din guzarte hain, jo subah shaam guzarte hain, woh apne ghar walon mein magan.</w:t>
      </w:r>
    </w:p>
    <w:p>
      <w:pPr>
        <w:jc w:val="right"/>
      </w:pPr>
      <w:r>
        <w:t>۔ ہاں، تو لوگوں کے جو رات دن گزرتے ہیں، جو صبح شام گزرتے ہیں، وہ اپنے گھر والوں میں مگن۔</w:t>
      </w:r>
    </w:p>
    <w:p>
      <w:r>
        <w:rPr>
          <w:b/>
        </w:rPr>
        <w:t xml:space="preserve">[12:10] </w:t>
      </w:r>
      <w:r>
        <w:t>inhi ke liye khana hai, inhi ke liye peena hai, inhi ke liye kamana hai, inhi ke liye ghar banana hai.</w:t>
      </w:r>
    </w:p>
    <w:p>
      <w:pPr>
        <w:jc w:val="right"/>
      </w:pPr>
      <w:r>
        <w:t>انہی کے لیے کھانا ہے، انہی کے لیے پینا ہے، انہی کے لیے کمانا ہے، انہی کے لیے گھر بنانا ہے۔</w:t>
      </w:r>
    </w:p>
    <w:p>
      <w:r>
        <w:rPr>
          <w:b/>
        </w:rPr>
        <w:t xml:space="preserve">[12:18] </w:t>
      </w:r>
      <w:r>
        <w:t>toh ghar walon mein jo magan culture hai, woh asal masla hai. kyunke aap ke mind ko trigger trigger nahi hone deta.</w:t>
      </w:r>
    </w:p>
    <w:p>
      <w:pPr>
        <w:jc w:val="right"/>
      </w:pPr>
      <w:r>
        <w:t>تو گھر والوں میں جو مگن کلچر ہے، وہ اصل مسئلہ ہے۔ کیونکہ آپ کے مائنڈ کو ٹریگر ٹریگر نہیں ہونے دیتا۔</w:t>
      </w:r>
    </w:p>
    <w:p>
      <w:r>
        <w:rPr>
          <w:b/>
        </w:rPr>
        <w:t xml:space="preserve">[12:31] </w:t>
      </w:r>
      <w:r>
        <w:t>aap ke mind ko trigger nahi hone deta. aap warna sochen, aap ke samandar mein pani ka samandar beh raha hai, petrol ka samandar zameen ke neeche rawan hai,</w:t>
      </w:r>
    </w:p>
    <w:p>
      <w:pPr>
        <w:jc w:val="right"/>
      </w:pPr>
      <w:r>
        <w:t>آپ کے مائنڈ کو ٹریگر نہیں ہونے دیتا۔ آپ ورنہ سوچیں، آپ کے سمندر میں پانی کا سمندر بہہ رہا ہے، پیٹرول کا سمندر زمین کے نیچے رواں ہے،</w:t>
      </w:r>
    </w:p>
    <w:p>
      <w:r>
        <w:rPr>
          <w:b/>
        </w:rPr>
        <w:t xml:space="preserve">[12:47] </w:t>
      </w:r>
      <w:r>
        <w:t>faslein ug rahi hain, phal aa rahe hain,</w:t>
      </w:r>
    </w:p>
    <w:p>
      <w:pPr>
        <w:jc w:val="right"/>
      </w:pPr>
      <w:r>
        <w:t>فصلیں اگ رہی ہیں، پھل آ رہے ہیں،</w:t>
      </w:r>
    </w:p>
    <w:p>
      <w:r>
        <w:rPr>
          <w:b/>
        </w:rPr>
        <w:t xml:space="preserve">[12:55] </w:t>
      </w:r>
      <w:r>
        <w:t>oxygen ki supply jari hai, suraj rozana shuru ho raha hai. yaani kaun si kami ho gayi? sab kuch mil raha hai aap ko.</w:t>
      </w:r>
    </w:p>
    <w:p>
      <w:pPr>
        <w:jc w:val="right"/>
      </w:pPr>
      <w:r>
        <w:t>اکسیجن کی سپلائی جاری ہے، سورج روزانہ شروع ہو رہا ہے۔ یعنی کون سی کمی ہو گئی؟ سب کچھ مل رہا ہے آپ کو۔</w:t>
      </w:r>
    </w:p>
    <w:p>
      <w:r>
        <w:rPr>
          <w:b/>
        </w:rPr>
        <w:t xml:space="preserve">[13:06] </w:t>
      </w:r>
      <w:r>
        <w:t>lekin aap magan hain, bas magan hain apne family mein. ek dam family magan hai, din ko bhi, shaam ko bhi, raat ko bhi, subah ko bhi.</w:t>
      </w:r>
    </w:p>
    <w:p>
      <w:pPr>
        <w:jc w:val="right"/>
      </w:pPr>
      <w:r>
        <w:t>لیکن آپ مگن ہیں، بس مگن ہیں اپنے فیملی میں۔ ایک دم فیملی مگن ہے، دن کو بھی، شام کو بھی، رات کو بھی، صبح کو بھی۔</w:t>
      </w:r>
    </w:p>
    <w:p>
      <w:r>
        <w:rPr>
          <w:b/>
        </w:rPr>
        <w:t xml:space="preserve">[13:19] </w:t>
      </w:r>
      <w:r>
        <w:t>is is super masroofiyat ne aap ko mauqa hi nahi diya ke Allah ko sochen, akhirat ko sochen, Allah ki nematton ko sochen.</w:t>
      </w:r>
    </w:p>
    <w:p>
      <w:pPr>
        <w:jc w:val="right"/>
      </w:pPr>
      <w:r>
        <w:t>اس اس سپر مصروفیت نے آپ کو موقع ہی نہیں دیا کہ اللہ کو سوچیں، آخرت کو سوچیں، اللہ کی نعمتوں کو سوچیں۔</w:t>
      </w:r>
    </w:p>
    <w:p>
      <w:r>
        <w:rPr>
          <w:b/>
        </w:rPr>
        <w:t xml:space="preserve">[13:30] </w:t>
      </w:r>
      <w:r>
        <w:t>hata ke yeh bhi nahi koi sochta mere khayal se ke jo family hai, yeh Allah ki nemat hai. kuch mujhe toh inko mila nahi.</w:t>
      </w:r>
    </w:p>
    <w:p>
      <w:pPr>
        <w:jc w:val="right"/>
      </w:pPr>
      <w:r>
        <w:t>حتیٰ کہ یہ بھی نہیں کوئی سوچتا میرے خیال سے کہ جو فیملی ہے، یہ اللہ کی نعمت ہے۔ کچھ مجھے تو ان کو ملا نہیں۔</w:t>
      </w:r>
    </w:p>
    <w:p>
      <w:r>
        <w:rPr>
          <w:b/>
        </w:rPr>
        <w:t xml:space="preserve">[13:43] </w:t>
      </w:r>
      <w:r>
        <w:t>toh yaad kijiye, sab se bara evil jo hai, evil woh hai family over life. safha evil koi part, political part nahi hai.</w:t>
      </w:r>
    </w:p>
    <w:p>
      <w:pPr>
        <w:jc w:val="right"/>
      </w:pPr>
      <w:r>
        <w:t>تو یاد کیجئے، سب سے بڑا ایول جو ہے، ایول وہ ہے فیملی اوورڈ لائف۔ صفحہ ایول کوئی پارٹ، پولیٹیکل پارٹ نہیں ہے۔</w:t>
      </w:r>
    </w:p>
    <w:p>
      <w:r>
        <w:rPr>
          <w:b/>
        </w:rPr>
        <w:t xml:space="preserve">[13:57] </w:t>
      </w:r>
      <w:r>
        <w:t>is se bara jhoot koi nahi ho sakta ke aap kisi political party ko blame dein. apne ko blame dijiye ke aap family ki parast parast pade hue hain.</w:t>
      </w:r>
    </w:p>
    <w:p>
      <w:pPr>
        <w:jc w:val="right"/>
      </w:pPr>
      <w:r>
        <w:t>اس سے بڑا جھوٹ کوئی نہیں ہو سکتا کہ آپ کسی پولیٹیکل پارٹی کو بلیم دیں۔ اپنے کو بلیم دیجئے کہ آپ فیملی کی پرست پرستش پڑے ہوئے ہیں۔</w:t>
      </w:r>
    </w:p>
    <w:p>
      <w:r>
        <w:rPr>
          <w:b/>
        </w:rPr>
        <w:t xml:space="preserve">[14:09] </w:t>
      </w:r>
      <w:r>
        <w:t>family aap ko maabood hai, family aap ka khuda hai. toh kuch aap ko sochne ka mauqa nahi hai. har aadmi yahan se le kar America tak chala gaya, har aadmi ka khuda uski family hai.</w:t>
      </w:r>
    </w:p>
    <w:p>
      <w:pPr>
        <w:jc w:val="right"/>
      </w:pPr>
      <w:r>
        <w:t>فیملی آپ کو معبود ہے، فیملی آپ کا خدا ہے۔ تو کچھ آپ کو سوچنے کا موقع نہیں ہے۔ ہر آدمی یہاں سے لے کر امریکہ تک چلا گیا، ہر آدمی کا خدا اس کی فیملی ہے۔</w:t>
      </w:r>
    </w:p>
    <w:p>
      <w:r>
        <w:rPr>
          <w:b/>
        </w:rPr>
        <w:t xml:space="preserve">[14:23] </w:t>
      </w:r>
      <w:r>
        <w:t>isi mein kho. "kaan fi alh masrurah". apni family mein magan tha. toh khuda bhi bhool gaya, akhirat bhool gaya, sab kuch bhool gaya.</w:t>
      </w:r>
    </w:p>
    <w:p>
      <w:pPr>
        <w:jc w:val="right"/>
      </w:pPr>
      <w:r>
        <w:t>اسی میں کھو ہے۔ "کان فی الہ مسرورہ"۔ اپنی فیملی میں مگن تھا۔ تو خدا بھی بھول گیا، آخرت بھول گیا، سب کچھ بھول گیا۔</w:t>
      </w:r>
    </w:p>
    <w:p>
      <w:r>
        <w:rPr>
          <w:b/>
        </w:rPr>
        <w:t xml:space="preserve">[14:35] </w:t>
      </w:r>
      <w:r>
        <w:t>roza aaya tab bhi nahi bhool gaya. roza aaya tab bhi bhool gaya. kyunke is is ka khuda toh maabood, is ka jo is ka jo yaad ka jo markaz hai, khuda is ka naam hai jo yaad ki yaad ka markaz ban jaye.</w:t>
      </w:r>
    </w:p>
    <w:p>
      <w:pPr>
        <w:jc w:val="right"/>
      </w:pPr>
      <w:r>
        <w:t>روزہ آیا تب بھی نہیں بھول گیا۔ روزہ آیا تب بھی بھول گیا۔ کیونکہ اس اس کا خدا تو معبود، اس کا جو اس کا جو یاد کا جو مرکز ہے، خدا اس کا نام ہے جو یاد کی یاد کا مرکز بن جائے۔</w:t>
      </w:r>
    </w:p>
    <w:p>
      <w:r>
        <w:rPr>
          <w:b/>
        </w:rPr>
        <w:t xml:space="preserve">[14:54] </w:t>
      </w:r>
      <w:r>
        <w:t>khuda woh hai jo aap ki yaad ka markaz ban jaye. agar koi aur cheez aap ki yaad ka markaz ban jaye to wohi aap ka khuda hai.</w:t>
      </w:r>
    </w:p>
    <w:p>
      <w:pPr>
        <w:jc w:val="right"/>
      </w:pPr>
      <w:r>
        <w:t>خدا وہ ہے جو آپ کی یاد کا مرکز بن جائے۔ اگر کوئی اور چیز آپ کی یاد کا مرکز بن جائے تو وہی آپ کا خدا ہے۔</w:t>
      </w:r>
    </w:p>
    <w:p>
      <w:r>
        <w:rPr>
          <w:b/>
        </w:rPr>
        <w:t xml:space="preserve">[15:04] </w:t>
      </w:r>
      <w:r>
        <w:t>iski</w:t>
      </w:r>
    </w:p>
    <w:p>
      <w:pPr>
        <w:jc w:val="right"/>
      </w:pPr>
      <w:r>
        <w:t>اس کی</w:t>
      </w:r>
    </w:p>
    <w:p>
      <w:r>
        <w:rPr>
          <w:b/>
        </w:rPr>
        <w:t xml:space="preserve">[15:08] </w:t>
      </w:r>
      <w:r>
        <w:t>to dekhen, sab se zyada sochne ki baat yeh nahi ke dunya mein political inqilab aa raha hai. aane dijiye. sab se bari cheez yeh hai ke aap ko aap ka markaz yaad jo hai, woh aap ki family ban gayi hai.</w:t>
      </w:r>
    </w:p>
    <w:p>
      <w:pPr>
        <w:jc w:val="right"/>
      </w:pPr>
      <w:r>
        <w:t>تو دیکھیں، سب سے زیادہ سوچنے کی بات یہ نہیں کہ دنیا میں پولیٹیکل انقلاب آ رہا ہے۔ آنے دیجئے۔ سب سے بڑی چیز یہ ہے کہ آپ کو آپ کا مرکز یاد جو ہے، وہ آپ کی فیملی بن گئی ہے۔</w:t>
      </w:r>
    </w:p>
    <w:p>
      <w:r>
        <w:rPr>
          <w:b/>
        </w:rPr>
        <w:t xml:space="preserve">[15:22] </w:t>
      </w:r>
      <w:r>
        <w:t>Allah nahi bana. to barkatein, barkatein nahi utar rahi hain, Allah ki rehmaten nahi aa rahi hain, Allah ki madad nahi aa rahi hai.</w:t>
      </w:r>
    </w:p>
    <w:p>
      <w:pPr>
        <w:jc w:val="right"/>
      </w:pPr>
      <w:r>
        <w:t>اللہ نہیں بنا۔ تو برکتیں، برکتیں نہیں اتر رہی ہیں، اللہ کی رحمتیں نہیں آ رہی ہیں، اللہ کی مدد نہیں آ رہی ہے۔</w:t>
      </w:r>
    </w:p>
    <w:p>
      <w:r>
        <w:rPr>
          <w:b/>
        </w:rPr>
        <w:t xml:space="preserve">[15:37] </w:t>
      </w:r>
      <w:r>
        <w:t>to roza jo hai, woh fasting shock hai.</w:t>
      </w:r>
    </w:p>
    <w:p>
      <w:pPr>
        <w:jc w:val="right"/>
      </w:pPr>
      <w:r>
        <w:t>تو روزہ جو ہے، وہ فاسٹنگ شاک ہے۔</w:t>
      </w:r>
    </w:p>
    <w:p>
      <w:r>
        <w:rPr>
          <w:b/>
        </w:rPr>
        <w:t xml:space="preserve">[15:44] </w:t>
      </w:r>
      <w:r>
        <w:t>jise noted kijiye, it was a shock.</w:t>
      </w:r>
    </w:p>
    <w:p>
      <w:pPr>
        <w:jc w:val="right"/>
      </w:pPr>
      <w:r>
        <w:t>جسے نوٹڈ کیجئے، ایپل شاک تھا۔</w:t>
      </w:r>
    </w:p>
    <w:p>
      <w:r>
        <w:rPr>
          <w:b/>
        </w:rPr>
        <w:t xml:space="preserve">[15:49] </w:t>
      </w:r>
      <w:r>
        <w:t>apple shock.</w:t>
      </w:r>
    </w:p>
    <w:p>
      <w:pPr>
        <w:jc w:val="right"/>
      </w:pPr>
      <w:r>
        <w:t>ایپل شاک۔</w:t>
      </w:r>
    </w:p>
    <w:p>
      <w:r>
        <w:rPr>
          <w:b/>
        </w:rPr>
        <w:t xml:space="preserve">[15:54] </w:t>
      </w:r>
      <w:r>
        <w:t>yeh to bohat chota sa shock dikhaya diya jata hai taake aap sochein, taake aap Allah ko yaad karein, taake aap Allah ki nematon ko soch kar discover karein.</w:t>
      </w:r>
    </w:p>
    <w:p>
      <w:pPr>
        <w:jc w:val="right"/>
      </w:pPr>
      <w:r>
        <w:t>یہ تو بہت چھوٹا سا شاک دکھایا دیا جاتا ہے تاکہ آپ سوچیں، تاکہ آپ اللہ کو یاد کریں، تاکہ آپ اللہ کی نعمتوں کو سوچ کر ڈسکور کریں۔</w:t>
      </w:r>
    </w:p>
    <w:p>
      <w:r>
        <w:rPr>
          <w:b/>
        </w:rPr>
        <w:t xml:space="preserve">[16:14] </w:t>
      </w:r>
      <w:r>
        <w:t>lekin log itne zyada masghool hain apni family mein. main to yahan se America tak kisi ko paya nahi jo apni family mein masghool na ho.</w:t>
      </w:r>
    </w:p>
    <w:p>
      <w:pPr>
        <w:jc w:val="right"/>
      </w:pPr>
      <w:r>
        <w:t>لیکن لوگ اتنے زیادہ مشغول ہیں اپنی فیملی میں۔ میں تو یہاں سے امریکہ تک کسی کو پایا نہیں جو اپنی فیملی میں مشغول نہ ہو۔</w:t>
      </w:r>
    </w:p>
    <w:p>
      <w:r>
        <w:rPr>
          <w:b/>
        </w:rPr>
        <w:t xml:space="preserve">[16:25] </w:t>
      </w:r>
      <w:r>
        <w:t>har jagah main gaya, Asia mein, Europe mein, Africa mein, America mein, kahin bhi koi aadmi, koi aurat mili nahi jo isko jo jo Allah mein masghool ho, jo aakhirat mein masghool ho.</w:t>
      </w:r>
    </w:p>
    <w:p>
      <w:pPr>
        <w:jc w:val="right"/>
      </w:pPr>
      <w:r>
        <w:t>ہر جگہ میں گیا، ایشیا میں، یورپ میں، افریقہ میں، امریکہ میں، کہیں بھی کوئی آدمی، کوئی عورت ملی نہیں جو اس کو جو جو اللہ میں مشغول ہو، جو آخرت میں مشغول ہو۔</w:t>
      </w:r>
    </w:p>
    <w:p>
      <w:r>
        <w:rPr>
          <w:b/>
        </w:rPr>
        <w:t xml:space="preserve">[16:42] </w:t>
      </w:r>
      <w:r>
        <w:t>is ka matlab yeh hai ke rozein baroze aa raha hai, lekin woh aap ke mind ko trigger nahi karta. rozein baroze aa raha hai, rozein baroze aa raha hai, aap ke mind ko trigger nahi karta.</w:t>
      </w:r>
    </w:p>
    <w:p>
      <w:pPr>
        <w:jc w:val="right"/>
      </w:pPr>
      <w:r>
        <w:t>اس کا معنی یہ ہے کہ روزے بروزہ آ رہا ہے، لیکن وہ آپ کے مائنڈ کو ٹریگر نہیں کرتا۔ روزے بروزہ آ رہا ہے، روزے بروزہ آ رہا ہے، آپ کے مائنڈ کو ٹریگر نہیں کرتا۔</w:t>
      </w:r>
    </w:p>
    <w:p>
      <w:r>
        <w:rPr>
          <w:b/>
        </w:rPr>
        <w:t xml:space="preserve">[16:53] </w:t>
      </w:r>
      <w:r>
        <w:t>kyun ke halat aap ki wohi hai ke tan ka tan parwari khalq, fuzuz sudur dar riyazat, jis garmi iftar nadarat, woh dhoom ki sehri, dhoom ki taraveeh,</w:t>
      </w:r>
    </w:p>
    <w:p>
      <w:pPr>
        <w:jc w:val="right"/>
      </w:pPr>
      <w:r>
        <w:t>کیونکہ حالت آپ کی وہی ہے کہ تن کا تن پروری خلق، فضو سدر در ریاضت، جس گرمی افطار ندارت، وہ دھوم کی سحری، دھوم کی تراویح،</w:t>
      </w:r>
    </w:p>
    <w:p>
      <w:r>
        <w:rPr>
          <w:b/>
        </w:rPr>
        <w:t xml:space="preserve">[17:09] </w:t>
      </w:r>
      <w:r>
        <w:t>dhoom ka iftar. isi ka naam unhon ne roza rakha hai. roza fasting shock hai taake aap ke mind ko trigger kare.</w:t>
      </w:r>
    </w:p>
    <w:p>
      <w:pPr>
        <w:jc w:val="right"/>
      </w:pPr>
      <w:r>
        <w:t>دھوم کا افطار۔ اسی کا نام انہوں نے روزہ رکھا ہے۔ روزہ فاسٹنگ شاک ہے تاکہ آپ کے مائنڈ کو ٹریگر کرے۔</w:t>
      </w:r>
    </w:p>
    <w:p>
      <w:r>
        <w:rPr>
          <w:b/>
        </w:rPr>
        <w:t xml:space="preserve">[17:22] </w:t>
      </w:r>
      <w:r>
        <w:t>yaad rakhein, jis ne jis ka mind trigger nahi hua roza rakh kar, to hadith mein aata hai ke woh</w:t>
      </w:r>
    </w:p>
    <w:p>
      <w:pPr>
        <w:jc w:val="right"/>
      </w:pPr>
      <w:r>
        <w:t>یاد رکھیں، جس نے جس کا مائنڈ ٹریگر نہیں ہوا روزہ رکھ کر، تو حدیث میں آتا ہے کہ وہ</w:t>
      </w:r>
    </w:p>
    <w:p>
      <w:r>
        <w:rPr>
          <w:b/>
        </w:rPr>
        <w:t xml:space="preserve">[17:36] </w:t>
      </w:r>
      <w:r>
        <w:t>is is ka roza roza nahi balkeh kuch aur hai.</w:t>
      </w:r>
    </w:p>
    <w:p>
      <w:pPr>
        <w:jc w:val="right"/>
      </w:pPr>
      <w:r>
        <w:t>اس اس کا روزہ روزہ نہیں بلکہ کچھ اور ہے۔</w:t>
      </w:r>
    </w:p>
    <w:p>
      <w:r>
        <w:rPr>
          <w:b/>
        </w:rPr>
        <w:t xml:space="preserve">[17:46] </w:t>
      </w:r>
      <w:r>
        <w:t>to behal, us waqt yeh chand baatein hain jo mujhe</w:t>
      </w:r>
    </w:p>
    <w:p>
      <w:pPr>
        <w:jc w:val="right"/>
      </w:pPr>
      <w:r>
        <w:t>تو بہرحال، اس وقت یہ چند باتیں ہیں جو مجھے</w:t>
      </w:r>
    </w:p>
    <w:p>
      <w:r>
        <w:rPr>
          <w:b/>
        </w:rPr>
        <w:t xml:space="preserve">[17:53] </w:t>
      </w:r>
      <w:r>
        <w:t>jab maine kaha ke assalamu alaikum ayhal malaika,</w:t>
      </w:r>
    </w:p>
    <w:p>
      <w:pPr>
        <w:jc w:val="right"/>
      </w:pPr>
      <w:r>
        <w:t>جب میں نے کہا کہ السلام علیکم ایہا الملائکہ،</w:t>
      </w:r>
    </w:p>
    <w:p>
      <w:r>
        <w:rPr>
          <w:b/>
        </w:rPr>
        <w:t xml:space="preserve">[17:59] </w:t>
      </w:r>
      <w:r>
        <w:t>to jaise tak charon taraf se mujhe koi keh raha hai</w:t>
      </w:r>
    </w:p>
    <w:p>
      <w:pPr>
        <w:jc w:val="right"/>
      </w:pPr>
      <w:r>
        <w:t>تو جیسے تک چاروں طرف سے مجھے کوئی کہہ رہا ہے</w:t>
      </w:r>
    </w:p>
    <w:p>
      <w:r>
        <w:rPr>
          <w:b/>
        </w:rPr>
        <w:t xml:space="preserve">[18:04] </w:t>
      </w:r>
      <w:r>
        <w:t>ke arey bhai, roze ka maqsad hai</w:t>
      </w:r>
    </w:p>
    <w:p>
      <w:pPr>
        <w:jc w:val="right"/>
      </w:pPr>
      <w:r>
        <w:t>کہ ارے بھئی، روزہ کا مقصد ہے</w:t>
      </w:r>
    </w:p>
    <w:p>
      <w:r>
        <w:rPr>
          <w:b/>
        </w:rPr>
        <w:t xml:space="preserve">[18:08] </w:t>
      </w:r>
      <w:r>
        <w:t>Fasting shock, is ka maqsad hai aap ka mind trigger ho, yeh batao logon ko.</w:t>
      </w:r>
    </w:p>
    <w:p>
      <w:pPr>
        <w:jc w:val="right"/>
      </w:pPr>
      <w:r>
        <w:t>فاسٹنگ شاک، اس کا مقصد ہے آپ کا مائنڈ ٹریگر ہو، یہ بتاؤ لوگوں کو۔</w:t>
      </w:r>
    </w:p>
    <w:p>
      <w:r>
        <w:rPr>
          <w:b/>
        </w:rPr>
        <w:t xml:space="preserve">[18:17] </w:t>
      </w:r>
      <w:r>
        <w:t>yeh saare mil kar jaise yeh keh rahe thay mujh se ke aye Allah ke bande, yeh batao logon ko, batao logon ko, batao logon ko ke roza fasting shock hai.</w:t>
      </w:r>
    </w:p>
    <w:p>
      <w:pPr>
        <w:jc w:val="right"/>
      </w:pPr>
      <w:r>
        <w:t>یہ سارے مل کر جیسے یہ کہہ رہے تھے مجھ سے کہ اے اللہ کے بندے، یہ بتاؤ لوگوں کو، بتاؤ لوگوں کو، بتاؤ لوگوں کو کہ روزہ فاسٹنگ شاک ہے۔</w:t>
      </w:r>
    </w:p>
    <w:p>
      <w:r>
        <w:rPr>
          <w:b/>
        </w:rPr>
        <w:t xml:space="preserve">[18:33] </w:t>
      </w:r>
      <w:r>
        <w:t>is ka maqsad hai mind ko, is liye ke is ka maqsad yeh hai ke mind trigger ho taake haqiqatein khulein, Allah ki, Allah ke, Allah ki nematein ka ehsas jaage.</w:t>
      </w:r>
    </w:p>
    <w:p>
      <w:pPr>
        <w:jc w:val="right"/>
      </w:pPr>
      <w:r>
        <w:t>اس کا مقصد ہے مائنڈ کو، اس لیے کہ اس کا مقصد یہ ہے کہ مائنڈ ٹریگر ہو تاکہ حقیقتیں کھلیں، اللہ کی، اللہ کے، اللہ کی نعمتیں کا احساس جاگے۔</w:t>
      </w:r>
    </w:p>
    <w:p>
      <w:r>
        <w:rPr>
          <w:b/>
        </w:rPr>
        <w:t xml:space="preserve">[18:58] </w:t>
      </w:r>
      <w:r>
        <w:t>to khulasa yeh hai ke roza hai, is liye roza fasting shock hai. woh is liye ke aap ke mind ko trigger kare.</w:t>
      </w:r>
    </w:p>
    <w:p>
      <w:pPr>
        <w:jc w:val="right"/>
      </w:pPr>
      <w:r>
        <w:t>تو خلاصہ یہ ہے کہ روزہ ہے، اس لیے روزہ فاسٹنگ شاک ہے۔ وہ اس لیے کہ آپ کے مائنڈ کو ٹریگر کرے۔</w:t>
      </w:r>
    </w:p>
    <w:p>
      <w:r>
        <w:rPr>
          <w:b/>
        </w:rPr>
        <w:t xml:space="preserve">[19:13] </w:t>
      </w:r>
      <w:r>
        <w:t>yeh sab experience is ko na ho roze mein, to is ka roza wohi hai ke hadith mein aata hai ke al fazil sahib ki bhook paas ke siwa kuch nahi.</w:t>
      </w:r>
    </w:p>
    <w:p>
      <w:pPr>
        <w:jc w:val="right"/>
      </w:pPr>
      <w:r>
        <w:t>یہ سب ایکسپیرینس اس کو نہ ہو روزے میں، تو اس کا روزہ وہی ہے کہ حدیث میں آتا ہے کہ الفاضل صاحب کی بھوک پاس کے سوا کچھ نہیں۔</w:t>
      </w:r>
    </w:p>
    <w:p>
      <w:r>
        <w:rPr>
          <w:b/>
        </w:rPr>
        <w:t xml:space="preserve">[19:28] </w:t>
      </w:r>
      <w:r>
        <w:t>malamida qawl al-zur wa al-amal bihi falaysa lillahi hajatu fi itamihi wa sharabihi. sahih al-bukhari hadith number 1903.</w:t>
      </w:r>
    </w:p>
    <w:p>
      <w:pPr>
        <w:jc w:val="right"/>
      </w:pPr>
      <w:r>
        <w:t>ملمیدا قول الزور والعمل بہ فلیس للہ حاجۃ فی ایتامہ وشرابہ۔ صحیح البخاری حدیث نمبر 1903۔</w:t>
      </w:r>
    </w:p>
    <w:p>
      <w:r>
        <w:rPr>
          <w:b/>
        </w:rPr>
        <w:t xml:space="preserve">[19:39] </w:t>
      </w:r>
      <w:r>
        <w:t>jis ne jhoot bolna aur is ke mutabiq amal karna nahi chora, to Allah ta'ala ko hajat nahi hai ke woh khana apna khana aur apna pani chor de.</w:t>
      </w:r>
    </w:p>
    <w:p>
      <w:pPr>
        <w:jc w:val="right"/>
      </w:pPr>
      <w:r>
        <w:t>جس نے جھوٹ بولنا اور اس کے مطابق عمل کرنا نہیں چھوڑا، تو اللہ تعالی کو حاجت نہیں ہے کہ وہ کھانا اپنا کھانا اور اپنا پانی چھوڑ دے۔</w:t>
      </w:r>
    </w:p>
    <w:p>
      <w:r>
        <w:rPr>
          <w:b/>
        </w:rPr>
        <w:t xml:space="preserve">[19:48] </w:t>
      </w:r>
      <w:r>
        <w:t>dekhein, lafz roza padhta hai, aap lafz badliye. is hadith ka matlab hai ke roza rakh kar jis ka mind trigger na ho, is ka roza bhook pyas hai aur kuch nahi hai.</w:t>
      </w:r>
    </w:p>
    <w:p>
      <w:pPr>
        <w:jc w:val="right"/>
      </w:pPr>
      <w:r>
        <w:t>دیکھیں، لفظ روزہ پڑھتا ہے، آپ لفظ بدلیے۔ اس حدیث کا مطلب ہے کہ روزہ رکھ کر جس کا مائنڈ ٹریگر نہ ہو، اس کا روزہ بھوک پیاس ہے اور کچھ نہیں ہے۔</w:t>
      </w:r>
    </w:p>
    <w:p>
      <w:r>
        <w:rPr>
          <w:b/>
        </w:rPr>
        <w:t xml:space="preserve">[20:06] </w:t>
      </w:r>
      <w:r>
        <w:t>alfaaz ko badliye, aap tab samjhenge aap ke Rasool Allah ne kya kaha ke jis jis ka roza is ke mind ko trigger na kare,</w:t>
      </w:r>
    </w:p>
    <w:p>
      <w:pPr>
        <w:jc w:val="right"/>
      </w:pPr>
      <w:r>
        <w:t>الفاظ کو بدلیے، آپ تب سمجھیں گے آپ کے رسول اللہ نے کیا کہا کہ جس جس کا روزہ اس کے مائنڈ کو ٹریگر نہ کرے،</w:t>
      </w:r>
    </w:p>
    <w:p>
      <w:r>
        <w:rPr>
          <w:b/>
        </w:rPr>
        <w:t xml:space="preserve">[20:21] </w:t>
      </w:r>
      <w:r>
        <w:t>to is ka roza bhook pyas hai, is ke siwa aur kuch nahi.</w:t>
      </w:r>
    </w:p>
    <w:p>
      <w:pPr>
        <w:jc w:val="right"/>
      </w:pPr>
      <w:r>
        <w:t>تو اس کا روزہ بھوک پیاس ہے، اس کے سوا اور کچھ نہیں۔</w:t>
      </w:r>
    </w:p>
    <w:p>
      <w:r>
        <w:rPr>
          <w:b/>
        </w:rPr>
        <w:t xml:space="preserve">[20:28] </w:t>
      </w:r>
      <w:r>
        <w:t>meri dua hai ke Allah taala mujh ko aur aap ko tofeeq de ke hum Allah ko, Allah ko janen, Allah ki marifat hasil karen,</w:t>
      </w:r>
    </w:p>
    <w:p>
      <w:pPr>
        <w:jc w:val="right"/>
      </w:pPr>
      <w:r>
        <w:t>میری دعا ہے کہ اللہ تعالی مجھ کو اور آپ کو توفیق دے کہ ہم اللہ کو، اللہ کو جانیں، اللہ کی معرفت حاصل کریں،</w:t>
      </w:r>
    </w:p>
    <w:p>
      <w:r>
        <w:rPr>
          <w:b/>
        </w:rPr>
        <w:t xml:space="preserve">[20:42] </w:t>
      </w:r>
      <w:r>
        <w:t>hum aakhrat ko janen, aakhrat ki yaad mein jeena seekhen, Quran ko janen aur shar</w:t>
      </w:r>
    </w:p>
    <w:p>
      <w:pPr>
        <w:jc w:val="right"/>
      </w:pPr>
      <w:r>
        <w:t>ہم آخرت کو جانیں، آخرت کی یاد میں جینا سیکھیں، قرآن کو جانیں اور شر</w:t>
      </w:r>
    </w:p>
    <w:p>
      <w:r>
        <w:rPr>
          <w:b/>
        </w:rPr>
        <w:t xml:space="preserve">[20:57] </w:t>
      </w:r>
      <w:r>
        <w:t>roze ke numainde ko Quran ka roza bana den. Allah taala meri aur aap ki madad farmaye.</w:t>
      </w:r>
    </w:p>
    <w:p>
      <w:pPr>
        <w:jc w:val="right"/>
      </w:pPr>
      <w:r>
        <w:t>روزے کے نمائندے کو قرآن کا روزہ بنا دیں۔ اللہ تعالی میری اور آپ کی مدد فرمائے۔</w:t>
      </w:r>
    </w:p>
    <w:p>
      <w:r>
        <w:rPr>
          <w:b/>
        </w:rPr>
        <w:t xml:space="preserve">[21:07] </w:t>
      </w:r>
      <w:r>
        <w:t>Assalam o alaikum wa rehmatullah.</w:t>
      </w:r>
    </w:p>
    <w:p>
      <w:pPr>
        <w:jc w:val="right"/>
      </w:pPr>
      <w:r>
        <w:t>السلام علیکم ورحمۃ اللہ۔</w:t>
      </w:r>
    </w:p>
    <w:p>
      <w:r>
        <w:rPr>
          <w:b/>
        </w:rPr>
        <w:t xml:space="preserve">[21:25] </w:t>
      </w:r>
      <w:r>
        <w:t>Maulana, kuch sawal logon ne bheje hain. Sawal lene se pehle ek comment padhna chahenge jo Maulana Iqbal Umri ne bheja hai Chennai se.</w:t>
      </w:r>
    </w:p>
    <w:p>
      <w:pPr>
        <w:jc w:val="right"/>
      </w:pPr>
      <w:r>
        <w:t>مولانا، کچھ سوال لوگوں نے بھیجے ہیں۔ سوال لینے سے پہلے ایک کمنٹ پڑھنا چاہیں گے جو مولانا اقبال عمری نے بھیجا ہے چنئی سے۔</w:t>
      </w:r>
    </w:p>
    <w:p>
      <w:r>
        <w:rPr>
          <w:b/>
        </w:rPr>
        <w:t xml:space="preserve">[21:34] </w:t>
      </w:r>
      <w:r>
        <w:t>Unhon ne likha hai: "Roza mind shock ke liye hai magar overeating ki wajah se is ka faida nahi ho raha hai." Maulana, yaqeenan yeh bohat bari gumrahi hai.</w:t>
      </w:r>
    </w:p>
    <w:p>
      <w:pPr>
        <w:jc w:val="right"/>
      </w:pPr>
      <w:r>
        <w:t>انہوں نے لکھا ہے: "روزہ مائنڈ شاک کے لیے ہے مگر اوور ایٹنگ کی وجہ سے اس کا فائدہ نہیں ہو رہا ہے۔" مولانا، یقینا یہ بہت بڑی گمراہی ہے۔</w:t>
      </w:r>
    </w:p>
    <w:p>
      <w:r>
        <w:rPr>
          <w:b/>
        </w:rPr>
        <w:t xml:space="preserve">[21:49] </w:t>
      </w:r>
      <w:r>
        <w:t>Allah humein tofeeq de. Maulana, ab sawal lenge. Yeh sawal bheja hai Dr. Junaid Sheikh ne Mumbai se.</w:t>
      </w:r>
    </w:p>
    <w:p>
      <w:pPr>
        <w:jc w:val="right"/>
      </w:pPr>
      <w:r>
        <w:t>اللہ ہمیں توفیق دے۔ مولانا، اب سوال لیں گے۔ یہ سوال بھیجا ہے ڈاکٹر جنید شیخ نے ممبئی سے۔</w:t>
      </w:r>
    </w:p>
    <w:p>
      <w:r>
        <w:rPr>
          <w:b/>
        </w:rPr>
        <w:t xml:space="preserve">[22:01] </w:t>
      </w:r>
      <w:r>
        <w:t>Unhon ne likha hai: "Maulana, aaj ke lecture se yeh samajh mein aaya ke jo cheez Khuda ko discover karne se insaan ko distract karti hai, wahi asal evil hai, chahe woh family culture ho ya entertainment culture ya koi aur." Maulana, kya aisa sochna sahi hai?</w:t>
      </w:r>
    </w:p>
    <w:p>
      <w:pPr>
        <w:jc w:val="right"/>
      </w:pPr>
      <w:r>
        <w:t>انہوں نے لکھا ہے: "مولانا، آج کے لیکچر سے یہ سمجھ میں آیا کہ جو چیز خدا کو ڈسکور کرنے سے انسان کو ڈسٹریکٹ کرتی ہے، وہی اصل ایول ہے، چاہے وہ فیملی کلچر ہو یا انٹرٹینمنٹ کلچر یا کوئی اور۔" مولانا، کیا ایسا سوچنا صحیح ہے؟</w:t>
      </w:r>
    </w:p>
    <w:p>
      <w:r>
        <w:rPr>
          <w:b/>
        </w:rPr>
        <w:t xml:space="preserve">[22:25] </w:t>
      </w:r>
      <w:r>
        <w:t>Bilkul sahi hai, yahi baat hi hai, asal baat hi yahi hai. Koi bhi cheez jo insaan ko apne Khaliq se door kare, wahi to sab se bari evil evil hai.</w:t>
      </w:r>
    </w:p>
    <w:p>
      <w:pPr>
        <w:jc w:val="right"/>
      </w:pPr>
      <w:r>
        <w:t>بالکل صحیح ہے، یہی بات ہی ہے، اصل بات ہی یہی ہے۔ کوئی بھی چیز جو انسان کو اپنے خالق سے دور کرے، وہی تو سب سے بڑی ایول ایول ہے۔</w:t>
      </w:r>
    </w:p>
    <w:p>
      <w:r>
        <w:rPr>
          <w:b/>
        </w:rPr>
        <w:t xml:space="preserve">[22:40] </w:t>
      </w:r>
      <w:r>
        <w:t>Jee, Maulana, agla sawal ah Delhi se bheja hai Prashant Tiwari ji ne. Unhon ne aapse poocha hai: "If family life is biggest enemy, to phir unconditional love family member se hi kyun milta hai?" Maulana sahib, is ko is ko clarify karen.</w:t>
      </w:r>
    </w:p>
    <w:p>
      <w:pPr>
        <w:jc w:val="right"/>
      </w:pPr>
      <w:r>
        <w:t>جی، مولانا، اگلا سوال اہ دلی سے بھیجا ہے پرشانت تیواری جی نے۔ انہوں نے آپ سے پوچھا ہے: "اف فیملی لائف از بگسٹ اینمی، تو پھر ان کنڈیشنل لو فیملی ممبر سے ہی کیوں ملتا ہے؟" مولانا صاحب، اس کو اس کو کلیریفائی کریں۔</w:t>
      </w:r>
    </w:p>
    <w:p>
      <w:r>
        <w:rPr>
          <w:b/>
        </w:rPr>
        <w:t xml:space="preserve">[23:02] </w:t>
      </w:r>
      <w:r>
        <w:t>Yeh to bhool ki baat hai. Family ek nemat hai Allah ki taraf se. Aap bataiye ke ek bachcha aap ka paida hota hai to aap bana sakte hain bachche ko?</w:t>
      </w:r>
    </w:p>
    <w:p>
      <w:pPr>
        <w:jc w:val="right"/>
      </w:pPr>
      <w:r>
        <w:t>یہ تو بھول کی بات ہے۔ فیملی ایک نعمت ہے اللہ کی طرف سے۔ آپ بتائیے کہ ایک بچہ آپ کا پیدا ہوتا ہے تو آپ بنا سکتے ہیں بچے کو؟</w:t>
      </w:r>
    </w:p>
    <w:p>
      <w:r>
        <w:rPr>
          <w:b/>
        </w:rPr>
        <w:t xml:space="preserve">[23:16] </w:t>
      </w:r>
      <w:r>
        <w:t>Bachche ki ungli bhi nahi bana sakte aap. Bhala bachcha apne poore wajood ke sath batata hai ke koi Khuda hai jo bohat hi bara giver hai.</w:t>
      </w:r>
    </w:p>
    <w:p>
      <w:pPr>
        <w:jc w:val="right"/>
      </w:pPr>
      <w:r>
        <w:t>بچے کی انگلی بھی نہیں بنا سکتے آپ۔ بھلا بچہ اپنے پورے وجود کے ساتھ بتاتا ہے کہ کوئی خدا ہے جو بہت ہی بڑا گیور ہے۔</w:t>
      </w:r>
    </w:p>
    <w:p>
      <w:r>
        <w:rPr>
          <w:b/>
        </w:rPr>
        <w:t xml:space="preserve">[23:28] </w:t>
      </w:r>
      <w:r>
        <w:t>Lekin main jahan jahan se le kar America tak kisi ko nahi paya jo family par Khuda ko yaad kare, bas family, family, family.</w:t>
      </w:r>
    </w:p>
    <w:p>
      <w:pPr>
        <w:jc w:val="right"/>
      </w:pPr>
      <w:r>
        <w:t>لیکن میں جہاں جہاں سے لے کر امریکہ تک کسی کو نہیں پایا جو فیملی پر خدا کو یاد کرے، بس فیملی، فیملی، فیملی۔</w:t>
      </w:r>
    </w:p>
    <w:p>
      <w:r>
        <w:rPr>
          <w:b/>
        </w:rPr>
        <w:t xml:space="preserve">[23:38] </w:t>
      </w:r>
      <w:r>
        <w:t>Yeh to shirk hai. Jo cheez mili hai Allah se, us ko attribute kar den aap kisi aur ki taraf, yeh to shirk hai.</w:t>
      </w:r>
    </w:p>
    <w:p>
      <w:pPr>
        <w:jc w:val="right"/>
      </w:pPr>
      <w:r>
        <w:t>یہ تو شرک ہے۔ جو چیز ملی ہے اللہ سے، اس کو ایٹریبیوٹ کر دیں آپ کسی اور کی طرف، یہ تو شرک ہے۔</w:t>
      </w:r>
    </w:p>
    <w:p>
      <w:r>
        <w:rPr>
          <w:b/>
        </w:rPr>
        <w:t xml:space="preserve">[23:49] </w:t>
      </w:r>
      <w:r>
        <w:t>To chahe family ho, chahe koi aur cheez ho, aam ke peed par ek phal latak raha ho, ya aap kahan hain, ek Allah ki ek nemat aayi ho, us ka har cheez par Allah ka shukar karna hai.</w:t>
      </w:r>
    </w:p>
    <w:p>
      <w:pPr>
        <w:jc w:val="right"/>
      </w:pPr>
      <w:r>
        <w:t>تو چاہے فیملی ہو، چاہے کوئی اور چیز ہو، آم کے پیڑ پر ایک پھل لٹک رہا ہو، یا آپ کہاں ہیں، ایک اللہ کی ایک نعمت آئی ہو، اس کا ہر چیز پر اللہ کا شکر کرنا ہے۔</w:t>
      </w:r>
    </w:p>
    <w:p>
      <w:r>
        <w:rPr>
          <w:b/>
        </w:rPr>
        <w:t xml:space="preserve">[24:06] </w:t>
      </w:r>
      <w:r>
        <w:t>Lekin isi ko agar aap focus karen to woh shirk ban jata hai.</w:t>
      </w:r>
    </w:p>
    <w:p>
      <w:pPr>
        <w:jc w:val="right"/>
      </w:pPr>
      <w:r>
        <w:t>لیکن اسی کو اگر آپ فوکس کریں تو وہ شرک بن جاتا ہے۔</w:t>
      </w:r>
    </w:p>
    <w:p>
      <w:r>
        <w:rPr>
          <w:b/>
        </w:rPr>
        <w:t xml:space="preserve">[24:14] </w:t>
      </w:r>
      <w:r>
        <w:t>Maulana, agla sawal Dubai se Mr. Sailesh Malhotra ne bheja hai. Unhon ne likha hai: "Maulana, firstly, I would like to thank you for guiding us to the straight path in this very confusing life.</w:t>
      </w:r>
    </w:p>
    <w:p>
      <w:pPr>
        <w:jc w:val="right"/>
      </w:pPr>
      <w:r>
        <w:t>مولانا، اگلا سوال دبئی سے مسٹر سیلیش ملوترا نے بھیجا ہے۔ انہوں نے لکھا ہے: "مولانا، فرسٹلی، آئی وڈ لائک ٹو تھینک یو فار گائیڈنگ اس ٹو دا سٹریٹ پاتھ ان دس ویری کنفیوزنگ لائف۔</w:t>
      </w:r>
    </w:p>
    <w:p>
      <w:r>
        <w:rPr>
          <w:b/>
        </w:rPr>
        <w:t xml:space="preserve">[24:30] </w:t>
      </w:r>
      <w:r>
        <w:t>My question for today is: In today's fast-paced world, it is often observed and heard that people who do not have few plans in their life,</w:t>
      </w:r>
    </w:p>
    <w:p>
      <w:pPr>
        <w:jc w:val="right"/>
      </w:pPr>
      <w:r>
        <w:t>مائی کوئسچن فار ٹوڈے از: ان ٹوڈے فاسٹ پیسڈ ورلڈ، اٹ از افن ابزروڈ اینڈ ہرڈ کہ پیپل ہو ڈو ناٹ ہیو فیو پلانز ان دیر لائف،</w:t>
      </w:r>
    </w:p>
    <w:p>
      <w:r>
        <w:rPr>
          <w:b/>
        </w:rPr>
        <w:t xml:space="preserve">[24:43] </w:t>
      </w:r>
      <w:r>
        <w:t>are poor personalities and weak leaders. Successful people often boast that they are rich and successful because they have planned their life very well.</w:t>
      </w:r>
    </w:p>
    <w:p>
      <w:pPr>
        <w:jc w:val="right"/>
      </w:pPr>
      <w:r>
        <w:t>ار پور پرسنیلٹیز اینڈ ویک لیڈرز۔ سکسیس فل پیپل افن بوسٹ کہ دے ار رچ اینڈ سکسیس فل بیکاز دے ہیو پلان دیر لائف ویری ویل۔</w:t>
      </w:r>
    </w:p>
    <w:p>
      <w:r>
        <w:rPr>
          <w:b/>
        </w:rPr>
        <w:t xml:space="preserve">[24:56] </w:t>
      </w:r>
      <w:r>
        <w:t>Not all are that lucky. It is true that as a human, while I can do as much planning as possible, I cannot control the outcome.</w:t>
      </w:r>
    </w:p>
    <w:p>
      <w:pPr>
        <w:jc w:val="right"/>
      </w:pPr>
      <w:r>
        <w:t>ناٹ ال ار دیٹ لکی۔ اٹ از ٹرو کہ ایز ا ہیومن، وائل آئی کین ڈو ایز مچ پلاننگ ایز پوسیبل، آئی کین ناٹ کنٹرول دی آؤٹ کم۔</w:t>
      </w:r>
    </w:p>
    <w:p>
      <w:r>
        <w:rPr>
          <w:b/>
        </w:rPr>
        <w:t xml:space="preserve">[25:09] </w:t>
      </w:r>
      <w:r>
        <w:t>So it is not the process of planning that determines the person's quality, but the outcome of the plan. Often, I for an instance, will put in my best efforts and leave the outcome to God.</w:t>
      </w:r>
    </w:p>
    <w:p>
      <w:pPr>
        <w:jc w:val="right"/>
      </w:pPr>
      <w:r>
        <w:t>سو اٹ از ناٹ دی پروسیس اف پلاننگ دیٹ ڈیٹرمائنز دی پرسن کوالٹی، بٹ دی آؤٹ کم اف دا پلان۔ افن، آئی فار این انسٹنس، ویل پٹ ان مائی بیسٹ ایفرٹس اینڈ لیو دی آؤٹ کم ٹو گاڈ۔</w:t>
      </w:r>
    </w:p>
    <w:p>
      <w:r>
        <w:rPr>
          <w:b/>
        </w:rPr>
        <w:t xml:space="preserve">[25:26] </w:t>
      </w:r>
      <w:r>
        <w:t>Does this make me a bad leader or a person? Please shed some light on this very confusing topic. Also, what should one do in a such situation like this?</w:t>
      </w:r>
    </w:p>
    <w:p>
      <w:pPr>
        <w:jc w:val="right"/>
      </w:pPr>
      <w:r>
        <w:t>ڈز دس میک می ا بیڈ لیڈر اور ا پرسن؟ پلیز شیڈ سم لائٹ ان دس ویری کنفیوزنگ ٹاپک۔ السو، واٹ شوڈ ون ڈو ان ا سچویشن لائک دس؟</w:t>
      </w:r>
    </w:p>
    <w:p>
      <w:r>
        <w:rPr>
          <w:b/>
        </w:rPr>
        <w:t xml:space="preserve">[25:39] </w:t>
      </w:r>
      <w:r>
        <w:t>Bhai, main is ka jism bataiye kya hai?</w:t>
      </w:r>
    </w:p>
    <w:p>
      <w:pPr>
        <w:jc w:val="right"/>
      </w:pPr>
      <w:r>
        <w:t>بھئی، میں اس کا جسم بتائیے کیا ہے؟</w:t>
      </w:r>
    </w:p>
    <w:p>
      <w:r>
        <w:rPr>
          <w:b/>
        </w:rPr>
        <w:t xml:space="preserve">[25:44] </w:t>
      </w:r>
      <w:r>
        <w:t>Maulana, un ka yeh sawal hai ke ah jo insaan kamyab nahi hota aaj ki duniya mein, ah woh woh insaan hai jis ne planning nahi ki hai apni life mein.</w:t>
      </w:r>
    </w:p>
    <w:p>
      <w:pPr>
        <w:jc w:val="right"/>
      </w:pPr>
      <w:r>
        <w:t>مولانا، ان کا یہ سوال ہے کہ اہ جو انسان کامیاب نہیں ہوتا آج کی دنیا میں، اہ وہ وہ انسان ہے جس نے پلاننگ نہیں کی ہے اپنی لائف میں۔</w:t>
      </w:r>
    </w:p>
    <w:p>
      <w:r>
        <w:rPr>
          <w:b/>
        </w:rPr>
        <w:t xml:space="preserve">[25:55] </w:t>
      </w:r>
      <w:r>
        <w:t>Lekin yeh bhi dekha gaya hai ke ah jo kamyab log hain, ah woh is baat ke bare mein bohat boast karte hain ke hum ne ah bohat sahi planning ki, isi liye hum kamyab hue.</w:t>
      </w:r>
    </w:p>
    <w:p>
      <w:pPr>
        <w:jc w:val="right"/>
      </w:pPr>
      <w:r>
        <w:t>لیکن یہ بھی دیکھا گیا ہے کہ اہ جو کامیاب لوگ ہیں، اہ وہ اس بات کے بارے میں بہت بوسٹ کرتے ہیں کہ ہم نے اہ بہت صحیح پلاننگ کی، اسی لیے ہم کامیاب ہوئے۔</w:t>
      </w:r>
    </w:p>
    <w:p>
      <w:r>
        <w:rPr>
          <w:b/>
        </w:rPr>
        <w:t xml:space="preserve">[26:08] </w:t>
      </w:r>
      <w:r>
        <w:t>to un ka sawal yeh hai ke main aksar yeh karta hoon ke main apne best efforts dalta hoon aur phir Khuda pe ah daal deta hoon is ka outcome.</w:t>
      </w:r>
    </w:p>
    <w:p>
      <w:pPr>
        <w:jc w:val="right"/>
      </w:pPr>
      <w:r>
        <w:t>تو ان کا سوال یہ ہے کہ میں اکثر یہ کرتا ہوں کہ میں اپنے بیسٹ ایفرٹس ڈالتا ہوں اور پھر خدا پہ اہ ڈال دیتا ہوں اس کا آؤٹ کم۔</w:t>
      </w:r>
    </w:p>
    <w:p>
      <w:r>
        <w:rPr>
          <w:b/>
        </w:rPr>
        <w:t xml:space="preserve">[26:17] </w:t>
      </w:r>
      <w:r>
        <w:t>Hmm, to kya is se mere ko yeh ah weak leadership category mein dala jayega? Kyun ke outcome log zyada dekhte hain, ah yeh decide karne ke liye ke kitna strong leader hai, jab ke outcome hamare haath mein nahi hai.</w:t>
      </w:r>
    </w:p>
    <w:p>
      <w:pPr>
        <w:jc w:val="right"/>
      </w:pPr>
      <w:r>
        <w:t>ہمم، تو کیا اس سے میرے کو یہ اہ ویک لیڈرشپ کیٹگری میں ڈالا جائے گا؟ کیونکہ آؤٹ کم لوگ زیادہ دیکھتے ہیں، اہ یہ ڈیسائیڈ کرنے کے لیے کہ کتنا سٹرونگ لیڈر ہے، جبکہ آؤٹ کم ہمارے ہاتھ میں نہیں ہے۔</w:t>
      </w:r>
    </w:p>
    <w:p>
      <w:r>
        <w:rPr>
          <w:b/>
        </w:rPr>
        <w:t xml:space="preserve">[26:37] </w:t>
      </w:r>
      <w:r>
        <w:t>Bhai, mujh par to clear hua ji ji, par main apna tajurba batata hoon ke pehli baat yeh hai ke jo aap planning karte hain to planning karte kis baat se?</w:t>
      </w:r>
    </w:p>
    <w:p>
      <w:pPr>
        <w:jc w:val="right"/>
      </w:pPr>
      <w:r>
        <w:t>بھائی، مجھ پر تو کلیئر ہوا جی جی، پر میں اپنا تجربہ بتاتا ہوں کہ پہلی بات یہ ہے کہ جو آپ پلاننگ کرتے ہیں تو پلاننگ کرتے کس بات سے؟</w:t>
      </w:r>
    </w:p>
    <w:p>
      <w:r>
        <w:rPr>
          <w:b/>
        </w:rPr>
        <w:t xml:space="preserve">[26:53] </w:t>
      </w:r>
      <w:r>
        <w:t>Apne mind se. Aur mind kis ne diya hai aap ko? Mind Allah ne diya. To har kamyab planning aap ko Allah ki reminder hai.</w:t>
      </w:r>
    </w:p>
    <w:p>
      <w:pPr>
        <w:jc w:val="right"/>
      </w:pPr>
      <w:r>
        <w:t>اپنے مائنڈ سے۔ اور مائنڈ کس نے دیا ہے آپ کو؟ مائنڈ اللہ نے دیا۔ تو ہر کامیاب پلاننگ آپ کو اللہ کی ریمائنڈر ہے۔</w:t>
      </w:r>
    </w:p>
    <w:p>
      <w:r>
        <w:rPr>
          <w:b/>
        </w:rPr>
        <w:t xml:space="preserve">[27:05] </w:t>
      </w:r>
      <w:r>
        <w:t>Aur doosri baat yeh ke planning ke baad jo aap kamyabi hui to is mein shart ek condition hai, aur woh hai</w:t>
      </w:r>
    </w:p>
    <w:p>
      <w:pPr>
        <w:jc w:val="right"/>
      </w:pPr>
      <w:r>
        <w:t>اور دوسری بات یہ کہ پلاننگ کے بعد جو آپ کامیابی ہوئی تو اس میں شرط ایک کنڈیشن ہے، اور وہ ہے</w:t>
      </w:r>
    </w:p>
    <w:p>
      <w:r>
        <w:rPr>
          <w:b/>
        </w:rPr>
        <w:t xml:space="preserve">[27:17] </w:t>
      </w:r>
      <w:r>
        <w:t>Yaani apne hadd ke andar rehna. Log hadd ke andar nahi rehte, is liye planning phir ho jati hai, kamyabi bhi phir ho jati hai.</w:t>
      </w:r>
    </w:p>
    <w:p>
      <w:pPr>
        <w:jc w:val="right"/>
      </w:pPr>
      <w:r>
        <w:t>یعنی اپنے حد کے اندر رہنا۔ لوگ حد کے اندر نہیں رہتے، اس لیے پلاننگ پھر ہو جاتی ہے، کامیابی بھی پھر ہو جاتی ہے۔</w:t>
      </w:r>
    </w:p>
    <w:p>
      <w:r>
        <w:rPr>
          <w:b/>
        </w:rPr>
        <w:t xml:space="preserve">[27:27] </w:t>
      </w:r>
      <w:r>
        <w:t>Chahay political success ho ya material success ho, is ke baad zaroori hai ke aap ek hadd ke andar rahein, apni limitation ko jaanein.</w:t>
      </w:r>
    </w:p>
    <w:p>
      <w:pPr>
        <w:jc w:val="right"/>
      </w:pPr>
      <w:r>
        <w:t>چاہے پولیٹیکل سکسیس ہو یا مٹیریل سکسیس ہو، اس کے بعد ضروری ہے کہ آپ ایک حد کے اندر رہیں، اپنی لیمیٹیشن کو جانیں۔</w:t>
      </w:r>
    </w:p>
    <w:p>
      <w:r>
        <w:rPr>
          <w:b/>
        </w:rPr>
        <w:t xml:space="preserve">[27:40] </w:t>
      </w:r>
      <w:r>
        <w:t>To right planning ke baad bhi ek cheez baqi hai ke aap limit ko cross na karein, tab aap kamyab kahe kahe jayenge sahi maano mein.</w:t>
      </w:r>
    </w:p>
    <w:p>
      <w:pPr>
        <w:jc w:val="right"/>
      </w:pPr>
      <w:r>
        <w:t>تو رائٹ پلاننگ کے بعد بھی ایک چیز باقی ہے کہ آپ لیمٹ کو کراس نہ کریں، تب آپ کامیاب کہے کہے جائیں گے صحیح معنوں میں۔</w:t>
      </w:r>
    </w:p>
    <w:p>
      <w:r>
        <w:rPr>
          <w:b/>
        </w:rPr>
        <w:t xml:space="preserve">[27:54] </w:t>
      </w:r>
      <w:r>
        <w:t>Maulana, agla comment bheja hai Delhi se Dr. Naghma Siddiqui ne. Unhone likha hai: "Maulana, jazak Allah for clarifying that God and the hereafter should be the focus of her life,</w:t>
      </w:r>
    </w:p>
    <w:p>
      <w:pPr>
        <w:jc w:val="right"/>
      </w:pPr>
      <w:r>
        <w:t>مولانا، اگلا کمنٹ بھیجا ہے دلی سے ڈاکٹر نغمہ صدیقی نے۔ انہوں نے لکھا ہے: "مولانا، جزاک اللہ فار کلیریفائنگ دیٹ گاڈ اینڈ دی ہیئر افٹر شوڈ بی دا فوکس اف ہر لائف،</w:t>
      </w:r>
    </w:p>
    <w:p>
      <w:r>
        <w:rPr>
          <w:b/>
        </w:rPr>
        <w:t xml:space="preserve">[28:08] </w:t>
      </w:r>
      <w:r>
        <w:t>and roza saves us from distraction, so we can focus on God and the hereafter. May God help us to achieve this, insha</w:t>
      </w:r>
    </w:p>
    <w:p>
      <w:pPr>
        <w:jc w:val="right"/>
      </w:pPr>
      <w:r>
        <w:t>اینڈ روزہ سیوز اس فرام ڈسٹریکشن، سو وی کین فوکس ان گاڈ اینڈ دی ہیئر افٹر۔ می گاڈ ہیلپ اس ٹو اچیو دس، انشاء</w:t>
      </w:r>
    </w:p>
    <w:p>
      <w:r>
        <w:rPr>
          <w:b/>
        </w:rPr>
        <w:t xml:space="preserve">[28:21] </w:t>
      </w:r>
      <w:r>
        <w:t>Allah." Maulana, agla sawal bheja hai Bilal Shafee Sahab ne Itanagar se. Unhone likha hai: "Hum jo Quran translation print karte hain, is mein agar kahin koi translation mein human error ki wajah se mistake pai jati hai,</w:t>
      </w:r>
    </w:p>
    <w:p>
      <w:pPr>
        <w:jc w:val="right"/>
      </w:pPr>
      <w:r>
        <w:t>اللہ۔" مولانا، اگلا سوال بھیجا ہے بلال شفیع صاحب نے ایٹانگر سے۔ انہوں نے لکھا ہے: "ہم جو قرآن ٹرانسلیشن پرنٹ کرتے ہیں، اس میں اگر کہیں کوئی ٹرانسلیشن میں ہیومن ایرر کی وجہ سے مسٹیک پائی جاتی ہے،</w:t>
      </w:r>
    </w:p>
    <w:p>
      <w:r>
        <w:rPr>
          <w:b/>
        </w:rPr>
        <w:t xml:space="preserve">[28:38] </w:t>
      </w:r>
      <w:r>
        <w:t>due to following a certain interpretation, to is ki wajah se log jo hum se Quran le kar distribute karte hain, woh humara saath chhod dete hain.</w:t>
      </w:r>
    </w:p>
    <w:p>
      <w:pPr>
        <w:jc w:val="right"/>
      </w:pPr>
      <w:r>
        <w:t>ڈیو ٹو فالونگ ا سرٹن انٹرپریٹیشن، تو اس کی وجہ سے لوگ جو ہم سے قرآن لے کر ڈسٹریبیوٹ کرتے ہیں، وہ ہمارا ساتھ چھوڑ دیتے ہیں۔</w:t>
      </w:r>
    </w:p>
    <w:p>
      <w:r>
        <w:rPr>
          <w:b/>
        </w:rPr>
        <w:t xml:space="preserve">[28:49] </w:t>
      </w:r>
      <w:r>
        <w:t>Hum un ko kaise address kar sakte hain? Is ke bare mein bata</w:t>
      </w:r>
    </w:p>
    <w:p>
      <w:pPr>
        <w:jc w:val="right"/>
      </w:pPr>
      <w:r>
        <w:t>ہم ان کو کیسے ایڈریس کر سکتے ہیں؟ اس کے بارے میں بت</w:t>
      </w:r>
    </w:p>
    <w:p>
      <w:r>
        <w:rPr>
          <w:b/>
        </w:rPr>
        <w:t xml:space="preserve">[28:54] </w:t>
      </w:r>
      <w:r>
        <w:t>ayein. Bhai, koi ghalati ab tak to mere ilm mein nahi aayi hai. Yeh log shosha shosha ko ghalati samajh lete hain. To shosha to har cheez mein Quran mein, present Quran mein bhi shosha maujood hai.</w:t>
      </w:r>
    </w:p>
    <w:p>
      <w:pPr>
        <w:jc w:val="right"/>
      </w:pPr>
      <w:r>
        <w:t>ائیں۔ بھئی، کوئی غلطی اب تک تو میں علم میں نہیں آئی ہے۔ یہ لوگ شوشہ شوشہ کو غلطی سمجھ لیتے ہیں۔ تو شوشہ تو ہر چیز میں قرآن میں، پریزنٹ قرآن میں بھی شوشہ موجود ہے۔</w:t>
      </w:r>
    </w:p>
    <w:p>
      <w:r>
        <w:rPr>
          <w:b/>
        </w:rPr>
        <w:t xml:space="preserve">[29:06] </w:t>
      </w:r>
      <w:r>
        <w:t>In ko logon ne istemal kiya hai. Har cheez mein shosha hai. To shosha aur ghalati mein farq hai. Mere nazdeek hamara jo Quran chhap raha hai, to koi ghalati ki baat nahi hai,</w:t>
      </w:r>
    </w:p>
    <w:p>
      <w:pPr>
        <w:jc w:val="right"/>
      </w:pPr>
      <w:r>
        <w:t>ان کو لوگوں نے استعمال کیا ہے۔ ہر چیز میں شوشہ ہے۔ تو شوشہ اور غلطی میں فرق ہے۔ میرے نزدیک ہمارا جو قرآن چھپ رہا ہے، تو کوئی غلطی کی بات نہیں ہے،</w:t>
      </w:r>
    </w:p>
    <w:p>
      <w:r>
        <w:rPr>
          <w:b/>
        </w:rPr>
        <w:t xml:space="preserve">[29:20] </w:t>
      </w:r>
      <w:r>
        <w:t>sirf jhoota propaganda hai.</w:t>
      </w:r>
    </w:p>
    <w:p>
      <w:pPr>
        <w:jc w:val="right"/>
      </w:pPr>
      <w:r>
        <w:t>صرف جھوٹا پروگنڈا ہے۔</w:t>
      </w:r>
    </w:p>
    <w:p>
      <w:r>
        <w:rPr>
          <w:b/>
        </w:rPr>
        <w:t xml:space="preserve">[29:25] </w:t>
      </w:r>
      <w:r>
        <w:t>Ab tak mere ilm mein to koi aisi ghalati aayi nahi hai.</w:t>
      </w:r>
    </w:p>
    <w:p>
      <w:pPr>
        <w:jc w:val="right"/>
      </w:pPr>
      <w:r>
        <w:t>اب تک میرے علم میں تو کوئی ایسی غلطی آئی نہیں ہے۔</w:t>
      </w:r>
    </w:p>
    <w:p>
      <w:r>
        <w:rPr>
          <w:b/>
        </w:rPr>
        <w:t xml:space="preserve">[29:31] </w:t>
      </w:r>
      <w:r>
        <w:t>Misal ke taur par, ek samne nikala tha ke kisi tarjume mein</w:t>
      </w:r>
    </w:p>
    <w:p>
      <w:pPr>
        <w:jc w:val="right"/>
      </w:pPr>
      <w:r>
        <w:t>مثلاً، ایک سامنے نکالا تھا کہ کسی ترجمے میں</w:t>
      </w:r>
    </w:p>
    <w:p>
      <w:r>
        <w:rPr>
          <w:b/>
        </w:rPr>
        <w:t xml:space="preserve">[29:40] </w:t>
      </w:r>
      <w:r>
        <w:t>wa ki jagah comma likh gaya tha, to bas ghalati. Yeh ghalati koi hai? Yeh koi ghalati hai? Aisi ghalati to is mein bhi nikal aayegi jo sabit aur jo Sahabi ne jama kiya tha aur nikale yeh logon ne.</w:t>
      </w:r>
    </w:p>
    <w:p>
      <w:pPr>
        <w:jc w:val="right"/>
      </w:pPr>
      <w:r>
        <w:t>وا کی جگہ کاما لکھ گیا تھا، تو بس غلطی۔ یہ غلطی کوئی ہے؟ یہ کوئی غلطی ہے؟ ایسی غلطی تو اس میں بھی نکل نکل آئے گی جو ثابت اور جو صحابی نے جمع کیا تھا اور نکالے یہ لوگوں نے۔</w:t>
      </w:r>
    </w:p>
    <w:p>
      <w:r>
        <w:rPr>
          <w:b/>
        </w:rPr>
        <w:t xml:space="preserve">[29:55] </w:t>
      </w:r>
      <w:r>
        <w:t>Yeh sab bekar baatein hain. Jab tak positive soch na ho, aadmi jaan hi nahi sakta kya ghalati hai, kya sahi hai.</w:t>
      </w:r>
    </w:p>
    <w:p>
      <w:pPr>
        <w:jc w:val="right"/>
      </w:pPr>
      <w:r>
        <w:t>یہ سب بیکار باتیں ہیں۔ جب تک پازیٹیو سوچ نہ ہو، آدمی جان ہی نہیں سکتا کیا غلطی ہے، کیا صحیح ہے۔</w:t>
      </w:r>
    </w:p>
    <w:p>
      <w:r>
        <w:rPr>
          <w:b/>
        </w:rPr>
        <w:t xml:space="preserve">[30:06] </w:t>
      </w:r>
      <w:r>
        <w:t>Haan, yeh aasan kaam nahi hai ke yeh jaan jaan na ke kya kya ghalat hai, kya sahi. Is se pehle ek ek cheez honi chahiye, woh hai positive thinking, Allah ka darr.</w:t>
      </w:r>
    </w:p>
    <w:p>
      <w:pPr>
        <w:jc w:val="right"/>
      </w:pPr>
      <w:r>
        <w:t>ہاں، یہ آسان کام نہیں ہے کہ یہ جان جاننا کہ کیا کیا غلط ہے، کیا صحیح۔ اس سے پہلے ایک ایک چیز ہونی چاہیے، وہ ہے پازیٹیو تھنکنگ، اللہ کا ڈر۔</w:t>
      </w:r>
    </w:p>
    <w:p>
      <w:r>
        <w:rPr>
          <w:b/>
        </w:rPr>
        <w:t xml:space="preserve">[30:18] </w:t>
      </w:r>
      <w:r>
        <w:t>Allah ka darr na ho to aap har cheez mein, misal ke taur par, ek ek Sahab ne jaante hain, Allah mein ghalati kya nikali hai? Khaliq ki ke Khaliq ne cheezon ke andar kuch zyada bojh rakh diya.</w:t>
      </w:r>
    </w:p>
    <w:p>
      <w:pPr>
        <w:jc w:val="right"/>
      </w:pPr>
      <w:r>
        <w:t>اللہ کا ڈر نہ ہو تو آپ ہر چیز میں، مثلاً، ایک ایک صاحب نے جانتے ہیں، اللہ میں غلطی کیا نکالی ہے؟ خالق کی کہ خالق نے چیزوں کے اندر کچھ زیادہ بوجھ رکھ دیا۔</w:t>
      </w:r>
    </w:p>
    <w:p>
      <w:r>
        <w:rPr>
          <w:b/>
        </w:rPr>
        <w:t xml:space="preserve">[30:38] </w:t>
      </w:r>
      <w:r>
        <w:t>Hum das pound ka bojh le kar chalte hain, thak jate hain to gravity zyada hai. Gravity kam hoti to aisa na hota.</w:t>
      </w:r>
    </w:p>
    <w:p>
      <w:pPr>
        <w:jc w:val="right"/>
      </w:pPr>
      <w:r>
        <w:t>ہم دس پاؤنڈ کا بوجھ لے کر چلتے ہیں، تھک جاتے ہیں تو گریوٹی زیادہ ہے۔ گریوٹی کم ہوتی تو ایسا نہ ہوتا۔</w:t>
      </w:r>
    </w:p>
    <w:p>
      <w:r>
        <w:rPr>
          <w:b/>
        </w:rPr>
        <w:t xml:space="preserve">[30:48] </w:t>
      </w:r>
      <w:r>
        <w:t>To Khuda ki takhleeq mein ghalati nikal rakhi hai. To yeh is ka matlab nahi ke jo ghalati ka lafz bol de to ghalati pa liya.</w:t>
      </w:r>
    </w:p>
    <w:p>
      <w:pPr>
        <w:jc w:val="right"/>
      </w:pPr>
      <w:r>
        <w:t>تو خدا کی تخلیق میں غلطی نکال رکھی ہے۔ تو یہ اس کا مطلب نہیں کہ جو غلطی کا لفظ بول دے تو غلطی پا لیا۔</w:t>
      </w:r>
    </w:p>
    <w:p>
      <w:r>
        <w:rPr>
          <w:b/>
        </w:rPr>
        <w:t xml:space="preserve">[30:58] </w:t>
      </w:r>
      <w:r>
        <w:t>Us ne shoshe ko log samajhte hain. Aasan kaam nahi hai keh kar kehna ke yeh ghalat hai, yeh sahi hai. Kisi ne agar hamare tarajum mein koi ghalati nikali hai to woh mere paas bhejein.</w:t>
      </w:r>
    </w:p>
    <w:p>
      <w:pPr>
        <w:jc w:val="right"/>
      </w:pPr>
      <w:r>
        <w:t>اس نے شوشے کو لوگ غلط سمجھتے ہیں۔ آسان کام نہیں ہے کہہ کے کہنا کہ یہ غلط ہے، یہ صحیح ہے۔ کسی نے اگر ہمارے تراجم میں کوئی غلطی نکالی ہے تو وہ میرے پاس بھیجے۔</w:t>
      </w:r>
    </w:p>
    <w:p>
      <w:r>
        <w:rPr>
          <w:b/>
        </w:rPr>
        <w:t xml:space="preserve">[31:12] </w:t>
      </w:r>
      <w:r>
        <w:t>woh</w:t>
      </w:r>
    </w:p>
    <w:p>
      <w:pPr>
        <w:jc w:val="right"/>
      </w:pPr>
      <w:r>
        <w:t>وہ</w:t>
      </w:r>
    </w:p>
    <w:p>
      <w:r>
        <w:rPr>
          <w:b/>
        </w:rPr>
        <w:t xml:space="preserve">[31:19] </w:t>
      </w:r>
      <w:r>
        <w:t>maulana, agla sawal lete hain. yeh sawal bheja hai miss shabana ansari ne pakistan se.</w:t>
      </w:r>
    </w:p>
    <w:p>
      <w:pPr>
        <w:jc w:val="right"/>
      </w:pPr>
      <w:r>
        <w:t>مولانا، اگلا سوال لیتے ہیں۔ یہ سوال بھیجا ہے مس شبانہ انصاری نے پاکستان سے۔</w:t>
      </w:r>
    </w:p>
    <w:p>
      <w:r>
        <w:rPr>
          <w:b/>
        </w:rPr>
        <w:t xml:space="preserve">[31:27] </w:t>
      </w:r>
      <w:r>
        <w:t>unhon ne likha hai: "maulana sahib, eman ka level ghta hai aur barta hai. My question is: what to do when eman decreases and we feel less spiritual or sales?</w:t>
      </w:r>
    </w:p>
    <w:p>
      <w:pPr>
        <w:jc w:val="right"/>
      </w:pPr>
      <w:r>
        <w:t>انہوں نے لکھا ہے: "مولانا صاحب، ایمان کا لیول گھٹتا ہے اور بڑھتا ہے۔ مائی کوئسچن از: واٹ ٹو ڈو وین ایمان ڈکریزز اینڈ وی فیل لیس سپرچول اور سیلز؟</w:t>
      </w:r>
    </w:p>
    <w:p>
      <w:r>
        <w:rPr>
          <w:b/>
        </w:rPr>
        <w:t xml:space="preserve">[31:42] </w:t>
      </w:r>
      <w:r>
        <w:t>please advise us.</w:t>
      </w:r>
    </w:p>
    <w:p>
      <w:pPr>
        <w:jc w:val="right"/>
      </w:pPr>
      <w:r>
        <w:t>پلیز ایڈوائز اس۔</w:t>
      </w:r>
    </w:p>
    <w:p>
      <w:r>
        <w:rPr>
          <w:b/>
        </w:rPr>
        <w:t xml:space="preserve">[31:44] </w:t>
      </w:r>
      <w:r>
        <w:t>"dekhen, yeh yeh aik aik intellectual struggle hai insaan ke mind mein. intellectual struggle agar yeh na rahe to aap ka mind dead ho jayega.</w:t>
      </w:r>
    </w:p>
    <w:p>
      <w:pPr>
        <w:jc w:val="right"/>
      </w:pPr>
      <w:r>
        <w:t>" دیکھیں، یہ یہ ایک ایک انٹلیکچول سٹرگل ہے انسان کے مائنڈ میں۔ انٹلیکچول سٹرگل اگر یہ نہ رہے تو آپ کا مائنڈ ڈیڈ ہو جائے گا۔</w:t>
      </w:r>
    </w:p>
    <w:p>
      <w:r>
        <w:rPr>
          <w:b/>
        </w:rPr>
        <w:t xml:space="preserve">[31:57] </w:t>
      </w:r>
      <w:r>
        <w:t>aap ke mind ko barabar live rakhne ke liye alive yeh sab hota hai. khoob, allah ko matlab hai ke aap ke mind mein khoob intellectual struggle ho taake aap ka creativity badhe,</w:t>
      </w:r>
    </w:p>
    <w:p>
      <w:pPr>
        <w:jc w:val="right"/>
      </w:pPr>
      <w:r>
        <w:t>آپ کے مائنڈ کو برابر لائیو رکھنے کے لیے الائیو یہ سب ہوتا ہے۔ خوب، اللہ کو مطلوب ہے کہ آپ کے مائنڈ میں خوب انٹلیکچول سٹرگل ہو تاکہ آپ کا کریٹیوٹی بڑھے،</w:t>
      </w:r>
    </w:p>
    <w:p>
      <w:r>
        <w:rPr>
          <w:b/>
        </w:rPr>
        <w:t xml:space="preserve">[32:16] </w:t>
      </w:r>
      <w:r>
        <w:t>aap ke mind mein development aaye. yeh koi yeh koi evil nahi hai, yeh khoobi ki baat hai.</w:t>
      </w:r>
    </w:p>
    <w:p>
      <w:pPr>
        <w:jc w:val="right"/>
      </w:pPr>
      <w:r>
        <w:t>آپ کے مائنڈ میں ڈیولپمنٹ آئے۔ یہ کوئی یہ کوئی ایول نہیں ہے، یہ خوبی کی بات ہے۔</w:t>
      </w:r>
    </w:p>
    <w:p>
      <w:r>
        <w:rPr>
          <w:b/>
        </w:rPr>
        <w:t xml:space="preserve">[32:27] </w:t>
      </w:r>
      <w:r>
        <w:t>miss shabina ali ne calcutta se comment bheja hai. unhon ne likha hai: "maulana, you have rightly said: ramadan should be a month to trigger us.</w:t>
      </w:r>
    </w:p>
    <w:p>
      <w:pPr>
        <w:jc w:val="right"/>
      </w:pPr>
      <w:r>
        <w:t>مس شبینہ علی نے کلکتہ سے کمنٹ بھیجا ہے۔ انہوں نے لکھا ہے: "مولانا، یو ہیو رائٹلی سیڈ: رمضان شوڈ بی ا منتھ ٹو ٹریگر اس۔</w:t>
      </w:r>
    </w:p>
    <w:p>
      <w:r>
        <w:rPr>
          <w:b/>
        </w:rPr>
        <w:t xml:space="preserve">[32:38] </w:t>
      </w:r>
      <w:r>
        <w:t>it should be a month to live in higher plane, in the thought, realization, remembrance, remembrance and in discovering god." maulana, agla sawal doctor safina tabassum ne bheja hai saharanpur se.</w:t>
      </w:r>
    </w:p>
    <w:p>
      <w:pPr>
        <w:jc w:val="right"/>
      </w:pPr>
      <w:r>
        <w:t>اٹ شوڈ بی ا منتھ ٹو لیو ان ہائر پلین، ان دی تھاٹ، ریلائزیشن، ریممبرنس، ریممبرنس اینڈ ان ڈسکورنگ گاڈ۔" مولانا، اگلا سوال ڈاکٹر صفینہ تبسم نے بھیجا ہے سارن پور سے۔</w:t>
      </w:r>
    </w:p>
    <w:p>
      <w:r>
        <w:rPr>
          <w:b/>
        </w:rPr>
        <w:t xml:space="preserve">[32:54] </w:t>
      </w:r>
      <w:r>
        <w:t>unhon ne likha hai ke hum yeh kaise janen ke hum family culture se khali hain ya nahi? is ki wazahat karen.</w:t>
      </w:r>
    </w:p>
    <w:p>
      <w:pPr>
        <w:jc w:val="right"/>
      </w:pPr>
      <w:r>
        <w:t>انہوں نے لکھا ہے کہ ہم یہ کیسے جانیں کہ ہم فیملی کلچر سے خالی ہیں یا نہیں؟ اس کی وضاحت کریں۔</w:t>
      </w:r>
    </w:p>
    <w:p>
      <w:r>
        <w:rPr>
          <w:b/>
        </w:rPr>
        <w:t xml:space="preserve">[33:02] </w:t>
      </w:r>
      <w:r>
        <w:t>kaun kaun culture hai? family culture se hum khali hain ke nahi? yeh kaise hum janen?</w:t>
      </w:r>
    </w:p>
    <w:p>
      <w:pPr>
        <w:jc w:val="right"/>
      </w:pPr>
      <w:r>
        <w:t>کون کون کلچر ہے؟ فیملی کلچر سے ہم خالی ہیں کہ نہیں؟ یہ کیسے ہم جانیں؟</w:t>
      </w:r>
    </w:p>
    <w:p>
      <w:r>
        <w:rPr>
          <w:b/>
        </w:rPr>
        <w:t xml:space="preserve">[33:08] </w:t>
      </w:r>
      <w:r>
        <w:t>dekhen, is se zyada aasan koi baat nahi hai.</w:t>
      </w:r>
    </w:p>
    <w:p>
      <w:pPr>
        <w:jc w:val="right"/>
      </w:pPr>
      <w:r>
        <w:t>دیکھیں، اس سے زیادہ آسان کوئی بات نہیں ہے۔</w:t>
      </w:r>
    </w:p>
    <w:p>
      <w:r>
        <w:rPr>
          <w:b/>
        </w:rPr>
        <w:t xml:space="preserve">[33:14] </w:t>
      </w:r>
      <w:r>
        <w:t>apne raat apne raat din ko le kar aap sochen ke 24 ghante mein maine real sense mein kitna apne khaliq ko yaad kiya aur kitna kisi aur ko.</w:t>
      </w:r>
    </w:p>
    <w:p>
      <w:pPr>
        <w:jc w:val="right"/>
      </w:pPr>
      <w:r>
        <w:t>اپنے رات اپنے رات دن کو لے کر آپ سوچیں کہ 24 گھنٹے میں میں نے ریئل سینس میں کتنا اپنے خالق کو یاد کیا اور کتنا کسی اور کو۔</w:t>
      </w:r>
    </w:p>
    <w:p>
      <w:r>
        <w:rPr>
          <w:b/>
        </w:rPr>
        <w:t xml:space="preserve">[33:25] </w:t>
      </w:r>
      <w:r>
        <w:t>yeh bohat hi aasan hai, yeh koi mushkil cheez hai hi nahi. aap ki yaadon mein kya basa hua hai, kaun nahi jaan sakta is cheez ko?</w:t>
      </w:r>
    </w:p>
    <w:p>
      <w:pPr>
        <w:jc w:val="right"/>
      </w:pPr>
      <w:r>
        <w:t>یہ بہت ہی آسان ہے، یہ کوئی مشکل چیز ہے ہی نہیں۔ آپ کی یادوں میں کیا بسا ہوا ہے، کون نہیں جان سکتا اس چیز کو؟</w:t>
      </w:r>
    </w:p>
    <w:p>
      <w:r>
        <w:rPr>
          <w:b/>
        </w:rPr>
        <w:t xml:space="preserve">[33:36] </w:t>
      </w:r>
      <w:r>
        <w:t>aap ki yaadon mein kya basa hua hai? allah jo khaliq hai, razzaq hai, allah hai, woh basa hua hai ya koi aur cheez?</w:t>
      </w:r>
    </w:p>
    <w:p>
      <w:pPr>
        <w:jc w:val="right"/>
      </w:pPr>
      <w:r>
        <w:t>آپ کی یادوں میں کیا بسا ہوا ہے؟ اللہ جو خلاق ہے، رزاق ہے، اللہ ہے، وہ بسا ہوا ہے یا کوئی اور چیز؟</w:t>
      </w:r>
    </w:p>
    <w:p>
      <w:r>
        <w:rPr>
          <w:b/>
        </w:rPr>
        <w:t xml:space="preserve">[33:49] </w:t>
      </w:r>
      <w:r>
        <w:t>yeh kaun hai jo is ko nahi jaan sakta? pata nahi, khaliq, razzaq, allah, is ko basna chahiye aap ki yaadon mein.</w:t>
      </w:r>
    </w:p>
    <w:p>
      <w:pPr>
        <w:jc w:val="right"/>
      </w:pPr>
      <w:r>
        <w:t>یہ کون ہے جو اس کو نہیں جان سکتا؟ پتہ نہیں، خلاق، رزاق، اللہ، اس کو بسنا چاہیے آپ کی یادوں میں۔</w:t>
      </w:r>
    </w:p>
    <w:p>
      <w:r>
        <w:rPr>
          <w:b/>
        </w:rPr>
        <w:t xml:space="preserve">[34:03] </w:t>
      </w:r>
      <w:r>
        <w:t>kaun hai jis ne aap ko koi aur cheez, aik baal bhi diya ho? mujhe bataiye, woh kaun hai jis ne aap ko aik baal bhi diya ho?</w:t>
      </w:r>
    </w:p>
    <w:p>
      <w:pPr>
        <w:jc w:val="right"/>
      </w:pPr>
      <w:r>
        <w:t>کون ہے جس نے آپ کو کوئی اور چیز، ایک بال بھی دیا ہو؟ مجھے بتائیے، وہ کون ہے جس نے آپ کو ایک بال بھی دیا ہو؟</w:t>
      </w:r>
    </w:p>
    <w:p>
      <w:r>
        <w:rPr>
          <w:b/>
        </w:rPr>
        <w:t xml:space="preserve">[34:11] </w:t>
      </w:r>
      <w:r>
        <w:t>to isi ko aap kam yaad karen. kam baat ko mani kya hai? lip service karen. aik taraf dil ki gehraiyon se yaad karna hai, aik hai lip service karna ke kaun nahi jaan sakta?</w:t>
      </w:r>
    </w:p>
    <w:p>
      <w:pPr>
        <w:jc w:val="right"/>
      </w:pPr>
      <w:r>
        <w:t>تو اسی کو آپ کم یاد کریں۔ کم بات کو معنی کیا ہے؟ لپ سروس کریں۔ ایک طرف دل کی گہرائیوں سے یاد کرنا ہے، ایک ہے لپ سروس کرنا کہ کون نہیں جان سکتا؟</w:t>
      </w:r>
    </w:p>
    <w:p>
      <w:r>
        <w:rPr>
          <w:b/>
        </w:rPr>
        <w:t xml:space="preserve">[34:25] </w:t>
      </w:r>
      <w:r>
        <w:t>is ko har aadmi jaan sakta hai.</w:t>
      </w:r>
    </w:p>
    <w:p>
      <w:pPr>
        <w:jc w:val="right"/>
      </w:pPr>
      <w:r>
        <w:t>اس کو ہر آدمی جان سکتا ہے۔</w:t>
      </w:r>
    </w:p>
    <w:p>
      <w:r>
        <w:rPr>
          <w:b/>
        </w:rPr>
        <w:t xml:space="preserve">[34:32] </w:t>
      </w:r>
      <w:r>
        <w:t>maulana, agla sawal bheja hai miss nadia saif ne. unhon ne apni location nahi likhi hai. un ka sawal hai: "maulana sahib, aap ne bilkul sahi kaha, aaj ki aaj ki har koi family oriented zindagi guzar raha hai aur usi fikr mein pada hai ke bas family khush ho jaye, lekin aakhir mein kuch bhi hath mein nahi aata.</w:t>
      </w:r>
    </w:p>
    <w:p>
      <w:pPr>
        <w:jc w:val="right"/>
      </w:pPr>
      <w:r>
        <w:t>مولانا، اگلا سوال بھیجا ہے مس نادیہ سیف نے۔ انہوں نے اپنی لوکیشن نہیں لکھی ہے۔ ان کا سوال ہے: "مولانا صاحب، آپ نے بالکل صحیح کہا، آج کی آج کی ہر کوئی فیملی اورینٹڈ زندگی گزار رہا ہے اور اسی فکر میں پڑا ہے کہ بس فیملی خوش ہو جائے، لیکن آخر میں کچھ بھی ہاتھ میں نہیں آتا۔</w:t>
      </w:r>
    </w:p>
    <w:p>
      <w:r>
        <w:rPr>
          <w:b/>
        </w:rPr>
        <w:t xml:space="preserve">[34:56] </w:t>
      </w:r>
      <w:r>
        <w:t>is se bachne ka kya tareeqa hai? yeh hum sab ko bataen."</w:t>
      </w:r>
    </w:p>
    <w:p>
      <w:pPr>
        <w:jc w:val="right"/>
      </w:pPr>
      <w:r>
        <w:t>اس سے بچنے کا کیا طریقہ ہے؟ یہ ہم سب کو بتائیں۔"</w:t>
      </w:r>
    </w:p>
    <w:p>
      <w:r>
        <w:rPr>
          <w:b/>
        </w:rPr>
        <w:t xml:space="preserve">[35:01] </w:t>
      </w:r>
      <w:r>
        <w:t>tareeqa yeh hai ke aap chhodiye, allah ko pakdiye, bas aur kya tareeqa hai? ji, jaise main dekhen, aaj subah utha to mere mind mein tha ke aaj koi speech nahi hogi.</w:t>
      </w:r>
    </w:p>
    <w:p>
      <w:pPr>
        <w:jc w:val="right"/>
      </w:pPr>
      <w:r>
        <w:t>طریقہ یہ ہے کہ آپ چھوڑیے، اللہ کو پکڑیے، بس اور کیا طریقہ ہے؟ جی، جیسے میں دیکھیں، آج صبح اٹھا تو میرے مائنڈ میں تھا کہ آج کوئی اسپیچ نہیں ہوگی۔</w:t>
      </w:r>
    </w:p>
    <w:p>
      <w:r>
        <w:rPr>
          <w:b/>
        </w:rPr>
        <w:t xml:space="preserve">[35:17] </w:t>
      </w:r>
      <w:r>
        <w:t>main ne rest se keh diya ke bhai, ab koi speech nahi hogi. to rest ka agar nahi, kuch to hona chahiye. to isi soch mein main wahan se yahan aa raha tha.</w:t>
      </w:r>
    </w:p>
    <w:p>
      <w:pPr>
        <w:jc w:val="right"/>
      </w:pPr>
      <w:r>
        <w:t>میں نے ریسٹ سے کہہ دیا کہ بھئی، اب کوئی اسپیچ نہیں ہوگی۔ تو ریسٹ کا اگر نہیں، کچھ تو ہونا چاہیے۔ تو اسی سوچ میں میں وہاں سے یہاں آ رہا تھا۔</w:t>
      </w:r>
    </w:p>
    <w:p>
      <w:r>
        <w:rPr>
          <w:b/>
        </w:rPr>
        <w:t xml:space="preserve">[35:30] </w:t>
      </w:r>
      <w:r>
        <w:t>jab main seven ke gate pe pahuncha to achaanak mere dil mein kaha: "assalam o alaikum ayha al malaika." is ka matlab yeh tha ke main malaika se keh raha hoon ke malaika batao, main kya karoon?</w:t>
      </w:r>
    </w:p>
    <w:p>
      <w:pPr>
        <w:jc w:val="right"/>
      </w:pPr>
      <w:r>
        <w:t>جب میں سیون کے گیٹ پہ پہنچا تو اچانک میرے دل میں کہا: "السلام علیکم ایہا الملائکہ۔" اس کا مطلب یہ تھا کہ میں ملائکہ سے کہہ رہا ہوں کہ ملائکہ بتاؤ، میں کیا کروں؟</w:t>
      </w:r>
    </w:p>
    <w:p>
      <w:r>
        <w:rPr>
          <w:b/>
        </w:rPr>
        <w:t xml:space="preserve">[35:46] </w:t>
      </w:r>
      <w:r>
        <w:t>meri samajh mein kuch nahi aa raha. to achaanak unhon ne bataya ke batao logon ko ke som to is liye hai ke logon ka mind trigger ho.</w:t>
      </w:r>
    </w:p>
    <w:p>
      <w:pPr>
        <w:jc w:val="right"/>
      </w:pPr>
      <w:r>
        <w:t>میری سمجھ میں کچھ نہیں آ رہا۔ تو اچانک انہوں نے بتایا کہ بتاؤ لوگوں کو کہ سوم تو اس لیے ہے کہ لوگوں کا مائنڈ ٹریگر ہو۔</w:t>
      </w:r>
    </w:p>
    <w:p>
      <w:r>
        <w:rPr>
          <w:b/>
        </w:rPr>
        <w:t xml:space="preserve">[35:58] </w:t>
      </w:r>
      <w:r>
        <w:t>som jo hai, fast shock hai. yeh yeh sab log karein, is mein mushkil kya hai?</w:t>
      </w:r>
    </w:p>
    <w:p>
      <w:pPr>
        <w:jc w:val="right"/>
      </w:pPr>
      <w:r>
        <w:t>سوم جو ہے، فاسٹ شاک ہے۔ یہ یہ سب لوگ کریں، اس میں مشکل کیا ہے؟</w:t>
      </w:r>
    </w:p>
    <w:p>
      <w:r>
        <w:rPr>
          <w:b/>
        </w:rPr>
        <w:t xml:space="preserve">[36:10] </w:t>
      </w:r>
      <w:r>
        <w:t>aamir mori sahib ne kashmir se apna comment bheja hai. unhon ne likha hai: "maulana sahib, your lectures are the source of mind triggering for all of us.</w:t>
      </w:r>
    </w:p>
    <w:p>
      <w:pPr>
        <w:jc w:val="right"/>
      </w:pPr>
      <w:r>
        <w:t>عامر موری صاحب نے کشمیر سے اپنا کمنٹ بھیجا ہے۔ انہوں نے لکھا ہے: "مولانا صاحب، یور لیکچرز آر دا سورس آف مائنڈ ٹریگرنگ فار آل آف اس۔</w:t>
      </w:r>
    </w:p>
    <w:p>
      <w:r>
        <w:rPr>
          <w:b/>
        </w:rPr>
        <w:t xml:space="preserve">[36:21] </w:t>
      </w:r>
      <w:r>
        <w:t>whenever we listen to you, we feel more connected to god.</w:t>
      </w:r>
    </w:p>
    <w:p>
      <w:pPr>
        <w:jc w:val="right"/>
      </w:pPr>
      <w:r>
        <w:t>وین ایور وی لسن ٹو یو، وی فیل مور کنیکٹڈ ٹو گاڈ۔</w:t>
      </w:r>
    </w:p>
    <w:p>
      <w:r>
        <w:rPr>
          <w:b/>
        </w:rPr>
        <w:t xml:space="preserve">[36:25] </w:t>
      </w:r>
      <w:r>
        <w:t>thank you so much. may god bless you." maulana, agla sawal bhi bheja hai azhar mubarak sahib ne.</w:t>
      </w:r>
    </w:p>
    <w:p>
      <w:pPr>
        <w:jc w:val="right"/>
      </w:pPr>
      <w:r>
        <w:t>تھینک یو سو مچ۔ می گاڈ بلیس یو۔" مولانا، اگلا سوال بھیجا ہے اظہر مبارک صاحب نے۔</w:t>
      </w:r>
    </w:p>
    <w:p>
      <w:r>
        <w:rPr>
          <w:b/>
        </w:rPr>
        <w:t xml:space="preserve">[36:35] </w:t>
      </w:r>
      <w:r>
        <w:t>unhon ne likha hai: "maulana, how family becomes a hurdle in the path of discovery of truth? i have not understood this.</w:t>
      </w:r>
    </w:p>
    <w:p>
      <w:pPr>
        <w:jc w:val="right"/>
      </w:pPr>
      <w:r>
        <w:t>انہوں نے لکھا ہے: "مولانا، ہاؤ فیملی بیکمز ا ہرڈل ان دی پاتھ آف ڈسکوری آف ٹروتھ؟ آئی ہیو ناٹ انڈرسٹڈ دس۔</w:t>
      </w:r>
    </w:p>
    <w:p>
      <w:r>
        <w:rPr>
          <w:b/>
        </w:rPr>
        <w:t xml:space="preserve">[36:44] </w:t>
      </w:r>
      <w:r>
        <w:t>please clarify." kaun kar raha hai</w:t>
      </w:r>
    </w:p>
    <w:p>
      <w:pPr>
        <w:jc w:val="right"/>
      </w:pPr>
      <w:r>
        <w:t>پلیز کلیریفائی۔" کون کر رہا ہے</w:t>
      </w:r>
    </w:p>
    <w:p>
      <w:r>
        <w:rPr>
          <w:b/>
        </w:rPr>
        <w:t xml:space="preserve">[36:47] </w:t>
      </w:r>
      <w:r>
        <w:t>? azhar mubarak. how family? bhai, aap introspection kijiye, hisab kijiye ke 24 ghante jo aap ko mile hue hain, is mein real sense mein kitna aap apne khaliq ko yaad karte hain aur kitna kisi aur ko?</w:t>
      </w:r>
    </w:p>
    <w:p>
      <w:pPr>
        <w:jc w:val="right"/>
      </w:pPr>
      <w:r>
        <w:t>؟ اظہر مبارک۔ ہاؤ فیملی؟ بھئی، آپ انٹرسٹریپشن کیجئے، احتساب کیجئے کہ 24 گھنٹے جو آپ کو ملے ہوئے ہیں، اس میں ریئل سینس میں کتنا آپ اپنے خالق کو یاد کرتے ہیں اور کتنا کسی اور کو؟</w:t>
      </w:r>
    </w:p>
    <w:p>
      <w:r>
        <w:rPr>
          <w:b/>
        </w:rPr>
        <w:t xml:space="preserve">[37:04] </w:t>
      </w:r>
      <w:r>
        <w:t>yeh kaun sa mushkil kaam hai? misaal ke taur par, meri ek mushkil saamne mere aayi to maine kaha: "assalam o alaikum ayha al malaika." to aap sochiye ke kitni baar aap aisa karte hain?</w:t>
      </w:r>
    </w:p>
    <w:p>
      <w:pPr>
        <w:jc w:val="right"/>
      </w:pPr>
      <w:r>
        <w:t>یہ کون سا مشکل کام ہے؟ مثلاً، میری ایک مشکل سامنے میرے آئی تو میں نے کہا: "السلام علیکم ایہا الملائکہ۔" تو آپ سوچیے کہ کتنی بار آپ ایسا کرتے ہیں؟</w:t>
      </w:r>
    </w:p>
    <w:p>
      <w:r>
        <w:rPr>
          <w:b/>
        </w:rPr>
        <w:t xml:space="preserve">[37:22] </w:t>
      </w:r>
      <w:r>
        <w:t>yaani allah ke jo taraf se jo madadgar khade hue hain, har taraf woh isi intezar mein to hain ke un se koi kahe.</w:t>
      </w:r>
    </w:p>
    <w:p>
      <w:pPr>
        <w:jc w:val="right"/>
      </w:pPr>
      <w:r>
        <w:t>یعنی اللہ کے جو طرف سے جو مددگار کھڑے ہوئے ہیں، ہر طرف وہ اسی انتظار میں تو ہیں کہ ان سے کوئی کہے۔</w:t>
      </w:r>
    </w:p>
    <w:p>
      <w:r>
        <w:rPr>
          <w:b/>
        </w:rPr>
        <w:t xml:space="preserve">[37:31] </w:t>
      </w:r>
      <w:r>
        <w:t>to mujhe bataiye ke aap ko apni zindagi mein koi insaan mila hai? aisa nahi mila hai to samajh ki? here is the rao. yeh kaun sa mushkil kaam hai?</w:t>
      </w:r>
    </w:p>
    <w:p>
      <w:pPr>
        <w:jc w:val="right"/>
      </w:pPr>
      <w:r>
        <w:t>تو مجھے بتائیے کہ آپ کو اپنی زندگی میں کوئی انسان ملا ہے؟ ایسا نہیں ملا ہے تو سمجھ کی؟ ہیئر از دا راؤ۔ یہ کون سا مشکل کام ہے؟</w:t>
      </w:r>
    </w:p>
    <w:p>
      <w:r>
        <w:rPr>
          <w:b/>
        </w:rPr>
        <w:t xml:space="preserve">[37:47] </w:t>
      </w:r>
      <w:r>
        <w:t>maulana, agla sawal bheja hai sajid anwar sahib ne mumbai se. unhon ne likha hai: "maulana, the concept of roza shock is completely new for me.</w:t>
      </w:r>
    </w:p>
    <w:p>
      <w:pPr>
        <w:jc w:val="right"/>
      </w:pPr>
      <w:r>
        <w:t>مولانا، اگلا سوال بھیجا ہے ساجد انور صاحب نے ممبئی سے۔ انہوں نے لکھا ہے: "مولانا، دا کانسیپٹ آف روزہ شاک از کمپلیٹلی نیو فار می۔</w:t>
      </w:r>
    </w:p>
    <w:p>
      <w:r>
        <w:rPr>
          <w:b/>
        </w:rPr>
        <w:t xml:space="preserve">[37:59] </w:t>
      </w:r>
      <w:r>
        <w:t>my question is that as how we can know that we have received some blessings from god in the form of roza shock</w:t>
      </w:r>
    </w:p>
    <w:p>
      <w:pPr>
        <w:jc w:val="right"/>
      </w:pPr>
      <w:r>
        <w:t>مائی کوئسچن از دیٹ ایز ہاؤ وی کین نو دیٹ وی ہیو ریسیوڈ سم بلیسنگز فرام گاڈ ان دی فارم آف روزہ شاک</w:t>
      </w:r>
    </w:p>
    <w:p>
      <w:r>
        <w:rPr>
          <w:b/>
        </w:rPr>
        <w:t xml:space="preserve">[38:08] </w:t>
      </w:r>
      <w:r>
        <w:t>? please guide us in this." maulana, bas sochna, tadabbur, tafakkur. quran mein khud likha hua hai ke quran is liye utra hai ke log is par ghaur karein.</w:t>
      </w:r>
    </w:p>
    <w:p>
      <w:pPr>
        <w:jc w:val="right"/>
      </w:pPr>
      <w:r>
        <w:t>؟ پلیز گائیڈ اس ان دس۔" مولانا، بس سوچنا، تدبر، تفکر۔ قرآن میں خود لکھا ہوا ہے کہ قرآن اس لیے اترا ہے کہ لوگ اس پر غور کریں۔</w:t>
      </w:r>
    </w:p>
    <w:p>
      <w:r>
        <w:rPr>
          <w:b/>
        </w:rPr>
        <w:t xml:space="preserve">[38:22] </w:t>
      </w:r>
      <w:r>
        <w:t>yaani quran mein book of contemplation hai. yeh khud quran mein likha hua hai ke quran book of contemplation hai.</w:t>
      </w:r>
    </w:p>
    <w:p>
      <w:pPr>
        <w:jc w:val="right"/>
      </w:pPr>
      <w:r>
        <w:t>یعنی قرآن میں بک آف کنٹمپلیشن ہے۔ یہ خود قرآن میں لکھا ہوا ہے کہ قرآن بک آف کنٹمپلیشن ہے۔</w:t>
      </w:r>
    </w:p>
    <w:p>
      <w:r>
        <w:rPr>
          <w:b/>
        </w:rPr>
        <w:t xml:space="preserve">[38:36] </w:t>
      </w:r>
      <w:r>
        <w:t>to lekin aap jab roze ko khane peene ka mahina bana dein aur quran ko bas lafzi tilawat ko bana ki kitaab bana dein to ghalati aap ki hui.</w:t>
      </w:r>
    </w:p>
    <w:p>
      <w:pPr>
        <w:jc w:val="right"/>
      </w:pPr>
      <w:r>
        <w:t>تو لیکن آپ جب روزے کو کھانے پینے کا مہینہ بنا دیں اور قرآن کو بس لفظی تلاوت کو بنا کی کتاب بنا دیں تو غلطی آپ کی ہوئی۔</w:t>
      </w:r>
    </w:p>
    <w:p>
      <w:r>
        <w:rPr>
          <w:b/>
        </w:rPr>
        <w:t xml:space="preserve">[38:54] </w:t>
      </w:r>
      <w:r>
        <w:t>maulana, agla sawal lahore pakistan se bheja hai miss farzana khan ne. unhon ne likha hai: "maulana sahib, main saalon se allah ko dhoondh rahi hoon.</w:t>
      </w:r>
    </w:p>
    <w:p>
      <w:pPr>
        <w:jc w:val="right"/>
      </w:pPr>
      <w:r>
        <w:t>مولانا، اگلا سوال لاہور پاکستان سے بھیجا ہے مس فرزانہ خان نے۔ انہوں نے لکھا ہے: "مولانا صاحب، میں سالوں سے اللہ کو ڈھونڈ رہی ہوں۔</w:t>
      </w:r>
    </w:p>
    <w:p>
      <w:r>
        <w:rPr>
          <w:b/>
        </w:rPr>
        <w:t xml:space="preserve">[39:07] </w:t>
      </w:r>
      <w:r>
        <w:t>main allah se milna chahti hoon. aap roohani taur par meri madad karein. main aaj aitkaf mein baithungi.</w:t>
      </w:r>
    </w:p>
    <w:p>
      <w:pPr>
        <w:jc w:val="right"/>
      </w:pPr>
      <w:r>
        <w:t>میں اللہ سے ملنا چاہتی ہوں۔ آپ روحانی طور پر میری مدد کریں۔ میں آج اعتکاف میں بیٹھوں گی۔</w:t>
      </w:r>
    </w:p>
    <w:p>
      <w:r>
        <w:rPr>
          <w:b/>
        </w:rPr>
        <w:t xml:space="preserve">[39:15] </w:t>
      </w:r>
      <w:r>
        <w:t>aap mere liye khaas dua karein."</w:t>
      </w:r>
    </w:p>
    <w:p>
      <w:pPr>
        <w:jc w:val="right"/>
      </w:pPr>
      <w:r>
        <w:t>آپ میرے لیے خاص دعا کریں۔"</w:t>
      </w:r>
    </w:p>
    <w:p>
      <w:r>
        <w:rPr>
          <w:b/>
        </w:rPr>
        <w:t xml:space="preserve">[39:19] </w:t>
      </w:r>
      <w:r>
        <w:t>inshallah, allah taala</w:t>
      </w:r>
    </w:p>
    <w:p>
      <w:pPr>
        <w:jc w:val="right"/>
      </w:pPr>
      <w:r>
        <w:t>انشاءاللہ، اللہ تعالیٰ</w:t>
      </w:r>
    </w:p>
    <w:p>
      <w:r>
        <w:rPr>
          <w:b/>
        </w:rPr>
        <w:t xml:space="preserve">[39:24] </w:t>
      </w:r>
      <w:r>
        <w:t>aap ko allah se qurbat hasil ho. wohi dua kijiye jo asiya ne kiya tha, usi dua ko apna lijiye.</w:t>
      </w:r>
    </w:p>
    <w:p>
      <w:pPr>
        <w:jc w:val="right"/>
      </w:pPr>
      <w:r>
        <w:t>آپ کو اللہ سے قربت حاصل ہو۔ وہی دعا کیجئے جو اسیہ نے کیا تھا، اسی دعا کو اپنا لیجئے۔</w:t>
      </w:r>
    </w:p>
    <w:p>
      <w:r>
        <w:rPr>
          <w:b/>
        </w:rPr>
        <w:t xml:space="preserve">[39:37] </w:t>
      </w:r>
      <w:r>
        <w:t>maulana, agla sawal kya hai maulana iqbal umri ne chennai se. unhon ne aapse poocha hai ke khuda ki yaad se mind ko kaise trigger karein?</w:t>
      </w:r>
    </w:p>
    <w:p>
      <w:pPr>
        <w:jc w:val="right"/>
      </w:pPr>
      <w:r>
        <w:t>مولانا، اگلا سوال کیا ہے مولانا اقبال عمری نے چنئی سے۔ انہوں نے آپ سے پوچھا ہے کہ خدا کی یاد سے مائنڈ کو کیسے ٹریگر کریں؟</w:t>
      </w:r>
    </w:p>
    <w:p>
      <w:r>
        <w:rPr>
          <w:b/>
        </w:rPr>
        <w:t xml:space="preserve">[39:48] </w:t>
      </w:r>
      <w:r>
        <w:t>iska tareeqa kya hai? is ki wazahat karein.</w:t>
      </w:r>
    </w:p>
    <w:p>
      <w:pPr>
        <w:jc w:val="right"/>
      </w:pPr>
      <w:r>
        <w:t>اس کا طریقہ کیا ہے؟ اس کی وضاحت کریں۔</w:t>
      </w:r>
    </w:p>
    <w:p>
      <w:r>
        <w:rPr>
          <w:b/>
        </w:rPr>
        <w:t xml:space="preserve">[39:52] </w:t>
      </w:r>
      <w:r>
        <w:t>tareeqa to maine bata diya aap ko ke main ek masle se dochar hua ke mr. rajeev ne kaha ke nahi, aaj kuch na kuch to bolna padega.</w:t>
      </w:r>
    </w:p>
    <w:p>
      <w:pPr>
        <w:jc w:val="right"/>
      </w:pPr>
      <w:r>
        <w:t>طریقہ تو میں نے بتا دیا آپ کو کہ میں ایک مسئلے سے دوچار ہوا کہ مسٹر رجب نے کہا کہ نہیں، آج کچھ نہ کچھ تو بولنا پڑے گا۔</w:t>
      </w:r>
    </w:p>
    <w:p>
      <w:r>
        <w:rPr>
          <w:b/>
        </w:rPr>
        <w:t xml:space="preserve">[40:02] </w:t>
      </w:r>
      <w:r>
        <w:t>to maine kaha ke aye allah ke farishton, meri madad karo. to unhon ne ek ajeeb ghareeb baat kahi ke logon ke liye batao ke roza is liye hai ke mind trigger ho.</w:t>
      </w:r>
    </w:p>
    <w:p>
      <w:pPr>
        <w:jc w:val="right"/>
      </w:pPr>
      <w:r>
        <w:t>تو میں نے کہا کہ اے اللہ کے فرشتوں، میری مدد کرو۔ تو انہوں نے ایک عجیب غریب بات کہی کہ لوگوں کے لیے بتاؤ کہ روزہ اس لیے ہے کہ مائنڈ ٹریگر ہو۔</w:t>
      </w:r>
    </w:p>
    <w:p>
      <w:r>
        <w:rPr>
          <w:b/>
        </w:rPr>
        <w:t xml:space="preserve">[40:18] </w:t>
      </w:r>
      <w:r>
        <w:t>roza fasting shock hai, yahi karna hai har har aadmi ko. har aadmi ko yahi karna hai.</w:t>
      </w:r>
    </w:p>
    <w:p>
      <w:pPr>
        <w:jc w:val="right"/>
      </w:pPr>
      <w:r>
        <w:t>روزہ فاسٹنگ شاک ہے، یہی کرنا ہے ہر ہر آدمی کو۔ ہر آدمی کو یہی کرنا ہے۔</w:t>
      </w:r>
    </w:p>
    <w:p>
      <w:r>
        <w:rPr>
          <w:b/>
        </w:rPr>
        <w:t xml:space="preserve">[40:31] </w:t>
      </w:r>
      <w:r>
        <w:t>maulana, agla sawal bheja hai shamrez iqbal sahib ne. unhon ne location nahi likhi hai. un ka sawal hai: "hum bachpan se sunte aa rahe hain ke kisi ke naam se umrah aur hajj kiya ja sakta hai.</w:t>
      </w:r>
    </w:p>
    <w:p>
      <w:pPr>
        <w:jc w:val="right"/>
      </w:pPr>
      <w:r>
        <w:t>مولانا، اگلا سوال بھیجا ہے شمریز اقبال صاحب نے۔ انہوں نے لوکیشن نہیں لکھی ہے۔ ان کا سوال ہے: "ہم بچپن سے سنتے آ رہے ہیں کہ کسی کے نام سے عمرہ اور حج کیا جا سکتا ہے۔</w:t>
      </w:r>
    </w:p>
    <w:p>
      <w:r>
        <w:rPr>
          <w:b/>
        </w:rPr>
        <w:t xml:space="preserve">[40:46] </w:t>
      </w:r>
      <w:r>
        <w:t>jaise koi bachcha apne baap ya maa ke naam se koi nafl parh kar ya koi ibadat kar le, kya isi ki koi kya is ki koi quran aur sahih hadith se haqeeqat hai?</w:t>
      </w:r>
    </w:p>
    <w:p>
      <w:pPr>
        <w:jc w:val="right"/>
      </w:pPr>
      <w:r>
        <w:t>جیسے کوئی بچہ اپنے باپ یا ماں کے نام سے کوئی نفل پڑھ کر یا کوئی عبادت کر لے، کیا اسی کی کوئی کیا اس کی کوئی قرآن اور صحیح حدیث سے حقیقت ہے؟</w:t>
      </w:r>
    </w:p>
    <w:p>
      <w:r>
        <w:rPr>
          <w:b/>
        </w:rPr>
        <w:t xml:space="preserve">[41:00] </w:t>
      </w:r>
      <w:r>
        <w:t>" hargiz nahi, hargiz nahi, hargiz nahi. nahi, nahi, nahi, koi quran mein nahi, hadith mein. yeh musalmanon ka apna banaya hua deen hai, khud hi khud bana liya hai.</w:t>
      </w:r>
    </w:p>
    <w:p>
      <w:pPr>
        <w:jc w:val="right"/>
      </w:pPr>
      <w:r>
        <w:t>" ہرگز نہیں، ہرگز نہیں، ہرگز نہیں۔ نہیں، نہیں، نہیں، کوئی قرآن میں نہیں، حدیث میں۔ یہ مسلمانوں کا اپنا بنایا ہوا دین ہے، خود ہی خود بنا لیا ہے۔</w:t>
      </w:r>
    </w:p>
    <w:p>
      <w:r>
        <w:rPr>
          <w:b/>
        </w:rPr>
        <w:t xml:space="preserve">[41:14] </w:t>
      </w:r>
      <w:r>
        <w:t>aap koi aisi baat jo aap ko sunne mein aati ho to aap quran mein dhoondhiye, tab samjhein ke woh haq hai.</w:t>
      </w:r>
    </w:p>
    <w:p>
      <w:pPr>
        <w:jc w:val="right"/>
      </w:pPr>
      <w:r>
        <w:t>آپ کوئی ایسی بات جو آپ کو سننے میں آتی ہو تو آپ قرآن میں ڈھونڈیے، تب سمجھیں کہ وہ حق ہے۔</w:t>
      </w:r>
    </w:p>
    <w:p>
      <w:r>
        <w:rPr>
          <w:b/>
        </w:rPr>
        <w:t xml:space="preserve">[41:24] </w:t>
      </w:r>
      <w:r>
        <w:t>woh na samjhein ke woh banawati hai. is mein sawal karne ki zarurat hi nahi. aap quran kholiye aur nikaliye.</w:t>
      </w:r>
    </w:p>
    <w:p>
      <w:pPr>
        <w:jc w:val="right"/>
      </w:pPr>
      <w:r>
        <w:t>وہ نہ سمجھیں کہ وہ بناؤٹی ہے۔ اس میں سوال کرنے کی ضرورت ہی نہیں۔ آپ قرآن کھولیے اور نکالیے۔</w:t>
      </w:r>
    </w:p>
    <w:p>
      <w:r>
        <w:rPr>
          <w:b/>
        </w:rPr>
        <w:t xml:space="preserve">[41:32] </w:t>
      </w:r>
      <w:r>
        <w:t>maulana, agla sawal bilal khan ne kiya hai deli se. yeh school mein parhte hain aur un ka sawal hai: "maulana, i want to ask you that we have to complete that we have to complete quran once in the month of ramadan.</w:t>
      </w:r>
    </w:p>
    <w:p>
      <w:pPr>
        <w:jc w:val="right"/>
      </w:pPr>
      <w:r>
        <w:t>مولانا، اگلا سوال بلال خان نے کیا ہے دلی سے۔ یہ اسکول میں پڑھتے ہیں اور ان کا سوال ہے: "مولانا، آئی وانٹ ٹو اسک یو دیٹ وی ہیو ٹو کمپلیٹ دیٹ وی ہیو ٹو کمپلیٹ قرآن ونس ان دا منتھ آف رمضان۔</w:t>
      </w:r>
    </w:p>
    <w:p>
      <w:r>
        <w:rPr>
          <w:b/>
        </w:rPr>
        <w:t xml:space="preserve">[41:51] </w:t>
      </w:r>
      <w:r>
        <w:t>one of my friend thinks that we can complete it by taking the help of other. like some one else can complete the quran by reading it.</w:t>
      </w:r>
    </w:p>
    <w:p>
      <w:pPr>
        <w:jc w:val="right"/>
      </w:pPr>
      <w:r>
        <w:t>ون آف مائی فرینڈ تھنکس دیٹ وی کین کمپلیٹ اٹ بائے ٹیکنگ دی ہیلپ آف ادر۔ لائک سم ون ایلس کین کمپلیٹ دا قرآن بائے ریڈنگ اٹ۔</w:t>
      </w:r>
    </w:p>
    <w:p>
      <w:r>
        <w:rPr>
          <w:b/>
        </w:rPr>
        <w:t xml:space="preserve">[42:02] </w:t>
      </w:r>
      <w:r>
        <w:t>maulana, is this approach right or wrong?" bhai, dono hi baatein sahi nahi hain. quran hai tadabbur ke liye, yani contemplation.</w:t>
      </w:r>
    </w:p>
    <w:p>
      <w:pPr>
        <w:jc w:val="right"/>
      </w:pPr>
      <w:r>
        <w:t>مولانا، از دس اپروچ رائٹ اور رونگ؟" بھئی، دونوں ہی باتیں صحیح نہیں ہیں۔ قرآن ہے تدبر کے لیے، یعنی کنٹمپلیشن۔</w:t>
      </w:r>
    </w:p>
    <w:p>
      <w:r>
        <w:rPr>
          <w:b/>
        </w:rPr>
        <w:t xml:space="preserve">[42:15] </w:t>
      </w:r>
      <w:r>
        <w:t>quran is big book of contemplation.</w:t>
      </w:r>
    </w:p>
    <w:p>
      <w:pPr>
        <w:jc w:val="right"/>
      </w:pPr>
      <w:r>
        <w:t>قرآن از بگ بک آف کنٹمپلیشن۔</w:t>
      </w:r>
    </w:p>
    <w:p>
      <w:r>
        <w:rPr>
          <w:b/>
        </w:rPr>
        <w:t xml:space="preserve">[42:21] </w:t>
      </w:r>
      <w:r>
        <w:t>asal cheez yeh hai ke quran mein sochna yeh hai hi nahi ke khatam karna, khatam karna, khatam karna. yeh to hai hi nahi, kahin likha hi nahi hai. quran is liye hai ke log is ko ghor karein,</w:t>
      </w:r>
    </w:p>
    <w:p>
      <w:pPr>
        <w:jc w:val="right"/>
      </w:pPr>
      <w:r>
        <w:t>اصل چیز یہ ہے کہ قرآن میں سوچنا یہ ہے ہی نہیں کہ ختم کرنا، ختم کرنا، ختم کرنا۔ یہ تو ہے ہی نہیں، کہیں لکھا ہی نہیں ہے۔ قرآن اس لیے ہے کہ لوگ اس کو غور کریں،</w:t>
      </w:r>
    </w:p>
    <w:p>
      <w:r>
        <w:rPr>
          <w:b/>
        </w:rPr>
        <w:t xml:space="preserve">[42:34] </w:t>
      </w:r>
      <w:r>
        <w:t>is par tadabbur karein. to is liye quran book of contemplation hai, book of contemplation.</w:t>
      </w:r>
    </w:p>
    <w:p>
      <w:pPr>
        <w:jc w:val="right"/>
      </w:pPr>
      <w:r>
        <w:t>اس پر تدبر کریں۔ تو اس لیے قرآن بک آف کنٹمپلیشن ہے، بک آف کنٹمپلیشن۔</w:t>
      </w:r>
    </w:p>
    <w:p>
      <w:r>
        <w:rPr>
          <w:b/>
        </w:rPr>
        <w:t xml:space="preserve">[42:47] </w:t>
      </w:r>
      <w:r>
        <w:t>okay, so we we'll end the session now. thank you.</w:t>
      </w:r>
    </w:p>
    <w:p>
      <w:pPr>
        <w:jc w:val="right"/>
      </w:pPr>
      <w:r>
        <w:t>اوکے، سو وی ویل اینڈ دی سیشن ناؤ۔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