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Prophetic Mission in History March 06, 2007</w:t>
      </w:r>
    </w:p>
    <w:p>
      <w:r>
        <w:t>https://youtu.be/w7HfRxRVIps</w:t>
      </w:r>
    </w:p>
    <w:p>
      <w:r>
        <w:rPr>
          <w:b/>
        </w:rPr>
        <w:t xml:space="preserve">[00:10] </w:t>
      </w:r>
      <w:r>
        <w:t>Bismillah hir Rahman nir Rahim. wa sallallahu 'ala an-nabiyyil kareem. Rabbi ishrah li sadri, wa yassir li amri, wah-lul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[00:26] </w:t>
      </w:r>
      <w:r>
        <w:t>da topic for this day is Prophetic Mission in History.</w:t>
      </w:r>
    </w:p>
    <w:p>
      <w:pPr>
        <w:jc w:val="right"/>
      </w:pPr>
      <w:r>
        <w:t>دا ٹاپک فار دس ڈے از پرافیٹک مشن ان ہسٹری۔</w:t>
      </w:r>
    </w:p>
    <w:p>
      <w:r>
        <w:rPr>
          <w:b/>
        </w:rPr>
        <w:t xml:space="preserve">[00:39] </w:t>
      </w:r>
      <w:r>
        <w:t>Prophetic Mission in History. History is the record of human activities.</w:t>
      </w:r>
    </w:p>
    <w:p>
      <w:pPr>
        <w:jc w:val="right"/>
      </w:pPr>
      <w:r>
        <w:t>پرافیٹک مشن ان ہسٹری۔ ہسٹری از دا ریکارڈ آف ہیومن ایکٹیویٹیز۔</w:t>
      </w:r>
    </w:p>
    <w:p>
      <w:r>
        <w:rPr>
          <w:b/>
        </w:rPr>
        <w:t xml:space="preserve">[00:52] </w:t>
      </w:r>
      <w:r>
        <w:t>there are two basically, there are two branches of history:</w:t>
      </w:r>
    </w:p>
    <w:p>
      <w:pPr>
        <w:jc w:val="right"/>
      </w:pPr>
      <w:r>
        <w:t>دیر آر ٹو بیسیکلی، دیر آر ٹو برانچز آف ہسٹری:</w:t>
      </w:r>
    </w:p>
    <w:p>
      <w:r>
        <w:rPr>
          <w:b/>
        </w:rPr>
        <w:t xml:space="preserve">[01:02] </w:t>
      </w:r>
      <w:r>
        <w:t>secular history and religious history. secular history is the history of material civilization,</w:t>
      </w:r>
    </w:p>
    <w:p>
      <w:pPr>
        <w:jc w:val="right"/>
      </w:pPr>
      <w:r>
        <w:t>سیکولر ہسٹری اینڈ ریلیجس ہسٹری۔ سیکولر ہسٹری از دا ہسٹری آف مٹیریل سیولائزیشن،</w:t>
      </w:r>
    </w:p>
    <w:p>
      <w:r>
        <w:rPr>
          <w:b/>
        </w:rPr>
        <w:t xml:space="preserve">[01:10] </w:t>
      </w:r>
      <w:r>
        <w:t>and religious history is the history of spiritual civilization. the</w:t>
      </w:r>
    </w:p>
    <w:p>
      <w:pPr>
        <w:jc w:val="right"/>
      </w:pPr>
      <w:r>
        <w:t>اینڈ ریلیجس ہسٹری از دا ہسٹری آف اسپریچول سیولائزیشن۔ دا</w:t>
      </w:r>
    </w:p>
    <w:p>
      <w:r>
        <w:rPr>
          <w:b/>
        </w:rPr>
        <w:t xml:space="preserve">[01:20] </w:t>
      </w:r>
      <w:r>
        <w:t>religious history, here i would like to say a few words about the religious history.</w:t>
      </w:r>
    </w:p>
    <w:p>
      <w:pPr>
        <w:jc w:val="right"/>
      </w:pPr>
      <w:r>
        <w:t>ریلیجس ہسٹری، ہیر آئی وڈ لائک ٹو سے ا فیو ورڈز اباؤٹ دا ریلیجس ہسٹری۔</w:t>
      </w:r>
    </w:p>
    <w:p>
      <w:r>
        <w:rPr>
          <w:b/>
        </w:rPr>
        <w:t xml:space="preserve">[01:30] </w:t>
      </w:r>
      <w:r>
        <w:t>religious history consists of biblical literature and archaeological findings, and to some extent, philosophical studies.</w:t>
      </w:r>
    </w:p>
    <w:p>
      <w:pPr>
        <w:jc w:val="right"/>
      </w:pPr>
      <w:r>
        <w:t>ریلیجس ہسٹری کنسسٹ آف ببلیکل لٹریچر اینڈ آرکیالوجیکل فائنڈنگ، اینڈ ٹو سم ایکسٹنٹ، فلاسفیکل اسٹڈیز۔</w:t>
      </w:r>
    </w:p>
    <w:p>
      <w:r>
        <w:rPr>
          <w:b/>
        </w:rPr>
        <w:t xml:space="preserve">[01:45] </w:t>
      </w:r>
      <w:r>
        <w:t>but the most authentic source of religious history is Quran.</w:t>
      </w:r>
    </w:p>
    <w:p>
      <w:pPr>
        <w:jc w:val="right"/>
      </w:pPr>
      <w:r>
        <w:t>بٹ دا موسٹ آتھینٹک سورس آف ریلیجس ہسٹری از القرآن۔</w:t>
      </w:r>
    </w:p>
    <w:p>
      <w:r>
        <w:rPr>
          <w:b/>
        </w:rPr>
        <w:t xml:space="preserve">[01:57] </w:t>
      </w:r>
      <w:r>
        <w:t>Quran is the only authentic source of religious, of the record of religious history.</w:t>
      </w:r>
    </w:p>
    <w:p>
      <w:pPr>
        <w:jc w:val="right"/>
      </w:pPr>
      <w:r>
        <w:t>قرآن از دا اونلی آتھینٹک سورس آف ریلیجس، آف دا ریکارڈ آف ریلیجس ہسٹری۔</w:t>
      </w:r>
    </w:p>
    <w:p>
      <w:r>
        <w:rPr>
          <w:b/>
        </w:rPr>
        <w:t xml:space="preserve">[02:10] </w:t>
      </w:r>
      <w:r>
        <w:t>now,</w:t>
      </w:r>
    </w:p>
    <w:p>
      <w:pPr>
        <w:jc w:val="right"/>
      </w:pPr>
      <w:r>
        <w:t>ناؤ،</w:t>
      </w:r>
    </w:p>
    <w:p>
      <w:r>
        <w:rPr>
          <w:b/>
        </w:rPr>
        <w:t xml:space="preserve">[02:14] </w:t>
      </w:r>
      <w:r>
        <w:t>if you read Quran, you will find that</w:t>
      </w:r>
    </w:p>
    <w:p>
      <w:pPr>
        <w:jc w:val="right"/>
      </w:pPr>
      <w:r>
        <w:t>اف یو ریڈ قرآن، یو ویل فائنڈ دیٹ</w:t>
      </w:r>
    </w:p>
    <w:p>
      <w:r>
        <w:rPr>
          <w:b/>
        </w:rPr>
        <w:t xml:space="preserve">[02:21] </w:t>
      </w:r>
      <w:r>
        <w:t>Quran goes as the account of prophetic history.</w:t>
      </w:r>
    </w:p>
    <w:p>
      <w:pPr>
        <w:jc w:val="right"/>
      </w:pPr>
      <w:r>
        <w:t>قرآن گوز اس دی اکاؤنٹ آف پرافیٹک ہسٹری۔</w:t>
      </w:r>
    </w:p>
    <w:p>
      <w:r>
        <w:rPr>
          <w:b/>
        </w:rPr>
        <w:t xml:space="preserve">[02:28] </w:t>
      </w:r>
      <w:r>
        <w:t>the basic concern of Quran is prophetic history.</w:t>
      </w:r>
    </w:p>
    <w:p>
      <w:pPr>
        <w:jc w:val="right"/>
      </w:pPr>
      <w:r>
        <w:t>دا بیسک کنسرن آف قرآن از پرافیٹک ہسٹری۔</w:t>
      </w:r>
    </w:p>
    <w:p>
      <w:r>
        <w:rPr>
          <w:b/>
        </w:rPr>
        <w:t xml:space="preserve">[02:37] </w:t>
      </w:r>
      <w:r>
        <w:t>this history started from the first prophet, that is Adam, and ended</w:t>
      </w:r>
    </w:p>
    <w:p>
      <w:pPr>
        <w:jc w:val="right"/>
      </w:pPr>
      <w:r>
        <w:t>دس ہسٹری اسٹارٹڈ فرام دا فرسٹ پرافٹ، دیٹ از آدم، اینڈ اینڈڈ</w:t>
      </w:r>
    </w:p>
    <w:p>
      <w:r>
        <w:rPr>
          <w:b/>
        </w:rPr>
        <w:t xml:space="preserve">[02:53] </w:t>
      </w:r>
      <w:r>
        <w:t>up to the final prophet, Muhammad bin Abdullah bin Abdul Muttalib sallallahu alaihi wasallam.</w:t>
      </w:r>
    </w:p>
    <w:p>
      <w:pPr>
        <w:jc w:val="right"/>
      </w:pPr>
      <w:r>
        <w:t>اپ ٹو دا فائنل پرافٹ، محمد بن عبداللہ بن عبدالمطلب صلی اللہ علیہ وسلم۔</w:t>
      </w:r>
    </w:p>
    <w:p>
      <w:r>
        <w:rPr>
          <w:b/>
        </w:rPr>
        <w:t xml:space="preserve">[03:08] </w:t>
      </w:r>
      <w:r>
        <w:t>when we read Quran, we will find that at one side, Quran tells us that Muhammad was the</w:t>
      </w:r>
    </w:p>
    <w:p>
      <w:pPr>
        <w:jc w:val="right"/>
      </w:pPr>
      <w:r>
        <w:t>وین وی ریڈ قرآن، ویل فائنڈ دیٹ ایٹ ون سائیڈ، قرآن ٹیلز اس دیٹ محمد واز دا</w:t>
      </w:r>
    </w:p>
    <w:p>
      <w:r>
        <w:rPr>
          <w:b/>
        </w:rPr>
        <w:t xml:space="preserve">[03:25] </w:t>
      </w:r>
      <w:r>
        <w:t>final prophet,</w:t>
      </w:r>
    </w:p>
    <w:p>
      <w:pPr>
        <w:jc w:val="right"/>
      </w:pPr>
      <w:r>
        <w:t>فائنل پرافٹ،</w:t>
      </w:r>
    </w:p>
    <w:p>
      <w:r>
        <w:rPr>
          <w:b/>
        </w:rPr>
        <w:t xml:space="preserve">[03:30] </w:t>
      </w:r>
      <w:r>
        <w:t>walaq rasulullah wa khatamun nabiyyin.</w:t>
      </w:r>
    </w:p>
    <w:p>
      <w:pPr>
        <w:jc w:val="right"/>
      </w:pPr>
      <w:r>
        <w:t>ولاق رسول اللہ و خاتم النبیین۔</w:t>
      </w:r>
    </w:p>
    <w:p>
      <w:r>
        <w:rPr>
          <w:b/>
        </w:rPr>
        <w:t xml:space="preserve">[03:37] </w:t>
      </w:r>
      <w:r>
        <w:t>also, in hadith, it is mentioned, is mentioned in very clear words that khatam bi nabiyyun ya ar Nabi abadi.</w:t>
      </w:r>
    </w:p>
    <w:p>
      <w:pPr>
        <w:jc w:val="right"/>
      </w:pPr>
      <w:r>
        <w:t>السو، ان حدیث، اٹ از مینشنڈ، از مینشنڈ ان ویری کلیئر ورڈ دیٹ ختم بی النبیون یا ار لا نبی عبادی۔</w:t>
      </w:r>
    </w:p>
    <w:p>
      <w:r>
        <w:rPr>
          <w:b/>
        </w:rPr>
        <w:t xml:space="preserve">[03:56] </w:t>
      </w:r>
      <w:r>
        <w:t>so, at one side, Muhammad sallallahu alaihi wasallam was the last prophet or final prophet.</w:t>
      </w:r>
    </w:p>
    <w:p>
      <w:pPr>
        <w:jc w:val="right"/>
      </w:pPr>
      <w:r>
        <w:t>سو، ایٹ ون سائیڈ، محمد صلی اللہ علیہ وسلم واز دا لاسٹ پرافٹ اور فائنل پرافٹ۔</w:t>
      </w:r>
    </w:p>
    <w:p>
      <w:r>
        <w:rPr>
          <w:b/>
        </w:rPr>
        <w:t xml:space="preserve">[04:07] </w:t>
      </w:r>
      <w:r>
        <w:t>it means that he is the source, he is the only source of religious discipline.</w:t>
      </w:r>
    </w:p>
    <w:p>
      <w:pPr>
        <w:jc w:val="right"/>
      </w:pPr>
      <w:r>
        <w:t>اٹ مینز دیٹ ہی از دا سورس، ہی از دا اونلی سورس آف ریلیجس ڈسپلن۔</w:t>
      </w:r>
    </w:p>
    <w:p>
      <w:r>
        <w:rPr>
          <w:b/>
        </w:rPr>
        <w:t xml:space="preserve">[04:17] </w:t>
      </w:r>
      <w:r>
        <w:t>but at the same time, we find that Quran tells us another commandment,</w:t>
      </w:r>
    </w:p>
    <w:p>
      <w:pPr>
        <w:jc w:val="right"/>
      </w:pPr>
      <w:r>
        <w:t>بٹ ایٹ دا سیم ٹائم، وی فائنڈ دیٹ قرآن ٹیلز اس انادر کمانڈمنٹ،</w:t>
      </w:r>
    </w:p>
    <w:p>
      <w:r>
        <w:rPr>
          <w:b/>
        </w:rPr>
        <w:t xml:space="preserve">[04:32] </w:t>
      </w:r>
      <w:r>
        <w:t>seemingly different to the first,</w:t>
      </w:r>
    </w:p>
    <w:p>
      <w:pPr>
        <w:jc w:val="right"/>
      </w:pPr>
      <w:r>
        <w:t>سیونگلی ڈفرنٹ ٹو دا فرسٹ،</w:t>
      </w:r>
    </w:p>
    <w:p>
      <w:r>
        <w:rPr>
          <w:b/>
        </w:rPr>
        <w:t xml:space="preserve">[04:37] </w:t>
      </w:r>
      <w:r>
        <w:t>that is that Quran mentions 25 prophets of the history by their name.</w:t>
      </w:r>
    </w:p>
    <w:p>
      <w:pPr>
        <w:jc w:val="right"/>
      </w:pPr>
      <w:r>
        <w:t>دیٹ از دیٹ قرآن مینشنز 25 پرافٹس آف دا ہسٹری بائی دیر نیم۔</w:t>
      </w:r>
    </w:p>
    <w:p>
      <w:r>
        <w:rPr>
          <w:b/>
        </w:rPr>
        <w:t xml:space="preserve">[04:55] </w:t>
      </w:r>
      <w:r>
        <w:t>and then, Quran says</w:t>
      </w:r>
    </w:p>
    <w:p>
      <w:pPr>
        <w:jc w:val="right"/>
      </w:pPr>
      <w:r>
        <w:t>اینڈ دین، قرآن سیز</w:t>
      </w:r>
    </w:p>
    <w:p>
      <w:r>
        <w:rPr>
          <w:b/>
        </w:rPr>
        <w:t xml:space="preserve">[05:04] </w:t>
      </w:r>
      <w:r>
        <w:t>alladhina Allah muqtadi.</w:t>
      </w:r>
    </w:p>
    <w:p>
      <w:pPr>
        <w:jc w:val="right"/>
      </w:pPr>
      <w:r>
        <w:t>الذین اللہ مقتدی۔</w:t>
      </w:r>
    </w:p>
    <w:p>
      <w:r>
        <w:rPr>
          <w:b/>
        </w:rPr>
        <w:t xml:space="preserve">[05:11] </w:t>
      </w:r>
      <w:r>
        <w:t>these were the guided persons. these were the guided prophets.</w:t>
      </w:r>
    </w:p>
    <w:p>
      <w:pPr>
        <w:jc w:val="right"/>
      </w:pPr>
      <w:r>
        <w:t>دیز ویر دا گائیڈڈ پرسن۔ دیز ویر دا گائیڈڈ پرافٹس۔</w:t>
      </w:r>
    </w:p>
    <w:p>
      <w:r>
        <w:rPr>
          <w:b/>
        </w:rPr>
        <w:t xml:space="preserve">[05:22] </w:t>
      </w:r>
      <w:r>
        <w:t>fabi huda muqtadi. so, you have to follow them.</w:t>
      </w:r>
    </w:p>
    <w:p>
      <w:pPr>
        <w:jc w:val="right"/>
      </w:pPr>
      <w:r>
        <w:t>فبہدا مقتدی۔ سو، یو ہیو ٹو فالو دیم۔</w:t>
      </w:r>
    </w:p>
    <w:p>
      <w:r>
        <w:rPr>
          <w:b/>
        </w:rPr>
        <w:t xml:space="preserve">[05:32] </w:t>
      </w:r>
      <w:r>
        <w:t>you have to follow them. fabi huda muqtadi.</w:t>
      </w:r>
    </w:p>
    <w:p>
      <w:pPr>
        <w:jc w:val="right"/>
      </w:pPr>
      <w:r>
        <w:t>یو ہیو ٹو فالو دیم۔ فبہدا مقتدی۔</w:t>
      </w:r>
    </w:p>
    <w:p>
      <w:r>
        <w:rPr>
          <w:b/>
        </w:rPr>
        <w:t xml:space="preserve">[05:38] </w:t>
      </w:r>
      <w:r>
        <w:t>this verse addresses Muhammad bin Abdullah sallallahu alaihi wasallam.</w:t>
      </w:r>
    </w:p>
    <w:p>
      <w:pPr>
        <w:jc w:val="right"/>
      </w:pPr>
      <w:r>
        <w:t>دس ورس ایڈریسز محمد بن عبداللہ صلی اللہ علیہ وسلم۔</w:t>
      </w:r>
    </w:p>
    <w:p>
      <w:r>
        <w:rPr>
          <w:b/>
        </w:rPr>
        <w:t xml:space="preserve">[05:48] </w:t>
      </w:r>
      <w:r>
        <w:t>so, if Muhammad was the last prophet or final prophet, then why he was</w:t>
      </w:r>
    </w:p>
    <w:p>
      <w:pPr>
        <w:jc w:val="right"/>
      </w:pPr>
      <w:r>
        <w:t>سو، اف محمد واز دا لاسٹ پرافٹ اور فائنل پرافٹ، دین وائی ہی واز</w:t>
      </w:r>
    </w:p>
    <w:p>
      <w:r>
        <w:rPr>
          <w:b/>
        </w:rPr>
        <w:t xml:space="preserve">[05:58] </w:t>
      </w:r>
      <w:r>
        <w:t>revealed this verse, that you have to follow other prophets.</w:t>
      </w:r>
    </w:p>
    <w:p>
      <w:pPr>
        <w:jc w:val="right"/>
      </w:pPr>
      <w:r>
        <w:t>ریویلڈ دس ورس، دیٹ یو ہیو ٹو فالو ادر پرافٹس۔</w:t>
      </w:r>
    </w:p>
    <w:p>
      <w:r>
        <w:rPr>
          <w:b/>
        </w:rPr>
        <w:t xml:space="preserve">[06:05] </w:t>
      </w:r>
      <w:r>
        <w:t>it is a question. now,</w:t>
      </w:r>
    </w:p>
    <w:p>
      <w:pPr>
        <w:jc w:val="right"/>
      </w:pPr>
      <w:r>
        <w:t>اٹ از ا کوئسچن۔ ناؤ،</w:t>
      </w:r>
    </w:p>
    <w:p>
      <w:r>
        <w:rPr>
          <w:b/>
        </w:rPr>
        <w:t xml:space="preserve">[06:12] </w:t>
      </w:r>
      <w:r>
        <w:t>after long study, i found that there are two different part of religion.</w:t>
      </w:r>
    </w:p>
    <w:p>
      <w:pPr>
        <w:jc w:val="right"/>
      </w:pPr>
      <w:r>
        <w:t>افٹر لانگ اسٹڈی، آئی فاؤنڈ دیٹ دیر آر ٹو ڈفرنٹ پارٹ آف ریلیجن۔</w:t>
      </w:r>
    </w:p>
    <w:p>
      <w:r>
        <w:rPr>
          <w:b/>
        </w:rPr>
        <w:t xml:space="preserve">[06:24] </w:t>
      </w:r>
      <w:r>
        <w:t>first is</w:t>
      </w:r>
    </w:p>
    <w:p>
      <w:pPr>
        <w:jc w:val="right"/>
      </w:pPr>
      <w:r>
        <w:t>فرسٹ از</w:t>
      </w:r>
    </w:p>
    <w:p>
      <w:r>
        <w:rPr>
          <w:b/>
        </w:rPr>
        <w:t xml:space="preserve">[06:30] </w:t>
      </w:r>
      <w:r>
        <w:t>theatrical part, and the second is the practical part.</w:t>
      </w:r>
    </w:p>
    <w:p>
      <w:pPr>
        <w:jc w:val="right"/>
      </w:pPr>
      <w:r>
        <w:t>تھیٹیکل پارٹ، اینڈ دا سیکنڈ از دی پریکٹیکل پارٹ۔</w:t>
      </w:r>
    </w:p>
    <w:p>
      <w:r>
        <w:rPr>
          <w:b/>
        </w:rPr>
        <w:t xml:space="preserve">[06:39] </w:t>
      </w:r>
      <w:r>
        <w:t>by theatrical part, i mean its ideology, its belief system, its moral values.</w:t>
      </w:r>
    </w:p>
    <w:p>
      <w:pPr>
        <w:jc w:val="right"/>
      </w:pPr>
      <w:r>
        <w:t>بائی تھیٹیکل پارٹ، آئی مین اٹس آئیڈیالوجی، اٹس بیلیف سسٹم، اٹس مورل ویلیوز۔</w:t>
      </w:r>
    </w:p>
    <w:p>
      <w:r>
        <w:rPr>
          <w:b/>
        </w:rPr>
        <w:t xml:space="preserve">[06:50] </w:t>
      </w:r>
      <w:r>
        <w:t>these the theatrical part of divine religion. then, there is the practical part.</w:t>
      </w:r>
    </w:p>
    <w:p>
      <w:pPr>
        <w:jc w:val="right"/>
      </w:pPr>
      <w:r>
        <w:t>دیز دا تھیٹیکل پارٹ آف ڈیوائن ریلیجن۔ دین، دیر از دا پریکٹیکل پارٹ۔</w:t>
      </w:r>
    </w:p>
    <w:p>
      <w:r>
        <w:rPr>
          <w:b/>
        </w:rPr>
        <w:t xml:space="preserve">[07:03] </w:t>
      </w:r>
      <w:r>
        <w:t>practical part basically is related to the practical situations.</w:t>
      </w:r>
    </w:p>
    <w:p>
      <w:pPr>
        <w:jc w:val="right"/>
      </w:pPr>
      <w:r>
        <w:t>پریکٹیکل پارٹ بیسیکلی از ریلیٹڈ ٹو دی پریکٹیکل سچویشنز۔</w:t>
      </w:r>
    </w:p>
    <w:p>
      <w:r>
        <w:rPr>
          <w:b/>
        </w:rPr>
        <w:t xml:space="preserve">[07:14] </w:t>
      </w:r>
      <w:r>
        <w:t>you know, practical situations always varies.</w:t>
      </w:r>
    </w:p>
    <w:p>
      <w:pPr>
        <w:jc w:val="right"/>
      </w:pPr>
      <w:r>
        <w:t>یو نو، پریکٹیکل سچویشنز آلویز ویریز۔</w:t>
      </w:r>
    </w:p>
    <w:p>
      <w:r>
        <w:rPr>
          <w:b/>
        </w:rPr>
        <w:t xml:space="preserve">[07:21] </w:t>
      </w:r>
      <w:r>
        <w:t>so, according to the principle,</w:t>
      </w:r>
    </w:p>
    <w:p>
      <w:pPr>
        <w:jc w:val="right"/>
      </w:pPr>
      <w:r>
        <w:t>سو، اکارڈنگ ٹو دا پرنسپل،</w:t>
      </w:r>
    </w:p>
    <w:p>
      <w:r>
        <w:rPr>
          <w:b/>
        </w:rPr>
        <w:t xml:space="preserve">[07:33] </w:t>
      </w:r>
      <w:r>
        <w:t>it becomes imperative to set different practical models.</w:t>
      </w:r>
    </w:p>
    <w:p>
      <w:pPr>
        <w:jc w:val="right"/>
      </w:pPr>
      <w:r>
        <w:t>اٹ بیکمز امپریٹیو ٹو سیٹ ڈفرنٹ پریکٹیکل ماڈلز۔</w:t>
      </w:r>
    </w:p>
    <w:p>
      <w:r>
        <w:rPr>
          <w:b/>
        </w:rPr>
        <w:t xml:space="preserve">[07:46] </w:t>
      </w:r>
      <w:r>
        <w:t>when the situations varies, then it is but natural that models also so varies.</w:t>
      </w:r>
    </w:p>
    <w:p>
      <w:pPr>
        <w:jc w:val="right"/>
      </w:pPr>
      <w:r>
        <w:t>وین دا سچویشنز ویریز، دین اٹ از بٹ نیچرل دیٹ ماڈلز آل سو ویریز۔</w:t>
      </w:r>
    </w:p>
    <w:p>
      <w:r>
        <w:rPr>
          <w:b/>
        </w:rPr>
        <w:t xml:space="preserve">[07:59] </w:t>
      </w:r>
      <w:r>
        <w:t>so, the quranic verse muqtadi means</w:t>
      </w:r>
    </w:p>
    <w:p>
      <w:pPr>
        <w:jc w:val="right"/>
      </w:pPr>
      <w:r>
        <w:t>سو، دا قرآنک ورس مقتدی مینز</w:t>
      </w:r>
    </w:p>
    <w:p>
      <w:r>
        <w:rPr>
          <w:b/>
        </w:rPr>
        <w:t xml:space="preserve">[08:06] </w:t>
      </w:r>
      <w:r>
        <w:t>all the prophets are authentic models.</w:t>
      </w:r>
    </w:p>
    <w:p>
      <w:pPr>
        <w:jc w:val="right"/>
      </w:pPr>
      <w:r>
        <w:t>آل دا پرافٹس آر آتھینٹک ماڈلز۔</w:t>
      </w:r>
    </w:p>
    <w:p>
      <w:r>
        <w:rPr>
          <w:b/>
        </w:rPr>
        <w:t xml:space="preserve">[08:15] </w:t>
      </w:r>
      <w:r>
        <w:t>although the ideology and theatrical system was one and the same between all the prophets.</w:t>
      </w:r>
    </w:p>
    <w:p>
      <w:pPr>
        <w:jc w:val="right"/>
      </w:pPr>
      <w:r>
        <w:t>آل دو دی آئیڈیالوجی اینڈ تھیٹیکل سسٹم واز ون اینڈ دا سیم بٹوین آل دا پرافٹس۔</w:t>
      </w:r>
    </w:p>
    <w:p>
      <w:r>
        <w:rPr>
          <w:b/>
        </w:rPr>
        <w:t xml:space="preserve">[08:26] </w:t>
      </w:r>
      <w:r>
        <w:t>but different prophets came to different situations, different people, different time and place.</w:t>
      </w:r>
    </w:p>
    <w:p>
      <w:pPr>
        <w:jc w:val="right"/>
      </w:pPr>
      <w:r>
        <w:t>بٹ ڈفرنٹ پرافٹس کیم ٹو ڈفرنٹ سچویشنز، ڈفرنٹ پیپل، ڈفرنٹ ٹائم اینڈ پلیس۔</w:t>
      </w:r>
    </w:p>
    <w:p>
      <w:r>
        <w:rPr>
          <w:b/>
        </w:rPr>
        <w:t xml:space="preserve">[08:36] </w:t>
      </w:r>
      <w:r>
        <w:t>so, they adopted different models</w:t>
      </w:r>
    </w:p>
    <w:p>
      <w:pPr>
        <w:jc w:val="right"/>
      </w:pPr>
      <w:r>
        <w:t>سو، دے اڈاپٹڈ ڈفرنٹ ماڈلز</w:t>
      </w:r>
    </w:p>
    <w:p>
      <w:r>
        <w:rPr>
          <w:b/>
        </w:rPr>
        <w:t xml:space="preserve">[08:42] </w:t>
      </w:r>
      <w:r>
        <w:t>. they tried to translate</w:t>
      </w:r>
    </w:p>
    <w:p>
      <w:pPr>
        <w:jc w:val="right"/>
      </w:pPr>
      <w:r>
        <w:t>۔ دے ٹرائیڈ ٹو ٹرانسلیٹ</w:t>
      </w:r>
    </w:p>
    <w:p>
      <w:r>
        <w:rPr>
          <w:b/>
        </w:rPr>
        <w:t xml:space="preserve">[08:50] </w:t>
      </w:r>
      <w:r>
        <w:t>their ideas into different way, different methods. so, this is the reason why there are why the ideology is one, but models are different</w:t>
      </w:r>
    </w:p>
    <w:p>
      <w:pPr>
        <w:jc w:val="right"/>
      </w:pPr>
      <w:r>
        <w:t>دیر آئیڈیاز انٹو ڈفرنٹ وے، ڈفرنٹ میتھڈز۔ سو، دس از دا ریزن وائی دیر آر وائی دا آئیڈیالوجی از ون، بٹ ماڈلز آر ڈفرنٹ</w:t>
      </w:r>
    </w:p>
    <w:p>
      <w:r>
        <w:rPr>
          <w:b/>
        </w:rPr>
        <w:t xml:space="preserve">[09:09] </w:t>
      </w:r>
      <w:r>
        <w:t>. so, prophet of Islam, Muhammad (peace be upon him), was also send in a specific situation.</w:t>
      </w:r>
    </w:p>
    <w:p>
      <w:pPr>
        <w:jc w:val="right"/>
      </w:pPr>
      <w:r>
        <w:t>۔ سو، پرافٹ آف اسلام، محمد صلی اللہ علیہ وسلم، واز آل سو سینڈ ان اے سپیسیفک سچویشن۔</w:t>
      </w:r>
    </w:p>
    <w:p>
      <w:r>
        <w:rPr>
          <w:b/>
        </w:rPr>
        <w:t xml:space="preserve">[09:20] </w:t>
      </w:r>
      <w:r>
        <w:t>he was born in arab. at that time, arab was</w:t>
      </w:r>
    </w:p>
    <w:p>
      <w:pPr>
        <w:jc w:val="right"/>
      </w:pPr>
      <w:r>
        <w:t>ہی واز born in عرب۔ ایٹ دیٹ ٹائم، عرب واز</w:t>
      </w:r>
    </w:p>
    <w:p>
      <w:r>
        <w:rPr>
          <w:b/>
        </w:rPr>
        <w:t xml:space="preserve">[09:28] </w:t>
      </w:r>
      <w:r>
        <w:t>a country where</w:t>
      </w:r>
    </w:p>
    <w:p>
      <w:pPr>
        <w:jc w:val="right"/>
      </w:pPr>
      <w:r>
        <w:t>ا کنٹری ویر</w:t>
      </w:r>
    </w:p>
    <w:p>
      <w:r>
        <w:rPr>
          <w:b/>
        </w:rPr>
        <w:t xml:space="preserve">[09:32] </w:t>
      </w:r>
      <w:r>
        <w:t>shirk was prevalent everywhere.</w:t>
      </w:r>
    </w:p>
    <w:p>
      <w:pPr>
        <w:jc w:val="right"/>
      </w:pPr>
      <w:r>
        <w:t>شرک واز پریویلنٹ ایوری ویر۔</w:t>
      </w:r>
    </w:p>
    <w:p>
      <w:r>
        <w:rPr>
          <w:b/>
        </w:rPr>
        <w:t xml:space="preserve">[09:36] </w:t>
      </w:r>
      <w:r>
        <w:t>there was no civilization, but there was shirk culture. so, in such situation, prophet of Islam adopted a model to translate the eternal</w:t>
      </w:r>
    </w:p>
    <w:p>
      <w:pPr>
        <w:jc w:val="right"/>
      </w:pPr>
      <w:r>
        <w:t>دیر واز نو سیولائزیشن، بٹ دیر واز شرک کلچر۔ سو، ان سچ سچویشن، پرافٹ آف اسلام اڈاپٹڈ ا ماڈل ٹو ٹرانسلیٹ دا ایٹرنل</w:t>
      </w:r>
    </w:p>
    <w:p>
      <w:r>
        <w:rPr>
          <w:b/>
        </w:rPr>
        <w:t xml:space="preserve">[09:58] </w:t>
      </w:r>
      <w:r>
        <w:t>ideas into practice.</w:t>
      </w:r>
    </w:p>
    <w:p>
      <w:pPr>
        <w:jc w:val="right"/>
      </w:pPr>
      <w:r>
        <w:t>آئیڈیاز انٹو پریکٹس۔</w:t>
      </w:r>
    </w:p>
    <w:p>
      <w:r>
        <w:rPr>
          <w:b/>
        </w:rPr>
        <w:t xml:space="preserve">[10:03] </w:t>
      </w:r>
      <w:r>
        <w:t>so, prophet of Islam adopted a specific model that suited to his situation, to his circumstances</w:t>
      </w:r>
    </w:p>
    <w:p>
      <w:pPr>
        <w:jc w:val="right"/>
      </w:pPr>
      <w:r>
        <w:t>سو، پرافٹ آف اسلام اڈاپٹڈ ا سپیسیفک ماڈل دیٹ سوٹڈ ٹو ہز سچویشن، ٹو ہز سرکمسٹنسز</w:t>
      </w:r>
    </w:p>
    <w:p>
      <w:r>
        <w:rPr>
          <w:b/>
        </w:rPr>
        <w:t xml:space="preserve">[10:17] </w:t>
      </w:r>
      <w:r>
        <w:t>. to, muqtadi means as the Quran is a final book, final revelation.</w:t>
      </w:r>
    </w:p>
    <w:p>
      <w:pPr>
        <w:jc w:val="right"/>
      </w:pPr>
      <w:r>
        <w:t>۔ تو، مقتدی مینز ایز دا قرآن از ا فائنل بک، فائنل ریولیشن۔</w:t>
      </w:r>
    </w:p>
    <w:p>
      <w:r>
        <w:rPr>
          <w:b/>
        </w:rPr>
        <w:t xml:space="preserve">[10:28] </w:t>
      </w:r>
      <w:r>
        <w:t>so, Quran goes as a direction through this verse that you have to adopt as far as the theoretical aspect is concerned</w:t>
      </w:r>
    </w:p>
    <w:p>
      <w:pPr>
        <w:jc w:val="right"/>
      </w:pPr>
      <w:r>
        <w:t>سو، قرآن گوز اس ا ڈائریکشن تھرو دس ورس دیٹ یو ہیو ٹو اڈاپٹ ایز فار ایز دا تھیٹیکل اسپیکٹ از کنسرن</w:t>
      </w:r>
    </w:p>
    <w:p>
      <w:r>
        <w:rPr>
          <w:b/>
        </w:rPr>
        <w:t xml:space="preserve">[10:44] </w:t>
      </w:r>
      <w:r>
        <w:t>. you have to adopt the same eternal ideology. but as far as the practical situation is concerned, you have to see</w:t>
      </w:r>
    </w:p>
    <w:p>
      <w:pPr>
        <w:jc w:val="right"/>
      </w:pPr>
      <w:r>
        <w:t>۔ یو ہیو ٹو اڈاپٹ دا سیم ایٹرنل آئیڈیالوجی۔ بٹ ایز فار ایز دا پریکٹیکل سچویشن از کنسرن، یو ہیو ٹو سی</w:t>
      </w:r>
    </w:p>
    <w:p>
      <w:r>
        <w:rPr>
          <w:b/>
        </w:rPr>
        <w:t xml:space="preserve">[10:58] </w:t>
      </w:r>
      <w:r>
        <w:t>your situation, and then you have to study the different models adopted by the different prophets. so, 25 prophets means 25 models.</w:t>
      </w:r>
    </w:p>
    <w:p>
      <w:pPr>
        <w:jc w:val="right"/>
      </w:pPr>
      <w:r>
        <w:t>یور سچویشن، اینڈ دین یو ہیو ٹو اسٹڈی دا ڈفرنٹ ماڈلز اڈاپٹڈ بائی دا ڈفرنٹ پرافٹس۔ سو، 25 پرافٹس مینز 25 ماڈلز۔</w:t>
      </w:r>
    </w:p>
    <w:p>
      <w:r>
        <w:rPr>
          <w:b/>
        </w:rPr>
        <w:t xml:space="preserve">[11:15] </w:t>
      </w:r>
      <w:r>
        <w:t>so, which one of these models is more applicable to you?</w:t>
      </w:r>
    </w:p>
    <w:p>
      <w:pPr>
        <w:jc w:val="right"/>
      </w:pPr>
      <w:r>
        <w:t>سو، وچ ون آف دیز ماڈلز از مور اپلیکیبل ٹو یو؟</w:t>
      </w:r>
    </w:p>
    <w:p>
      <w:r>
        <w:rPr>
          <w:b/>
        </w:rPr>
        <w:t xml:space="preserve">[11:23] </w:t>
      </w:r>
      <w:r>
        <w:t>so, you have to adopt that model which you find that it is more suitable to your situation, to your conditions.</w:t>
      </w:r>
    </w:p>
    <w:p>
      <w:pPr>
        <w:jc w:val="right"/>
      </w:pPr>
      <w:r>
        <w:t>سو، یو ہیو ٹو اڈاپٹ دیٹ ماڈل وچ یو فائنڈ دیٹ اٹ از مور سوٹیبل ٹو یور سچویشن، ٹو یور کنڈیشنز۔</w:t>
      </w:r>
    </w:p>
    <w:p>
      <w:r>
        <w:rPr>
          <w:b/>
        </w:rPr>
        <w:t xml:space="preserve">[11:37] </w:t>
      </w:r>
      <w:r>
        <w:t>this is the interpretation of that verse.</w:t>
      </w:r>
    </w:p>
    <w:p>
      <w:pPr>
        <w:jc w:val="right"/>
      </w:pPr>
      <w:r>
        <w:t>دس از دا انٹرپریٹیشن آف دیٹ ورس۔</w:t>
      </w:r>
    </w:p>
    <w:p>
      <w:r>
        <w:rPr>
          <w:b/>
        </w:rPr>
        <w:t xml:space="preserve">[11:49] </w:t>
      </w:r>
      <w:r>
        <w:t>here you will find that, here is a very important question. Muslims are followers of Muhammad (PBUH).</w:t>
      </w:r>
    </w:p>
    <w:p>
      <w:pPr>
        <w:jc w:val="right"/>
      </w:pPr>
      <w:r>
        <w:t>ہیر یو ویل فائنڈ دیٹ، ہیر از ا ویری امپورٹنٹ کوئسچن۔ مسلمز آر فالوورز آف محمد صلی اللہ علیہ وسلم۔</w:t>
      </w:r>
    </w:p>
    <w:p>
      <w:r>
        <w:rPr>
          <w:b/>
        </w:rPr>
        <w:t xml:space="preserve">[12:02] </w:t>
      </w:r>
      <w:r>
        <w:t>at present, there are more than one billion Muslims throughout the world.</w:t>
      </w:r>
    </w:p>
    <w:p>
      <w:pPr>
        <w:jc w:val="right"/>
      </w:pPr>
      <w:r>
        <w:t>ایٹ پریزنٹ، دیر آر مور دین ون بلین مسلمز تھرو آؤٹ دی ورلڈ۔</w:t>
      </w:r>
    </w:p>
    <w:p>
      <w:r>
        <w:rPr>
          <w:b/>
        </w:rPr>
        <w:t xml:space="preserve">[12:09] </w:t>
      </w:r>
      <w:r>
        <w:t>They claim to be followers of Muhammad (PBUH). But there is a question. Everyone faced that Muslims find themselves in a blind alley, really.</w:t>
      </w:r>
    </w:p>
    <w:p>
      <w:pPr>
        <w:jc w:val="right"/>
      </w:pPr>
      <w:r>
        <w:t>دے کلیم ٹو بی فالوورز آف محمد صلی اللہ علیہ وسلم۔ بٹ دیر از ا کوئسچن۔ ایوری ون فیس دیٹ مسلمز فائنڈ دیم سیلف ان ا بلائنڈ وے، ایلی۔</w:t>
      </w:r>
    </w:p>
    <w:p>
      <w:r>
        <w:rPr>
          <w:b/>
        </w:rPr>
        <w:t xml:space="preserve">[12:27] </w:t>
      </w:r>
      <w:r>
        <w:t>they are struggling, they are doing jihad. they are launching different movements, but in vain,</w:t>
      </w:r>
    </w:p>
    <w:p>
      <w:pPr>
        <w:jc w:val="right"/>
      </w:pPr>
      <w:r>
        <w:t>دے آر سٹرگلنگ، دے آر ڈوئنگ جہاد۔ دے آر لانچنگ ڈفرنٹ موومنٹس، بٹ ان وین،</w:t>
      </w:r>
    </w:p>
    <w:p>
      <w:r>
        <w:rPr>
          <w:b/>
        </w:rPr>
        <w:t xml:space="preserve">[12:39] </w:t>
      </w:r>
      <w:r>
        <w:t>no positive result.</w:t>
      </w:r>
    </w:p>
    <w:p>
      <w:pPr>
        <w:jc w:val="right"/>
      </w:pPr>
      <w:r>
        <w:t>نو پازیٹیو رزلٹ۔</w:t>
      </w:r>
    </w:p>
    <w:p>
      <w:r>
        <w:rPr>
          <w:b/>
        </w:rPr>
        <w:t xml:space="preserve">[12:46] </w:t>
      </w:r>
      <w:r>
        <w:t>Muslim scholars of this age issued fatwa that except Muslim land, all the world is Darul Harb.</w:t>
      </w:r>
    </w:p>
    <w:p>
      <w:pPr>
        <w:jc w:val="right"/>
      </w:pPr>
      <w:r>
        <w:t>مسلم سکالرز آف دس ایج ایشوڈ فتویٰ دیٹ ایکسیپٹ مسلم لینڈ، آل دا ورلڈ از دارالحرم۔</w:t>
      </w:r>
    </w:p>
    <w:p>
      <w:r>
        <w:rPr>
          <w:b/>
        </w:rPr>
        <w:t xml:space="preserve">[13:00] </w:t>
      </w:r>
      <w:r>
        <w:t>but</w:t>
      </w:r>
    </w:p>
    <w:p>
      <w:pPr>
        <w:jc w:val="right"/>
      </w:pPr>
      <w:r>
        <w:t>بٹ</w:t>
      </w:r>
    </w:p>
    <w:p>
      <w:r>
        <w:rPr>
          <w:b/>
        </w:rPr>
        <w:t xml:space="preserve">[13:03] </w:t>
      </w:r>
      <w:r>
        <w:t>there was no result.</w:t>
      </w:r>
    </w:p>
    <w:p>
      <w:pPr>
        <w:jc w:val="right"/>
      </w:pPr>
      <w:r>
        <w:t>دیر واز نو رزلٹ۔</w:t>
      </w:r>
    </w:p>
    <w:p>
      <w:r>
        <w:rPr>
          <w:b/>
        </w:rPr>
        <w:t xml:space="preserve">[13:08] </w:t>
      </w:r>
      <w:r>
        <w:t>deen yeh deen</w:t>
      </w:r>
    </w:p>
    <w:p>
      <w:pPr>
        <w:jc w:val="right"/>
      </w:pPr>
      <w:r>
        <w:t>دین یہ دین</w:t>
      </w:r>
    </w:p>
    <w:p>
      <w:r>
        <w:rPr>
          <w:b/>
        </w:rPr>
        <w:t xml:space="preserve">[13:15] </w:t>
      </w:r>
      <w:r>
        <w:t>they said that</w:t>
      </w:r>
    </w:p>
    <w:p>
      <w:pPr>
        <w:jc w:val="right"/>
      </w:pPr>
      <w:r>
        <w:t>دے سیڈ دیٹ</w:t>
      </w:r>
    </w:p>
    <w:p>
      <w:r>
        <w:rPr>
          <w:b/>
        </w:rPr>
        <w:t xml:space="preserve">[13:22] </w:t>
      </w:r>
      <w:r>
        <w:t>you have to do jihad against our enemies.</w:t>
      </w:r>
    </w:p>
    <w:p>
      <w:pPr>
        <w:jc w:val="right"/>
      </w:pPr>
      <w:r>
        <w:t>یو ہیو ٹو ڈو جہاد اگینسٹ اور اینمیز۔</w:t>
      </w:r>
    </w:p>
    <w:p>
      <w:r>
        <w:rPr>
          <w:b/>
        </w:rPr>
        <w:t xml:space="preserve">[13:31] </w:t>
      </w:r>
      <w:r>
        <w:t>and they</w:t>
      </w:r>
    </w:p>
    <w:p>
      <w:pPr>
        <w:jc w:val="right"/>
      </w:pPr>
      <w:r>
        <w:t>اینڈ دے</w:t>
      </w:r>
    </w:p>
    <w:p>
      <w:r>
        <w:rPr>
          <w:b/>
        </w:rPr>
        <w:t xml:space="preserve">[13:37] </w:t>
      </w:r>
      <w:r>
        <w:t>will jihad. but after great sacrifices in term of life, in term of money, there is no result.</w:t>
      </w:r>
    </w:p>
    <w:p>
      <w:pPr>
        <w:jc w:val="right"/>
      </w:pPr>
      <w:r>
        <w:t>ویل جہاد۔ بٹ آفٹر گریٹ سیکریفائسز ان ٹرم آف لائف، ان ٹرم آف منی، دیر از نو رزلٹ۔</w:t>
      </w:r>
    </w:p>
    <w:p>
      <w:r>
        <w:rPr>
          <w:b/>
        </w:rPr>
        <w:t xml:space="preserve">[13:49] </w:t>
      </w:r>
      <w:r>
        <w:t>no result at all.</w:t>
      </w:r>
    </w:p>
    <w:p>
      <w:pPr>
        <w:jc w:val="right"/>
      </w:pPr>
      <w:r>
        <w:t>نو رزلٹ ایٹ آل۔</w:t>
      </w:r>
    </w:p>
    <w:p>
      <w:r>
        <w:rPr>
          <w:b/>
        </w:rPr>
        <w:t xml:space="preserve">[13:53] </w:t>
      </w:r>
      <w:r>
        <w:t>even they went to the extent that they issued fatwa that now we have to migrate. the time is Hijrah.</w:t>
      </w:r>
    </w:p>
    <w:p>
      <w:pPr>
        <w:jc w:val="right"/>
      </w:pPr>
      <w:r>
        <w:t>ایون دے وینٹ ٹو دا ایکسٹنٹ دیٹ دے ایشو فتویٰ دیٹ ناؤ وی ہیو ٹو مائیگریٹ۔ دا ٹائم از ہجرہ۔</w:t>
      </w:r>
    </w:p>
    <w:p>
      <w:r>
        <w:rPr>
          <w:b/>
        </w:rPr>
        <w:t xml:space="preserve">[14:03] </w:t>
      </w:r>
      <w:r>
        <w:t>and many many Muslims migrated from this country and that country, but no result.</w:t>
      </w:r>
    </w:p>
    <w:p>
      <w:pPr>
        <w:jc w:val="right"/>
      </w:pPr>
      <w:r>
        <w:t>اینڈ مینی مینی مسلمز مائیگریٹڈ فرام دس کنٹری اینڈ دیٹ کنٹری، بٹ نو رزلٹ۔</w:t>
      </w:r>
    </w:p>
    <w:p>
      <w:r>
        <w:rPr>
          <w:b/>
        </w:rPr>
        <w:t xml:space="preserve">[14:14] </w:t>
      </w:r>
      <w:r>
        <w:t>so, they are according to their own, according to their own conviction, they are following the model of Muhammad</w:t>
      </w:r>
    </w:p>
    <w:p>
      <w:pPr>
        <w:jc w:val="right"/>
      </w:pPr>
      <w:r>
        <w:t>سو، دے آر اکارڈنگ ٹو دیر اون، اکارڈنگ ٹو دیر اون کنوکشن، دے آر فالونگ دا ماڈل آف محمد</w:t>
      </w:r>
    </w:p>
    <w:p>
      <w:r>
        <w:rPr>
          <w:b/>
        </w:rPr>
        <w:t xml:space="preserve">[14:27] </w:t>
      </w:r>
      <w:r>
        <w:t>. you know, Muhammad migrated from Mecca. Muhammad launched jihad.</w:t>
      </w:r>
    </w:p>
    <w:p>
      <w:pPr>
        <w:jc w:val="right"/>
      </w:pPr>
      <w:r>
        <w:t>۔ یو نو، محمد مائیگریٹڈ فرام مکہ۔ محمد لانچ جہاد۔</w:t>
      </w:r>
    </w:p>
    <w:p>
      <w:r>
        <w:rPr>
          <w:b/>
        </w:rPr>
        <w:t xml:space="preserve">[14:37] </w:t>
      </w:r>
      <w:r>
        <w:t>so, they are doing, so they are following that model. model Muhammad model.</w:t>
      </w:r>
    </w:p>
    <w:p>
      <w:pPr>
        <w:jc w:val="right"/>
      </w:pPr>
      <w:r>
        <w:t>سو، دے آر ڈوئنگ، سو دے آر فالونگ دیٹ ماڈل۔ ماڈل محمد ماڈل۔</w:t>
      </w:r>
    </w:p>
    <w:p>
      <w:r>
        <w:rPr>
          <w:b/>
        </w:rPr>
        <w:t xml:space="preserve">[14:47] </w:t>
      </w:r>
      <w:r>
        <w:t>but why it is that at that time, Muhammad sallallahu alaihi wasallam and his followers achieved great victory.</w:t>
      </w:r>
    </w:p>
    <w:p>
      <w:pPr>
        <w:jc w:val="right"/>
      </w:pPr>
      <w:r>
        <w:t>بٹ وائی اٹ از دیٹ ایٹ دیٹ ٹائم، محمد صلی اللہ علیہ وسلم اینڈ ہز فالوورز اچیو گریٹ وکٹری۔</w:t>
      </w:r>
    </w:p>
    <w:p>
      <w:r>
        <w:rPr>
          <w:b/>
        </w:rPr>
        <w:t xml:space="preserve">[14:59] </w:t>
      </w:r>
      <w:r>
        <w:t>but in our present age, there is no such achievement, no victory.</w:t>
      </w:r>
    </w:p>
    <w:p>
      <w:pPr>
        <w:jc w:val="right"/>
      </w:pPr>
      <w:r>
        <w:t>بٹ ان اور پریزنٹ ایج، دیر از نو سچ اچیومنٹ، نو وکٹری۔</w:t>
      </w:r>
    </w:p>
    <w:p>
      <w:r>
        <w:rPr>
          <w:b/>
        </w:rPr>
        <w:t xml:space="preserve">[15:14] </w:t>
      </w:r>
      <w:r>
        <w:t>and now Muslims are living as a defeatist mentality. every Muslim lives in a defeatist mentality.</w:t>
      </w:r>
    </w:p>
    <w:p>
      <w:pPr>
        <w:jc w:val="right"/>
      </w:pPr>
      <w:r>
        <w:t>اینڈ ناؤ مسلمز آر لیونگ ایز اے ڈیفیٹسٹ مینٹیلیٹی۔ ایوری مسلم لیوز ان اے ڈیفیٹسٹ مینٹیلیٹی۔</w:t>
      </w:r>
    </w:p>
    <w:p>
      <w:r>
        <w:rPr>
          <w:b/>
        </w:rPr>
        <w:t xml:space="preserve">[15:26] </w:t>
      </w:r>
      <w:r>
        <w:t>so, in our present age, Muslims feel that we are living in a blind alley.</w:t>
      </w:r>
    </w:p>
    <w:p>
      <w:pPr>
        <w:jc w:val="right"/>
      </w:pPr>
      <w:r>
        <w:t>سو، ان اور پریزنٹ ایج، مسلمز فیل دیٹ وی آر لیونگ ان اے بلائنڈ ایلی۔</w:t>
      </w:r>
    </w:p>
    <w:p>
      <w:r>
        <w:rPr>
          <w:b/>
        </w:rPr>
        <w:t xml:space="preserve">[15:37] </w:t>
      </w:r>
      <w:r>
        <w:t>there is no way out. the door is closed</w:t>
      </w:r>
    </w:p>
    <w:p>
      <w:pPr>
        <w:jc w:val="right"/>
      </w:pPr>
      <w:r>
        <w:t>دیر از نو وے آؤٹ۔ دا ڈور از کلوزڈ</w:t>
      </w:r>
    </w:p>
    <w:p>
      <w:r>
        <w:rPr>
          <w:b/>
        </w:rPr>
        <w:t xml:space="preserve">[15:44] </w:t>
      </w:r>
      <w:r>
        <w:t>. why? this is the question. so, I would like to say that here we have to restudy that verse.</w:t>
      </w:r>
    </w:p>
    <w:p>
      <w:pPr>
        <w:jc w:val="right"/>
      </w:pPr>
      <w:r>
        <w:t>۔ وائی؟ دس از دا کوئسچن۔ سو، آئی وڈ لائک ٹو سی دیٹ ہیر وی ہیو ٹو ری اسٹڈی دیٹ ورس۔</w:t>
      </w:r>
    </w:p>
    <w:p>
      <w:r>
        <w:rPr>
          <w:b/>
        </w:rPr>
        <w:t xml:space="preserve">[16:00] </w:t>
      </w:r>
      <w:r>
        <w:t>then we will discover what is the wrong with us</w:t>
      </w:r>
    </w:p>
    <w:p>
      <w:pPr>
        <w:jc w:val="right"/>
      </w:pPr>
      <w:r>
        <w:t>دین وی ویل ڈسکور واٹ از دا رونگ ود اس</w:t>
      </w:r>
    </w:p>
    <w:p>
      <w:r>
        <w:rPr>
          <w:b/>
        </w:rPr>
        <w:t xml:space="preserve">[16:07] </w:t>
      </w:r>
      <w:r>
        <w:t>. I think that in the present situation, that model became irrelevant.</w:t>
      </w:r>
    </w:p>
    <w:p>
      <w:pPr>
        <w:jc w:val="right"/>
      </w:pPr>
      <w:r>
        <w:t>۔ آئی تھنک دیٹ ان دا پریزنٹ سچویشن، دیٹ ماڈل بیکم اریلیونٹ۔</w:t>
      </w:r>
    </w:p>
    <w:p>
      <w:r>
        <w:rPr>
          <w:b/>
        </w:rPr>
        <w:t xml:space="preserve">[16:21] </w:t>
      </w:r>
      <w:r>
        <w:t>model of Darul Haram, model of Hijrah, model of Jihad. the model based on these conceptions is now irrelevant.</w:t>
      </w:r>
    </w:p>
    <w:p>
      <w:pPr>
        <w:jc w:val="right"/>
      </w:pPr>
      <w:r>
        <w:t>ماڈل آف دارالحرم، ماڈل آف ہجرہ، ماڈل آف جہاد۔ دا ماڈل بیسڈ آن دیز کنسیپشنز از ناو اریلیونٹ۔</w:t>
      </w:r>
    </w:p>
    <w:p>
      <w:r>
        <w:rPr>
          <w:b/>
        </w:rPr>
        <w:t xml:space="preserve">[16:36] </w:t>
      </w:r>
      <w:r>
        <w:t>why?</w:t>
      </w:r>
    </w:p>
    <w:p>
      <w:pPr>
        <w:jc w:val="right"/>
      </w:pPr>
      <w:r>
        <w:t>وائی؟</w:t>
      </w:r>
    </w:p>
    <w:p>
      <w:r>
        <w:rPr>
          <w:b/>
        </w:rPr>
        <w:t xml:space="preserve">[16:38] </w:t>
      </w:r>
      <w:r>
        <w:t>because situation is completely changed. for example, let us take Hijrah concept.</w:t>
      </w:r>
    </w:p>
    <w:p>
      <w:pPr>
        <w:jc w:val="right"/>
      </w:pPr>
      <w:r>
        <w:t>بیکاز سچویشن از کمپلیٹلی چینج۔ فار ایگزامپل، لیٹ اس ٹیک ہجرہ کانسیپٹ۔</w:t>
      </w:r>
    </w:p>
    <w:p>
      <w:r>
        <w:rPr>
          <w:b/>
        </w:rPr>
        <w:t xml:space="preserve">[16:47] </w:t>
      </w:r>
      <w:r>
        <w:t>now Hijrah is impossible. now we are living in a world where in every country, there are national governments.</w:t>
      </w:r>
    </w:p>
    <w:p>
      <w:pPr>
        <w:jc w:val="right"/>
      </w:pPr>
      <w:r>
        <w:t>ناؤ ہجرہ از امپوسیبل۔ ناؤ وی آر لیونگ ان ا ورلڈ ویر ان ایوری کنٹری، دیر آر نیشنل گورنمنٹس۔</w:t>
      </w:r>
    </w:p>
    <w:p>
      <w:r>
        <w:rPr>
          <w:b/>
        </w:rPr>
        <w:t xml:space="preserve">[16:59] </w:t>
      </w:r>
      <w:r>
        <w:t>modern concept of nationalism, according to the modern concept of nationalism, the Hijrah concept is quite irrelevant.</w:t>
      </w:r>
    </w:p>
    <w:p>
      <w:pPr>
        <w:jc w:val="right"/>
      </w:pPr>
      <w:r>
        <w:t>ماڈرن کانسیپٹ آف نیشنلزم، اکارڈنگ ٹو دا ماڈرن کانسیپٹ آف نیشنلزم، دا ہجرہ کانسیپٹ از کوائٹ اریلیونٹ۔</w:t>
      </w:r>
    </w:p>
    <w:p>
      <w:r>
        <w:rPr>
          <w:b/>
        </w:rPr>
        <w:t xml:space="preserve">[17:13] </w:t>
      </w:r>
      <w:r>
        <w:t>now, it is impossible.</w:t>
      </w:r>
    </w:p>
    <w:p>
      <w:pPr>
        <w:jc w:val="right"/>
      </w:pPr>
      <w:r>
        <w:t>ناؤ، اٹ از امپوسیبل۔</w:t>
      </w:r>
    </w:p>
    <w:p>
      <w:r>
        <w:rPr>
          <w:b/>
        </w:rPr>
        <w:t xml:space="preserve">[17:18] </w:t>
      </w:r>
      <w:r>
        <w:t>those who don't know the modern concept of nationalism, may talk in terms of Hijrah. but those people who know, we are living in an age where there is nationalism everywhere, in every country.</w:t>
      </w:r>
    </w:p>
    <w:p>
      <w:pPr>
        <w:jc w:val="right"/>
      </w:pPr>
      <w:r>
        <w:t>دوز ہو ڈونٹ نو دا ماڈرن کانسیپٹ آف نیشنلزم، می ٹاک ان ٹرم آف ہجرہ۔ بٹ دوز پیپل ہو نو، وی آر لیونگ ان اے ایج ویر دیر از نیشنلزم ایوری ویر، ان ایوری کنٹری۔</w:t>
      </w:r>
    </w:p>
    <w:p>
      <w:r>
        <w:rPr>
          <w:b/>
        </w:rPr>
        <w:t xml:space="preserve">[17:38] </w:t>
      </w:r>
      <w:r>
        <w:t>so, the modern concept of nationalism, after the advent of modern concept of nationalism, Hijrah became obsolete, irrelevant, anachronistic idea.</w:t>
      </w:r>
    </w:p>
    <w:p>
      <w:pPr>
        <w:jc w:val="right"/>
      </w:pPr>
      <w:r>
        <w:t>سو، دا ماڈرن کانسیپٹ آف نیشنلزم، افٹر دی ایڈونٹ آف ماڈرن کانسیپٹ آف نیشنلزم، ہجرہ بیکم اوبسلیٹ، اریلیونٹ، انیکرونسٹ آئیڈیا۔</w:t>
      </w:r>
    </w:p>
    <w:p>
      <w:r>
        <w:rPr>
          <w:b/>
        </w:rPr>
        <w:t xml:space="preserve">[17:59] </w:t>
      </w:r>
      <w:r>
        <w:t>then, let us take Jihad. Jihad is all, Jihad in sense of qital.</w:t>
      </w:r>
    </w:p>
    <w:p>
      <w:pPr>
        <w:jc w:val="right"/>
      </w:pPr>
      <w:r>
        <w:t>دین، لیٹ اس ٹیک جہاد۔ جہاد از آل، جہاد ان سینس آف قتال۔</w:t>
      </w:r>
    </w:p>
    <w:p>
      <w:r>
        <w:rPr>
          <w:b/>
        </w:rPr>
        <w:t xml:space="preserve">[18:06] </w:t>
      </w:r>
      <w:r>
        <w:t>Jihad in sense of peaceful struggle is okay. but Jihad in sense of qital is irrelevant.</w:t>
      </w:r>
    </w:p>
    <w:p>
      <w:pPr>
        <w:jc w:val="right"/>
      </w:pPr>
      <w:r>
        <w:t>جہاد ان سینس آف پیس فل سٹرگل از اوکے۔ بٹ جہاد ان سینس آف قتال از اریلیونٹ۔</w:t>
      </w:r>
    </w:p>
    <w:p>
      <w:r>
        <w:rPr>
          <w:b/>
        </w:rPr>
        <w:t xml:space="preserve">[18:18] </w:t>
      </w:r>
      <w:r>
        <w:t>why? because now we are living in the age of weapons of mass destruction. mass destruction.</w:t>
      </w:r>
    </w:p>
    <w:p>
      <w:pPr>
        <w:jc w:val="right"/>
      </w:pPr>
      <w:r>
        <w:t>وائی؟ بیکاز ناؤ وی آر لیونگ ان دی ایج آف ویپنز آف ماس ڈسٹرکشن۔ ماس ڈسٹرکشن۔</w:t>
      </w:r>
    </w:p>
    <w:p>
      <w:r>
        <w:rPr>
          <w:b/>
        </w:rPr>
        <w:t xml:space="preserve">[18:28] </w:t>
      </w:r>
      <w:r>
        <w:t>how you can do Jihad?</w:t>
      </w:r>
    </w:p>
    <w:p>
      <w:pPr>
        <w:jc w:val="right"/>
      </w:pPr>
      <w:r>
        <w:t>ہاؤ یو کین ڈو جہاد؟</w:t>
      </w:r>
    </w:p>
    <w:p>
      <w:r>
        <w:rPr>
          <w:b/>
        </w:rPr>
        <w:t xml:space="preserve">[18:34] </w:t>
      </w:r>
      <w:r>
        <w:t>quran and hadith,</w:t>
      </w:r>
    </w:p>
    <w:p>
      <w:pPr>
        <w:jc w:val="right"/>
      </w:pPr>
      <w:r>
        <w:t>قرآن اینڈ حدیث،</w:t>
      </w:r>
    </w:p>
    <w:p>
      <w:r>
        <w:rPr>
          <w:b/>
        </w:rPr>
        <w:t xml:space="preserve">[18:36] </w:t>
      </w:r>
      <w:r>
        <w:t>We find some verses in the Quran and also some reference in Hadith that tell us that</w:t>
      </w:r>
    </w:p>
    <w:p>
      <w:pPr>
        <w:jc w:val="right"/>
      </w:pPr>
      <w:r>
        <w:t>وی فائنڈ سم ورسز ان دا قرآن اینڈ السو سم ریفرنس ان حدیث دیٹ ٹیل اس دیٹ</w:t>
      </w:r>
    </w:p>
    <w:p>
      <w:r>
        <w:rPr>
          <w:b/>
        </w:rPr>
        <w:t xml:space="preserve">[18:44] </w:t>
      </w:r>
      <w:r>
        <w:t>you have to prepare</w:t>
      </w:r>
    </w:p>
    <w:p>
      <w:pPr>
        <w:jc w:val="right"/>
      </w:pPr>
      <w:r>
        <w:t>یو ہیو ٹو پریپیئر</w:t>
      </w:r>
    </w:p>
    <w:p>
      <w:r>
        <w:rPr>
          <w:b/>
        </w:rPr>
        <w:t xml:space="preserve">[18:47] </w:t>
      </w:r>
      <w:r>
        <w:t>for jihad in terms of horses and in terms of arrows.</w:t>
      </w:r>
    </w:p>
    <w:p>
      <w:pPr>
        <w:jc w:val="right"/>
      </w:pPr>
      <w:r>
        <w:t>فار جہاد ان ٹرم آف ہارسز اینڈ ان ٹرم آف ایروز۔</w:t>
      </w:r>
    </w:p>
    <w:p>
      <w:r>
        <w:rPr>
          <w:b/>
        </w:rPr>
        <w:t xml:space="preserve">[19:05] </w:t>
      </w:r>
      <w:r>
        <w:t>there is horses. then there is Hadith that Allah</w:t>
      </w:r>
    </w:p>
    <w:p>
      <w:pPr>
        <w:jc w:val="right"/>
      </w:pPr>
      <w:r>
        <w:t>دیر از ہارسز۔ دین دیر از حدیث دیٹ اللہ</w:t>
      </w:r>
    </w:p>
    <w:p>
      <w:r>
        <w:rPr>
          <w:b/>
        </w:rPr>
        <w:t xml:space="preserve">[19:10] </w:t>
      </w:r>
      <w:r>
        <w:t>so. Now you know, you cannot fight a war with horses and with arrows, with sword.</w:t>
      </w:r>
    </w:p>
    <w:p>
      <w:pPr>
        <w:jc w:val="right"/>
      </w:pPr>
      <w:r>
        <w:t>سو۔ ناؤ یو نو، یو کین ناٹ فائٹ ا وار ود ہارسز اینڈ ود ایروز، ود سورڈ۔</w:t>
      </w:r>
    </w:p>
    <w:p>
      <w:r>
        <w:rPr>
          <w:b/>
        </w:rPr>
        <w:t xml:space="preserve">[19:23] </w:t>
      </w:r>
      <w:r>
        <w:t>nau, we are living in age where weapons of mass destruction.</w:t>
      </w:r>
    </w:p>
    <w:p>
      <w:pPr>
        <w:jc w:val="right"/>
      </w:pPr>
      <w:r>
        <w:t>ناؤ، وی آر لیونگ ان ایج ویر ویپنز آف ماس ڈسٹرکشن۔</w:t>
      </w:r>
    </w:p>
    <w:p>
      <w:r>
        <w:rPr>
          <w:b/>
        </w:rPr>
        <w:t xml:space="preserve">[19:35] </w:t>
      </w:r>
      <w:r>
        <w:t>we are living in the age of weapon of mass destruction. how you can fight in such age?</w:t>
      </w:r>
    </w:p>
    <w:p>
      <w:pPr>
        <w:jc w:val="right"/>
      </w:pPr>
      <w:r>
        <w:t>وی آر لیونگ ان دی ایج آف ویپن آف ماس ڈسٹرکشن۔ ہاؤ یو کین فائٹ ان سچ ایج؟</w:t>
      </w:r>
    </w:p>
    <w:p>
      <w:r>
        <w:rPr>
          <w:b/>
        </w:rPr>
        <w:t xml:space="preserve">[19:44] </w:t>
      </w:r>
      <w:r>
        <w:t>even after the advent of this age,</w:t>
      </w:r>
    </w:p>
    <w:p>
      <w:pPr>
        <w:jc w:val="right"/>
      </w:pPr>
      <w:r>
        <w:t>ایون افٹر دا ایڈونٹ آف دس ایج،</w:t>
      </w:r>
    </w:p>
    <w:p>
      <w:r>
        <w:rPr>
          <w:b/>
        </w:rPr>
        <w:t xml:space="preserve">[19:53] </w:t>
      </w:r>
      <w:r>
        <w:t>war become irrelevant. because in this war, there is no victor.</w:t>
      </w:r>
    </w:p>
    <w:p>
      <w:pPr>
        <w:jc w:val="right"/>
      </w:pPr>
      <w:r>
        <w:t>وار بیکم اریلیونٹ۔ بیکاز ان دس وار، دیر از نو وکٹر۔</w:t>
      </w:r>
    </w:p>
    <w:p>
      <w:r>
        <w:rPr>
          <w:b/>
        </w:rPr>
        <w:t xml:space="preserve">[20:01] </w:t>
      </w:r>
      <w:r>
        <w:t>hitler was a war</w:t>
      </w:r>
    </w:p>
    <w:p>
      <w:pPr>
        <w:jc w:val="right"/>
      </w:pPr>
      <w:r>
        <w:t>ہٹر واز ا وار</w:t>
      </w:r>
    </w:p>
    <w:p>
      <w:r>
        <w:rPr>
          <w:b/>
        </w:rPr>
        <w:t xml:space="preserve">[20:07] </w:t>
      </w:r>
      <w:r>
        <w:t>. hitler was a</w:t>
      </w:r>
    </w:p>
    <w:p>
      <w:pPr>
        <w:jc w:val="right"/>
      </w:pPr>
      <w:r>
        <w:t>۔ ہٹر واز ا</w:t>
      </w:r>
    </w:p>
    <w:p>
      <w:r>
        <w:rPr>
          <w:b/>
        </w:rPr>
        <w:t xml:space="preserve">[20:12] </w:t>
      </w:r>
      <w:r>
        <w:t>great believer in war, in fighting. but when he suicide, after defeat, when he suicide in berlin bunker, he said that now the age of war is over.</w:t>
      </w:r>
    </w:p>
    <w:p>
      <w:pPr>
        <w:jc w:val="right"/>
      </w:pPr>
      <w:r>
        <w:t>گریٹ بیلیور ان وار، ان فائٹنگ۔ بٹ وین ہی سوسائیڈ، افٹر ڈیفیٹ، وین ہی سوسائیڈ ان برلن بنکر، ہی سیڈ دیٹ ناؤ دی ایج آف وار از اوور۔</w:t>
      </w:r>
    </w:p>
    <w:p>
      <w:r>
        <w:rPr>
          <w:b/>
        </w:rPr>
        <w:t xml:space="preserve">[20:34] </w:t>
      </w:r>
      <w:r>
        <w:t>we can not find any victory.</w:t>
      </w:r>
    </w:p>
    <w:p>
      <w:pPr>
        <w:jc w:val="right"/>
      </w:pPr>
      <w:r>
        <w:t>وی کین ناٹ فائنڈ اینی وکٹری۔</w:t>
      </w:r>
    </w:p>
    <w:p>
      <w:r>
        <w:rPr>
          <w:b/>
        </w:rPr>
        <w:t xml:space="preserve">[20:39] </w:t>
      </w:r>
      <w:r>
        <w:t>nau, if there is any war, then there is no victor, only survival. so, victory and defeat both become one and the same.</w:t>
      </w:r>
    </w:p>
    <w:p>
      <w:pPr>
        <w:jc w:val="right"/>
      </w:pPr>
      <w:r>
        <w:t>ناؤ، اف دیر از اینی وار، دین دیر از نو وکٹر، اونلی سروائیول۔ سو، وکٹری اینڈ ڈیفیٹ بوتھ بیکم ون اینڈ دا سیم۔</w:t>
      </w:r>
    </w:p>
    <w:p>
      <w:r>
        <w:rPr>
          <w:b/>
        </w:rPr>
        <w:t xml:space="preserve">[20:50] </w:t>
      </w:r>
      <w:r>
        <w:t>there is no victor and those and no. you can see in iraq, you can see the example of iraq, you can see the example of afghanistan.</w:t>
      </w:r>
    </w:p>
    <w:p>
      <w:pPr>
        <w:jc w:val="right"/>
      </w:pPr>
      <w:r>
        <w:t>دیر از نو وکٹر اینڈ دو اینڈ نو۔ یو کین سی ان عراق، یو کین سی دا ایگزیمپل آف عراق، یو کین سی دا ایگزیمپل آف افغانستان۔</w:t>
      </w:r>
    </w:p>
    <w:p>
      <w:r>
        <w:rPr>
          <w:b/>
        </w:rPr>
        <w:t xml:space="preserve">[21:04] </w:t>
      </w:r>
      <w:r>
        <w:t>there is no victor, only destruction.</w:t>
      </w:r>
    </w:p>
    <w:p>
      <w:pPr>
        <w:jc w:val="right"/>
      </w:pPr>
      <w:r>
        <w:t>دیر از نو وکٹر، اونلی ڈسٹرکشن۔</w:t>
      </w:r>
    </w:p>
    <w:p>
      <w:r>
        <w:rPr>
          <w:b/>
        </w:rPr>
        <w:t xml:space="preserve">[21:10] </w:t>
      </w:r>
      <w:r>
        <w:t>so, this model which is based on hijrah and jihad become irrelevant. nau, we have to restudy that chapter of the quran.</w:t>
      </w:r>
    </w:p>
    <w:p>
      <w:pPr>
        <w:jc w:val="right"/>
      </w:pPr>
      <w:r>
        <w:t>سو، دس ماڈل وچ از بیسڈ آن ہجرہ اینڈ جہاد بیکم اریلیونٹ۔ ناؤ، وی ہیو ٹو ری اسٹڈی دیٹ چیپٹر آف دا قرآن۔</w:t>
      </w:r>
    </w:p>
    <w:p>
      <w:r>
        <w:rPr>
          <w:b/>
        </w:rPr>
        <w:t xml:space="preserve">[21:29] </w:t>
      </w:r>
      <w:r>
        <w:t>when we restudy and find to find the solution to this problem, we will find a very relevant verse in the quran.</w:t>
      </w:r>
    </w:p>
    <w:p>
      <w:pPr>
        <w:jc w:val="right"/>
      </w:pPr>
      <w:r>
        <w:t>وین وی ری اسٹڈی اینڈ فائنڈ ٹو فائنڈ دا سولیوشن ٹو دس پرابلم، وی ویل فائنڈ ا ویری ریلیونٹ ورس ان دا قرآن۔</w:t>
      </w:r>
    </w:p>
    <w:p>
      <w:r>
        <w:rPr>
          <w:b/>
        </w:rPr>
        <w:t xml:space="preserve">[21:47] </w:t>
      </w:r>
      <w:r>
        <w:t>that is surah. there is chapter asaf. chapter asaf. that is chapter number 61</w:t>
      </w:r>
    </w:p>
    <w:p>
      <w:pPr>
        <w:jc w:val="right"/>
      </w:pPr>
      <w:r>
        <w:t>دیٹ از سورہ۔ دیر از چیپٹر اصف۔ چیپٹر اصف۔ دیٹ از چیپٹر نمبر 61</w:t>
      </w:r>
    </w:p>
    <w:p>
      <w:r>
        <w:rPr>
          <w:b/>
        </w:rPr>
        <w:t xml:space="preserve">[21:59] </w:t>
      </w:r>
      <w:r>
        <w:t>. in this chapter, the last verse is like this:</w:t>
      </w:r>
    </w:p>
    <w:p>
      <w:pPr>
        <w:jc w:val="right"/>
      </w:pPr>
      <w:r>
        <w:t>۔ ان دس چیپٹر، دا لاسٹ ورس از لائک دس:</w:t>
      </w:r>
    </w:p>
    <w:p>
      <w:r>
        <w:rPr>
          <w:b/>
        </w:rPr>
        <w:t xml:space="preserve">[22:10] </w:t>
      </w:r>
      <w:r>
        <w:t>"ya ayyuhal ladhina amanu, kun ansar allah?"</w:t>
      </w:r>
    </w:p>
    <w:p>
      <w:pPr>
        <w:jc w:val="right"/>
      </w:pPr>
      <w:r>
        <w:t>"یا ایہا الذین آمنوا، کن انصار اللہ؟"</w:t>
      </w:r>
    </w:p>
    <w:p>
      <w:r>
        <w:rPr>
          <w:b/>
        </w:rPr>
        <w:t xml:space="preserve">[22:27] </w:t>
      </w:r>
      <w:r>
        <w:t>min bani israel, alladhina amanu, zahirin. this is a quranic verse. you can read it in the chapter 61.</w:t>
      </w:r>
    </w:p>
    <w:p>
      <w:pPr>
        <w:jc w:val="right"/>
      </w:pPr>
      <w:r>
        <w:t>من بنی اسرائیل، الذین آمنوا، ظاہرین۔ دس از ا قرآنک ورس۔ یو کین ریڈ اٹ ان دا چیپٹر 61۔</w:t>
      </w:r>
    </w:p>
    <w:p>
      <w:r>
        <w:rPr>
          <w:b/>
        </w:rPr>
        <w:t xml:space="preserve">[22:37] </w:t>
      </w:r>
      <w:r>
        <w:t>this verse address muslims. ya ahl amanu, this quranic verse address muslims and say: "o muslims, o believers,</w:t>
      </w:r>
    </w:p>
    <w:p>
      <w:pPr>
        <w:jc w:val="right"/>
      </w:pPr>
      <w:r>
        <w:t>دس ورس ایڈریس مسلمز۔ یا اہل آمنو، دس قرآنک ورس ایڈریس مسلمز اینڈ سے: "او مسلمز، او بیلیورز،</w:t>
      </w:r>
    </w:p>
    <w:p>
      <w:r>
        <w:rPr>
          <w:b/>
        </w:rPr>
        <w:t xml:space="preserve">[22:53] </w:t>
      </w:r>
      <w:r>
        <w:t>you have to follow the pattern of jesus christ.</w:t>
      </w:r>
    </w:p>
    <w:p>
      <w:pPr>
        <w:jc w:val="right"/>
      </w:pPr>
      <w:r>
        <w:t>یو ہیو ٹو فالو دا پیٹرن آف جیسس کرائسٹ۔</w:t>
      </w:r>
    </w:p>
    <w:p>
      <w:r>
        <w:rPr>
          <w:b/>
        </w:rPr>
        <w:t xml:space="preserve">[22:58] </w:t>
      </w:r>
      <w:r>
        <w:t>" very strange, but it is. you have to follow the pattern of those disciples who followed the directions of jesus christ.</w:t>
      </w:r>
    </w:p>
    <w:p>
      <w:pPr>
        <w:jc w:val="right"/>
      </w:pPr>
      <w:r>
        <w:t>" ویری سٹرینج، بٹ اٹ از۔ یو ہیو ٹو فالو دا پیٹرن آف دوز ڈسائپلز ہو فالوڈ دا ڈائریکشنز آف جیسس کرائسٹ۔</w:t>
      </w:r>
    </w:p>
    <w:p>
      <w:r>
        <w:rPr>
          <w:b/>
        </w:rPr>
        <w:t xml:space="preserve">[23:16] </w:t>
      </w:r>
      <w:r>
        <w:t>this verse address muslims and not jesus christ followers.</w:t>
      </w:r>
    </w:p>
    <w:p>
      <w:pPr>
        <w:jc w:val="right"/>
      </w:pPr>
      <w:r>
        <w:t>دس ورس ایڈریس مسلمز اینڈ ناٹ جیسس کرائسٹ فالوورز۔</w:t>
      </w:r>
    </w:p>
    <w:p>
      <w:r>
        <w:rPr>
          <w:b/>
        </w:rPr>
        <w:t xml:space="preserve">[23:24] </w:t>
      </w:r>
      <w:r>
        <w:t>ya ayyuhal ladhina amanu, kun ansar allah? kama qala isa ibn maryam: "allah</w:t>
      </w:r>
    </w:p>
    <w:p>
      <w:pPr>
        <w:jc w:val="right"/>
      </w:pPr>
      <w:r>
        <w:t>یا ایہا الذین آمنوا، کن انصار اللہ؟ کما قال عیسیٰ ابن مریم: "اللہ</w:t>
      </w:r>
    </w:p>
    <w:p>
      <w:r>
        <w:rPr>
          <w:b/>
        </w:rPr>
        <w:t xml:space="preserve">[23:32] </w:t>
      </w:r>
      <w:r>
        <w:t>so, this verse tells us that you have to follow that pattern which was directed from jesus christ to his disciples.</w:t>
      </w:r>
    </w:p>
    <w:p>
      <w:pPr>
        <w:jc w:val="right"/>
      </w:pPr>
      <w:r>
        <w:t>سو، دس ورس ٹیلز اس دیٹ یو ہیو ٹو فالو دیٹ پیٹرن وچ واز ڈائریکٹڈ فرام جیسس کرائسٹ ٹو ہز ڈسائپلز۔</w:t>
      </w:r>
    </w:p>
    <w:p>
      <w:r>
        <w:rPr>
          <w:b/>
        </w:rPr>
        <w:t xml:space="preserve">[23:44] </w:t>
      </w:r>
      <w:r>
        <w:t>and what was that pattern?</w:t>
      </w:r>
    </w:p>
    <w:p>
      <w:pPr>
        <w:jc w:val="right"/>
      </w:pPr>
      <w:r>
        <w:t>اینڈ واٹ واز دیٹ پیٹرن؟</w:t>
      </w:r>
    </w:p>
    <w:p>
      <w:r>
        <w:rPr>
          <w:b/>
        </w:rPr>
        <w:t xml:space="preserve">[23:49] </w:t>
      </w:r>
      <w:r>
        <w:t>waat waaz di pyatarn?</w:t>
      </w:r>
    </w:p>
    <w:p>
      <w:pPr>
        <w:jc w:val="right"/>
      </w:pPr>
      <w:r>
        <w:t>واٹ واز دیٹ پیٹرن؟</w:t>
      </w:r>
    </w:p>
    <w:p>
      <w:r>
        <w:rPr>
          <w:b/>
        </w:rPr>
        <w:t xml:space="preserve">[23:51] </w:t>
      </w:r>
      <w:r>
        <w:t>This pattern was not based on jihad concept or war concept. This pattern was based completely on peaceful dawah.</w:t>
      </w:r>
    </w:p>
    <w:p>
      <w:pPr>
        <w:jc w:val="right"/>
      </w:pPr>
      <w:r>
        <w:t>دس پیٹرن واز ناٹ بیسڈ آن جہاد کانسیپٹ اور وار کانسیپٹ۔ دس پیٹرن واز بیسڈ کمپلیٹلی آن پیس فل دعویٰ۔</w:t>
      </w:r>
    </w:p>
    <w:p>
      <w:r>
        <w:rPr>
          <w:b/>
        </w:rPr>
        <w:t xml:space="preserve">[24:03] </w:t>
      </w:r>
      <w:r>
        <w:t>paisful da'wa.</w:t>
      </w:r>
    </w:p>
    <w:p>
      <w:pPr>
        <w:jc w:val="right"/>
      </w:pPr>
      <w:r>
        <w:t>پیس فل دعویٰ۔</w:t>
      </w:r>
    </w:p>
    <w:p>
      <w:r>
        <w:rPr>
          <w:b/>
        </w:rPr>
        <w:t xml:space="preserve">[24:06] </w:t>
      </w:r>
      <w:r>
        <w:t>The Prophet Jesus Christ or Maseeh said to his followers:</w:t>
      </w:r>
    </w:p>
    <w:p>
      <w:pPr>
        <w:jc w:val="right"/>
      </w:pPr>
      <w:r>
        <w:t>دا پرافٹ جیسس کرائسٹ اور مسیح سیڈ ٹو ہز فالوورز:</w:t>
      </w:r>
    </w:p>
    <w:p>
      <w:r>
        <w:rPr>
          <w:b/>
        </w:rPr>
        <w:t xml:space="preserve">[24:21] </w:t>
      </w:r>
      <w:r>
        <w:t>"Give to Caesar what is due to Caesar. Give to God what is due to God."</w:t>
      </w:r>
    </w:p>
    <w:p>
      <w:pPr>
        <w:jc w:val="right"/>
      </w:pPr>
      <w:r>
        <w:t>"گیو ٹو سیزر واٹ از ڈیو ٹو سیزر۔ گیو ٹو گاڈ واٹ از ڈیو ٹو گاڈ۔"</w:t>
      </w:r>
    </w:p>
    <w:p>
      <w:r>
        <w:rPr>
          <w:b/>
        </w:rPr>
        <w:t xml:space="preserve">[24:31] </w:t>
      </w:r>
      <w:r>
        <w:t>it means that you know, at the time, Romans were the rulers of Palestine.</w:t>
      </w:r>
    </w:p>
    <w:p>
      <w:pPr>
        <w:jc w:val="right"/>
      </w:pPr>
      <w:r>
        <w:t>اٹ مینز دیٹ یو نو، ایٹ دیٹ ٹائم، رومنز ویر دا رولرز آف پیلسٹائن۔</w:t>
      </w:r>
    </w:p>
    <w:p>
      <w:r>
        <w:rPr>
          <w:b/>
        </w:rPr>
        <w:t xml:space="preserve">[24:40] </w:t>
      </w:r>
      <w:r>
        <w:t>Jesus Christ was born in Palestine, in Jerusalem, and at the time, Palestine was under the rule of Romans.</w:t>
      </w:r>
    </w:p>
    <w:p>
      <w:pPr>
        <w:jc w:val="right"/>
      </w:pPr>
      <w:r>
        <w:t>جیسس کرائسٹ واز بورن ان پیلسٹائن، ان جروشلم، اینڈ ایٹ دیٹ ٹائم، پیلسٹائن واز انڈر دا رول آف رومنز۔</w:t>
      </w:r>
    </w:p>
    <w:p>
      <w:r>
        <w:rPr>
          <w:b/>
        </w:rPr>
        <w:t xml:space="preserve">[24:52] </w:t>
      </w:r>
      <w:r>
        <w:t>So, Caesar means Roman king, Roman ruler.</w:t>
      </w:r>
    </w:p>
    <w:p>
      <w:pPr>
        <w:jc w:val="right"/>
      </w:pPr>
      <w:r>
        <w:t>سو، سیزر مینز رومن کنگ، رومن رولر۔</w:t>
      </w:r>
    </w:p>
    <w:p>
      <w:r>
        <w:rPr>
          <w:b/>
        </w:rPr>
        <w:t xml:space="preserve">[24:59] </w:t>
      </w:r>
      <w:r>
        <w:t>So, Christ said that: "Give to Caesar what is due to Caesar.</w:t>
      </w:r>
    </w:p>
    <w:p>
      <w:pPr>
        <w:jc w:val="right"/>
      </w:pPr>
      <w:r>
        <w:t>سو، کرائسٹ سیڈ دیٹ: "گیو ٹو سیزر واٹ از ڈیو ٹو سیزر۔</w:t>
      </w:r>
    </w:p>
    <w:p>
      <w:r>
        <w:rPr>
          <w:b/>
        </w:rPr>
        <w:t xml:space="preserve">[25:09] </w:t>
      </w:r>
      <w:r>
        <w:t>and give to God what is due to God." It means that</w:t>
      </w:r>
    </w:p>
    <w:p>
      <w:pPr>
        <w:jc w:val="right"/>
      </w:pPr>
      <w:r>
        <w:t>اینڈ گیو ٹو گاڈ واٹ از ڈیو ٹو گاڈ۔" اٹ مینز دیٹ</w:t>
      </w:r>
    </w:p>
    <w:p>
      <w:r>
        <w:rPr>
          <w:b/>
        </w:rPr>
        <w:t xml:space="preserve">[25:15] </w:t>
      </w:r>
      <w:r>
        <w:t>you have to avoid political confrontation from your, from the political rulers.</w:t>
      </w:r>
    </w:p>
    <w:p>
      <w:pPr>
        <w:jc w:val="right"/>
      </w:pPr>
      <w:r>
        <w:t>یو ہیو ٹو اوائڈ پولیٹیکل کنفرنٹیشن فرام یور، فرام دا پولیٹیکل رولرز۔</w:t>
      </w:r>
    </w:p>
    <w:p>
      <w:r>
        <w:rPr>
          <w:b/>
        </w:rPr>
        <w:t xml:space="preserve">[25:29] </w:t>
      </w:r>
      <w:r>
        <w:t>Don't fight with Roman rulers. Don't confront with political rulers.</w:t>
      </w:r>
    </w:p>
    <w:p>
      <w:pPr>
        <w:jc w:val="right"/>
      </w:pPr>
      <w:r>
        <w:t>ڈونٹ فائٹ ود رومن رولرز۔ ڈونٹ کنفرنٹ ود پولیٹیکل رولرز۔</w:t>
      </w:r>
    </w:p>
    <w:p>
      <w:r>
        <w:rPr>
          <w:b/>
        </w:rPr>
        <w:t xml:space="preserve">[25:39] </w:t>
      </w:r>
      <w:r>
        <w:t>بات فائن اپرچونٹیز ان دا فیلڈ ادر دین پالیٹکس۔</w:t>
      </w:r>
    </w:p>
    <w:p>
      <w:pPr>
        <w:jc w:val="right"/>
      </w:pPr>
      <w:r>
        <w:t>بٹ فائن اپرچونیٹیز ان دا فیلڈ ادر دین پولیٹکس۔</w:t>
      </w:r>
    </w:p>
    <w:p>
      <w:r>
        <w:rPr>
          <w:b/>
        </w:rPr>
        <w:t xml:space="preserve">[25:53] </w:t>
      </w:r>
      <w:r>
        <w:t>hi</w:t>
      </w:r>
    </w:p>
    <w:p>
      <w:pPr>
        <w:jc w:val="right"/>
      </w:pPr>
      <w:r>
        <w:t>ہی</w:t>
      </w:r>
    </w:p>
    <w:p>
      <w:r>
        <w:rPr>
          <w:b/>
        </w:rPr>
        <w:t xml:space="preserve">[26:00] </w:t>
      </w:r>
      <w:r>
        <w:t>He told the, he told his disciples that: "Although Romans are, although in political term, Romans are ruling Palestine.</w:t>
      </w:r>
    </w:p>
    <w:p>
      <w:pPr>
        <w:jc w:val="right"/>
      </w:pPr>
      <w:r>
        <w:t>ہی ٹولڈ دا، ہی ٹولڈ ہز ڈسائپلز دیٹ: "الدو رومنز آر، الدو ان پولیٹیکل ٹرم، رومنز آر رولنگ پیلسٹائن۔</w:t>
      </w:r>
    </w:p>
    <w:p>
      <w:r>
        <w:rPr>
          <w:b/>
        </w:rPr>
        <w:t xml:space="preserve">[26:15] </w:t>
      </w:r>
      <w:r>
        <w:t>but at the same time, there are enormous opportunities of dawah work, peaceful dawah work.</w:t>
      </w:r>
    </w:p>
    <w:p>
      <w:pPr>
        <w:jc w:val="right"/>
      </w:pPr>
      <w:r>
        <w:t>بٹ ایٹ دا سیم ٹائم، دیر آر انارم اپرچونیٹیز آف دعویٰ ورک، پیس فل دعویٰ ورک۔</w:t>
      </w:r>
    </w:p>
    <w:p>
      <w:r>
        <w:rPr>
          <w:b/>
        </w:rPr>
        <w:t xml:space="preserve">[26:28] </w:t>
      </w:r>
      <w:r>
        <w:t>aldo roman rularz ar</w:t>
      </w:r>
    </w:p>
    <w:p>
      <w:pPr>
        <w:jc w:val="right"/>
      </w:pPr>
      <w:r>
        <w:t>الدو رومن رولرز آر</w:t>
      </w:r>
    </w:p>
    <w:p>
      <w:r>
        <w:rPr>
          <w:b/>
        </w:rPr>
        <w:t xml:space="preserve">[26:35] </w:t>
      </w:r>
      <w:r>
        <w:t>king of or kantri.</w:t>
      </w:r>
    </w:p>
    <w:p>
      <w:pPr>
        <w:jc w:val="right"/>
      </w:pPr>
      <w:r>
        <w:t>کنگ آف اور کنٹری۔</w:t>
      </w:r>
    </w:p>
    <w:p>
      <w:r>
        <w:rPr>
          <w:b/>
        </w:rPr>
        <w:t xml:space="preserve">[26:40] </w:t>
      </w:r>
      <w:r>
        <w:t>bat</w:t>
      </w:r>
    </w:p>
    <w:p>
      <w:pPr>
        <w:jc w:val="right"/>
      </w:pPr>
      <w:r>
        <w:t>بٹ</w:t>
      </w:r>
    </w:p>
    <w:p>
      <w:r>
        <w:rPr>
          <w:b/>
        </w:rPr>
        <w:t xml:space="preserve">[26:43] </w:t>
      </w:r>
      <w:r>
        <w:t>there are other fields, there are fields other than politics where you can find opportunity,</w:t>
      </w:r>
    </w:p>
    <w:p>
      <w:pPr>
        <w:jc w:val="right"/>
      </w:pPr>
      <w:r>
        <w:t>دیر آر ادر فیلڈز، دیر آر فیلڈز ادر دین پولیٹکس ویر یو کین فائنڈ اپرچونیٹی،</w:t>
      </w:r>
    </w:p>
    <w:p>
      <w:r>
        <w:rPr>
          <w:b/>
        </w:rPr>
        <w:t xml:space="preserve">[26:51] </w:t>
      </w:r>
      <w:r>
        <w:t>opportunities for peaceful dawah work. So, avoid politics, avoid political confrontation, and avail those opportunities present</w:t>
      </w:r>
    </w:p>
    <w:p>
      <w:pPr>
        <w:jc w:val="right"/>
      </w:pPr>
      <w:r>
        <w:t>اپرچونیٹیز فار پیس فل دعویٰ ورک۔ سو، اوائڈ پولیٹکس، اوائڈ پولیٹیکل کنفرنٹیشن، اینڈ اویل دوز اپرچونیٹیز پریزنٹ</w:t>
      </w:r>
    </w:p>
    <w:p>
      <w:r>
        <w:rPr>
          <w:b/>
        </w:rPr>
        <w:t xml:space="preserve">[27:09] </w:t>
      </w:r>
      <w:r>
        <w:t>in da filaz adar dan pltiks.</w:t>
      </w:r>
    </w:p>
    <w:p>
      <w:pPr>
        <w:jc w:val="right"/>
      </w:pPr>
      <w:r>
        <w:t>ان دا فیلڈز ادر دین پولیٹکس۔</w:t>
      </w:r>
    </w:p>
    <w:p>
      <w:r>
        <w:rPr>
          <w:b/>
        </w:rPr>
        <w:t xml:space="preserve">[27:14] </w:t>
      </w:r>
      <w:r>
        <w:t>So, this so disciples of Christ followed this pattern, this model.</w:t>
      </w:r>
    </w:p>
    <w:p>
      <w:pPr>
        <w:jc w:val="right"/>
      </w:pPr>
      <w:r>
        <w:t>سو، دس سو ڈسائپلز آف کرائسٹ فالوڈ دس پیٹرن، دس ماڈل۔</w:t>
      </w:r>
    </w:p>
    <w:p>
      <w:r>
        <w:rPr>
          <w:b/>
        </w:rPr>
        <w:t xml:space="preserve">[27:25] </w:t>
      </w:r>
      <w:r>
        <w:t>to, Quran, in Quran says in this chapter that you have to follow the model of Christ</w:t>
      </w:r>
    </w:p>
    <w:p>
      <w:pPr>
        <w:jc w:val="right"/>
      </w:pPr>
      <w:r>
        <w:t>تو، قرآن، وین قرآن سیز ان دس چیپٹر دیٹ یو ہیو ٹو فالو دا ماڈل آف کرائسٹ</w:t>
      </w:r>
    </w:p>
    <w:p>
      <w:r>
        <w:rPr>
          <w:b/>
        </w:rPr>
        <w:t xml:space="preserve">[27:39] </w:t>
      </w:r>
      <w:r>
        <w:t>, I think that it was predicted that they will come when. You have to adopt that model.</w:t>
      </w:r>
    </w:p>
    <w:p>
      <w:pPr>
        <w:jc w:val="right"/>
      </w:pPr>
      <w:r>
        <w:t>، آئی تھنک دیٹ اٹ واز پریڈکٹڈ دیٹ دے ویل کم وین۔ یو ہیو ٹو اڈاپٹ دیٹ ماڈل۔</w:t>
      </w:r>
    </w:p>
    <w:p>
      <w:r>
        <w:rPr>
          <w:b/>
        </w:rPr>
        <w:t xml:space="preserve">[27:49] </w:t>
      </w:r>
      <w:r>
        <w:t>das quranic verse is like a prediction, a direction in advance. it was a divine direction given in advance to the muslims.</w:t>
      </w:r>
    </w:p>
    <w:p>
      <w:pPr>
        <w:jc w:val="right"/>
      </w:pPr>
      <w:r>
        <w:t>دس قرآنک ورس از لائک ا پریڈکشن، ا ڈائریکشن ان ایڈوانس۔ اٹ واز ا ڈیوائن ڈائریکشن گیون ان ایڈوانس ٹو دا مسلمز۔</w:t>
      </w:r>
    </w:p>
    <w:p>
      <w:r>
        <w:rPr>
          <w:b/>
        </w:rPr>
        <w:t xml:space="preserve">[28:06] </w:t>
      </w:r>
      <w:r>
        <w:t>so, i think that we are living in that situation. when, when that model</w:t>
      </w:r>
    </w:p>
    <w:p>
      <w:pPr>
        <w:jc w:val="right"/>
      </w:pPr>
      <w:r>
        <w:t>سو، آئی تھنک دیٹ وی آر لیونگ ان دیٹ سچویشن۔ وین، وین دیٹ ماڈل</w:t>
      </w:r>
    </w:p>
    <w:p>
      <w:r>
        <w:rPr>
          <w:b/>
        </w:rPr>
        <w:t xml:space="preserve">[28:22] </w:t>
      </w:r>
      <w:r>
        <w:t>which was given by final prophet is now become irrelevant, impossible to a</w:t>
      </w:r>
    </w:p>
    <w:p>
      <w:pPr>
        <w:jc w:val="right"/>
      </w:pPr>
      <w:r>
        <w:t>وچ واز گیون بائی فائنل پرافٹ از ناو بیکم اریلیونٹ، امپوسیبل ٹو ا</w:t>
      </w:r>
    </w:p>
    <w:p>
      <w:r>
        <w:rPr>
          <w:b/>
        </w:rPr>
        <w:t xml:space="preserve">[28:30] </w:t>
      </w:r>
      <w:r>
        <w:t>adopt. when you have to return that model according to the quranic injunction. so, now there is no room for hijrah or there is no room for jihad in present situation.</w:t>
      </w:r>
    </w:p>
    <w:p>
      <w:pPr>
        <w:jc w:val="right"/>
      </w:pPr>
      <w:r>
        <w:t>ڈاپٹ۔ وین یو ہیو ٹو ریٹرن دیٹ ماڈل اکارڈنگ ٹو دا قرآنک انجکشن۔ سو، ناؤ دیر از نو روم فار ہجرہ اور دیر از نو روم فار جہاد ان پریزنٹ سچویشن۔</w:t>
      </w:r>
    </w:p>
    <w:p>
      <w:r>
        <w:rPr>
          <w:b/>
        </w:rPr>
        <w:t xml:space="preserve">[28:50] </w:t>
      </w:r>
      <w:r>
        <w:t>you cannot declare that this country is the harab and that country is the harab. it is quite against the international norm</w:t>
      </w:r>
    </w:p>
    <w:p>
      <w:pPr>
        <w:jc w:val="right"/>
      </w:pPr>
      <w:r>
        <w:t>یو کین ناٹ ڈیکلیئر دیٹ دس کنٹری از دا الحرب اینڈ دیٹ کنٹری از دا الحرب۔ اٹ از کوائٹ اگینسٹ دی انٹرنیشنل نارم</w:t>
      </w:r>
    </w:p>
    <w:p>
      <w:r>
        <w:rPr>
          <w:b/>
        </w:rPr>
        <w:t xml:space="preserve">[28:59] </w:t>
      </w:r>
      <w:r>
        <w:t>to declare that this country or that country is the harab. it is quite against the international norm. so, all these kind of,</w:t>
      </w:r>
    </w:p>
    <w:p>
      <w:pPr>
        <w:jc w:val="right"/>
      </w:pPr>
      <w:r>
        <w:t>ٹو ڈیکلیئر دیٹ دس کنٹری اور دیٹ کنٹری از دا الحرب۔ اٹ از کوائٹ اگینسٹ دی انٹرنیشنل نارم۔ تو، ال دیز کائنڈ آف،</w:t>
      </w:r>
    </w:p>
    <w:p>
      <w:r>
        <w:rPr>
          <w:b/>
        </w:rPr>
        <w:t xml:space="preserve">[29:14] </w:t>
      </w:r>
      <w:r>
        <w:t>all these kind of thinking are now irrelevant.</w:t>
      </w:r>
    </w:p>
    <w:p>
      <w:pPr>
        <w:jc w:val="right"/>
      </w:pPr>
      <w:r>
        <w:t>ال دیز کائنڈ آف تھنکنگ آر ناو اریلیونٹ۔</w:t>
      </w:r>
    </w:p>
    <w:p>
      <w:r>
        <w:rPr>
          <w:b/>
        </w:rPr>
        <w:t xml:space="preserve">[29:20] </w:t>
      </w:r>
      <w:r>
        <w:t>we are living in the age of united nations, in the age of nationalism, in the age of, in the age of weapons of mass destruction.</w:t>
      </w:r>
    </w:p>
    <w:p>
      <w:pPr>
        <w:jc w:val="right"/>
      </w:pPr>
      <w:r>
        <w:t>وی آر لیونگ ان دا ایج آف یونائٹ نیشنز، ان دا ایج آف نیشنلزم، ان دا ایج آف، ان دا ایج آف ویپنز آف ماس ڈسٹرکشن۔</w:t>
      </w:r>
    </w:p>
    <w:p>
      <w:r>
        <w:rPr>
          <w:b/>
        </w:rPr>
        <w:t xml:space="preserve">[29:33] </w:t>
      </w:r>
      <w:r>
        <w:t>all these things have changed the situation completely.</w:t>
      </w:r>
    </w:p>
    <w:p>
      <w:pPr>
        <w:jc w:val="right"/>
      </w:pPr>
      <w:r>
        <w:t>ال دیز تھنگز ہیو چینج دا سچویشن کمپلیٹلی۔</w:t>
      </w:r>
    </w:p>
    <w:p>
      <w:r>
        <w:rPr>
          <w:b/>
        </w:rPr>
        <w:t xml:space="preserve">[29:44] </w:t>
      </w:r>
      <w:r>
        <w:t>so, in such situation, we have to re-study that verse of the quran. in this quranic verse:</w:t>
      </w:r>
    </w:p>
    <w:p>
      <w:pPr>
        <w:jc w:val="right"/>
      </w:pPr>
      <w:r>
        <w:t>سو، ان سچ سچویشن، وی ہیو ٹو ری اسٹڈی دیٹ ورس آف دا قرآن۔ ان دس قرآنک ورس:</w:t>
      </w:r>
    </w:p>
    <w:p>
      <w:r>
        <w:rPr>
          <w:b/>
        </w:rPr>
        <w:t xml:space="preserve">[29:57] </w:t>
      </w:r>
      <w:r>
        <w:t>"ya ayyuhal alladhina</w:t>
      </w:r>
    </w:p>
    <w:p>
      <w:pPr>
        <w:jc w:val="right"/>
      </w:pPr>
      <w:r>
        <w:t>"یا ایہا الذین</w:t>
      </w:r>
    </w:p>
    <w:p>
      <w:r>
        <w:rPr>
          <w:b/>
        </w:rPr>
        <w:t xml:space="preserve">[30:00] </w:t>
      </w:r>
      <w:r>
        <w:t>amanu, kon ansar Allah?" kama qala Isa ibn Maryam: "man ansar</w:t>
      </w:r>
    </w:p>
    <w:p>
      <w:pPr>
        <w:jc w:val="right"/>
      </w:pPr>
      <w:r>
        <w:t>آمنوا، کن انصار اللہ؟" کما قال عیسیٰ ابن مریم: "من انصار</w:t>
      </w:r>
    </w:p>
    <w:p>
      <w:r>
        <w:rPr>
          <w:b/>
        </w:rPr>
        <w:t xml:space="preserve">[30:09] </w:t>
      </w:r>
      <w:r>
        <w:t>Allah?" qala: "hawai, hawai, ana ansar Allah."</w:t>
      </w:r>
    </w:p>
    <w:p>
      <w:pPr>
        <w:jc w:val="right"/>
      </w:pPr>
      <w:r>
        <w:t>اللہ؟" قال: "الہوائی، ہوائی، انا انصار اللہ۔"</w:t>
      </w:r>
    </w:p>
    <w:p>
      <w:r>
        <w:rPr>
          <w:b/>
        </w:rPr>
        <w:t xml:space="preserve">[30:15] </w:t>
      </w:r>
      <w:r>
        <w:t>so, this quranic verse is</w:t>
      </w:r>
    </w:p>
    <w:p>
      <w:pPr>
        <w:jc w:val="right"/>
      </w:pPr>
      <w:r>
        <w:t>سو، دس قرآنک ورس از</w:t>
      </w:r>
    </w:p>
    <w:p>
      <w:r>
        <w:rPr>
          <w:b/>
        </w:rPr>
        <w:t xml:space="preserve">[30:19] </w:t>
      </w:r>
      <w:r>
        <w:t>like and and like a divine direction in advance.</w:t>
      </w:r>
    </w:p>
    <w:p>
      <w:pPr>
        <w:jc w:val="right"/>
      </w:pPr>
      <w:r>
        <w:t>لائک اینڈ اینڈ لائک ا ڈیوائن ڈائریکشن ان ایڈوانس۔</w:t>
      </w:r>
    </w:p>
    <w:p>
      <w:r>
        <w:rPr>
          <w:b/>
        </w:rPr>
        <w:t xml:space="preserve">[30:29] </w:t>
      </w:r>
      <w:r>
        <w:t>this is in the quran. we read this verse, but we fail to understand the meaning. so, this verse was an advance direction to the muslims that the day will come when situation will be quite different.</w:t>
      </w:r>
    </w:p>
    <w:p>
      <w:pPr>
        <w:jc w:val="right"/>
      </w:pPr>
      <w:r>
        <w:t>دس از ان دا قرآن۔ وی ریڈ دس ورس، بٹ وی فیل ٹو انڈرسٹینڈ دا میننگ۔ سو، دس ورس واز این ایڈوانس ڈائریکشن ٹو دا مسلمز دیٹ دا ڈے ویل کم وین سچویشن ویل بی کوائٹ ڈفرنٹ۔</w:t>
      </w:r>
    </w:p>
    <w:p>
      <w:r>
        <w:rPr>
          <w:b/>
        </w:rPr>
        <w:t xml:space="preserve">[30:51] </w:t>
      </w:r>
      <w:r>
        <w:t>you have to adopt this model.</w:t>
      </w:r>
    </w:p>
    <w:p>
      <w:pPr>
        <w:jc w:val="right"/>
      </w:pPr>
      <w:r>
        <w:t>یو ہیو ٹو اڈاپٹ دس ماڈل۔</w:t>
      </w:r>
    </w:p>
    <w:p>
      <w:r>
        <w:rPr>
          <w:b/>
        </w:rPr>
        <w:t xml:space="preserve">[30:57] </w:t>
      </w:r>
      <w:r>
        <w:t>now, here, i would like to add that</w:t>
      </w:r>
    </w:p>
    <w:p>
      <w:pPr>
        <w:jc w:val="right"/>
      </w:pPr>
      <w:r>
        <w:t>ناؤ، ہیر، آئی وڈ لائک ٹو ایڈ دیٹ</w:t>
      </w:r>
    </w:p>
    <w:p>
      <w:r>
        <w:rPr>
          <w:b/>
        </w:rPr>
        <w:t xml:space="preserve">[31:03] </w:t>
      </w:r>
      <w:r>
        <w:t>according to this. there is also a prediction in hadith that that is regarding the second coming of christ, second coming of jesus christ.</w:t>
      </w:r>
    </w:p>
    <w:p>
      <w:pPr>
        <w:jc w:val="right"/>
      </w:pPr>
      <w:r>
        <w:t>اکارڈ ٹو دس۔ دیر از السو ا پریڈکشن ان حدیث دیٹ دیٹ از ریگارڈنگ دا سیکنڈ کمنگ آف کرائسٹ، سیکنڈ کمنگ آف جیسس کرائسٹ۔</w:t>
      </w:r>
    </w:p>
    <w:p>
      <w:r>
        <w:rPr>
          <w:b/>
        </w:rPr>
        <w:t xml:space="preserve">[31:19] </w:t>
      </w:r>
      <w:r>
        <w:t>there is, there are several hadith, several traditions in hadith literature that tell us about the second coming of christ.</w:t>
      </w:r>
    </w:p>
    <w:p>
      <w:pPr>
        <w:jc w:val="right"/>
      </w:pPr>
      <w:r>
        <w:t>دیر از، دیر آر سورل حدیث، سورل ٹریڈیشنز ان حدیث لٹریچر دیٹ ٹیل اس اباؤٹ دی سیکنڈ کمنگ آف کرائسٹ۔</w:t>
      </w:r>
    </w:p>
    <w:p>
      <w:r>
        <w:rPr>
          <w:b/>
        </w:rPr>
        <w:t xml:space="preserve">[31:35] </w:t>
      </w:r>
      <w:r>
        <w:t>people generally think, people generally take this in, in</w:t>
      </w:r>
    </w:p>
    <w:p>
      <w:pPr>
        <w:jc w:val="right"/>
      </w:pPr>
      <w:r>
        <w:t>پیپل جنرلی تھنک، پیپل جنرلی ٹیک دس ان، ان</w:t>
      </w:r>
    </w:p>
    <w:p>
      <w:r>
        <w:rPr>
          <w:b/>
        </w:rPr>
        <w:t xml:space="preserve">[31:43] </w:t>
      </w:r>
      <w:r>
        <w:t>take this in the sense that christ will return with his body.</w:t>
      </w:r>
    </w:p>
    <w:p>
      <w:pPr>
        <w:jc w:val="right"/>
      </w:pPr>
      <w:r>
        <w:t>ٹیک دس ان دا سینس دیٹ کرائسٹ ویل ریٹرن ود ہز باڈی۔</w:t>
      </w:r>
    </w:p>
    <w:p>
      <w:r>
        <w:rPr>
          <w:b/>
        </w:rPr>
        <w:t xml:space="preserve">[31:52] </w:t>
      </w:r>
      <w:r>
        <w:t>it is nonsense.</w:t>
      </w:r>
    </w:p>
    <w:p>
      <w:pPr>
        <w:jc w:val="right"/>
      </w:pPr>
      <w:r>
        <w:t>اٹ از نان سینس۔</w:t>
      </w:r>
    </w:p>
    <w:p>
      <w:r>
        <w:rPr>
          <w:b/>
        </w:rPr>
        <w:t xml:space="preserve">[31:59] </w:t>
      </w:r>
      <w:r>
        <w:t>i have studied all these literature. i can say that second coming of christ is okay, is correct.</w:t>
      </w:r>
    </w:p>
    <w:p>
      <w:pPr>
        <w:jc w:val="right"/>
      </w:pPr>
      <w:r>
        <w:t>آئی ہیو اسٹڈی ال دیز لٹریچر۔ آئی کین سے دیٹ سیکنڈ کمنگ آف کرائسٹ از اوکے، از کریکٹ۔</w:t>
      </w:r>
    </w:p>
    <w:p>
      <w:r>
        <w:rPr>
          <w:b/>
        </w:rPr>
        <w:t xml:space="preserve">[32:09] </w:t>
      </w:r>
      <w:r>
        <w:t>but this second coming means second coming of christ model or not christ body.</w:t>
      </w:r>
    </w:p>
    <w:p>
      <w:pPr>
        <w:jc w:val="right"/>
      </w:pPr>
      <w:r>
        <w:t>بٹ دس سیکنڈ کمنگ مینز سیکنڈ کمنگ آف کرائسٹ ماڈل آر ناٹ کرائسٹ باڈی۔</w:t>
      </w:r>
    </w:p>
    <w:p>
      <w:r>
        <w:rPr>
          <w:b/>
        </w:rPr>
        <w:t xml:space="preserve">[32:23] </w:t>
      </w:r>
      <w:r>
        <w:t>the concept of second coming of christ is correct. but second coming of christ means second coming in terms of model, in terms of model, and not in terms of body.</w:t>
      </w:r>
    </w:p>
    <w:p>
      <w:pPr>
        <w:jc w:val="right"/>
      </w:pPr>
      <w:r>
        <w:t>دا کانسیپٹ آف سیکنڈ کمنگ آف کرائسٹ از کریکٹ۔ بٹ سیکنڈ کمنگ آف کرائسٹ مینز سیکنڈ کمنگ ان ٹرم آف ماڈل، ان ٹرم آف ماڈل، اینڈ ناٹ ان ٹرم آف باڈی۔</w:t>
      </w:r>
    </w:p>
    <w:p>
      <w:r>
        <w:rPr>
          <w:b/>
        </w:rPr>
        <w:t xml:space="preserve">[32:46] </w:t>
      </w:r>
      <w:r>
        <w:t>i think that we are living in that age.</w:t>
      </w:r>
    </w:p>
    <w:p>
      <w:pPr>
        <w:jc w:val="right"/>
      </w:pPr>
      <w:r>
        <w:t>آئی تھنک دیٹ وی آر لیونگ ان دیٹ ایج۔</w:t>
      </w:r>
    </w:p>
    <w:p>
      <w:r>
        <w:rPr>
          <w:b/>
        </w:rPr>
        <w:t xml:space="preserve">[32:52] </w:t>
      </w:r>
      <w:r>
        <w:t>all the situation has been changed. now, we have to adopt that model</w:t>
      </w:r>
    </w:p>
    <w:p>
      <w:pPr>
        <w:jc w:val="right"/>
      </w:pPr>
      <w:r>
        <w:t>ال دا سچویشن ہیز بین چینجڈ۔ ناؤ، وی ہیو ٹو اڈاپٹ دیٹ ماڈل</w:t>
      </w:r>
    </w:p>
    <w:p>
      <w:r>
        <w:rPr>
          <w:b/>
        </w:rPr>
        <w:t xml:space="preserve">[33:03] </w:t>
      </w:r>
      <w:r>
        <w:t>which was given by jesus christ. that is peaceful da'wah work, no political confrontation.</w:t>
      </w:r>
    </w:p>
    <w:p>
      <w:pPr>
        <w:jc w:val="right"/>
      </w:pPr>
      <w:r>
        <w:t>وچ واز گیون بائی جیسس کرائسٹ۔ دیٹ از پیس فل دعویٰ ورک، نو پولیٹیکل کنفرنٹیشن۔</w:t>
      </w:r>
    </w:p>
    <w:p>
      <w:r>
        <w:rPr>
          <w:b/>
        </w:rPr>
        <w:t xml:space="preserve">[33:17] </w:t>
      </w:r>
      <w:r>
        <w:t>peaceful daawa work without any kind of political confrontation.</w:t>
      </w:r>
    </w:p>
    <w:p>
      <w:pPr>
        <w:jc w:val="right"/>
      </w:pPr>
      <w:r>
        <w:t>پیس فل دعویٰ ورک ودا آؤٹ اینی کائنڈ آف پولیٹیکل کنفرنٹیشن۔</w:t>
      </w:r>
    </w:p>
    <w:p>
      <w:r>
        <w:rPr>
          <w:b/>
        </w:rPr>
        <w:t xml:space="preserve">[33:25] </w:t>
      </w:r>
      <w:r>
        <w:t>So, this model which was given by Jesus Christ is most relevant in our age.</w:t>
      </w:r>
    </w:p>
    <w:p>
      <w:pPr>
        <w:jc w:val="right"/>
      </w:pPr>
      <w:r>
        <w:t>سو، دس ماڈل وچ واز گیون بائی جیسس کرائسٹ از موسٹ ریلیونٹ ان اور ایج۔</w:t>
      </w:r>
    </w:p>
    <w:p>
      <w:r>
        <w:rPr>
          <w:b/>
        </w:rPr>
        <w:t xml:space="preserve">[33:35] </w:t>
      </w:r>
      <w:r>
        <w:t>And this is the second coming of Christ.</w:t>
      </w:r>
    </w:p>
    <w:p>
      <w:pPr>
        <w:jc w:val="right"/>
      </w:pPr>
      <w:r>
        <w:t>اینڈ دس از دا سیکنڈ کمنگ آف کرائسٹ۔</w:t>
      </w:r>
    </w:p>
    <w:p>
      <w:r>
        <w:rPr>
          <w:b/>
        </w:rPr>
        <w:t xml:space="preserve">[33:43] </w:t>
      </w:r>
      <w:r>
        <w:t>And this second coming of Christ in term of model is described in the Quran in Surah Asf, chapter number 61.</w:t>
      </w:r>
    </w:p>
    <w:p>
      <w:pPr>
        <w:jc w:val="right"/>
      </w:pPr>
      <w:r>
        <w:t>اینڈ دس سیکنڈ کمنگ آف کرائسٹ ان ٹرم آف ماڈل از ڈسکرائب ان دا قرآن ان سورہ اصف، چیپٹر نمبر 61۔</w:t>
      </w:r>
    </w:p>
    <w:p>
      <w:r>
        <w:rPr>
          <w:b/>
        </w:rPr>
        <w:t xml:space="preserve">[33:57] </w:t>
      </w:r>
      <w:r>
        <w:t>Ya ayuhal ladheena aamano, kun ansaar Allah? Kama qala Isa ibn Maryam: "Al Hawari, man ansari Allah?" Qala: "Al Hawari,</w:t>
      </w:r>
    </w:p>
    <w:p>
      <w:pPr>
        <w:jc w:val="right"/>
      </w:pPr>
      <w:r>
        <w:t>یا ایہا الذین آمنوا، کن انصار اللہ؟ کما قال عیسیٰ ابن مریم: "الحواری، من انصاری اللہ؟" قال: "الحواری،</w:t>
      </w:r>
    </w:p>
    <w:p>
      <w:r>
        <w:rPr>
          <w:b/>
        </w:rPr>
        <w:t xml:space="preserve">[34:12] </w:t>
      </w:r>
      <w:r>
        <w:t>Ana ansaar Allah." Fa amarat taa'ifatun min bani Israel wa kafarat taa'ifah. Alladheena aamanoo 'ala zaahireen.</w:t>
      </w:r>
    </w:p>
    <w:p>
      <w:pPr>
        <w:jc w:val="right"/>
      </w:pPr>
      <w:r>
        <w:t>انا انصار اللہ۔" فامرت طائفۃ من بنی اسرائیل وکفر الطائفہ۔ الذین آمنوا علی ظاہرین۔</w:t>
      </w:r>
    </w:p>
    <w:p>
      <w:r>
        <w:rPr>
          <w:b/>
        </w:rPr>
        <w:t xml:space="preserve">[34:25] </w:t>
      </w:r>
      <w:r>
        <w:t>So, this is the second coming of Christ. That is</w:t>
      </w:r>
    </w:p>
    <w:p>
      <w:pPr>
        <w:jc w:val="right"/>
      </w:pPr>
      <w:r>
        <w:t>سو، دس از دا سیکنڈ کمنگ آف کرائسٹ۔ دیٹ از</w:t>
      </w:r>
    </w:p>
    <w:p>
      <w:r>
        <w:rPr>
          <w:b/>
        </w:rPr>
        <w:t xml:space="preserve">[34:34] </w:t>
      </w:r>
      <w:r>
        <w:t>coming back in term of model, rather than in term of body.</w:t>
      </w:r>
    </w:p>
    <w:p>
      <w:pPr>
        <w:jc w:val="right"/>
      </w:pPr>
      <w:r>
        <w:t>کمنگ بیک ان ٹرم آف ماڈل، رادر دین ان ٹرم آف باڈی۔</w:t>
      </w:r>
    </w:p>
    <w:p>
      <w:r>
        <w:rPr>
          <w:b/>
        </w:rPr>
        <w:t xml:space="preserve">[34:42] </w:t>
      </w:r>
      <w:r>
        <w:t>So, we have to reassess the whole situation.</w:t>
      </w:r>
    </w:p>
    <w:p>
      <w:pPr>
        <w:jc w:val="right"/>
      </w:pPr>
      <w:r>
        <w:t>سو، وی ہیو ٹو ری اسس دا ہول سچویشن۔</w:t>
      </w:r>
    </w:p>
    <w:p>
      <w:r>
        <w:rPr>
          <w:b/>
        </w:rPr>
        <w:t xml:space="preserve">[34:48] </w:t>
      </w:r>
      <w:r>
        <w:t>Now, the time is, time is of reassessment</w:t>
      </w:r>
    </w:p>
    <w:p>
      <w:pPr>
        <w:jc w:val="right"/>
      </w:pPr>
      <w:r>
        <w:t>ناؤ، دا ٹائم از، ٹائم از اف ری اسسمنٹ</w:t>
      </w:r>
    </w:p>
    <w:p>
      <w:r>
        <w:rPr>
          <w:b/>
        </w:rPr>
        <w:t xml:space="preserve">[34:54] </w:t>
      </w:r>
      <w:r>
        <w:t>. We have to reassess the whole situation. Present Muslims are living in blind alley.</w:t>
      </w:r>
    </w:p>
    <w:p>
      <w:pPr>
        <w:jc w:val="right"/>
      </w:pPr>
      <w:r>
        <w:t>۔ وی ہیو ٹو ری اسس دا ہول سچویشن۔ پریزنٹ مسلمز آر لیونگ ان بلائنڈ ایلی۔</w:t>
      </w:r>
    </w:p>
    <w:p>
      <w:r>
        <w:rPr>
          <w:b/>
        </w:rPr>
        <w:t xml:space="preserve">[35:04] </w:t>
      </w:r>
      <w:r>
        <w:t>They have become directionless. They find that every door is closed.</w:t>
      </w:r>
    </w:p>
    <w:p>
      <w:pPr>
        <w:jc w:val="right"/>
      </w:pPr>
      <w:r>
        <w:t>دے ہیو بیکم ڈائریکشن لیس۔ دے فائنڈ دیٹ ایوری ڈور از کلوزڈ۔</w:t>
      </w:r>
    </w:p>
    <w:p>
      <w:r>
        <w:rPr>
          <w:b/>
        </w:rPr>
        <w:t xml:space="preserve">[35:18] </w:t>
      </w:r>
      <w:r>
        <w:t>All those actions which was based on the concept of the harb, the concept of hijrah, and the concept of jihad has become irrelevant in our present age.</w:t>
      </w:r>
    </w:p>
    <w:p>
      <w:pPr>
        <w:jc w:val="right"/>
      </w:pPr>
      <w:r>
        <w:t>ال دوز ایکشنز وچ واز بیسڈ ان دا کانسیپٹ آف دا الحرب، دا کانسیپٹ آف ہجرہ، اینڈ دا کانسیپٹ آف جہاد ہیز بیکم اریلیونٹ ان اور پریزنٹ ایج۔</w:t>
      </w:r>
    </w:p>
    <w:p>
      <w:r>
        <w:rPr>
          <w:b/>
        </w:rPr>
        <w:t xml:space="preserve">[35:36] </w:t>
      </w:r>
      <w:r>
        <w:t>So, now, we have to reassess the whole situation.</w:t>
      </w:r>
    </w:p>
    <w:p>
      <w:pPr>
        <w:jc w:val="right"/>
      </w:pPr>
      <w:r>
        <w:t>تو، ناؤ، وی ہیو ٹو ری اسس دا ہول سچویشن۔</w:t>
      </w:r>
    </w:p>
    <w:p>
      <w:r>
        <w:rPr>
          <w:b/>
        </w:rPr>
        <w:t xml:space="preserve">[35:45] </w:t>
      </w:r>
      <w:r>
        <w:t>I can say that</w:t>
      </w:r>
    </w:p>
    <w:p>
      <w:pPr>
        <w:jc w:val="right"/>
      </w:pPr>
      <w:r>
        <w:t>آئی کین سے دیٹ</w:t>
      </w:r>
    </w:p>
    <w:p>
      <w:r>
        <w:rPr>
          <w:b/>
        </w:rPr>
        <w:t xml:space="preserve">[35:52] </w:t>
      </w:r>
      <w:r>
        <w:t>in the, in divine, in divine religion</w:t>
      </w:r>
    </w:p>
    <w:p>
      <w:pPr>
        <w:jc w:val="right"/>
      </w:pPr>
      <w:r>
        <w:t>ان دا، ان ڈیوائن، ان ڈیوائن ریلیجن</w:t>
      </w:r>
    </w:p>
    <w:p>
      <w:r>
        <w:rPr>
          <w:b/>
        </w:rPr>
        <w:t xml:space="preserve">[35:58] </w:t>
      </w:r>
      <w:r>
        <w:t>the ideology is eternal. Ideology is eternal, our belief system is eternal.</w:t>
      </w:r>
    </w:p>
    <w:p>
      <w:pPr>
        <w:jc w:val="right"/>
      </w:pPr>
      <w:r>
        <w:t>دی آئیڈیالوجی از ایٹرنل۔ آئیڈیالوجی از ایٹرنل، اور بیلیف سسٹم از ایٹرنل۔</w:t>
      </w:r>
    </w:p>
    <w:p>
      <w:r>
        <w:rPr>
          <w:b/>
        </w:rPr>
        <w:t xml:space="preserve">[36:09] </w:t>
      </w:r>
      <w:r>
        <w:t>Theoretical model is eternal, but the practical model is different.</w:t>
      </w:r>
    </w:p>
    <w:p>
      <w:pPr>
        <w:jc w:val="right"/>
      </w:pPr>
      <w:r>
        <w:t>تھریٹیکل ماڈل از ایٹرنل، بٹ دا پریکٹیکل ماڈل از ڈفرنٹ۔</w:t>
      </w:r>
    </w:p>
    <w:p>
      <w:r>
        <w:rPr>
          <w:b/>
        </w:rPr>
        <w:t xml:space="preserve">[36:21] </w:t>
      </w:r>
      <w:r>
        <w:t>And practical model, there are several available models in the Quran.</w:t>
      </w:r>
    </w:p>
    <w:p>
      <w:pPr>
        <w:jc w:val="right"/>
      </w:pPr>
      <w:r>
        <w:t>اینڈ پریکٹیکل ماڈل، دیر آر سورل اویلیبل ماڈل ان دا قرآن۔</w:t>
      </w:r>
    </w:p>
    <w:p>
      <w:r>
        <w:rPr>
          <w:b/>
        </w:rPr>
        <w:t xml:space="preserve">[36:32] </w:t>
      </w:r>
      <w:r>
        <w:t>As you know, Quran mentions 25 prophets by their name.</w:t>
      </w:r>
    </w:p>
    <w:p>
      <w:pPr>
        <w:jc w:val="right"/>
      </w:pPr>
      <w:r>
        <w:t>ایز یو نو، قرآن مینشنز 25 پرافٹس بائی دیر نیم۔</w:t>
      </w:r>
    </w:p>
    <w:p>
      <w:r>
        <w:rPr>
          <w:b/>
        </w:rPr>
        <w:t xml:space="preserve">[36:42] </w:t>
      </w:r>
      <w:r>
        <w:t>So, according to the Quran, these are 25 models</w:t>
      </w:r>
    </w:p>
    <w:p>
      <w:pPr>
        <w:jc w:val="right"/>
      </w:pPr>
      <w:r>
        <w:t>سو، اکارڈنگ ٹو دا قرآن، دیز آر 25 ماڈلز</w:t>
      </w:r>
    </w:p>
    <w:p>
      <w:r>
        <w:rPr>
          <w:b/>
        </w:rPr>
        <w:t xml:space="preserve">[36:51] </w:t>
      </w:r>
      <w:r>
        <w:t>and applicable to different situations, different conditions. So, we have to read our situation</w:t>
      </w:r>
    </w:p>
    <w:p>
      <w:pPr>
        <w:jc w:val="right"/>
      </w:pPr>
      <w:r>
        <w:t>اینڈ اپلیکیبل ٹو ڈفرنٹ سچویشنز، ڈفرنٹ کنڈیشنز۔ سو، وی ہیو ٹو ریڈ اور سچویشن</w:t>
      </w:r>
    </w:p>
    <w:p>
      <w:r>
        <w:rPr>
          <w:b/>
        </w:rPr>
        <w:t xml:space="preserve">[37:01] </w:t>
      </w:r>
      <w:r>
        <w:t>. We have to know in what situation we are living at present. Then, we have to</w:t>
      </w:r>
    </w:p>
    <w:p>
      <w:pPr>
        <w:jc w:val="right"/>
      </w:pPr>
      <w:r>
        <w:t>۔ وی ہیو ٹو نو ان واٹ سچویشن وی آر لیونگ ایٹ پریزنٹ۔ دین، وی ہیو ٹو</w:t>
      </w:r>
    </w:p>
    <w:p>
      <w:r>
        <w:rPr>
          <w:b/>
        </w:rPr>
        <w:t xml:space="preserve">[37:11] </w:t>
      </w:r>
      <w:r>
        <w:t>read the prophetic history given in the Quran.</w:t>
      </w:r>
    </w:p>
    <w:p>
      <w:pPr>
        <w:jc w:val="right"/>
      </w:pPr>
      <w:r>
        <w:t>ریڈ دا پرافیٹک ہسٹری گیون ان دا قرآن۔</w:t>
      </w:r>
    </w:p>
    <w:p>
      <w:r>
        <w:rPr>
          <w:b/>
        </w:rPr>
        <w:t xml:space="preserve">[37:19] </w:t>
      </w:r>
      <w:r>
        <w:t>And then, we find out which one of those models is applicable to our situation.</w:t>
      </w:r>
    </w:p>
    <w:p>
      <w:pPr>
        <w:jc w:val="right"/>
      </w:pPr>
      <w:r>
        <w:t>اینڈ دین، وی فائنڈ آؤٹ وچ ون آف دوز ماڈلز از اپلیکیبل ٹو اور سچویشن۔</w:t>
      </w:r>
    </w:p>
    <w:p>
      <w:r>
        <w:rPr>
          <w:b/>
        </w:rPr>
        <w:t xml:space="preserve">[37:36] </w:t>
      </w:r>
      <w:r>
        <w:t>i can say that, after long, long study, i found that in our present situation that model is applicable.</w:t>
      </w:r>
    </w:p>
    <w:p>
      <w:pPr>
        <w:jc w:val="right"/>
      </w:pPr>
      <w:r>
        <w:t>آئی کین سے دیٹ، افٹر لانگ، لانگ اسٹڈی، آئی فاؤنڈ دیٹ ان اور پریزنٹ سچویشن دیٹ ماڈل از اپلیکیبل۔</w:t>
      </w:r>
    </w:p>
    <w:p>
      <w:r>
        <w:rPr>
          <w:b/>
        </w:rPr>
        <w:t xml:space="preserve">[37:49] </w:t>
      </w:r>
      <w:r>
        <w:t>that model is more applicable that was given by jesus christ. and this model is based on the concept of peaceful da'wah work.</w:t>
      </w:r>
    </w:p>
    <w:p>
      <w:pPr>
        <w:jc w:val="right"/>
      </w:pPr>
      <w:r>
        <w:t>دیٹ ماڈل از مور اپلیکیبل دیٹ واز گیون بائی جیسس کرائسٹ۔ اینڈ دس ماڈل از بیسڈ ان دا کانسیپٹ آف پیس فل دعویٰ ورک۔</w:t>
      </w:r>
    </w:p>
    <w:p>
      <w:r>
        <w:rPr>
          <w:b/>
        </w:rPr>
        <w:t xml:space="preserve">[38:04] </w:t>
      </w:r>
      <w:r>
        <w:t>peaceful da'wah work.</w:t>
      </w:r>
    </w:p>
    <w:p>
      <w:pPr>
        <w:jc w:val="right"/>
      </w:pPr>
      <w:r>
        <w:t>پیس فل دعویٰ ورک۔</w:t>
      </w:r>
    </w:p>
    <w:p>
      <w:r>
        <w:rPr>
          <w:b/>
        </w:rPr>
        <w:t xml:space="preserve">[38:08] </w:t>
      </w:r>
      <w:r>
        <w:t>so, we have to adopt this model. we have to avoid political confrontation completely.</w:t>
      </w:r>
    </w:p>
    <w:p>
      <w:pPr>
        <w:jc w:val="right"/>
      </w:pPr>
      <w:r>
        <w:t>سو، وی ہیو ٹو اڈاپٹ دس ماڈل۔ وی ہیو ٹو اوائڈ پولیٹیکل کنفرنٹیشن کمپلیٹلی۔</w:t>
      </w:r>
    </w:p>
    <w:p>
      <w:r>
        <w:rPr>
          <w:b/>
        </w:rPr>
        <w:t xml:space="preserve">[38:19] </w:t>
      </w:r>
      <w:r>
        <w:t>no political confrontation at all.</w:t>
      </w:r>
    </w:p>
    <w:p>
      <w:pPr>
        <w:jc w:val="right"/>
      </w:pPr>
      <w:r>
        <w:t>نو پولیٹیکل کنفرنشن ایٹ آل۔</w:t>
      </w:r>
    </w:p>
    <w:p>
      <w:r>
        <w:rPr>
          <w:b/>
        </w:rPr>
        <w:t xml:space="preserve">[38:26] </w:t>
      </w:r>
      <w:r>
        <w:t>all these political confrontation has become unwarranted in our age. so, we have to adopt the formula</w:t>
      </w:r>
    </w:p>
    <w:p>
      <w:pPr>
        <w:jc w:val="right"/>
      </w:pPr>
      <w:r>
        <w:t>ال دیز پولیٹیکل کنفرنشن ہیز بیکم ان وارنٹڈ ان اور ایج۔ سو، وی ہیو ٹو اڈاپٹ دا فارمولا</w:t>
      </w:r>
    </w:p>
    <w:p>
      <w:r>
        <w:rPr>
          <w:b/>
        </w:rPr>
        <w:t xml:space="preserve">[38:41] </w:t>
      </w:r>
      <w:r>
        <w:t>that</w:t>
      </w:r>
    </w:p>
    <w:p>
      <w:pPr>
        <w:jc w:val="right"/>
      </w:pPr>
      <w:r>
        <w:t>دیٹ</w:t>
      </w:r>
    </w:p>
    <w:p>
      <w:r>
        <w:rPr>
          <w:b/>
        </w:rPr>
        <w:t xml:space="preserve">[38:45] </w:t>
      </w:r>
      <w:r>
        <w:t>avoid political confrontation and avail da'wah opportunities.</w:t>
      </w:r>
    </w:p>
    <w:p>
      <w:pPr>
        <w:jc w:val="right"/>
      </w:pPr>
      <w:r>
        <w:t>اوائڈ پولیٹیکل کنفرنٹیشن اینڈ اویل دعویٰ اپرچونیٹیز۔</w:t>
      </w:r>
    </w:p>
    <w:p>
      <w:r>
        <w:rPr>
          <w:b/>
        </w:rPr>
        <w:t xml:space="preserve">[38:58] </w:t>
      </w:r>
      <w:r>
        <w:t>this is the formula that is relevant to our modern condition.</w:t>
      </w:r>
    </w:p>
    <w:p>
      <w:pPr>
        <w:jc w:val="right"/>
      </w:pPr>
      <w:r>
        <w:t>دس از دا فارمولا دیٹ از ریلیونٹ ٹو اور ماڈرن کنڈیشن۔</w:t>
      </w:r>
    </w:p>
    <w:p>
      <w:r>
        <w:rPr>
          <w:b/>
        </w:rPr>
        <w:t xml:space="preserve">[39:12] </w:t>
      </w:r>
      <w:r>
        <w:t>any other formula is now irrelevant. you know,</w:t>
      </w:r>
    </w:p>
    <w:p>
      <w:pPr>
        <w:jc w:val="right"/>
      </w:pPr>
      <w:r>
        <w:t>اینی ادر فارمولا از ناو اریلیونٹ۔ یو نو،</w:t>
      </w:r>
    </w:p>
    <w:p>
      <w:r>
        <w:rPr>
          <w:b/>
        </w:rPr>
        <w:t xml:space="preserve">[39:20] </w:t>
      </w:r>
      <w:r>
        <w:t>the name of the prophet of islam was muhammad bin abdullah bin abdul muttalib. he was born in mecca</w:t>
      </w:r>
    </w:p>
    <w:p>
      <w:pPr>
        <w:jc w:val="right"/>
      </w:pPr>
      <w:r>
        <w:t>دا نیم آف دا پرافٹ آف اسلام واز محمد بن عبداللہ بن عبدالمطلب۔ ہی واز بورن ان مکہ</w:t>
      </w:r>
    </w:p>
    <w:p>
      <w:r>
        <w:rPr>
          <w:b/>
        </w:rPr>
        <w:t xml:space="preserve">[39:36] </w:t>
      </w:r>
      <w:r>
        <w:t>in 570 ad.</w:t>
      </w:r>
    </w:p>
    <w:p>
      <w:pPr>
        <w:jc w:val="right"/>
      </w:pPr>
      <w:r>
        <w:t>ان 570 اے ڈی۔</w:t>
      </w:r>
    </w:p>
    <w:p>
      <w:r>
        <w:rPr>
          <w:b/>
        </w:rPr>
        <w:t xml:space="preserve">[39:44] </w:t>
      </w:r>
      <w:r>
        <w:t>he received his first revelation in 610.</w:t>
      </w:r>
    </w:p>
    <w:p>
      <w:pPr>
        <w:jc w:val="right"/>
      </w:pPr>
      <w:r>
        <w:t>ہی ریسیوڈ ہز فرسٹ ریولیشن ان 610۔</w:t>
      </w:r>
    </w:p>
    <w:p>
      <w:r>
        <w:rPr>
          <w:b/>
        </w:rPr>
        <w:t xml:space="preserve">[39:52] </w:t>
      </w:r>
      <w:r>
        <w:t>this was the beginning of his, of his mission, of his prophetic mission.</w:t>
      </w:r>
    </w:p>
    <w:p>
      <w:pPr>
        <w:jc w:val="right"/>
      </w:pPr>
      <w:r>
        <w:t>دس واز دا بگننگ آف ہز، آف ہز مشن، آف ہز پرافیٹک مشن۔</w:t>
      </w:r>
    </w:p>
    <w:p>
      <w:r>
        <w:rPr>
          <w:b/>
        </w:rPr>
        <w:t xml:space="preserve">[40:03] </w:t>
      </w:r>
      <w:r>
        <w:t>what was his mission</w:t>
      </w:r>
    </w:p>
    <w:p>
      <w:pPr>
        <w:jc w:val="right"/>
      </w:pPr>
      <w:r>
        <w:t>واٹ واز ہز مشن</w:t>
      </w:r>
    </w:p>
    <w:p>
      <w:r>
        <w:rPr>
          <w:b/>
        </w:rPr>
        <w:t xml:space="preserve">[40:06] </w:t>
      </w:r>
      <w:r>
        <w:t>? his mission was to establish tawhid, that is oneness of god.</w:t>
      </w:r>
    </w:p>
    <w:p>
      <w:pPr>
        <w:jc w:val="right"/>
      </w:pPr>
      <w:r>
        <w:t>؟ ہز مشن واز ٹو اسٹیبلش توحید، دیٹ از وننس آف گاڈ۔</w:t>
      </w:r>
    </w:p>
    <w:p>
      <w:r>
        <w:rPr>
          <w:b/>
        </w:rPr>
        <w:t xml:space="preserve">[40:20] </w:t>
      </w:r>
      <w:r>
        <w:t>used to say,</w:t>
      </w:r>
    </w:p>
    <w:p>
      <w:pPr>
        <w:jc w:val="right"/>
      </w:pPr>
      <w:r>
        <w:t>یوز ٹو سے،</w:t>
      </w:r>
    </w:p>
    <w:p>
      <w:r>
        <w:rPr>
          <w:b/>
        </w:rPr>
        <w:t xml:space="preserve">[40:23] </w:t>
      </w:r>
      <w:r>
        <w:t>used to visit the</w:t>
      </w:r>
    </w:p>
    <w:p>
      <w:pPr>
        <w:jc w:val="right"/>
      </w:pPr>
      <w:r>
        <w:t>یوز ٹو وزٹ دا</w:t>
      </w:r>
    </w:p>
    <w:p>
      <w:r>
        <w:rPr>
          <w:b/>
        </w:rPr>
        <w:t xml:space="preserve">[40:27] </w:t>
      </w:r>
      <w:r>
        <w:t>people and say: "Eyyuhannas, qulu</w:t>
      </w:r>
    </w:p>
    <w:p>
      <w:pPr>
        <w:jc w:val="right"/>
      </w:pPr>
      <w:r>
        <w:t>پیپل اینڈ سے: "ایہا الناس، قولو</w:t>
      </w:r>
    </w:p>
    <w:p>
      <w:r>
        <w:rPr>
          <w:b/>
        </w:rPr>
        <w:t xml:space="preserve">[40:32] </w:t>
      </w:r>
      <w:r>
        <w:t>la ilaha illallah, tuflaho."</w:t>
      </w:r>
    </w:p>
    <w:p>
      <w:pPr>
        <w:jc w:val="right"/>
      </w:pPr>
      <w:r>
        <w:t>لا الہ الا اللہ، طفل ہو۔"</w:t>
      </w:r>
    </w:p>
    <w:p>
      <w:r>
        <w:rPr>
          <w:b/>
        </w:rPr>
        <w:t xml:space="preserve">[40:37] </w:t>
      </w:r>
      <w:r>
        <w:t>o people, say that</w:t>
      </w:r>
    </w:p>
    <w:p>
      <w:pPr>
        <w:jc w:val="right"/>
      </w:pPr>
      <w:r>
        <w:t>او پیپل، سے دیٹ</w:t>
      </w:r>
    </w:p>
    <w:p>
      <w:r>
        <w:rPr>
          <w:b/>
        </w:rPr>
        <w:t xml:space="preserve">[40:41] </w:t>
      </w:r>
      <w:r>
        <w:t>there is no god but one god and</w:t>
      </w:r>
    </w:p>
    <w:p>
      <w:pPr>
        <w:jc w:val="right"/>
      </w:pPr>
      <w:r>
        <w:t>دیر از نو گاڈ بٹ ون گاڈ اینڈ</w:t>
      </w:r>
    </w:p>
    <w:p>
      <w:r>
        <w:rPr>
          <w:b/>
        </w:rPr>
        <w:t xml:space="preserve">[40:46] </w:t>
      </w:r>
      <w:r>
        <w:t>you will be success.</w:t>
      </w:r>
    </w:p>
    <w:p>
      <w:pPr>
        <w:jc w:val="right"/>
      </w:pPr>
      <w:r>
        <w:t>یو ویل بی سکسیس۔</w:t>
      </w:r>
    </w:p>
    <w:p>
      <w:r>
        <w:rPr>
          <w:b/>
        </w:rPr>
        <w:t xml:space="preserve">[40:51] </w:t>
      </w:r>
      <w:r>
        <w:t>Quran gives the introduction in these verse. Quran gives his introduction in these verse: "da'i ila Allah, bi munir." So, the prophet of Islam was a da'i,</w:t>
      </w:r>
    </w:p>
    <w:p>
      <w:pPr>
        <w:jc w:val="right"/>
      </w:pPr>
      <w:r>
        <w:t>قرآن گوز دا انٹروڈکشن ان دیز ورس۔ قرآن گوز ہز انٹروڈکشن ان دیز ورس: "دای الا اللہ، بے منیرا۔" سو، دا پرافٹ آف اسلام واز ا دائی،</w:t>
      </w:r>
    </w:p>
    <w:p>
      <w:r>
        <w:rPr>
          <w:b/>
        </w:rPr>
        <w:t xml:space="preserve">[41:12] </w:t>
      </w:r>
      <w:r>
        <w:t>a prophetic da'i.</w:t>
      </w:r>
    </w:p>
    <w:p>
      <w:pPr>
        <w:jc w:val="right"/>
      </w:pPr>
      <w:r>
        <w:t>ا پرافیٹک دائی۔</w:t>
      </w:r>
    </w:p>
    <w:p>
      <w:r>
        <w:rPr>
          <w:b/>
        </w:rPr>
        <w:t xml:space="preserve">[41:15] </w:t>
      </w:r>
      <w:r>
        <w:t>this was his sole introduction given in the quran.</w:t>
      </w:r>
    </w:p>
    <w:p>
      <w:pPr>
        <w:jc w:val="right"/>
      </w:pPr>
      <w:r>
        <w:t>دس واز ہز سول انٹروڈکشن گیون ان دا قرآن۔</w:t>
      </w:r>
    </w:p>
    <w:p>
      <w:r>
        <w:rPr>
          <w:b/>
        </w:rPr>
        <w:t xml:space="preserve">[41:25] </w:t>
      </w:r>
      <w:r>
        <w:t>he started his mission as da'wah. also, he ended his mission as da'wah.</w:t>
      </w:r>
    </w:p>
    <w:p>
      <w:pPr>
        <w:jc w:val="right"/>
      </w:pPr>
      <w:r>
        <w:t>ہی سٹارٹڈ ہز مشن ایز دعویٰ۔ السو، ہی اینڈڈ ہز مشن ایز دعویٰ۔</w:t>
      </w:r>
    </w:p>
    <w:p>
      <w:r>
        <w:rPr>
          <w:b/>
        </w:rPr>
        <w:t xml:space="preserve">[41:40] </w:t>
      </w:r>
      <w:r>
        <w:t>when he started his mission in 610 ad, he invited people to gather at safa.</w:t>
      </w:r>
    </w:p>
    <w:p>
      <w:pPr>
        <w:jc w:val="right"/>
      </w:pPr>
      <w:r>
        <w:t>وین ہی سٹارٹڈ ہز مشن ان 610 اے ڈی، ہی انوائٹڈ پیپل ٹو گیدر ایٹ صفا۔</w:t>
      </w:r>
    </w:p>
    <w:p>
      <w:r>
        <w:rPr>
          <w:b/>
        </w:rPr>
        <w:t xml:space="preserve">[41:54] </w:t>
      </w:r>
      <w:r>
        <w:t>at mountain safa. safa was a rock. people used this rock as a platform</w:t>
      </w:r>
    </w:p>
    <w:p>
      <w:pPr>
        <w:jc w:val="right"/>
      </w:pPr>
      <w:r>
        <w:t>ایٹ ماؤنٹین صفا۔ صفا واز ا راک۔ پیپل یوزڈ دس راک ایز ا پلیٹ فارم</w:t>
      </w:r>
    </w:p>
    <w:p>
      <w:r>
        <w:rPr>
          <w:b/>
        </w:rPr>
        <w:t xml:space="preserve">[42:04] </w:t>
      </w:r>
      <w:r>
        <w:t>. when they want to address some people, they used to this rock as a platform, as a stage</w:t>
      </w:r>
    </w:p>
    <w:p>
      <w:pPr>
        <w:jc w:val="right"/>
      </w:pPr>
      <w:r>
        <w:t>۔ وین دے وانٹ ٹو ایڈریس سم پیپل، دے یوز ٹو دس راک ایز ا پلیٹ فارم، ایز ا سٹیج</w:t>
      </w:r>
    </w:p>
    <w:p>
      <w:r>
        <w:rPr>
          <w:b/>
        </w:rPr>
        <w:t xml:space="preserve">[42:19] </w:t>
      </w:r>
      <w:r>
        <w:t>. so, he adopted, he followed that tradition and he used this tradition.</w:t>
      </w:r>
    </w:p>
    <w:p>
      <w:pPr>
        <w:jc w:val="right"/>
      </w:pPr>
      <w:r>
        <w:t>۔ سو، ہی اڈاپٹڈ، ہی فالوڈ دیٹ ٹریڈیشن اینڈ ہی یوزڈ دس ٹریڈیشن۔</w:t>
      </w:r>
    </w:p>
    <w:p>
      <w:r>
        <w:rPr>
          <w:b/>
        </w:rPr>
        <w:t xml:space="preserve">[42:36] </w:t>
      </w:r>
      <w:r>
        <w:t>he invited people to assembly. then was an assembly near safa.</w:t>
      </w:r>
    </w:p>
    <w:p>
      <w:pPr>
        <w:jc w:val="right"/>
      </w:pPr>
      <w:r>
        <w:t>ہی انوائٹڈ پیپل ٹو اسمبلی۔ دین واز این اسمبلی نیر صفا۔</w:t>
      </w:r>
    </w:p>
    <w:p>
      <w:r>
        <w:rPr>
          <w:b/>
        </w:rPr>
        <w:t xml:space="preserve">[42:48] </w:t>
      </w:r>
      <w:r>
        <w:t>and he addressed from this rock</w:t>
      </w:r>
    </w:p>
    <w:p>
      <w:pPr>
        <w:jc w:val="right"/>
      </w:pPr>
      <w:r>
        <w:t>اینڈ ہی ایڈریسڈ فرام دس راک</w:t>
      </w:r>
    </w:p>
    <w:p>
      <w:r>
        <w:rPr>
          <w:b/>
        </w:rPr>
        <w:t xml:space="preserve">[42:56] </w:t>
      </w:r>
      <w:r>
        <w:t>. he said: "eya nas, in-nakum la tamutoon kama tanamoon, wa la tab'oon kama tastaiqizoon, wa innaha la jannat abadan aw nar abadan." O people,</w:t>
      </w:r>
    </w:p>
    <w:p>
      <w:pPr>
        <w:jc w:val="right"/>
      </w:pPr>
      <w:r>
        <w:t>۔ ہی سیڈ: "ایہا الناس، انکم لا تموتون کما تنامون، ولطبعون کما تستيقظون، وانہا لجنت ابدا او نار ابدا۔" او پیپل،</w:t>
      </w:r>
    </w:p>
    <w:p>
      <w:r>
        <w:rPr>
          <w:b/>
        </w:rPr>
        <w:t xml:space="preserve">[43:19] </w:t>
      </w:r>
      <w:r>
        <w:t>you will die as you go asleep. and then, you will be rise again</w:t>
      </w:r>
    </w:p>
    <w:p>
      <w:pPr>
        <w:jc w:val="right"/>
      </w:pPr>
      <w:r>
        <w:t>یو ول ڈائی ایز یو گو اسلیپ۔ اینڈ دین، یو ول بی رائز اگین</w:t>
      </w:r>
    </w:p>
    <w:p>
      <w:r>
        <w:rPr>
          <w:b/>
        </w:rPr>
        <w:t xml:space="preserve">[43:33] </w:t>
      </w:r>
      <w:r>
        <w:t>when you rise after your sleep. and then, there is either hell or paradise.</w:t>
      </w:r>
    </w:p>
    <w:p>
      <w:pPr>
        <w:jc w:val="right"/>
      </w:pPr>
      <w:r>
        <w:t>وین یو رائز افٹر یور سلیپ۔ اینڈ دین، دیر از ایدر ہیل اور پیراڈائز۔</w:t>
      </w:r>
    </w:p>
    <w:p>
      <w:r>
        <w:rPr>
          <w:b/>
        </w:rPr>
        <w:t xml:space="preserve">[43:47] </w:t>
      </w:r>
      <w:r>
        <w:t>so, you will be rewarded according to your present account.</w:t>
      </w:r>
    </w:p>
    <w:p>
      <w:pPr>
        <w:jc w:val="right"/>
      </w:pPr>
      <w:r>
        <w:t>سو، یو ول بی ریوارڈڈ اکارڈنگ ٹو یور پریزنٹ اکاؤنٹ۔</w:t>
      </w:r>
    </w:p>
    <w:p>
      <w:r>
        <w:rPr>
          <w:b/>
        </w:rPr>
        <w:t xml:space="preserve">[43:56] </w:t>
      </w:r>
      <w:r>
        <w:t>so, this was the first call</w:t>
      </w:r>
    </w:p>
    <w:p>
      <w:pPr>
        <w:jc w:val="right"/>
      </w:pPr>
      <w:r>
        <w:t>سو، دس واز دا فرسٹ کال</w:t>
      </w:r>
    </w:p>
    <w:p>
      <w:r>
        <w:rPr>
          <w:b/>
        </w:rPr>
        <w:t xml:space="preserve">[43:59] </w:t>
      </w:r>
      <w:r>
        <w:t>. in this call, he warned people and said: "you have to prepare yourself because the day of judgment is coming.</w:t>
      </w:r>
    </w:p>
    <w:p>
      <w:pPr>
        <w:jc w:val="right"/>
      </w:pPr>
      <w:r>
        <w:t>۔ ان دس کال، ہی وارن پیپل اینڈ سیڈ: "یو ہیو ٹو پریپیئر یور سیلف بیکاز دا ڈے اف ججمنٹ از کمنگ۔</w:t>
      </w:r>
    </w:p>
    <w:p>
      <w:r>
        <w:rPr>
          <w:b/>
        </w:rPr>
        <w:t xml:space="preserve">[44:09] </w:t>
      </w:r>
      <w:r>
        <w:t>you are accountable to god</w:t>
      </w:r>
    </w:p>
    <w:p>
      <w:pPr>
        <w:jc w:val="right"/>
      </w:pPr>
      <w:r>
        <w:t>یو ار اکاؤنٹیبل ٹو گاڈ</w:t>
      </w:r>
    </w:p>
    <w:p>
      <w:r>
        <w:rPr>
          <w:b/>
        </w:rPr>
        <w:t xml:space="preserve">[44:14] </w:t>
      </w:r>
      <w:r>
        <w:t>. so, your so save yourself from that punishment</w:t>
      </w:r>
    </w:p>
    <w:p>
      <w:pPr>
        <w:jc w:val="right"/>
      </w:pPr>
      <w:r>
        <w:t>۔ سو، یور سو سیو یور سیلف فرام دیٹ پنشمنٹ</w:t>
      </w:r>
    </w:p>
    <w:p>
      <w:r>
        <w:rPr>
          <w:b/>
        </w:rPr>
        <w:t xml:space="preserve">[44:26] </w:t>
      </w:r>
      <w:r>
        <w:t>and prepare yourself to fine entry into paradise." so, this was the first call.</w:t>
      </w:r>
    </w:p>
    <w:p>
      <w:pPr>
        <w:jc w:val="right"/>
      </w:pPr>
      <w:r>
        <w:t>اینڈ پریپیئر یور سیلف ٹو فائن انٹری انٹو پیراڈائز۔" سو، دس واز دا فرسٹ کال۔</w:t>
      </w:r>
    </w:p>
    <w:p>
      <w:r>
        <w:rPr>
          <w:b/>
        </w:rPr>
        <w:t xml:space="preserve">[44:35] </w:t>
      </w:r>
      <w:r>
        <w:t>and when, after 13 years, he migrated from mecca and settled in medina.</w:t>
      </w:r>
    </w:p>
    <w:p>
      <w:pPr>
        <w:jc w:val="right"/>
      </w:pPr>
      <w:r>
        <w:t>اینڈ وین، افٹر 13 ایئرز، ہی مائیگریٹڈ فرام مکہ اینڈ سیٹلڈ ان مدینہ۔</w:t>
      </w:r>
    </w:p>
    <w:p>
      <w:r>
        <w:rPr>
          <w:b/>
        </w:rPr>
        <w:t xml:space="preserve">[44:48] </w:t>
      </w:r>
      <w:r>
        <w:t>at that time, also, his call was the same</w:t>
      </w:r>
    </w:p>
    <w:p>
      <w:pPr>
        <w:jc w:val="right"/>
      </w:pPr>
      <w:r>
        <w:t>ایٹ دا ٹائم، السو، ہز کال واز دا سیم</w:t>
      </w:r>
    </w:p>
    <w:p>
      <w:r>
        <w:rPr>
          <w:b/>
        </w:rPr>
        <w:t xml:space="preserve">[44:55] </w:t>
      </w:r>
      <w:r>
        <w:t>. when he reached</w:t>
      </w:r>
    </w:p>
    <w:p>
      <w:pPr>
        <w:jc w:val="right"/>
      </w:pPr>
      <w:r>
        <w:t>۔ وین ہی ریچڈ</w:t>
      </w:r>
    </w:p>
    <w:p>
      <w:r>
        <w:rPr>
          <w:b/>
        </w:rPr>
        <w:t xml:space="preserve">[45:01] </w:t>
      </w:r>
      <w:r>
        <w:t>medina, after 13 years, he migrated from mecca and settled in medina.</w:t>
      </w:r>
    </w:p>
    <w:p>
      <w:pPr>
        <w:jc w:val="right"/>
      </w:pPr>
      <w:r>
        <w:t>مدینہ، افٹر 13 ایئرز، ہی مائیگریٹڈ فرام مکہ اینڈ سیٹلڈ ان مدینہ۔</w:t>
      </w:r>
    </w:p>
    <w:p>
      <w:r>
        <w:rPr>
          <w:b/>
        </w:rPr>
        <w:t xml:space="preserve">[45:11] </w:t>
      </w:r>
      <w:r>
        <w:t>so, when he reached medina, he addressed people over there. again, he said, again, he used the same language:</w:t>
      </w:r>
    </w:p>
    <w:p>
      <w:pPr>
        <w:jc w:val="right"/>
      </w:pPr>
      <w:r>
        <w:t>سو، وین ہی ریچڈ مدینہ، ہی ایڈریسڈ پیپل اوور دیر۔ اگین، ہی سیڈ، اگین، ہی یوز دا سیم لینگویج:</w:t>
      </w:r>
    </w:p>
    <w:p>
      <w:r>
        <w:rPr>
          <w:b/>
        </w:rPr>
        <w:t xml:space="preserve">[45:27] </w:t>
      </w:r>
      <w:r>
        <w:t>"eya nas, ittaqu an-nara walaw bi-shikki tamrah." o people, save yourself from fire,</w:t>
      </w:r>
    </w:p>
    <w:p>
      <w:pPr>
        <w:jc w:val="right"/>
      </w:pPr>
      <w:r>
        <w:t>"ایہا الناس، اتقوا النار ولو بشق تبرہ۔" او پیپل، سیو یور سیلف فرام فائر،</w:t>
      </w:r>
    </w:p>
    <w:p>
      <w:r>
        <w:rPr>
          <w:b/>
        </w:rPr>
        <w:t xml:space="preserve">[45:43] </w:t>
      </w:r>
      <w:r>
        <w:t>from the fire of hell, even at the price of a of a date, of a piece of date.</w:t>
      </w:r>
    </w:p>
    <w:p>
      <w:pPr>
        <w:jc w:val="right"/>
      </w:pPr>
      <w:r>
        <w:t>فرام دا فائر اف ہیل، ایون ایٹ دا پرائس اف ا اف ا ڈیٹ، اف ا پیس اف ڈیٹ۔</w:t>
      </w:r>
    </w:p>
    <w:p>
      <w:r>
        <w:rPr>
          <w:b/>
        </w:rPr>
        <w:t xml:space="preserve">[45:57] </w:t>
      </w:r>
      <w:r>
        <w:t>so, the same call that was given by him at mecca, the same call he gave in medina.</w:t>
      </w:r>
    </w:p>
    <w:p>
      <w:pPr>
        <w:jc w:val="right"/>
      </w:pPr>
      <w:r>
        <w:t>سو، دا سیم کال دیٹ واز گیون بائی ہم ایٹ مکہ، دا سیم کال ہی گیو ان مدینہ۔</w:t>
      </w:r>
    </w:p>
    <w:p>
      <w:r>
        <w:rPr>
          <w:b/>
        </w:rPr>
        <w:t xml:space="preserve">[46:07] </w:t>
      </w:r>
      <w:r>
        <w:t>also,</w:t>
      </w:r>
    </w:p>
    <w:p>
      <w:pPr>
        <w:jc w:val="right"/>
      </w:pPr>
      <w:r>
        <w:t>السو،</w:t>
      </w:r>
    </w:p>
    <w:p>
      <w:r>
        <w:rPr>
          <w:b/>
        </w:rPr>
        <w:t xml:space="preserve">[46:11] </w:t>
      </w:r>
      <w:r>
        <w:t>then, just 20 months before his death, he addressed people during his hajj at the at arafat in mecca.</w:t>
      </w:r>
    </w:p>
    <w:p>
      <w:pPr>
        <w:jc w:val="right"/>
      </w:pPr>
      <w:r>
        <w:t>دین، جسٹ 20 منتھ بیفور ہز ڈیتھ، ہی ایڈریس پیپل ڈیورنگ ہز حج ایٹ دا ایٹ عرفات ان مکہ۔</w:t>
      </w:r>
    </w:p>
    <w:p>
      <w:r>
        <w:rPr>
          <w:b/>
        </w:rPr>
        <w:t xml:space="preserve">[46:27] </w:t>
      </w:r>
      <w:r>
        <w:t>this time, there were one lakh 40 thousand muslims present over there.</w:t>
      </w:r>
    </w:p>
    <w:p>
      <w:pPr>
        <w:jc w:val="right"/>
      </w:pPr>
      <w:r>
        <w:t>دس ٹائم، دیر ویر ون لاکھ 40 تھا مسلمز پریزنٹ اوور دیر۔</w:t>
      </w:r>
    </w:p>
    <w:p>
      <w:r>
        <w:rPr>
          <w:b/>
        </w:rPr>
        <w:t xml:space="preserve">[46:37] </w:t>
      </w:r>
      <w:r>
        <w:t>so, this was his last sermon.</w:t>
      </w:r>
    </w:p>
    <w:p>
      <w:pPr>
        <w:jc w:val="right"/>
      </w:pPr>
      <w:r>
        <w:t>سو، دس واز ہز لاسٹ سرمن۔</w:t>
      </w:r>
    </w:p>
    <w:p>
      <w:r>
        <w:rPr>
          <w:b/>
        </w:rPr>
        <w:t xml:space="preserve">[46:41] </w:t>
      </w:r>
      <w:r>
        <w:t>in this last sermon, he again said: "eya nas,</w:t>
      </w:r>
    </w:p>
    <w:p>
      <w:pPr>
        <w:jc w:val="right"/>
      </w:pPr>
      <w:r>
        <w:t>ان دس لاسٹ سرمن، ہی اگین سیڈ: "ایہا الناس،</w:t>
      </w:r>
    </w:p>
    <w:p>
      <w:r>
        <w:rPr>
          <w:b/>
        </w:rPr>
        <w:t xml:space="preserve">[46:52] </w:t>
      </w:r>
      <w:r>
        <w:t>in-nallaha ba'athani kaafah an-nas." o people, god has send me for the whole mankind.</w:t>
      </w:r>
    </w:p>
    <w:p>
      <w:pPr>
        <w:jc w:val="right"/>
      </w:pPr>
      <w:r>
        <w:t>ان اللہ باسنی کافت الناسنی۔" او پیپل، گاڈ ہیو سینڈ می فار دا ہول مین کائنڈ۔</w:t>
      </w:r>
    </w:p>
    <w:p>
      <w:r>
        <w:rPr>
          <w:b/>
        </w:rPr>
        <w:t xml:space="preserve">[47:13] </w:t>
      </w:r>
      <w:r>
        <w:t>so, you have to convey my message to all mankind. here, you can see that</w:t>
      </w:r>
    </w:p>
    <w:p>
      <w:pPr>
        <w:jc w:val="right"/>
      </w:pPr>
      <w:r>
        <w:t>سو، یو ہیو ٹو کنوے مائی میسج ٹو ال مین کائنڈ۔ ہیر، یو کین سی دیٹ</w:t>
      </w:r>
    </w:p>
    <w:p>
      <w:r>
        <w:rPr>
          <w:b/>
        </w:rPr>
        <w:t xml:space="preserve">[47:26] </w:t>
      </w:r>
      <w:r>
        <w:t>his his call at the beginning and also, his call at the end were one and the same.</w:t>
      </w:r>
    </w:p>
    <w:p>
      <w:pPr>
        <w:jc w:val="right"/>
      </w:pPr>
      <w:r>
        <w:t>ہز ہز کال ایٹ دا بگننگ اینڈ السو، ہز کال ایٹ دا اینڈ ویر ون اینڈ دا سیم۔</w:t>
      </w:r>
    </w:p>
    <w:p>
      <w:r>
        <w:rPr>
          <w:b/>
        </w:rPr>
        <w:t xml:space="preserve">[47:37] </w:t>
      </w:r>
      <w:r>
        <w:t>his only mission was a da'wah mission.</w:t>
      </w:r>
    </w:p>
    <w:p>
      <w:pPr>
        <w:jc w:val="right"/>
      </w:pPr>
      <w:r>
        <w:t>ہز اونلی مشن واز ا دعویٰ مشن۔</w:t>
      </w:r>
    </w:p>
    <w:p>
      <w:r>
        <w:rPr>
          <w:b/>
        </w:rPr>
        <w:t xml:space="preserve">[47:41] </w:t>
      </w:r>
      <w:r>
        <w:t>da'wah mission is calling people to god, warning people about hell, giving people good tidings about paradise.</w:t>
      </w:r>
    </w:p>
    <w:p>
      <w:pPr>
        <w:jc w:val="right"/>
      </w:pPr>
      <w:r>
        <w:t>دعویٰ مشن از کالنگ پیپل ٹو گاڈ، وارننگ پیپل اباؤٹ ہیل، گیونگ پیپل گڈ ٹرائیڈنگ اباؤٹ پیراڈائز۔</w:t>
      </w:r>
    </w:p>
    <w:p>
      <w:r>
        <w:rPr>
          <w:b/>
        </w:rPr>
        <w:t xml:space="preserve">[47:57] </w:t>
      </w:r>
      <w:r>
        <w:t>this was his mission.</w:t>
      </w:r>
    </w:p>
    <w:p>
      <w:pPr>
        <w:jc w:val="right"/>
      </w:pPr>
      <w:r>
        <w:t>دس واز ہز مشن۔</w:t>
      </w:r>
    </w:p>
    <w:p>
      <w:r>
        <w:rPr>
          <w:b/>
        </w:rPr>
        <w:t xml:space="preserve">[48:03] </w:t>
      </w:r>
      <w:r>
        <w:t>so, he lived in this mission</w:t>
      </w:r>
    </w:p>
    <w:p>
      <w:pPr>
        <w:jc w:val="right"/>
      </w:pPr>
      <w:r>
        <w:t>سو، ہی لیوڈ ان دس مشن</w:t>
      </w:r>
    </w:p>
    <w:p>
      <w:r>
        <w:rPr>
          <w:b/>
        </w:rPr>
        <w:t xml:space="preserve">[48:09] </w:t>
      </w:r>
      <w:r>
        <w:t>from the beginning up to the end. he was completely a da'i. his mission was a da'wah mission based on tawheed, based on akhirat.</w:t>
      </w:r>
    </w:p>
    <w:p>
      <w:pPr>
        <w:jc w:val="right"/>
      </w:pPr>
      <w:r>
        <w:t>فرام دا بگننگ اپ ٹو دا اینڈ۔ ہی واز کمپلیٹلی ا دائی۔ ہز مشن واز ا دعویٰ مشن بیسڈ ان توحید، بیسڈ ان اخرت۔</w:t>
      </w:r>
    </w:p>
    <w:p>
      <w:r>
        <w:rPr>
          <w:b/>
        </w:rPr>
        <w:t xml:space="preserve">[48:24] </w:t>
      </w:r>
      <w:r>
        <w:t>this was his sole mission. anything else was relative to his mission and not real part of his mission.</w:t>
      </w:r>
    </w:p>
    <w:p>
      <w:pPr>
        <w:jc w:val="right"/>
      </w:pPr>
      <w:r>
        <w:t>دس واز ہز سول مشن۔ اینی تھنگ ایلس واز ریلیٹو ٹو ہز مشن اینڈ ناٹ ریل پارٹ اف ہز مشن۔</w:t>
      </w:r>
    </w:p>
    <w:p>
      <w:r>
        <w:rPr>
          <w:b/>
        </w:rPr>
        <w:t xml:space="preserve">[48:39] </w:t>
      </w:r>
      <w:r>
        <w:t>so, first of all, you have to understand that prophet was a da'i. his mission was a da'wah mission, peaceful da'wah mission.</w:t>
      </w:r>
    </w:p>
    <w:p>
      <w:pPr>
        <w:jc w:val="right"/>
      </w:pPr>
      <w:r>
        <w:t>سو، فرسٹ اف ال، یو ہیو ٹو انڈرسٹینڈ دیٹ پرافٹ واز ا دائی۔ ہز مشن واز ا دعویٰ مشن، پیس فل دعویٰ مشن۔</w:t>
      </w:r>
    </w:p>
    <w:p>
      <w:r>
        <w:rPr>
          <w:b/>
        </w:rPr>
        <w:t xml:space="preserve">[48:52] </w:t>
      </w:r>
      <w:r>
        <w:t>this was his mission.</w:t>
      </w:r>
    </w:p>
    <w:p>
      <w:pPr>
        <w:jc w:val="right"/>
      </w:pPr>
      <w:r>
        <w:t>دس واز ہز مشن۔</w:t>
      </w:r>
    </w:p>
    <w:p>
      <w:r>
        <w:rPr>
          <w:b/>
        </w:rPr>
        <w:t xml:space="preserve">[48:57] </w:t>
      </w:r>
      <w:r>
        <w:t>then, historians generally divide his life into two periods: makkah period and madinah period.</w:t>
      </w:r>
    </w:p>
    <w:p>
      <w:pPr>
        <w:jc w:val="right"/>
      </w:pPr>
      <w:r>
        <w:t>دین، ہسٹورینز جنرلی ڈیوائیڈ ہز لائف انٹو ٹو پیریڈز: مکہ پیریڈ اینڈ مدینہ پیریڈ۔</w:t>
      </w:r>
    </w:p>
    <w:p>
      <w:r>
        <w:rPr>
          <w:b/>
        </w:rPr>
        <w:t xml:space="preserve">[49:11] </w:t>
      </w:r>
      <w:r>
        <w:t>but, this division is only in a relative sense because there was no division in his mission.</w:t>
      </w:r>
    </w:p>
    <w:p>
      <w:pPr>
        <w:jc w:val="right"/>
      </w:pPr>
      <w:r>
        <w:t>بٹ، دس ڈویژن از اونلی ان ا ریلیٹو سینس بیکاز دیر واز نو ڈویژن ان ہز مشن۔</w:t>
      </w:r>
    </w:p>
    <w:p>
      <w:r>
        <w:rPr>
          <w:b/>
        </w:rPr>
        <w:t xml:space="preserve">[49:28] </w:t>
      </w:r>
      <w:r>
        <w:t>same,</w:t>
      </w:r>
    </w:p>
    <w:p>
      <w:pPr>
        <w:jc w:val="right"/>
      </w:pPr>
      <w:r>
        <w:t>سیم،</w:t>
      </w:r>
    </w:p>
    <w:p>
      <w:r>
        <w:rPr>
          <w:b/>
        </w:rPr>
        <w:t xml:space="preserve">[49:31] </w:t>
      </w:r>
      <w:r>
        <w:t>he gave the same ideology, same teachings, same call at both the places.</w:t>
      </w:r>
    </w:p>
    <w:p>
      <w:pPr>
        <w:jc w:val="right"/>
      </w:pPr>
      <w:r>
        <w:t>ہی گیو دا سیم ائیڈیالوجی، سیم ٹیچنگز، سیم کال ایٹ بوتھ دا پلیسز۔</w:t>
      </w:r>
    </w:p>
    <w:p>
      <w:r>
        <w:rPr>
          <w:b/>
        </w:rPr>
        <w:t xml:space="preserve">[49:43] </w:t>
      </w:r>
      <w:r>
        <w:t>for example, let us take the question of</w:t>
      </w:r>
    </w:p>
    <w:p>
      <w:pPr>
        <w:jc w:val="right"/>
      </w:pPr>
      <w:r>
        <w:t>فار ایگزامپل، لیٹ اس ٹیک دا کوئسچن اف</w:t>
      </w:r>
    </w:p>
    <w:p>
      <w:r>
        <w:rPr>
          <w:b/>
        </w:rPr>
        <w:t xml:space="preserve">[49:52] </w:t>
      </w:r>
      <w:r>
        <w:t>how to live in a multi religious society.</w:t>
      </w:r>
    </w:p>
    <w:p>
      <w:pPr>
        <w:jc w:val="right"/>
      </w:pPr>
      <w:r>
        <w:t>ہاؤ ٹو لیو ان ا ملٹی ریلیجس سوسائٹی۔</w:t>
      </w:r>
    </w:p>
    <w:p>
      <w:r>
        <w:rPr>
          <w:b/>
        </w:rPr>
        <w:t xml:space="preserve">[49:59] </w:t>
      </w:r>
      <w:r>
        <w:t>what is the, what is his message to muslims about this question?</w:t>
      </w:r>
    </w:p>
    <w:p>
      <w:pPr>
        <w:jc w:val="right"/>
      </w:pPr>
      <w:r>
        <w:t>واٹ از دا، واٹ از ہز میسج ٹو مسلم اباؤٹ دس کوئسچن؟</w:t>
      </w:r>
    </w:p>
    <w:p>
      <w:r>
        <w:rPr>
          <w:b/>
        </w:rPr>
        <w:t xml:space="preserve">[50:09] </w:t>
      </w:r>
      <w:r>
        <w:t>how to live in a multi religious society? so, when prophet was in makkah, when prophet was in makkah, he received revelation from god.</w:t>
      </w:r>
    </w:p>
    <w:p>
      <w:pPr>
        <w:jc w:val="right"/>
      </w:pPr>
      <w:r>
        <w:t>ہاؤ ٹو لیو ان ا ملٹی ریلیجس سوسائٹی؟ سو، وین پرافٹ واز ان مکہ، وین پرافٹ واز ان مکہ، ہی ریسیوڈ ریولیشن فرام گاڈ۔</w:t>
      </w:r>
    </w:p>
    <w:p>
      <w:r>
        <w:rPr>
          <w:b/>
        </w:rPr>
        <w:t xml:space="preserve">[50:28] </w:t>
      </w:r>
      <w:r>
        <w:t>this revelation was: "lakum deenukum wa liya deen." you know, at that time, when the prophet was in makkah, at that time, makkah was a multi religious society because the majority was mushrik</w:t>
      </w:r>
    </w:p>
    <w:p>
      <w:pPr>
        <w:jc w:val="right"/>
      </w:pPr>
      <w:r>
        <w:t>دس ریولیشن واز: "لکم دینکم ولی دین۔" یو نو، ایٹ دیٹ ٹائم، وین دا پرافٹ واز ان مکہ، ایٹ دیٹ ٹائم، مکہ واز ا ملٹی ریلیجس سوسائٹی بیکاز دا میجورٹی واز مشرک</w:t>
      </w:r>
    </w:p>
    <w:p>
      <w:r>
        <w:rPr>
          <w:b/>
        </w:rPr>
        <w:t xml:space="preserve">[50:50] </w:t>
      </w:r>
      <w:r>
        <w:t>. the majority of makkah was mushrik. then, there were some christians.</w:t>
      </w:r>
    </w:p>
    <w:p>
      <w:pPr>
        <w:jc w:val="right"/>
      </w:pPr>
      <w:r>
        <w:t>۔ دا میجورٹی اف مکہ واز مشرک۔ دین، دیر وار سم کرسچنز۔</w:t>
      </w:r>
    </w:p>
    <w:p>
      <w:r>
        <w:rPr>
          <w:b/>
        </w:rPr>
        <w:t xml:space="preserve">[51:02] </w:t>
      </w:r>
      <w:r>
        <w:t>so, christians were a tiny minority in makkah at the time. then, there were some muslims, but muslims were also in minority.</w:t>
      </w:r>
    </w:p>
    <w:p>
      <w:pPr>
        <w:jc w:val="right"/>
      </w:pPr>
      <w:r>
        <w:t>تو، کرسچنز ویر ا ٹائنی مائنورٹی ان مکہ ایٹ دا ٹائم۔ دین، دیر وار سم مسلمز، بٹ مسلمز ویر السو ان مائنورٹی۔</w:t>
      </w:r>
    </w:p>
    <w:p>
      <w:r>
        <w:rPr>
          <w:b/>
        </w:rPr>
        <w:t xml:space="preserve">[51:13] </w:t>
      </w:r>
      <w:r>
        <w:t>muslims were in minority, christians were in living as a tiny minority, and mushriks were in majority, overwhelming majority.</w:t>
      </w:r>
    </w:p>
    <w:p>
      <w:pPr>
        <w:jc w:val="right"/>
      </w:pPr>
      <w:r>
        <w:t>مسلمز ویر ان مائنورٹی، کرسچنز ویر ان ا لیونگ ایز ا ٹائنی مائنورٹی، اینڈ مشرکس ویر ان میجورٹی، اوور ویلمنگ میجورٹی۔</w:t>
      </w:r>
    </w:p>
    <w:p>
      <w:r>
        <w:rPr>
          <w:b/>
        </w:rPr>
        <w:t xml:space="preserve">[51:28] </w:t>
      </w:r>
      <w:r>
        <w:t>so, makkah at the time was a multi religious society. at the time, prophet of islam received this revelation:</w:t>
      </w:r>
    </w:p>
    <w:p>
      <w:pPr>
        <w:jc w:val="right"/>
      </w:pPr>
      <w:r>
        <w:t>سو، مکہ ایٹ دا ٹائم واز ا ملٹی ریلیجس سوسائٹی۔ ایٹ دا ٹائم، پرافٹ اف اسلام ریسیوڈ دس ریولیشن:</w:t>
      </w:r>
    </w:p>
    <w:p>
      <w:r>
        <w:rPr>
          <w:b/>
        </w:rPr>
        <w:t xml:space="preserve">[51:43] </w:t>
      </w:r>
      <w:r>
        <w:t>"lakum deenukum wa liya deen."</w:t>
      </w:r>
    </w:p>
    <w:p>
      <w:pPr>
        <w:jc w:val="right"/>
      </w:pPr>
      <w:r>
        <w:t>"لکم دینکم ولی دین۔"</w:t>
      </w:r>
    </w:p>
    <w:p>
      <w:r>
        <w:rPr>
          <w:b/>
        </w:rPr>
        <w:t xml:space="preserve">[51:49] </w:t>
      </w:r>
      <w:r>
        <w:t>this verse you can find in the quran: "lakum deenukum wa liya deen." for you, your religion; for me, mine.</w:t>
      </w:r>
    </w:p>
    <w:p>
      <w:pPr>
        <w:jc w:val="right"/>
      </w:pPr>
      <w:r>
        <w:t>دس ورس یو کین فائنڈ ان دا قرآن: "لکم دینکم ولی دین۔" فار یو، یور ریلیجن؛ فار می، مائن۔</w:t>
      </w:r>
    </w:p>
    <w:p>
      <w:r>
        <w:rPr>
          <w:b/>
        </w:rPr>
        <w:t xml:space="preserve">[52:02] </w:t>
      </w:r>
      <w:r>
        <w:t>for you, your religion; for me, mine. it means that the formula of Islam in such a situation is based on tolerance, religious tolerance.</w:t>
      </w:r>
    </w:p>
    <w:p>
      <w:pPr>
        <w:jc w:val="right"/>
      </w:pPr>
      <w:r>
        <w:t>فار یو، یور ریلیجن؛ فار می، مائن۔ اٹ مینز دیٹ دا فارمولا اف اسلام ان سچ ا سچویشن از بیسڈ ان ٹالرنس، ریلیجس ٹالرنس۔</w:t>
      </w:r>
    </w:p>
    <w:p>
      <w:r>
        <w:rPr>
          <w:b/>
        </w:rPr>
        <w:t xml:space="preserve">[52:20] </w:t>
      </w:r>
      <w:r>
        <w:t>the formula of Islam in such a situation is based on religious tolerance. in other words, you can say that this formula was based on two points</w:t>
      </w:r>
    </w:p>
    <w:p>
      <w:pPr>
        <w:jc w:val="right"/>
      </w:pPr>
      <w:r>
        <w:t>دا فارمولا اف اسلام ان سچ ا سچویشن از بیسڈ ان ریلیجس ٹالرنس۔ ان ادر ورس، یو کین سے دیٹ دس فارمولا واز بیسڈ ان ٹو پوائنٹ</w:t>
      </w:r>
    </w:p>
    <w:p>
      <w:r>
        <w:rPr>
          <w:b/>
        </w:rPr>
        <w:t xml:space="preserve">[52:36] </w:t>
      </w:r>
      <w:r>
        <w:t>s. it was two point formula: "follow one and respect all." when you find in a multi religious society, so, you have to follow your own religion, but at the same time, you have to give respect for other religion.</w:t>
      </w:r>
    </w:p>
    <w:p>
      <w:pPr>
        <w:jc w:val="right"/>
      </w:pPr>
      <w:r>
        <w:t>س۔ اٹ واز ٹو پوائنٹ فارمولا: "فالو ون اینڈ ریسپیکٹ ال۔" وین یو فائنڈ ان ا ملٹی ریلیجس سوسائٹی، سو، یو ہیو ٹو فالو یور اون ریلیجن، بٹ ایٹ دا سیم ٹائم، یو ہیو ٹو گیو ریسپیکٹ فار ادر ریلیجن۔</w:t>
      </w:r>
    </w:p>
    <w:p>
      <w:r>
        <w:rPr>
          <w:b/>
        </w:rPr>
        <w:t xml:space="preserve">[53:01] </w:t>
      </w:r>
      <w:r>
        <w:t>so, "lakum deenukum wali deen" means in other words: "follow one and respect all."</w:t>
      </w:r>
    </w:p>
    <w:p>
      <w:pPr>
        <w:jc w:val="right"/>
      </w:pPr>
      <w:r>
        <w:t>سو، "لکم دینکم ولی دین" مینز ان ادر ورس: "فالو ون اینڈ ریسپیکٹ ال۔"</w:t>
      </w:r>
    </w:p>
    <w:p>
      <w:r>
        <w:rPr>
          <w:b/>
        </w:rPr>
        <w:t xml:space="preserve">[53:17] </w:t>
      </w:r>
      <w:r>
        <w:t>follow your religion and respect the other religion. this was the formula for such a situation given in mecca.</w:t>
      </w:r>
    </w:p>
    <w:p>
      <w:pPr>
        <w:jc w:val="right"/>
      </w:pPr>
      <w:r>
        <w:t>فالو یور ریلیجن اینڈ ریسپیکٹ دی ادر ریلیجن۔ دس واز دا فارمولا فار سچ ا سچویشن گیون ان مکہ۔</w:t>
      </w:r>
    </w:p>
    <w:p>
      <w:r>
        <w:rPr>
          <w:b/>
        </w:rPr>
        <w:t xml:space="preserve">[53:30] </w:t>
      </w:r>
      <w:r>
        <w:t>then, there is the medina period. in medina, also, he adopted the same formula. in medina, prophet adopted the same formula again.</w:t>
      </w:r>
    </w:p>
    <w:p>
      <w:pPr>
        <w:jc w:val="right"/>
      </w:pPr>
      <w:r>
        <w:t>دین، دیر از دا مدینہ پیریڈ۔ ان مدینہ، السو، ہی اڈاپٹڈ دا سیم فارمولا۔ ان مدینہ، پرافٹ اڈاپٹڈ دا سیم فارمولا اگین۔</w:t>
      </w:r>
    </w:p>
    <w:p>
      <w:r>
        <w:rPr>
          <w:b/>
        </w:rPr>
        <w:t xml:space="preserve">[53:45] </w:t>
      </w:r>
      <w:r>
        <w:t>you know, medina was a very different town. in medina, people accepted Islam.</w:t>
      </w:r>
    </w:p>
    <w:p>
      <w:pPr>
        <w:jc w:val="right"/>
      </w:pPr>
      <w:r>
        <w:t>یو نو، مدینہ واز ا ویری ڈفرنٹ ٹاؤن۔ ان مدینہ، پیپل ایکسیپٹڈ اسلام۔</w:t>
      </w:r>
    </w:p>
    <w:p>
      <w:r>
        <w:rPr>
          <w:b/>
        </w:rPr>
        <w:t xml:space="preserve">[53:57] </w:t>
      </w:r>
      <w:r>
        <w:t>in history, you read that: "lam tabqa darun min dur al-ansar illa fi al-islam." it means that in every, in every house</w:t>
      </w:r>
    </w:p>
    <w:p>
      <w:pPr>
        <w:jc w:val="right"/>
      </w:pPr>
      <w:r>
        <w:t>ان ہسٹری، یو ریڈ دیٹ: "لم تبق دارم من دور الانصار الا فی الاسلام۔" اٹ مینز دیٹ ان ایوری، ان ایوری ہاؤس</w:t>
      </w:r>
    </w:p>
    <w:p>
      <w:r>
        <w:rPr>
          <w:b/>
        </w:rPr>
        <w:t xml:space="preserve">[54:13] </w:t>
      </w:r>
      <w:r>
        <w:t>of medina, people accepted Islam. so, every house was Islamized in medina.</w:t>
      </w:r>
    </w:p>
    <w:p>
      <w:pPr>
        <w:jc w:val="right"/>
      </w:pPr>
      <w:r>
        <w:t>اف مدینہ، پیپل ایکسیپٹڈ اسلام۔ سو، ایوری ہاؤس واز اسلامائزڈ ان مدینہ۔</w:t>
      </w:r>
    </w:p>
    <w:p>
      <w:r>
        <w:rPr>
          <w:b/>
        </w:rPr>
        <w:t xml:space="preserve">[54:23] </w:t>
      </w:r>
      <w:r>
        <w:t>lam tabqa darun min dur al-ansar illa fi al-islam.</w:t>
      </w:r>
    </w:p>
    <w:p>
      <w:pPr>
        <w:jc w:val="right"/>
      </w:pPr>
      <w:r>
        <w:t>لم تبق دارم من دور الانصار الا فی الاسلام۔</w:t>
      </w:r>
    </w:p>
    <w:p>
      <w:r>
        <w:rPr>
          <w:b/>
        </w:rPr>
        <w:t xml:space="preserve">[54:28] </w:t>
      </w:r>
      <w:r>
        <w:t>so, in medina, muslims were in majority, overwhelming majority. so, here situation, here the situation was different from that of mecca, but the formula was same.</w:t>
      </w:r>
    </w:p>
    <w:p>
      <w:pPr>
        <w:jc w:val="right"/>
      </w:pPr>
      <w:r>
        <w:t>سو، ان مدینہ، مسلمز ویر ان میجورٹی، اوور ویلمنگ میجورٹی۔ تو، ہیر سچوئیشن، ہیر دا سچوئیشن واز ڈفرنٹ فرام دیٹ اف مکہ، بٹ دا فارمولا واز سیم۔</w:t>
      </w:r>
    </w:p>
    <w:p>
      <w:r>
        <w:rPr>
          <w:b/>
        </w:rPr>
        <w:t xml:space="preserve">[54:45] </w:t>
      </w:r>
      <w:r>
        <w:t>the prophet of Islam issued a declaration.</w:t>
      </w:r>
    </w:p>
    <w:p>
      <w:pPr>
        <w:jc w:val="right"/>
      </w:pPr>
      <w:r>
        <w:t>دا پرافٹ اف اسلام ایشوڈ ا ڈیکلریشن۔</w:t>
      </w:r>
    </w:p>
    <w:p>
      <w:r>
        <w:rPr>
          <w:b/>
        </w:rPr>
        <w:t xml:space="preserve">[54:51] </w:t>
      </w:r>
      <w:r>
        <w:t>the prophet of Islam issued a declaration in medina.</w:t>
      </w:r>
    </w:p>
    <w:p>
      <w:pPr>
        <w:jc w:val="right"/>
      </w:pPr>
      <w:r>
        <w:t>دا پرافٹ اف اسلام ایشوڈ ا ڈیکلریشن ان مدینہ۔</w:t>
      </w:r>
    </w:p>
    <w:p>
      <w:r>
        <w:rPr>
          <w:b/>
        </w:rPr>
        <w:t xml:space="preserve">[54:57] </w:t>
      </w:r>
      <w:r>
        <w:t>this declaration is called in history as Sahifat al-Madinah. Sahifat al-Madinah, that is medina declaration.</w:t>
      </w:r>
    </w:p>
    <w:p>
      <w:pPr>
        <w:jc w:val="right"/>
      </w:pPr>
      <w:r>
        <w:t>دس ڈیکلریشن از کالڈ ان ہسٹری ایز صحیفۃ المدینہ۔ صحیفۃ المدینہ، دیٹ از مدینہ ڈیکلریشن۔</w:t>
      </w:r>
    </w:p>
    <w:p>
      <w:r>
        <w:rPr>
          <w:b/>
        </w:rPr>
        <w:t xml:space="preserve">[55:16] </w:t>
      </w:r>
      <w:r>
        <w:t>so, in this declaration, that is medina declaration, he included this provision:</w:t>
      </w:r>
    </w:p>
    <w:p>
      <w:pPr>
        <w:jc w:val="right"/>
      </w:pPr>
      <w:r>
        <w:t>سو، ان دس ڈیکلریشن، دیٹ از مدینہ ڈیکلریشن، ہی انکلوڈڈ دس پروویژن:</w:t>
      </w:r>
    </w:p>
    <w:p>
      <w:r>
        <w:rPr>
          <w:b/>
        </w:rPr>
        <w:t xml:space="preserve">[55:27] </w:t>
      </w:r>
      <w:r>
        <w:t>lil yahud deenuhum al-muslimun deen for</w:t>
      </w:r>
    </w:p>
    <w:p>
      <w:pPr>
        <w:jc w:val="right"/>
      </w:pPr>
      <w:r>
        <w:t>"لل یہود دینہم المسلمین دین فار</w:t>
      </w:r>
    </w:p>
    <w:p>
      <w:r>
        <w:rPr>
          <w:b/>
        </w:rPr>
        <w:t xml:space="preserve">[55:35] </w:t>
      </w:r>
      <w:r>
        <w:t>jewish people their religion. " for muslims, their religion. this was this provision was included in the medina declaration.</w:t>
      </w:r>
    </w:p>
    <w:p>
      <w:pPr>
        <w:jc w:val="right"/>
      </w:pPr>
      <w:r>
        <w:t>جوئش پیپل دیر ریلیجن۔" فار مسلمز، دیر ریلیجن۔ دس واز دس پروویژن واز انکلوڈڈ ان دی مدینہ ڈیکلریشن۔</w:t>
      </w:r>
    </w:p>
    <w:p>
      <w:r>
        <w:rPr>
          <w:b/>
        </w:rPr>
        <w:t xml:space="preserve">[55:50] </w:t>
      </w:r>
      <w:r>
        <w:t>so, here you can see that there is no difference between mecca and medina</w:t>
      </w:r>
    </w:p>
    <w:p>
      <w:pPr>
        <w:jc w:val="right"/>
      </w:pPr>
      <w:r>
        <w:t>تو، ہیر یو کین سی دیٹ دیر از نو ڈفرنس بٹوین مکہ اینڈ مدینہ</w:t>
      </w:r>
    </w:p>
    <w:p>
      <w:r>
        <w:rPr>
          <w:b/>
        </w:rPr>
        <w:t xml:space="preserve">[55:56] </w:t>
      </w:r>
      <w:r>
        <w:t>in this,</w:t>
      </w:r>
    </w:p>
    <w:p>
      <w:pPr>
        <w:jc w:val="right"/>
      </w:pPr>
      <w:r>
        <w:t>ان دس،</w:t>
      </w:r>
    </w:p>
    <w:p>
      <w:r>
        <w:rPr>
          <w:b/>
        </w:rPr>
        <w:t xml:space="preserve">[56:00] </w:t>
      </w:r>
      <w:r>
        <w:t>in this issue. so, if you are living in a in any society, you are, you know, you are in minority or you are in majority.</w:t>
      </w:r>
    </w:p>
    <w:p>
      <w:pPr>
        <w:jc w:val="right"/>
      </w:pPr>
      <w:r>
        <w:t>ان دس ایشو۔ سو، اف یو ار لیونگ ان اے ان اینی سوسائٹی، یو ار، یو نو، یو ار ان مائنورٹی اور یو ار ان میجورٹی۔</w:t>
      </w:r>
    </w:p>
    <w:p>
      <w:r>
        <w:rPr>
          <w:b/>
        </w:rPr>
        <w:t xml:space="preserve">[56:16] </w:t>
      </w:r>
      <w:r>
        <w:t>in both the situation, you have to follow the same principle: "follow one and respect all.</w:t>
      </w:r>
    </w:p>
    <w:p>
      <w:pPr>
        <w:jc w:val="right"/>
      </w:pPr>
      <w:r>
        <w:t>ان بوتھ دا سچویشن، یو ہیو ٹو فالو دا سیم پرنسپل: "فالو ون اینڈ ریسپیکٹ ال۔</w:t>
      </w:r>
    </w:p>
    <w:p>
      <w:r>
        <w:rPr>
          <w:b/>
        </w:rPr>
        <w:t xml:space="preserve">[56:26] </w:t>
      </w:r>
      <w:r>
        <w:t>" so, there is no difference. there is no difference. so, the division of mecca period or medina period is irrelevant as far as as far as this issue is concerned.</w:t>
      </w:r>
    </w:p>
    <w:p>
      <w:pPr>
        <w:jc w:val="right"/>
      </w:pPr>
      <w:r>
        <w:t>" سو، دیر از نو ڈفرنس۔ دیر از نو ڈفرنس۔ سو، دا ڈویژن اف مکہ پیریڈ اور مدینہ پیریڈ از اریلونٹ ایز فار ایز فار ایز دس ایشو از کنسرن۔</w:t>
      </w:r>
    </w:p>
    <w:p>
      <w:r>
        <w:rPr>
          <w:b/>
        </w:rPr>
        <w:t xml:space="preserve">[56:42] </w:t>
      </w:r>
      <w:r>
        <w:t>then, you read some</w:t>
      </w:r>
    </w:p>
    <w:p>
      <w:pPr>
        <w:jc w:val="right"/>
      </w:pPr>
      <w:r>
        <w:t>دین، یو ریڈ سم</w:t>
      </w:r>
    </w:p>
    <w:p>
      <w:r>
        <w:rPr>
          <w:b/>
        </w:rPr>
        <w:t xml:space="preserve">[56:47] </w:t>
      </w:r>
      <w:r>
        <w:t>some events of war or battle, like battle of during prophet time.</w:t>
      </w:r>
    </w:p>
    <w:p>
      <w:pPr>
        <w:jc w:val="right"/>
      </w:pPr>
      <w:r>
        <w:t>سم ایونٹس اف وار اور بیٹل، لائک بیٹل اف ڈیورنگ پرافٹ ٹائم۔</w:t>
      </w:r>
    </w:p>
    <w:p>
      <w:r>
        <w:rPr>
          <w:b/>
        </w:rPr>
        <w:t xml:space="preserve">[57:00] </w:t>
      </w:r>
      <w:r>
        <w:t>there were some battles</w:t>
      </w:r>
    </w:p>
    <w:p>
      <w:pPr>
        <w:jc w:val="right"/>
      </w:pPr>
      <w:r>
        <w:t>دیر وار سم بیٹلز</w:t>
      </w:r>
    </w:p>
    <w:p>
      <w:r>
        <w:rPr>
          <w:b/>
        </w:rPr>
        <w:t xml:space="preserve">[57:02] </w:t>
      </w:r>
      <w:r>
        <w:t>battle of uhud, battle of badr, battle of hunayn,</w:t>
      </w:r>
    </w:p>
    <w:p>
      <w:pPr>
        <w:jc w:val="right"/>
      </w:pPr>
      <w:r>
        <w:t>: بیٹل اف احد، بیٹل اف بدر، بیٹل اف حنین،</w:t>
      </w:r>
    </w:p>
    <w:p>
      <w:r>
        <w:rPr>
          <w:b/>
        </w:rPr>
        <w:t xml:space="preserve">[57:12] </w:t>
      </w:r>
      <w:r>
        <w:t>etc. so, now, what is the</w:t>
      </w:r>
    </w:p>
    <w:p>
      <w:pPr>
        <w:jc w:val="right"/>
      </w:pPr>
      <w:r>
        <w:t>ایٹسٹرا۔ سو، ناو، واٹ از دا</w:t>
      </w:r>
    </w:p>
    <w:p>
      <w:r>
        <w:rPr>
          <w:b/>
        </w:rPr>
        <w:t xml:space="preserve">[57:20] </w:t>
      </w:r>
      <w:r>
        <w:t>meaning of these battles? how you will explain these battles?</w:t>
      </w:r>
    </w:p>
    <w:p>
      <w:pPr>
        <w:jc w:val="right"/>
      </w:pPr>
      <w:r>
        <w:t>میننگ اف دیز بیٹلز؟ ہاؤ یو ویل ایکسپلین دیز بیٹلز؟</w:t>
      </w:r>
    </w:p>
    <w:p>
      <w:r>
        <w:rPr>
          <w:b/>
        </w:rPr>
        <w:t xml:space="preserve">[57:28] </w:t>
      </w:r>
      <w:r>
        <w:t>according to my study, these battles were not real part of islam. instead, they were relative part of islam.</w:t>
      </w:r>
    </w:p>
    <w:p>
      <w:pPr>
        <w:jc w:val="right"/>
      </w:pPr>
      <w:r>
        <w:t>اکارڈنگ ٹو مائی سٹڈی، دیز بیٹلز ویر ناٹ ریل پارٹ اف اسلام۔ انسٹیڈ، دے ویر ریلیٹو پارٹ اف اسلام۔</w:t>
      </w:r>
    </w:p>
    <w:p>
      <w:r>
        <w:rPr>
          <w:b/>
        </w:rPr>
        <w:t xml:space="preserve">[57:40] </w:t>
      </w:r>
      <w:r>
        <w:t>these battles was only a temporary phase of islamic scheme, not a permanent phase.</w:t>
      </w:r>
    </w:p>
    <w:p>
      <w:pPr>
        <w:jc w:val="right"/>
      </w:pPr>
      <w:r>
        <w:t>دیز بیٹلز واز اونلی ا ٹیمپریری فیز اف اسلامک سکیم، ناٹ ا پرماننٹ فیز۔</w:t>
      </w:r>
    </w:p>
    <w:p>
      <w:r>
        <w:rPr>
          <w:b/>
        </w:rPr>
        <w:t xml:space="preserve">[57:53] </w:t>
      </w:r>
      <w:r>
        <w:t>you know, the prophet of islam has said in clear terms:</w:t>
      </w:r>
    </w:p>
    <w:p>
      <w:pPr>
        <w:jc w:val="right"/>
      </w:pPr>
      <w:r>
        <w:t>یو نو، دا پرافٹ اف اسلام ہیز سیڈ ان کلیئر ٹرمز:</w:t>
      </w:r>
    </w:p>
    <w:p>
      <w:r>
        <w:rPr>
          <w:b/>
        </w:rPr>
        <w:t xml:space="preserve">[58:04] </w:t>
      </w:r>
      <w:r>
        <w:t>la tatamanna li qad 'adu wasallallaha al-'afiyah.</w:t>
      </w:r>
    </w:p>
    <w:p>
      <w:pPr>
        <w:jc w:val="right"/>
      </w:pPr>
      <w:r>
        <w:t>"لا تتمن لقال عدو وسل اللہ العافیہ۔"</w:t>
      </w:r>
    </w:p>
    <w:p>
      <w:r>
        <w:rPr>
          <w:b/>
        </w:rPr>
        <w:t xml:space="preserve">[58:15] </w:t>
      </w:r>
      <w:r>
        <w:t>do not wish confrontation with your enemy. ask peace from god. this is a general direction. this was a general teaching of the prophet of islam:</w:t>
      </w:r>
    </w:p>
    <w:p>
      <w:pPr>
        <w:jc w:val="right"/>
      </w:pPr>
      <w:r>
        <w:t>لا تتمن لقال عدو وسل اللہ العافیہ۔ ڈونٹ وش کنفrontiشن ود یور اینمی۔</w:t>
      </w:r>
    </w:p>
    <w:p>
      <w:r>
        <w:rPr>
          <w:b/>
        </w:rPr>
        <w:t xml:space="preserve">[58:29] </w:t>
      </w:r>
      <w:r>
        <w:t>la tatamanna li qad 'adu wasallallaha al-'afiyah. ask peace from god. this is a general direction. this was a general teaching of the prophet of islam:</w:t>
      </w:r>
    </w:p>
    <w:p>
      <w:pPr>
        <w:jc w:val="right"/>
      </w:pPr>
      <w:r>
        <w:t>اسک پیس فرام گاڈ۔ دس از ا جنرل ڈائریکشن۔ دس واز ا جنرل ٹیچنگ اف دا پرافٹ اف اسلام:</w:t>
      </w:r>
    </w:p>
    <w:p>
      <w:r>
        <w:rPr>
          <w:b/>
        </w:rPr>
        <w:t xml:space="preserve">[58:42] </w:t>
      </w:r>
      <w:r>
        <w:t>la tatamanna li qad 'adu wasallallaha al-'afiyah.</w:t>
      </w:r>
    </w:p>
    <w:p>
      <w:pPr>
        <w:jc w:val="right"/>
      </w:pPr>
      <w:r>
        <w:t>"لا تتمن لقال عدو وسل اللہ العافیہ۔"</w:t>
      </w:r>
    </w:p>
    <w:p>
      <w:r>
        <w:rPr>
          <w:b/>
        </w:rPr>
        <w:t xml:space="preserve">[58:49] </w:t>
      </w:r>
      <w:r>
        <w:t>do not wish</w:t>
      </w:r>
    </w:p>
    <w:p>
      <w:pPr>
        <w:jc w:val="right"/>
      </w:pPr>
      <w:r>
        <w:t>ڈونٹ وش</w:t>
      </w:r>
    </w:p>
    <w:p>
      <w:r>
        <w:rPr>
          <w:b/>
        </w:rPr>
        <w:t xml:space="preserve">[58:54] </w:t>
      </w:r>
      <w:r>
        <w:t>confrontation with your enemy. ask peace from god. so, this is the basic principle in islam.</w:t>
      </w:r>
    </w:p>
    <w:p>
      <w:pPr>
        <w:jc w:val="right"/>
      </w:pPr>
      <w:r>
        <w:t>کنفrontiشن ود یور اینمی۔ اسک پیس فرام گاڈ۔ سو، دس از دا بیسک پرنسپل ان اسلام۔</w:t>
      </w:r>
    </w:p>
    <w:p>
      <w:r>
        <w:rPr>
          <w:b/>
        </w:rPr>
        <w:t xml:space="preserve">[59:13] </w:t>
      </w:r>
      <w:r>
        <w:t>so, i say that in islam, peace is the rule and war is a rare exception.</w:t>
      </w:r>
    </w:p>
    <w:p>
      <w:pPr>
        <w:jc w:val="right"/>
      </w:pPr>
      <w:r>
        <w:t>سو، ائی سے دیٹ ان اسلام، پیس از دا رول اینڈ وار از ا ریئر ایکسیپشن۔</w:t>
      </w:r>
    </w:p>
    <w:p>
      <w:r>
        <w:rPr>
          <w:b/>
        </w:rPr>
        <w:t xml:space="preserve">[59:27] </w:t>
      </w:r>
      <w:r>
        <w:t>peace is the rule and war is a rare exception.</w:t>
      </w:r>
    </w:p>
    <w:p>
      <w:pPr>
        <w:jc w:val="right"/>
      </w:pPr>
      <w:r>
        <w:t>پیس از دا رول اینڈ وار از ا ریئر ایکسیپشن۔</w:t>
      </w:r>
    </w:p>
    <w:p>
      <w:r>
        <w:rPr>
          <w:b/>
        </w:rPr>
        <w:t xml:space="preserve">[59:35] </w:t>
      </w:r>
      <w:r>
        <w:t>then, there is a hadith in sahih muslim:</w:t>
      </w:r>
    </w:p>
    <w:p>
      <w:pPr>
        <w:jc w:val="right"/>
      </w:pPr>
      <w:r>
        <w:t>دین، دیر از ا حدیث ان صحیح مسلم:</w:t>
      </w:r>
    </w:p>
    <w:p>
      <w:r>
        <w:rPr>
          <w:b/>
        </w:rPr>
        <w:t xml:space="preserve">[59:43] </w:t>
      </w:r>
      <w:r>
        <w:t>inna allaha</w:t>
      </w:r>
    </w:p>
    <w:p>
      <w:pPr>
        <w:jc w:val="right"/>
      </w:pPr>
      <w:r>
        <w:t>"ان اللہ</w:t>
      </w:r>
    </w:p>
    <w:p>
      <w:r>
        <w:rPr>
          <w:b/>
        </w:rPr>
        <w:t xml:space="preserve">[59:47] </w:t>
      </w:r>
      <w:r>
        <w:t>yu'ti mal yu'ti al-'unf.</w:t>
      </w:r>
    </w:p>
    <w:p>
      <w:pPr>
        <w:jc w:val="right"/>
      </w:pPr>
      <w:r>
        <w:t>یوتی مال یوتی العنف۔"</w:t>
      </w:r>
    </w:p>
    <w:p>
      <w:r>
        <w:rPr>
          <w:b/>
        </w:rPr>
        <w:t xml:space="preserve">[59:55] </w:t>
      </w:r>
      <w:r>
        <w:t>god grants to non-violence what he does not grant to violence.</w:t>
      </w:r>
    </w:p>
    <w:p>
      <w:pPr>
        <w:jc w:val="right"/>
      </w:pPr>
      <w:r>
        <w:t>گاڈ گرانٹس ٹو نان وائلنس واٹ ہی ڈز ناٹ گرانٹ ٹو وائلنس۔</w:t>
      </w:r>
    </w:p>
    <w:p>
      <w:r>
        <w:rPr>
          <w:b/>
        </w:rPr>
        <w:t xml:space="preserve">[1:00:07] </w:t>
      </w:r>
      <w:r>
        <w:t>god grants to non-violence what he does not grant to violence.</w:t>
      </w:r>
    </w:p>
    <w:p>
      <w:pPr>
        <w:jc w:val="right"/>
      </w:pPr>
      <w:r>
        <w:t>گاڈ گرانٹس ٹو نان وائلنس واٹ ہی ڈز ناٹ گرانٹ ٹو وائلنس۔</w:t>
      </w:r>
    </w:p>
    <w:p>
      <w:r>
        <w:rPr>
          <w:b/>
        </w:rPr>
        <w:t xml:space="preserve">[1:00:15] </w:t>
      </w:r>
      <w:r>
        <w:t>now, if non-violence is more effective, then how islam can adopt</w:t>
      </w:r>
    </w:p>
    <w:p>
      <w:pPr>
        <w:jc w:val="right"/>
      </w:pPr>
      <w:r>
        <w:t>ناو، اف نان وائلنس از مور ایفیکٹیو، دین ہاؤ اسلام کین اڈاپٹ</w:t>
      </w:r>
    </w:p>
    <w:p>
      <w:r>
        <w:rPr>
          <w:b/>
        </w:rPr>
        <w:t xml:space="preserve">[1:00:28] </w:t>
      </w:r>
      <w:r>
        <w:t>the violent method?</w:t>
      </w:r>
    </w:p>
    <w:p>
      <w:pPr>
        <w:jc w:val="right"/>
      </w:pPr>
      <w:r>
        <w:t>دا وائلنٹ میتھڈ؟</w:t>
      </w:r>
    </w:p>
    <w:p>
      <w:r>
        <w:rPr>
          <w:b/>
        </w:rPr>
        <w:t xml:space="preserve">[1:00:34] </w:t>
      </w:r>
      <w:r>
        <w:t>if peaceful method is more effective, then how islam can adopt violent method in any situation?</w:t>
      </w:r>
    </w:p>
    <w:p>
      <w:pPr>
        <w:jc w:val="right"/>
      </w:pPr>
      <w:r>
        <w:t>اف پیس فل میتھڈ از مور ایفیکٹیو، دین ہاؤ اسلام کین اڈاپٹ وائلنٹ میتھڈ ان اینی سچویشن؟</w:t>
      </w:r>
    </w:p>
    <w:p>
      <w:r>
        <w:rPr>
          <w:b/>
        </w:rPr>
        <w:t xml:space="preserve">[1:00:49] </w:t>
      </w:r>
      <w:r>
        <w:t>it is out of question.</w:t>
      </w:r>
    </w:p>
    <w:p>
      <w:pPr>
        <w:jc w:val="right"/>
      </w:pPr>
      <w:r>
        <w:t>اٹ از اؤٹ اف کوئسچن۔</w:t>
      </w:r>
    </w:p>
    <w:p>
      <w:r>
        <w:rPr>
          <w:b/>
        </w:rPr>
        <w:t xml:space="preserve">[1:00:52] </w:t>
      </w:r>
      <w:r>
        <w:t>only in some compulsive situation,</w:t>
      </w:r>
    </w:p>
    <w:p>
      <w:pPr>
        <w:jc w:val="right"/>
      </w:pPr>
      <w:r>
        <w:t>اونلی ان سم کمپلسو سچویشن،</w:t>
      </w:r>
    </w:p>
    <w:p>
      <w:r>
        <w:rPr>
          <w:b/>
        </w:rPr>
        <w:t xml:space="preserve">[1:00:57] </w:t>
      </w:r>
      <w:r>
        <w:t>only in some compulsive situation, where no way out. then prophet adopted the choice of war.</w:t>
      </w:r>
    </w:p>
    <w:p>
      <w:pPr>
        <w:jc w:val="right"/>
      </w:pPr>
      <w:r>
        <w:t>اونلی ان سم کمپلسو سچویشن، ویر نو وے اؤٹ۔ دین پرافٹ اڈاپٹڈ دا چوائس اف وار۔</w:t>
      </w:r>
    </w:p>
    <w:p>
      <w:r>
        <w:rPr>
          <w:b/>
        </w:rPr>
        <w:t xml:space="preserve">[1:01:08] </w:t>
      </w:r>
      <w:r>
        <w:t>Otherwise, he was living in peace. Peace was a general rule in Islamic scheme.</w:t>
      </w:r>
    </w:p>
    <w:p>
      <w:pPr>
        <w:jc w:val="right"/>
      </w:pPr>
      <w:r>
        <w:t>ادر وائز، ہی واز لیونگ ان پیس فل۔ پیس واز ا جنرل رول ان اسلامک سکیم۔</w:t>
      </w:r>
    </w:p>
    <w:p>
      <w:r>
        <w:rPr>
          <w:b/>
        </w:rPr>
        <w:t xml:space="preserve">[1:01:19] </w:t>
      </w:r>
      <w:r>
        <w:t>it is very important to know that in Islam, peace is rule and war is a rare exception.</w:t>
      </w:r>
    </w:p>
    <w:p>
      <w:pPr>
        <w:jc w:val="right"/>
      </w:pPr>
      <w:r>
        <w:t>اٹ از ویری امپورٹنٹ ٹو نو دیٹ ان اسلام، پیس از رول اینڈ وار از ا ریئر ایکسیپشن۔</w:t>
      </w:r>
    </w:p>
    <w:p>
      <w:r>
        <w:rPr>
          <w:b/>
        </w:rPr>
        <w:t xml:space="preserve">[1:01:34] </w:t>
      </w:r>
      <w:r>
        <w:t>when there is no choice other than to go to war, that is a defensive situation. except defence, there is no war in Islam.</w:t>
      </w:r>
    </w:p>
    <w:p>
      <w:pPr>
        <w:jc w:val="right"/>
      </w:pPr>
      <w:r>
        <w:t>وین دیر از نو چوائس ادر دین ٹو گو ٹو وار، دیٹ از ا ڈیفنسو سچویشن۔ ایکسیپٹ ڈیفنس، دیر از نو وار ان اسلام۔</w:t>
      </w:r>
    </w:p>
    <w:p>
      <w:r>
        <w:rPr>
          <w:b/>
        </w:rPr>
        <w:t xml:space="preserve">[1:01:48] </w:t>
      </w:r>
      <w:r>
        <w:t>except defence, there is no war in Islam. Islam believes in peace and not in</w:t>
      </w:r>
    </w:p>
    <w:p>
      <w:pPr>
        <w:jc w:val="right"/>
      </w:pPr>
      <w:r>
        <w:t>ایکسیپٹ ڈیفنس، دیر از نو وار ان اسلام۔ اسلام بیلیوز ان پیس اینڈ ناٹ ان</w:t>
      </w:r>
    </w:p>
    <w:p>
      <w:r>
        <w:rPr>
          <w:b/>
        </w:rPr>
        <w:t xml:space="preserve">[1:02:03] </w:t>
      </w:r>
      <w:r>
        <w:t>violence. then, there is a very relevant hadith in sahih al-bukhari.</w:t>
      </w:r>
    </w:p>
    <w:p>
      <w:pPr>
        <w:jc w:val="right"/>
      </w:pPr>
      <w:r>
        <w:t>وائلنس۔ دین، دیر از ا ویری ریلونٹ حدیث ان صحیح البخاری۔</w:t>
      </w:r>
    </w:p>
    <w:p>
      <w:r>
        <w:rPr>
          <w:b/>
        </w:rPr>
        <w:t xml:space="preserve">[1:02:13] </w:t>
      </w:r>
      <w:r>
        <w:t>aisha,</w:t>
      </w:r>
    </w:p>
    <w:p>
      <w:pPr>
        <w:jc w:val="right"/>
      </w:pPr>
      <w:r>
        <w:t>عائشہ،</w:t>
      </w:r>
    </w:p>
    <w:p>
      <w:r>
        <w:rPr>
          <w:b/>
        </w:rPr>
        <w:t xml:space="preserve">[1:02:17] </w:t>
      </w:r>
      <w:r>
        <w:t>the wife of the prophet, says about the general policy of the prophet. she says:</w:t>
      </w:r>
    </w:p>
    <w:p>
      <w:pPr>
        <w:jc w:val="right"/>
      </w:pPr>
      <w:r>
        <w:t>دی وائف اف دا پرافٹ، سیز اباؤٹ دا جنرل پالیسی اف دا پرافٹ۔ شی سیز:</w:t>
      </w:r>
    </w:p>
    <w:p>
      <w:r>
        <w:rPr>
          <w:b/>
        </w:rPr>
        <w:t xml:space="preserve">[1:02:29] </w:t>
      </w:r>
      <w:r>
        <w:t>"ma khayyar rasulullah sallallahu alaihi wasallam bayna amrain illa aisha."</w:t>
      </w:r>
    </w:p>
    <w:p>
      <w:pPr>
        <w:jc w:val="right"/>
      </w:pPr>
      <w:r>
        <w:t>"ما خیر رسول اللہ صلی اللہ علیہ وسلم بین امرین الا عائشہ۔"</w:t>
      </w:r>
    </w:p>
    <w:p>
      <w:r>
        <w:rPr>
          <w:b/>
        </w:rPr>
        <w:t xml:space="preserve">[1:02:40] </w:t>
      </w:r>
      <w:r>
        <w:t>it means that whenever the prophet had to choose between the two, he always opted for</w:t>
      </w:r>
    </w:p>
    <w:p>
      <w:pPr>
        <w:jc w:val="right"/>
      </w:pPr>
      <w:r>
        <w:t>اٹ مینز دیٹ وین ایور دا پرافٹ ہیڈ ٹو چوز بٹوین دا ٹو، ہی الویز اپٹڈ فار</w:t>
      </w:r>
    </w:p>
    <w:p>
      <w:r>
        <w:rPr>
          <w:b/>
        </w:rPr>
        <w:t xml:space="preserve">[1:02:58] </w:t>
      </w:r>
      <w:r>
        <w:t>easier option rather than harder option.</w:t>
      </w:r>
    </w:p>
    <w:p>
      <w:pPr>
        <w:jc w:val="right"/>
      </w:pPr>
      <w:r>
        <w:t>ایزیر اپشن رادر دین ہارڈر اپشن۔</w:t>
      </w:r>
    </w:p>
    <w:p>
      <w:r>
        <w:rPr>
          <w:b/>
        </w:rPr>
        <w:t xml:space="preserve">[1:03:03] </w:t>
      </w:r>
      <w:r>
        <w:t>here you can see that</w:t>
      </w:r>
    </w:p>
    <w:p>
      <w:pPr>
        <w:jc w:val="right"/>
      </w:pPr>
      <w:r>
        <w:t>ہیر یو کین سی دیٹ</w:t>
      </w:r>
    </w:p>
    <w:p>
      <w:r>
        <w:rPr>
          <w:b/>
        </w:rPr>
        <w:t xml:space="preserve">[1:03:08] </w:t>
      </w:r>
      <w:r>
        <w:t>of the two, of the choice is between the two methods: peaceful method and violent method. to which one is easier? which method is easier?</w:t>
      </w:r>
    </w:p>
    <w:p>
      <w:pPr>
        <w:jc w:val="right"/>
      </w:pPr>
      <w:r>
        <w:t>اف دا ٹو، اف دا چوائس از بٹوین دا ٹو میتھڈز: پیس فل میتھڈ اینڈ وائلنٹ میتھڈ۔ تو وچ ون از ایزیر؟ وچ میتھڈ از ایزیر؟</w:t>
      </w:r>
    </w:p>
    <w:p>
      <w:r>
        <w:rPr>
          <w:b/>
        </w:rPr>
        <w:t xml:space="preserve">[1:03:22] </w:t>
      </w:r>
      <w:r>
        <w:t>it is obvious that peaceful method is easier and violent method is harder. so, here you can see the general policy of the prophet of Islam.</w:t>
      </w:r>
    </w:p>
    <w:p>
      <w:pPr>
        <w:jc w:val="right"/>
      </w:pPr>
      <w:r>
        <w:t>اٹ از ابویس دیٹ پیس فل میتھڈ از ایزیر اینڈ وائلنٹ میتھڈ از ہارڈر۔ سو، ہیر یو کین سی دا جنرل پالیسی اف دا پرافٹ اف اسلام۔</w:t>
      </w:r>
    </w:p>
    <w:p>
      <w:r>
        <w:rPr>
          <w:b/>
        </w:rPr>
        <w:t xml:space="preserve">[1:03:36] </w:t>
      </w:r>
      <w:r>
        <w:t>it is general policy. so, this is a eternal policy of Islam.</w:t>
      </w:r>
    </w:p>
    <w:p>
      <w:pPr>
        <w:jc w:val="right"/>
      </w:pPr>
      <w:r>
        <w:t>اٹ از جنرل پالیسی۔ سو، دس از ا ایٹرنل پالیسی اف اسلام۔</w:t>
      </w:r>
    </w:p>
    <w:p>
      <w:r>
        <w:rPr>
          <w:b/>
        </w:rPr>
        <w:t xml:space="preserve">[1:03:45] </w:t>
      </w:r>
      <w:r>
        <w:t>Islamic people must follow this pattern.</w:t>
      </w:r>
    </w:p>
    <w:p>
      <w:pPr>
        <w:jc w:val="right"/>
      </w:pPr>
      <w:r>
        <w:t>اسلامک پیپل مسٹ فالو دس پیٹرن۔</w:t>
      </w:r>
    </w:p>
    <w:p>
      <w:r>
        <w:rPr>
          <w:b/>
        </w:rPr>
        <w:t xml:space="preserve">[1:03:52] </w:t>
      </w:r>
      <w:r>
        <w:t>if they are believer of the prophet, they must follow this pattern</w:t>
      </w:r>
    </w:p>
    <w:p>
      <w:pPr>
        <w:jc w:val="right"/>
      </w:pPr>
      <w:r>
        <w:t>اف دے ار بیلیور اف دا پرافٹ، دے مسٹ فالو دس پیٹرن</w:t>
      </w:r>
    </w:p>
    <w:p>
      <w:r>
        <w:rPr>
          <w:b/>
        </w:rPr>
        <w:t xml:space="preserve">[1:04:01] </w:t>
      </w:r>
      <w:r>
        <w:t>that when peaceful option is available, then that not allowed to opt for violent method.</w:t>
      </w:r>
    </w:p>
    <w:p>
      <w:pPr>
        <w:jc w:val="right"/>
      </w:pPr>
      <w:r>
        <w:t>دیٹ وین پیس فل اپشن از اویلیبل، دین دیٹ ناٹ الاؤڈ ٹو اپٹ فار وائلنٹ میتھڈ۔</w:t>
      </w:r>
    </w:p>
    <w:p>
      <w:r>
        <w:rPr>
          <w:b/>
        </w:rPr>
        <w:t xml:space="preserve">[1:04:13] </w:t>
      </w:r>
      <w:r>
        <w:t>now, in our present age, there is no need to to war to violence.</w:t>
      </w:r>
    </w:p>
    <w:p>
      <w:pPr>
        <w:jc w:val="right"/>
      </w:pPr>
      <w:r>
        <w:t>ناو، ان اور پریزنٹ ایج، دیر از نو نیڈ ٹو ٹو وار ٹو وائلنس۔</w:t>
      </w:r>
    </w:p>
    <w:p>
      <w:r>
        <w:rPr>
          <w:b/>
        </w:rPr>
        <w:t xml:space="preserve">[1:04:25] </w:t>
      </w:r>
      <w:r>
        <w:t>our age is completely revolutionized age.</w:t>
      </w:r>
    </w:p>
    <w:p>
      <w:pPr>
        <w:jc w:val="right"/>
      </w:pPr>
      <w:r>
        <w:t>اور ایج از کمپلیٹلی ریولرزائزڈ ایج۔</w:t>
      </w:r>
    </w:p>
    <w:p>
      <w:r>
        <w:rPr>
          <w:b/>
        </w:rPr>
        <w:t xml:space="preserve">[1:04:31] </w:t>
      </w:r>
      <w:r>
        <w:t>it is a. in everything, you can see change.</w:t>
      </w:r>
    </w:p>
    <w:p>
      <w:pPr>
        <w:jc w:val="right"/>
      </w:pPr>
      <w:r>
        <w:t>اٹ از ا۔ ان ایوری تھنگ، یو کین سی چینج۔</w:t>
      </w:r>
    </w:p>
    <w:p>
      <w:r>
        <w:rPr>
          <w:b/>
        </w:rPr>
        <w:t xml:space="preserve">[1:04:41] </w:t>
      </w:r>
      <w:r>
        <w:t>now, there is religious freedom in complete sense of the word.</w:t>
      </w:r>
    </w:p>
    <w:p>
      <w:pPr>
        <w:jc w:val="right"/>
      </w:pPr>
      <w:r>
        <w:t>ناو، دیر از ریلیجس فریڈم ان کمپلیٹ سینس اف دا ورڈ۔</w:t>
      </w:r>
    </w:p>
    <w:p>
      <w:r>
        <w:rPr>
          <w:b/>
        </w:rPr>
        <w:t xml:space="preserve">[1:04:50] </w:t>
      </w:r>
      <w:r>
        <w:t>all the nations have included this provision in their constitution that</w:t>
      </w:r>
    </w:p>
    <w:p>
      <w:pPr>
        <w:jc w:val="right"/>
      </w:pPr>
      <w:r>
        <w:t>ال دا نیشنز ہیو انکلوڈڈ دس پروویژن ان دیر کانسٹیٹیوشن دیٹ</w:t>
      </w:r>
    </w:p>
    <w:p>
      <w:r>
        <w:rPr>
          <w:b/>
        </w:rPr>
        <w:t xml:space="preserve">[1:05:03] </w:t>
      </w:r>
      <w:r>
        <w:t>every citizen has complete religious freedom.</w:t>
      </w:r>
    </w:p>
    <w:p>
      <w:pPr>
        <w:jc w:val="right"/>
      </w:pPr>
      <w:r>
        <w:t>ایوری سٹیزن ہیز کمپلیٹ ریلیجس فریڈم۔</w:t>
      </w:r>
    </w:p>
    <w:p>
      <w:r>
        <w:rPr>
          <w:b/>
        </w:rPr>
        <w:t xml:space="preserve">[1:05:15] </w:t>
      </w:r>
      <w:r>
        <w:t>religious persecution is no more</w:t>
      </w:r>
    </w:p>
    <w:p>
      <w:pPr>
        <w:jc w:val="right"/>
      </w:pPr>
      <w:r>
        <w:t>ریلیجس پرسیکیوشن از نو مور</w:t>
      </w:r>
    </w:p>
    <w:p>
      <w:r>
        <w:rPr>
          <w:b/>
        </w:rPr>
        <w:t xml:space="preserve">[1:05:19] </w:t>
      </w:r>
      <w:r>
        <w:t>. so, why you why? to what is the use of violence?</w:t>
      </w:r>
    </w:p>
    <w:p>
      <w:pPr>
        <w:jc w:val="right"/>
      </w:pPr>
      <w:r>
        <w:t>۔ سو، وائی یو وائی؟ تو واٹ از دا یوز اف وائلنس؟</w:t>
      </w:r>
    </w:p>
    <w:p>
      <w:r>
        <w:rPr>
          <w:b/>
        </w:rPr>
        <w:t xml:space="preserve">[1:05:28] </w:t>
      </w:r>
      <w:r>
        <w:t>of and as as of religious freedom, then why?</w:t>
      </w:r>
    </w:p>
    <w:p>
      <w:pPr>
        <w:jc w:val="right"/>
      </w:pPr>
      <w:r>
        <w:t>اف اور ایج از ایج اف ریلیجس فریڈم، دین وائی؟</w:t>
      </w:r>
    </w:p>
    <w:p>
      <w:r>
        <w:rPr>
          <w:b/>
        </w:rPr>
        <w:t xml:space="preserve">[1:05:39] </w:t>
      </w:r>
      <w:r>
        <w:t>din waat iz da yuz af wailans</w:t>
      </w:r>
    </w:p>
    <w:p>
      <w:pPr>
        <w:jc w:val="right"/>
      </w:pPr>
      <w:r>
        <w:t>دین واٹ از دا یوز اف وائلنس</w:t>
      </w:r>
    </w:p>
    <w:p>
      <w:r>
        <w:rPr>
          <w:b/>
        </w:rPr>
        <w:t xml:space="preserve">[1:05:45] </w:t>
      </w:r>
      <w:r>
        <w:t>We have to follow the other option that is peaceful, the work. Then, there are so many facilities.</w:t>
      </w:r>
    </w:p>
    <w:p>
      <w:pPr>
        <w:jc w:val="right"/>
      </w:pPr>
      <w:r>
        <w:t>؟ وی ہیو ٹو فالو دا ایزیر اپشن دیٹ از پیس فل دا ورک۔ دین، دیر ار سو مینی فیسلیٹیز۔</w:t>
      </w:r>
    </w:p>
    <w:p>
      <w:r>
        <w:rPr>
          <w:b/>
        </w:rPr>
        <w:t xml:space="preserve">[1:05:57] </w:t>
      </w:r>
      <w:r>
        <w:t>far aijampal, kamiunikishan. vi ar livin an ain aiij af kamiunikishan.</w:t>
      </w:r>
    </w:p>
    <w:p>
      <w:pPr>
        <w:jc w:val="right"/>
      </w:pPr>
      <w:r>
        <w:t>فار ایگزامپل، کمیونیکیشن۔ وی ار لیونگ ان این ایج اف کمیونیکیشن۔</w:t>
      </w:r>
    </w:p>
    <w:p>
      <w:r>
        <w:rPr>
          <w:b/>
        </w:rPr>
        <w:t xml:space="preserve">[1:06:08] </w:t>
      </w:r>
      <w:r>
        <w:t>an dis aiij, vi hev tu kamiunikait aini maisij thrut aurt di varld.</w:t>
      </w:r>
    </w:p>
    <w:p>
      <w:pPr>
        <w:jc w:val="right"/>
      </w:pPr>
      <w:r>
        <w:t>ان دس ایج، وی ہیو ٹو کمیونیکیٹ اینی میسج تھرو اؤٹ دی ورلڈ۔</w:t>
      </w:r>
    </w:p>
    <w:p>
      <w:r>
        <w:rPr>
          <w:b/>
        </w:rPr>
        <w:t xml:space="preserve">[1:06:20] </w:t>
      </w:r>
      <w:r>
        <w:t>If you are living on a state, on a building, even in a house, even in a room, you can convey your message throughout the world: through telephone, through internet, through website, through multimedia,</w:t>
      </w:r>
    </w:p>
    <w:p>
      <w:pPr>
        <w:jc w:val="right"/>
      </w:pPr>
      <w:r>
        <w:t>اف یو ار لیونگ ان ا سٹی، ان ا بلڈنگ، ایون ان ا ہاؤس، ایون ان ا روم، یو کین کنوے یور میسج تھرو اؤٹ دی ورلڈ: تھرو ٹیلی فون، تھرو انٹرنیٹ، تھرو ویب سائٹ، تھرو ملٹی میڈیا،</w:t>
      </w:r>
    </w:p>
    <w:p>
      <w:r>
        <w:rPr>
          <w:b/>
        </w:rPr>
        <w:t xml:space="preserve">[1:06:37] </w:t>
      </w:r>
      <w:r>
        <w:t>thrut printin mtiirials.</w:t>
      </w:r>
    </w:p>
    <w:p>
      <w:pPr>
        <w:jc w:val="right"/>
      </w:pPr>
      <w:r>
        <w:t>تھرو پرنٹنگ مٹیریلز۔</w:t>
      </w:r>
    </w:p>
    <w:p>
      <w:r>
        <w:rPr>
          <w:b/>
        </w:rPr>
        <w:t xml:space="preserve">[1:06:43] </w:t>
      </w:r>
      <w:r>
        <w:t>So, electronic media and print media. But, you can you can use the both media and you can convey your message throughout the world without using violence.</w:t>
      </w:r>
    </w:p>
    <w:p>
      <w:pPr>
        <w:jc w:val="right"/>
      </w:pPr>
      <w:r>
        <w:t>سو، الیکٹرانک میڈیا اینڈ پرنٹ میڈیا بوتھ، یو کین یو کین یوز دا بوتھ میڈیا اینڈ یو کین کنوے یور میسج تھرو اؤٹ دی ورلڈ وداؤٹ یوزنگ وائلنس۔</w:t>
      </w:r>
    </w:p>
    <w:p>
      <w:r>
        <w:rPr>
          <w:b/>
        </w:rPr>
        <w:t xml:space="preserve">[1:07:02] </w:t>
      </w:r>
      <w:r>
        <w:t>su, ar aiij iz ain aiij vir der iz reliijas fraidam an kamplait sans af da varld.</w:t>
      </w:r>
    </w:p>
    <w:p>
      <w:pPr>
        <w:jc w:val="right"/>
      </w:pPr>
      <w:r>
        <w:t>سو، اور ایج از این ایج ویر دیر از ریلیجس فریڈم ان کمپلیٹ سینس اف دا ورلڈ۔</w:t>
      </w:r>
    </w:p>
    <w:p>
      <w:r>
        <w:rPr>
          <w:b/>
        </w:rPr>
        <w:t xml:space="preserve">[1:07:17] </w:t>
      </w:r>
      <w:r>
        <w:t>su, da prafat af isalam. su, it iz tru dat prafat af isalam</w:t>
      </w:r>
    </w:p>
    <w:p>
      <w:pPr>
        <w:jc w:val="right"/>
      </w:pPr>
      <w:r>
        <w:t>سو، دا پرافٹ اف اسلام۔ سو، اٹ از ٹرو دیٹ پرافٹ اف اسلام</w:t>
      </w:r>
    </w:p>
    <w:p>
      <w:r>
        <w:rPr>
          <w:b/>
        </w:rPr>
        <w:t xml:space="preserve">[1:07:26] </w:t>
      </w:r>
      <w:r>
        <w:t>engaged himself in some battles, but this engagement was due to some compulsion.</w:t>
      </w:r>
    </w:p>
    <w:p>
      <w:pPr>
        <w:jc w:val="right"/>
      </w:pPr>
      <w:r>
        <w:t>انگیجڈ ہم سیلف ان سم بیٹلز، بٹ دس انگیجمنٹ واز ڈیو ٹو سم کمپریشن۔</w:t>
      </w:r>
    </w:p>
    <w:p>
      <w:r>
        <w:rPr>
          <w:b/>
        </w:rPr>
        <w:t xml:space="preserve">[1:07:37] </w:t>
      </w:r>
      <w:r>
        <w:t>Prophet wanted peace. La tataman alafia.</w:t>
      </w:r>
    </w:p>
    <w:p>
      <w:pPr>
        <w:jc w:val="right"/>
      </w:pPr>
      <w:r>
        <w:t>پرافٹ وانٹڈ پیس۔ لا تتمن العافیہ۔</w:t>
      </w:r>
    </w:p>
    <w:p>
      <w:r>
        <w:rPr>
          <w:b/>
        </w:rPr>
        <w:t xml:space="preserve">[1:07:46] </w:t>
      </w:r>
      <w:r>
        <w:t>Prophet always wanted peace, but due to some attack, due to some aggression, he was compelled to go to war as a defense.</w:t>
      </w:r>
    </w:p>
    <w:p>
      <w:pPr>
        <w:jc w:val="right"/>
      </w:pPr>
      <w:r>
        <w:t>پرافٹ الویز وانٹڈ پیس، بٹ ڈیو ٹو سم اٹیک، ڈیو ٹو سم ایگریشن، ہی واز کمپل ٹو گو ٹو وار ایز ا ڈیفنس۔</w:t>
      </w:r>
    </w:p>
    <w:p>
      <w:r>
        <w:rPr>
          <w:b/>
        </w:rPr>
        <w:t xml:space="preserve">[1:08:01] </w:t>
      </w:r>
      <w:r>
        <w:t>So, it was a temporary phase of Islam.</w:t>
      </w:r>
    </w:p>
    <w:p>
      <w:pPr>
        <w:jc w:val="right"/>
      </w:pPr>
      <w:r>
        <w:t>سو، اٹ واز ا ٹیمپریری فیز اف اسلام۔</w:t>
      </w:r>
    </w:p>
    <w:p>
      <w:r>
        <w:rPr>
          <w:b/>
        </w:rPr>
        <w:t xml:space="preserve">[1:08:06] </w:t>
      </w:r>
      <w:r>
        <w:t>defensive war of those early period was</w:t>
      </w:r>
    </w:p>
    <w:p>
      <w:pPr>
        <w:jc w:val="right"/>
      </w:pPr>
      <w:r>
        <w:t>ڈیفنسو وار اف دوز ارلی پیریڈ واز</w:t>
      </w:r>
    </w:p>
    <w:p>
      <w:r>
        <w:rPr>
          <w:b/>
        </w:rPr>
        <w:t xml:space="preserve">[1:08:13] </w:t>
      </w:r>
      <w:r>
        <w:t>not in a temporary phase of Islamic history. Now,</w:t>
      </w:r>
    </w:p>
    <w:p>
      <w:pPr>
        <w:jc w:val="right"/>
      </w:pPr>
      <w:r>
        <w:t>نتھنگ بٹ ا ٹیمپریری فیز اف اسلامک ہسٹری۔ ناو،</w:t>
      </w:r>
    </w:p>
    <w:p>
      <w:r>
        <w:rPr>
          <w:b/>
        </w:rPr>
        <w:t xml:space="preserve">[1:08:24] </w:t>
      </w:r>
      <w:r>
        <w:t>Now, there is no need to go to war.</w:t>
      </w:r>
    </w:p>
    <w:p>
      <w:pPr>
        <w:jc w:val="right"/>
      </w:pPr>
      <w:r>
        <w:t>ناو، دیر از نو نیڈ ٹو گو ٹو وار۔</w:t>
      </w:r>
    </w:p>
    <w:p>
      <w:r>
        <w:rPr>
          <w:b/>
        </w:rPr>
        <w:t xml:space="preserve">[1:08:32] </w:t>
      </w:r>
      <w:r>
        <w:t>you are free to you are free to adopt the peaceful methods.</w:t>
      </w:r>
    </w:p>
    <w:p>
      <w:pPr>
        <w:jc w:val="right"/>
      </w:pPr>
      <w:r>
        <w:t>یو ار فری ٹو یو ار فری ٹو اڈاپٹ دا پیس فل میتھڈز۔</w:t>
      </w:r>
    </w:p>
    <w:p>
      <w:r>
        <w:rPr>
          <w:b/>
        </w:rPr>
        <w:t xml:space="preserve">[1:08:43] </w:t>
      </w:r>
      <w:r>
        <w:t>So, there is no need to go to war.</w:t>
      </w:r>
    </w:p>
    <w:p>
      <w:pPr>
        <w:jc w:val="right"/>
      </w:pPr>
      <w:r>
        <w:t>سو، دیر از نو نیڈ ٹو گو ٹو وار۔</w:t>
      </w:r>
    </w:p>
    <w:p>
      <w:r>
        <w:rPr>
          <w:b/>
        </w:rPr>
        <w:t xml:space="preserve">[1:08:49] </w:t>
      </w:r>
      <w:r>
        <w:t>This is the very important lesson which we have to find in your and our history and our and the present time.</w:t>
      </w:r>
    </w:p>
    <w:p>
      <w:pPr>
        <w:jc w:val="right"/>
      </w:pPr>
      <w:r>
        <w:t>دس از دا ویری امپورٹنٹ لیسن وچ وی ہیو ٹو فائنڈ ان یور ان اور ہسٹری ان اور ان دا پریزنٹ ٹائم۔</w:t>
      </w:r>
    </w:p>
    <w:p>
      <w:r>
        <w:rPr>
          <w:b/>
        </w:rPr>
        <w:t xml:space="preserve">[1:09:08] </w:t>
      </w:r>
      <w:r>
        <w:t>din,</w:t>
      </w:r>
    </w:p>
    <w:p>
      <w:pPr>
        <w:jc w:val="right"/>
      </w:pPr>
      <w:r>
        <w:t>دین،</w:t>
      </w:r>
    </w:p>
    <w:p>
      <w:r>
        <w:rPr>
          <w:b/>
        </w:rPr>
        <w:t xml:space="preserve">[1:09:12] </w:t>
      </w:r>
      <w:r>
        <w:t>ai vaud laik tu si dat</w:t>
      </w:r>
    </w:p>
    <w:p>
      <w:pPr>
        <w:jc w:val="right"/>
      </w:pPr>
      <w:r>
        <w:t>ائی وڈ لائک ٹو سی دیٹ</w:t>
      </w:r>
    </w:p>
    <w:p>
      <w:r>
        <w:rPr>
          <w:b/>
        </w:rPr>
        <w:t xml:space="preserve">[1:09:18] </w:t>
      </w:r>
      <w:r>
        <w:t>The Prophet of Islam, he said that</w:t>
      </w:r>
    </w:p>
    <w:p>
      <w:pPr>
        <w:jc w:val="right"/>
      </w:pPr>
      <w:r>
        <w:t>دا پرافٹ اف اسلام ہیز سیڈ دیٹ</w:t>
      </w:r>
    </w:p>
    <w:p>
      <w:r>
        <w:rPr>
          <w:b/>
        </w:rPr>
        <w:t xml:space="preserve">[1:09:24] </w:t>
      </w:r>
      <w:r>
        <w:t>that day will come when the word of God will reach to every house, big and large, big and small</w:t>
      </w:r>
    </w:p>
    <w:p>
      <w:pPr>
        <w:jc w:val="right"/>
      </w:pPr>
      <w:r>
        <w:t>دا ڈے ویل کم وین دا ورڈ اف گاڈ ویل ریچ ٹو ایوری ہاؤس، بگ اینڈ لارج، بگ اینڈ اسمال</w:t>
      </w:r>
    </w:p>
    <w:p>
      <w:r>
        <w:rPr>
          <w:b/>
        </w:rPr>
        <w:t xml:space="preserve">[1:09:39] </w:t>
      </w:r>
      <w:r>
        <w:t>So, now, you know that we are living in the age of communication, in the age of multimedia. So, we have to engage ourself with this mission: Why Violence?</w:t>
      </w:r>
    </w:p>
    <w:p>
      <w:pPr>
        <w:jc w:val="right"/>
      </w:pPr>
      <w:r>
        <w:t>۔ سو، ناو، یو نو دیٹ وی ار لیونگ ان دا ایج اف کمیونیکیشن، ان دا ایج اف ملٹی میڈیا۔ سو، وی ہیو ٹو انگیج اور سیلف ود دس مشن: وائی وائلنس؟</w:t>
      </w:r>
    </w:p>
    <w:p>
      <w:r>
        <w:rPr>
          <w:b/>
        </w:rPr>
        <w:t xml:space="preserve">[1:09:52] </w:t>
      </w:r>
      <w:r>
        <w:t>wai war? wai confrontation?</w:t>
      </w:r>
    </w:p>
    <w:p>
      <w:pPr>
        <w:jc w:val="right"/>
      </w:pPr>
      <w:r>
        <w:t>وائی وار؟ وائی کنفرنٹیشن؟</w:t>
      </w:r>
    </w:p>
    <w:p>
      <w:r>
        <w:rPr>
          <w:b/>
        </w:rPr>
        <w:t xml:space="preserve">[1:09:59] </w:t>
      </w:r>
      <w:r>
        <w:t>The Prophet of Islam was sent for all mankind.</w:t>
      </w:r>
    </w:p>
    <w:p>
      <w:pPr>
        <w:jc w:val="right"/>
      </w:pPr>
      <w:r>
        <w:t>دا پرافٹ اف اسلام واز سینڈ فار ال مین کائنڈ۔</w:t>
      </w:r>
    </w:p>
    <w:p>
      <w:r>
        <w:rPr>
          <w:b/>
        </w:rPr>
        <w:t xml:space="preserve">[1:10:04] </w:t>
      </w:r>
      <w:r>
        <w:t>lakon alameen nazeera.</w:t>
      </w:r>
    </w:p>
    <w:p>
      <w:pPr>
        <w:jc w:val="right"/>
      </w:pPr>
      <w:r>
        <w:t>لیکون العالمین نذیرہ۔</w:t>
      </w:r>
    </w:p>
    <w:p>
      <w:r>
        <w:rPr>
          <w:b/>
        </w:rPr>
        <w:t xml:space="preserve">[1:10:09] </w:t>
      </w:r>
      <w:r>
        <w:t>Prophet of Islam was sent by God to convey his mission, to convey his message to all mankind.</w:t>
      </w:r>
    </w:p>
    <w:p>
      <w:pPr>
        <w:jc w:val="right"/>
      </w:pPr>
      <w:r>
        <w:t>پرافٹ اف اسلام واز سینڈ بائی گاڈ ٹو کنوے ہز مشن، ٹو کنوے ہز میسج ٹو ال مین کائنڈ۔</w:t>
      </w:r>
    </w:p>
    <w:p>
      <w:r>
        <w:rPr>
          <w:b/>
        </w:rPr>
        <w:t xml:space="preserve">[1:10:22] </w:t>
      </w:r>
      <w:r>
        <w:t>but, you know, this mission was not completed during his lifetime.</w:t>
      </w:r>
    </w:p>
    <w:p>
      <w:pPr>
        <w:jc w:val="right"/>
      </w:pPr>
      <w:r>
        <w:t>بٹ، یو نو، دس مشن واز ناٹ کمپلیٹڈ ڈیورنگ ہز لائف ٹائم۔</w:t>
      </w:r>
    </w:p>
    <w:p>
      <w:r>
        <w:rPr>
          <w:b/>
        </w:rPr>
        <w:t xml:space="preserve">[1:10:30] </w:t>
      </w:r>
      <w:r>
        <w:t>His mission was to convey the divine message to all mankind. But, you know, that during Prophet's life, this mission was not completed.</w:t>
      </w:r>
    </w:p>
    <w:p>
      <w:pPr>
        <w:jc w:val="right"/>
      </w:pPr>
      <w:r>
        <w:t>ہز مشن واز ٹو کنوے دا ڈیوائن میسج ٹو ال مین کائنڈ۔ بٹ، یو نو، دیٹ ڈیورنگ پرافٹ لائف، دس مشن واز ناٹ کمپلیٹڈ۔</w:t>
      </w:r>
    </w:p>
    <w:p>
      <w:r>
        <w:rPr>
          <w:b/>
        </w:rPr>
        <w:t xml:space="preserve">[1:10:44] </w:t>
      </w:r>
      <w:r>
        <w:t>din, in latter days, during khilafat, during Umayyad period, Abbasid period, again, this mission was not completed because there was no communication,</w:t>
      </w:r>
    </w:p>
    <w:p>
      <w:pPr>
        <w:jc w:val="right"/>
      </w:pPr>
      <w:r>
        <w:t>دین، ان لیٹر ڈیز، ڈیورنگ خلافت، ڈیورنگ امیہ پیریڈ، عباس پیریڈ، اگین، دس مشن واز ناٹ کمپلیٹڈ بیکاز دیر واز نو کمیونیکیشن،</w:t>
      </w:r>
    </w:p>
    <w:p>
      <w:r>
        <w:rPr>
          <w:b/>
        </w:rPr>
        <w:t xml:space="preserve">[1:10:59] </w:t>
      </w:r>
      <w:r>
        <w:t>There was no media, there was no multimedia. It was impossible to spread the message throughout the world.</w:t>
      </w:r>
    </w:p>
    <w:p>
      <w:pPr>
        <w:jc w:val="right"/>
      </w:pPr>
      <w:r>
        <w:t>دیر واز نو میڈیا، دیر واز نو ملٹی میڈیا۔ اٹ واز امپوسیبل ٹو سپریڈ دا میسج تھرو اؤٹ دی ورلڈ۔</w:t>
      </w:r>
    </w:p>
    <w:p>
      <w:r>
        <w:rPr>
          <w:b/>
        </w:rPr>
        <w:t xml:space="preserve">[1:11:12] </w:t>
      </w:r>
      <w:r>
        <w:t>but, now, it has become completely possible because now, there are communication, there are transports, there are media.</w:t>
      </w:r>
    </w:p>
    <w:p>
      <w:pPr>
        <w:jc w:val="right"/>
      </w:pPr>
      <w:r>
        <w:t>بٹ، ناو، اٹ ہیز بیکم کمپلیٹلی پاسیبل بیکاز ناو، دیر ار کمیونیکیشن، دیر ار ٹرانسپورٹس، دیر ار میڈیا۔</w:t>
      </w:r>
    </w:p>
    <w:p>
      <w:r>
        <w:rPr>
          <w:b/>
        </w:rPr>
        <w:t xml:space="preserve">[1:11:25] </w:t>
      </w:r>
      <w:r>
        <w:t>everything is now in our position.</w:t>
      </w:r>
    </w:p>
    <w:p>
      <w:pPr>
        <w:jc w:val="right"/>
      </w:pPr>
      <w:r>
        <w:t>ایوری تھنگ از ناو ان اور پوزیشن۔</w:t>
      </w:r>
    </w:p>
    <w:p>
      <w:r>
        <w:rPr>
          <w:b/>
        </w:rPr>
        <w:t xml:space="preserve">[1:11:30] </w:t>
      </w:r>
      <w:r>
        <w:t>so, now, the time has come when</w:t>
      </w:r>
    </w:p>
    <w:p>
      <w:pPr>
        <w:jc w:val="right"/>
      </w:pPr>
      <w:r>
        <w:t>سو، ناو، دا ٹائم ہیز کم وین</w:t>
      </w:r>
    </w:p>
    <w:p>
      <w:r>
        <w:rPr>
          <w:b/>
        </w:rPr>
        <w:t xml:space="preserve">[1:11:36] </w:t>
      </w:r>
      <w:r>
        <w:t>we have to complete the mission of the prophet. First time in history, we are living in an age where</w:t>
      </w:r>
    </w:p>
    <w:p>
      <w:pPr>
        <w:jc w:val="right"/>
      </w:pPr>
      <w:r>
        <w:t>وی ہیو ٹو کمپلیٹ دا مشن اف دا پرافٹ۔ فرسٹ ٹائم ان ہسٹری، وی ار لیونگ ان این ایج ویر</w:t>
      </w:r>
    </w:p>
    <w:p>
      <w:r>
        <w:rPr>
          <w:b/>
        </w:rPr>
        <w:t xml:space="preserve">[1:11:51] </w:t>
      </w:r>
      <w:r>
        <w:t>it is possible for us to complete the mission of the prophet, to spread his mission throughout the world.</w:t>
      </w:r>
    </w:p>
    <w:p>
      <w:pPr>
        <w:jc w:val="right"/>
      </w:pPr>
      <w:r>
        <w:t>اٹ از پاسیبل فار اس ٹو کمپلیٹ دا مشن اف دا پرافٹ، ٹو سپریڈ ہز مشن تھرو اؤٹ دی ورلڈ۔</w:t>
      </w:r>
    </w:p>
    <w:p>
      <w:r>
        <w:rPr>
          <w:b/>
        </w:rPr>
        <w:t xml:space="preserve">[1:12:02] </w:t>
      </w:r>
      <w:r>
        <w:t>this mission left incomplete during his lifetime.</w:t>
      </w:r>
    </w:p>
    <w:p>
      <w:pPr>
        <w:jc w:val="right"/>
      </w:pPr>
      <w:r>
        <w:t>دس مشن لیفٹ ان کمپلیٹ ڈیورنگ ہز لائف ٹائم۔</w:t>
      </w:r>
    </w:p>
    <w:p>
      <w:r>
        <w:rPr>
          <w:b/>
        </w:rPr>
        <w:t xml:space="preserve">[1:12:10] </w:t>
      </w:r>
      <w:r>
        <w:t>din, during the khilafat period, umayyad period, abbasid period, this mission remained incomplete, remained incomplete.</w:t>
      </w:r>
    </w:p>
    <w:p>
      <w:pPr>
        <w:jc w:val="right"/>
      </w:pPr>
      <w:r>
        <w:t>دین، ڈیورنگ دا خلافت پیریڈ، امیت پیریڈ، عباس پیریڈ، دس مشن ریمین ان کمپلیٹڈ، ریمین ان کمپلیٹ۔</w:t>
      </w:r>
    </w:p>
    <w:p>
      <w:r>
        <w:rPr>
          <w:b/>
        </w:rPr>
        <w:t xml:space="preserve">[1:12:22] </w:t>
      </w:r>
      <w:r>
        <w:t>but, now, after the invention of media, after invention of modern modern facilities,</w:t>
      </w:r>
    </w:p>
    <w:p>
      <w:pPr>
        <w:jc w:val="right"/>
      </w:pPr>
      <w:r>
        <w:t>بٹ، ناو، افٹر دا انوینشن اف میڈیا، افٹر انوینشن اف ماڈرن ماڈرن فیسلیٹیز،</w:t>
      </w:r>
    </w:p>
    <w:p>
      <w:r>
        <w:rPr>
          <w:b/>
        </w:rPr>
        <w:t xml:space="preserve">[1:12:34] </w:t>
      </w:r>
      <w:r>
        <w:t>it is first time in history that we can complete the prophetic mission.</w:t>
      </w:r>
    </w:p>
    <w:p>
      <w:pPr>
        <w:jc w:val="right"/>
      </w:pPr>
      <w:r>
        <w:t>اٹ از فرسٹ ٹائم ان ہسٹری دیٹ وی کین کمپلیٹ دا پرافٹک مشن۔</w:t>
      </w:r>
    </w:p>
    <w:p>
      <w:r>
        <w:rPr>
          <w:b/>
        </w:rPr>
        <w:t xml:space="preserve">[1:12:44] </w:t>
      </w:r>
      <w:r>
        <w:t>so, don't we have to engage ourselves in this mission.</w:t>
      </w:r>
    </w:p>
    <w:p>
      <w:pPr>
        <w:jc w:val="right"/>
      </w:pPr>
      <w:r>
        <w:t>سو، ڈونٹ وی ہیو ٹو انگیج اور سیلف ان دس مشن۔</w:t>
      </w:r>
    </w:p>
    <w:p>
      <w:r>
        <w:rPr>
          <w:b/>
        </w:rPr>
        <w:t xml:space="preserve">[1:12:54] </w:t>
      </w:r>
      <w:r>
        <w:t>we have to abandon all other activities. we have to abandon all other activities like jihad, war, violence, political activities.</w:t>
      </w:r>
    </w:p>
    <w:p>
      <w:pPr>
        <w:jc w:val="right"/>
      </w:pPr>
      <w:r>
        <w:t>وی ہیو ٹو ابینڈن ال ادر ایکٹیویٹیز۔ وی ہیو ٹو ابینڈن ال ادر ایکٹیویٹیز لائک جہاد، وار، وائلنس، پولیٹیکل ایکٹیویٹیز۔</w:t>
      </w:r>
    </w:p>
    <w:p>
      <w:r>
        <w:rPr>
          <w:b/>
        </w:rPr>
        <w:t xml:space="preserve">[1:13:10] </w:t>
      </w:r>
      <w:r>
        <w:t>we have to abandon all these activities and we have to engage ourselves in in this mission completely.</w:t>
      </w:r>
    </w:p>
    <w:p>
      <w:pPr>
        <w:jc w:val="right"/>
      </w:pPr>
      <w:r>
        <w:t>وی ہیو ٹو ابینڈن ال دیز ایکٹیویٹیز اینڈ وی ہیو ٹو انگیج اور سیلف ان ان دس مشن کمپلیٹلی۔</w:t>
      </w:r>
    </w:p>
    <w:p>
      <w:r>
        <w:rPr>
          <w:b/>
        </w:rPr>
        <w:t xml:space="preserve">[1:13:20] </w:t>
      </w:r>
      <w:r>
        <w:t>that is to spread the</w:t>
      </w:r>
    </w:p>
    <w:p>
      <w:pPr>
        <w:jc w:val="right"/>
      </w:pPr>
      <w:r>
        <w:t>دیٹ از ٹو سپریڈ دا</w:t>
      </w:r>
    </w:p>
    <w:p>
      <w:r>
        <w:rPr>
          <w:b/>
        </w:rPr>
        <w:t xml:space="preserve">[1:13:25] </w:t>
      </w:r>
      <w:r>
        <w:t>divine message to all mankind.</w:t>
      </w:r>
    </w:p>
    <w:p>
      <w:pPr>
        <w:jc w:val="right"/>
      </w:pPr>
      <w:r>
        <w:t>ڈیوائن میسج ٹو ال مین کائنڈ۔</w:t>
      </w:r>
    </w:p>
    <w:p>
      <w:r>
        <w:rPr>
          <w:b/>
        </w:rPr>
        <w:t xml:space="preserve">[1:13:35] </w:t>
      </w:r>
      <w:r>
        <w:t>din, you know, it is first time in the history that man was able to evolve an international language.</w:t>
      </w:r>
    </w:p>
    <w:p>
      <w:pPr>
        <w:jc w:val="right"/>
      </w:pPr>
      <w:r>
        <w:t>دین، یو نو، اٹ از فرسٹ ٹائم ان دا ہسٹری دیٹ مین واز ایبل ٹو ایوالو اینڈ انٹرنیشنل لینگویج۔</w:t>
      </w:r>
    </w:p>
    <w:p>
      <w:r>
        <w:rPr>
          <w:b/>
        </w:rPr>
        <w:t xml:space="preserve">[1:13:48] </w:t>
      </w:r>
      <w:r>
        <w:t>in previous centuries, there waz no international language. all the languages were regional languages.</w:t>
      </w:r>
    </w:p>
    <w:p>
      <w:pPr>
        <w:jc w:val="right"/>
      </w:pPr>
      <w:r>
        <w:t>ان پریویس سینچریز، دیر واز نو انٹرنیشنل لینگویج۔ ال دا لینگویجز ویر ریجنل لینگویجز۔</w:t>
      </w:r>
    </w:p>
    <w:p>
      <w:r>
        <w:rPr>
          <w:b/>
        </w:rPr>
        <w:t xml:space="preserve">[1:13:59] </w:t>
      </w:r>
      <w:r>
        <w:t>in previous history, in previous ages, all the languages were regional languages.</w:t>
      </w:r>
    </w:p>
    <w:p>
      <w:pPr>
        <w:jc w:val="right"/>
      </w:pPr>
      <w:r>
        <w:t>ان پریویس ہسٹری، ان پریویس ایجز، ال دا لینگویجز ویر ریجنل لینگویجز۔</w:t>
      </w:r>
    </w:p>
    <w:p>
      <w:r>
        <w:rPr>
          <w:b/>
        </w:rPr>
        <w:t xml:space="preserve">[1:14:09] </w:t>
      </w:r>
      <w:r>
        <w:t>now, men as his success fully evalo</w:t>
      </w:r>
    </w:p>
    <w:p>
      <w:pPr>
        <w:jc w:val="right"/>
      </w:pPr>
      <w:r>
        <w:t>ناو، مین از ہیز سکسیس فلی ایوالو</w:t>
      </w:r>
    </w:p>
    <w:p>
      <w:r>
        <w:rPr>
          <w:b/>
        </w:rPr>
        <w:t xml:space="preserve">[1:14:19] </w:t>
      </w:r>
      <w:r>
        <w:t>end international language that is English.</w:t>
      </w:r>
    </w:p>
    <w:p>
      <w:pPr>
        <w:jc w:val="right"/>
      </w:pPr>
      <w:r>
        <w:t>اینڈ انٹرنیشنل لینگویج دیٹ از انگلش۔</w:t>
      </w:r>
    </w:p>
    <w:p>
      <w:r>
        <w:rPr>
          <w:b/>
        </w:rPr>
        <w:t xml:space="preserve">[1:14:28] </w:t>
      </w:r>
      <w:r>
        <w:t>So, now, it has become possible to use.</w:t>
      </w:r>
    </w:p>
    <w:p>
      <w:pPr>
        <w:jc w:val="right"/>
      </w:pPr>
      <w:r>
        <w:t>سو، ناو، اٹ ہیز بیکم پاسیبل ٹو یوز۔</w:t>
      </w:r>
    </w:p>
    <w:p>
      <w:r>
        <w:rPr>
          <w:b/>
        </w:rPr>
        <w:t xml:space="preserve">[1:14:39] </w:t>
      </w:r>
      <w:r>
        <w:t>it hiz become possible to spread the message of God throughout the world by using this international language.</w:t>
      </w:r>
    </w:p>
    <w:p>
      <w:pPr>
        <w:jc w:val="right"/>
      </w:pPr>
      <w:r>
        <w:t>اٹ ہیز بیکم پاسیبل ٹو سپریڈ دا میسج اف گاڈ تھرو اؤٹ دی ورلڈ بائی یوزنگ دس انٹرنیشنل لینگویج۔</w:t>
      </w:r>
    </w:p>
    <w:p>
      <w:r>
        <w:rPr>
          <w:b/>
        </w:rPr>
        <w:t xml:space="preserve">[1:14:52] </w:t>
      </w:r>
      <w:r>
        <w:t>so, all the facilities are in our hand.</w:t>
      </w:r>
    </w:p>
    <w:p>
      <w:pPr>
        <w:jc w:val="right"/>
      </w:pPr>
      <w:r>
        <w:t>سو، ال دا فیسلیٹیز ار ان اور ہینڈ۔</w:t>
      </w:r>
    </w:p>
    <w:p>
      <w:r>
        <w:rPr>
          <w:b/>
        </w:rPr>
        <w:t xml:space="preserve">[1:14:57] </w:t>
      </w:r>
      <w:r>
        <w:t>we have media, we have multimedia, we have international language, we have religious freedom, we have tolerance.</w:t>
      </w:r>
    </w:p>
    <w:p>
      <w:pPr>
        <w:jc w:val="right"/>
      </w:pPr>
      <w:r>
        <w:t>وی ہیو میڈیا، وی ہیو ملٹی میڈیا، وی ہیو انٹرنیشنل لینگویج، وی ہیو ریلیجس فریڈم، وی ہیو ٹولرنس۔</w:t>
      </w:r>
    </w:p>
    <w:p>
      <w:r>
        <w:rPr>
          <w:b/>
        </w:rPr>
        <w:t xml:space="preserve">[1:15:11] </w:t>
      </w:r>
      <w:r>
        <w:t>everything is there. we have every facilities in our hand.</w:t>
      </w:r>
    </w:p>
    <w:p>
      <w:pPr>
        <w:jc w:val="right"/>
      </w:pPr>
      <w:r>
        <w:t>ایوری تھنگ از دیر۔ وی ہیو ایوری فیسلیٹیز ان اور ہینڈ۔</w:t>
      </w:r>
    </w:p>
    <w:p>
      <w:r>
        <w:rPr>
          <w:b/>
        </w:rPr>
        <w:t xml:space="preserve">[1:15:25] </w:t>
      </w:r>
      <w:r>
        <w:t>so, we have to avail these opportunities. we have to complete the prophetic mission.</w:t>
      </w:r>
    </w:p>
    <w:p>
      <w:pPr>
        <w:jc w:val="right"/>
      </w:pPr>
      <w:r>
        <w:t>سو، وی ہیو ٹو اویلڈ دیز اپرچونیٹیز۔ وی ہیو ٹو کمپلیٹ دا پرافٹک مشن۔</w:t>
      </w:r>
    </w:p>
    <w:p>
      <w:r>
        <w:rPr>
          <w:b/>
        </w:rPr>
        <w:t xml:space="preserve">[1:15:33] </w:t>
      </w:r>
      <w:r>
        <w:t>this is our destiny.</w:t>
      </w:r>
    </w:p>
    <w:p>
      <w:pPr>
        <w:jc w:val="right"/>
      </w:pPr>
      <w:r>
        <w:t>دس از اور ڈیسٹینی۔</w:t>
      </w:r>
    </w:p>
    <w:p>
      <w:r>
        <w:rPr>
          <w:b/>
        </w:rPr>
        <w:t xml:space="preserve">[1:15:38] </w:t>
      </w:r>
      <w:r>
        <w:t>this is, i can see, this is the greatest blessing of God</w:t>
      </w:r>
    </w:p>
    <w:p>
      <w:pPr>
        <w:jc w:val="right"/>
      </w:pPr>
      <w:r>
        <w:t>دس از، ائی کین سی، دس از دا گریٹسٹ بلیسنگ اف گاڈ</w:t>
      </w:r>
    </w:p>
    <w:p>
      <w:r>
        <w:rPr>
          <w:b/>
        </w:rPr>
        <w:t xml:space="preserve">[1:15:46] </w:t>
      </w:r>
      <w:r>
        <w:t>to contribute in this mission, this international mission.</w:t>
      </w:r>
    </w:p>
    <w:p>
      <w:pPr>
        <w:jc w:val="right"/>
      </w:pPr>
      <w:r>
        <w:t>ٹو کنٹریبیوٹ ان دس مشن، دس انٹرنیشنل مشن۔</w:t>
      </w:r>
    </w:p>
    <w:p>
      <w:r>
        <w:rPr>
          <w:b/>
        </w:rPr>
        <w:t xml:space="preserve">[1:15:56] </w:t>
      </w:r>
      <w:r>
        <w:t>so, i think that</w:t>
      </w:r>
    </w:p>
    <w:p>
      <w:pPr>
        <w:jc w:val="right"/>
      </w:pPr>
      <w:r>
        <w:t>سو، ائی تھنک دیٹ</w:t>
      </w:r>
    </w:p>
    <w:p>
      <w:r>
        <w:rPr>
          <w:b/>
        </w:rPr>
        <w:t xml:space="preserve">[1:16:00] </w:t>
      </w:r>
      <w:r>
        <w:t>the time hiz come when Muslims must abandon, must abandon all those</w:t>
      </w:r>
    </w:p>
    <w:p>
      <w:pPr>
        <w:jc w:val="right"/>
      </w:pPr>
      <w:r>
        <w:t>دا ٹائم ہیز کم وین مسلمز مسٹ ابینڈن، مسٹ ابینڈن ال دوز</w:t>
      </w:r>
    </w:p>
    <w:p>
      <w:r>
        <w:rPr>
          <w:b/>
        </w:rPr>
        <w:t xml:space="preserve">[1:16:14] </w:t>
      </w:r>
      <w:r>
        <w:t>activities</w:t>
      </w:r>
    </w:p>
    <w:p>
      <w:pPr>
        <w:jc w:val="right"/>
      </w:pPr>
      <w:r>
        <w:t>ایکٹیویٹیز</w:t>
      </w:r>
    </w:p>
    <w:p>
      <w:r>
        <w:rPr>
          <w:b/>
        </w:rPr>
        <w:t xml:space="preserve">[1:16:18] </w:t>
      </w:r>
      <w:r>
        <w:t>like jihad and war and violent struggle and political confrontation.</w:t>
      </w:r>
    </w:p>
    <w:p>
      <w:pPr>
        <w:jc w:val="right"/>
      </w:pPr>
      <w:r>
        <w:t>لائک جہاد اینڈ وار اینڈ وائلنٹ سٹرگل اینڈ پولیٹیکل کنفرنٹیشن۔</w:t>
      </w:r>
    </w:p>
    <w:p>
      <w:r>
        <w:rPr>
          <w:b/>
        </w:rPr>
        <w:t xml:space="preserve">[1:16:31] </w:t>
      </w:r>
      <w:r>
        <w:t>and you have to involve in this mission to spread the word of God throughout the world.</w:t>
      </w:r>
    </w:p>
    <w:p>
      <w:pPr>
        <w:jc w:val="right"/>
      </w:pPr>
      <w:r>
        <w:t>اینڈ یو ہیو ٹو انوالو ان دس مشن ٹو سپریڈ دا ورڈ اف گاڈ تھرو اؤٹ دا ورلڈ۔</w:t>
      </w:r>
    </w:p>
    <w:p>
      <w:r>
        <w:rPr>
          <w:b/>
        </w:rPr>
        <w:t xml:space="preserve">[1:16:50] </w:t>
      </w:r>
      <w:r>
        <w:t>there is no, this is the task ahead.</w:t>
      </w:r>
    </w:p>
    <w:p>
      <w:pPr>
        <w:jc w:val="right"/>
      </w:pPr>
      <w:r>
        <w:t>دیر از نو، دس از دا ٹاسک اہیڈ۔</w:t>
      </w:r>
    </w:p>
    <w:p>
      <w:r>
        <w:rPr>
          <w:b/>
        </w:rPr>
        <w:t xml:space="preserve">[1:16:58] </w:t>
      </w:r>
      <w:r>
        <w:t>we have to engage ourselves in this task.</w:t>
      </w:r>
    </w:p>
    <w:p>
      <w:pPr>
        <w:jc w:val="right"/>
      </w:pPr>
      <w:r>
        <w:t>وی ہیو ٹو انگیج اور سیلف ان دس ٹاسک۔</w:t>
      </w:r>
    </w:p>
    <w:p>
      <w:r>
        <w:rPr>
          <w:b/>
        </w:rPr>
        <w:t xml:space="preserve">[1:17:07] </w:t>
      </w:r>
      <w:r>
        <w:t>aqool qaulhaza wastaghfirullaha walakum ajmaeen.</w:t>
      </w:r>
    </w:p>
    <w:p>
      <w:pPr>
        <w:jc w:val="right"/>
      </w:pPr>
      <w:r>
        <w:t>اقول قولھذا واستغفراللہ ولکم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