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take Quran to the world by Sohaib Ilyas and Faraz Khan</w:t>
      </w:r>
    </w:p>
    <w:p>
      <w:r>
        <w:t>https://www.youtube.com/watch?v=PSbEir8Zbew</w:t>
      </w:r>
    </w:p>
    <w:p>
      <w:r>
        <w:rPr>
          <w:b/>
        </w:rPr>
        <w:t xml:space="preserve">[00:07] </w:t>
      </w:r>
      <w:r>
        <w:t>suhaib, iliyas, faraz khan, wakran daggar, aur mying puri. alhamdulillah yeh aisi team cps international ko mili hai jis ne maulana ke message ko aur islam ke message ko bohat creatively world mein videos ke zariye, social media ke zariye logon tak pohanchaya.</w:t>
      </w:r>
    </w:p>
    <w:p>
      <w:pPr>
        <w:jc w:val="right"/>
      </w:pPr>
      <w:r>
        <w:t>صہیب، الیاس، فراز خان، وکران ڈاگر، اور مئنگ پوری۔ الحمدللہ یہ ایسی ٹیم سی پی ایس انٹرنیشنل کو ملی ہے جس نے مولانا کے میسج کو اور اسلام کے میسج کو بہت کریئیٹولی ورلڈ میں ویڈیوز کے ذریعے، سوشل میڈیا کے ذریعے لوگوں تک پہنچایا۔</w:t>
      </w:r>
    </w:p>
    <w:p>
      <w:r>
        <w:rPr>
          <w:b/>
        </w:rPr>
        <w:t xml:space="preserve">[00:27] </w:t>
      </w:r>
      <w:r>
        <w:t>do hafte pehle cps international mein ek german journalist ka delegation aaya, aur woh delegation ka main maqsad tha maulana se aur doctor farida khanoom se baat cheet.</w:t>
      </w:r>
    </w:p>
    <w:p>
      <w:pPr>
        <w:jc w:val="right"/>
      </w:pPr>
      <w:r>
        <w:t>دو ہفتے پہلے سی پی ایس انٹرنیشنل میں ایک جرمن جرنلسٹ کا ڈیلیگیشن آیا، اور وہ ڈیلیگیشن کا مین مقصد تھا مولانا سے اور ڈاکٹر فریدہ خانم سے بات چیت۔</w:t>
      </w:r>
    </w:p>
    <w:p>
      <w:r>
        <w:rPr>
          <w:b/>
        </w:rPr>
        <w:t xml:space="preserve">[00:39] </w:t>
      </w:r>
      <w:r>
        <w:t>to jab program khatam hua, jo un ke main leading journalist the jo delegation ko lead kar rahe the, to unhon ne aa ke congratulate kiya humein, aur humein bara taajjub hua.</w:t>
      </w:r>
    </w:p>
    <w:p>
      <w:pPr>
        <w:jc w:val="right"/>
      </w:pPr>
      <w:r>
        <w:t>تو جب پروگرام ختم ہوا، جو ان کے مین لیڈنگ جرنلسٹ تھے جو ڈیلیگیشن کو لیڈ کر رہے تھے، تو انہوں نے آ کے کنگریچولیٹ کیا ہمیں، اور ہمیں بڑا تعجب ہوا۔</w:t>
      </w:r>
    </w:p>
    <w:p>
      <w:r>
        <w:rPr>
          <w:b/>
        </w:rPr>
        <w:t xml:space="preserve">[00:48] </w:t>
      </w:r>
      <w:r>
        <w:t>unhon ne kaha ke aap ek aisi organization hain jo skype, twitter, facebook, instagram—aap social media ko bohat positively use kar rahe hain, and we are really very happy.</w:t>
      </w:r>
    </w:p>
    <w:p>
      <w:pPr>
        <w:jc w:val="right"/>
      </w:pPr>
      <w:r>
        <w:t>انہوں نے کہا کہ آپ ایک ایسی آرگنائزیشن ہیں جو سکائیپ، ٹویٹر، فیس بک، انسٹاگرام—آپ سوشل میڈیا کو بہت پوزیٹولی یوز کر رہے ہیں، اینڈ وی آر ریلی ویری ہیپی۔</w:t>
      </w:r>
    </w:p>
    <w:p>
      <w:r>
        <w:rPr>
          <w:b/>
        </w:rPr>
        <w:t xml:space="preserve">[01:01] </w:t>
      </w:r>
      <w:r>
        <w:t>why don't you have a chapter in germany? to hum logon ko bohat zyada encouragement mila. suhaib ne kal mere ko bataya ke jo jihad wala video hai woh more than two million views us ke hit ho gaye hain, aur mashallah cps international ki jo visibility hai woh ek positive sense mein bohat ubhar ke aayi hai.</w:t>
      </w:r>
    </w:p>
    <w:p>
      <w:pPr>
        <w:jc w:val="right"/>
      </w:pPr>
      <w:r>
        <w:t>وائی ڈونٹ یو ہیو ا چیپٹر ان جرمنی؟ تو ہم لوگوں کو بہت زیادہ انکریجمنٹ ملا۔ صہیب نے کل میرے کو بتایا کہ جو جہاد والا ویڈیو ہے وہ مور دین ٹو ملین ویوز اس کے ہٹ ہو گئے ہیں، اور ماشاءاللہ سی پی ایس انٹرنیشنل کی جو ویزیبلٹی ہے وہ ایک پوزیٹیو سینس میں بہت ابھر کے آئی ہے۔</w:t>
      </w:r>
    </w:p>
    <w:p>
      <w:r>
        <w:rPr>
          <w:b/>
        </w:rPr>
        <w:t xml:space="preserve">[01:21] </w:t>
      </w:r>
      <w:r>
        <w:t>they will talk about today on how to take quran to the world, so i will request suhaib, iliyas, and faraz khan to present before all of you their presentation.</w:t>
      </w:r>
    </w:p>
    <w:p>
      <w:pPr>
        <w:jc w:val="right"/>
      </w:pPr>
      <w:r>
        <w:t>دے ویل ٹاک اباؤٹ ٹوڈے آن ہاؤ ٹو ٹیک قرآن ٹو دا ورلڈ، سو آئی ویل ریکویسٹ صہیب، الیاس، اینڈ فراز خان ٹو پریزنٹ بیفور آل آف یو دیر پریزنٹیشن۔</w:t>
      </w:r>
    </w:p>
    <w:p>
      <w:r>
        <w:rPr>
          <w:b/>
        </w:rPr>
        <w:t xml:space="preserve">[01:33] </w:t>
      </w:r>
      <w:r>
        <w:t>thank you.</w:t>
      </w:r>
    </w:p>
    <w:p>
      <w:pPr>
        <w:jc w:val="right"/>
      </w:pPr>
      <w:r>
        <w:t>تھینک یو۔</w:t>
      </w:r>
    </w:p>
    <w:p>
      <w:r>
        <w:rPr>
          <w:b/>
        </w:rPr>
        <w:t xml:space="preserve">[01:35] </w:t>
      </w:r>
      <w:r>
        <w:t>hum sab yahan jitne log yahan ikatthe hue hain, in sab ka ek hi major mission hai, one single point agenda hai, aur woh hai quran distribution.</w:t>
      </w:r>
    </w:p>
    <w:p>
      <w:pPr>
        <w:jc w:val="right"/>
      </w:pPr>
      <w:r>
        <w:t>ہم سب یہاں جتنے لوگ یہاں اکٹھے ہوئے ہیں، ان سب کا ایک ہی میجر مشن ہے، ون سنگل پوائنٹ ایجنڈا ہے، اور وہ ہے قرآن ڈسٹریبیوشن۔</w:t>
      </w:r>
    </w:p>
    <w:p>
      <w:r>
        <w:rPr>
          <w:b/>
        </w:rPr>
        <w:t xml:space="preserve">[01:45] </w:t>
      </w:r>
      <w:r>
        <w:t>hum chahtay hain ke hum quran aur quran ka message dunya ke har ek shakhs ke paas le ke jayen, aur hamare presentation ka bhi yahi aim hai ke hum aap ko yeh samjhayein ke kaise hum is mission ko achieve kar sakte hain, kaise hum is target ko achieve kar sakte hain.</w:t>
      </w:r>
    </w:p>
    <w:p>
      <w:pPr>
        <w:jc w:val="right"/>
      </w:pPr>
      <w:r>
        <w:t>ہم چاہتے ہیں کہ ہم قرآن اور قرآن کا میسج دنیا کے ہر ایک شخص کے پاس لے کے جائیں، اور ہمارے پریزنٹیشن کا بھی یہی ایم ہے کہ ہم آپ کو یہ سمجھائیں کہ کیسے ہم اس مشن کو اچیو کر سکتے ہیں، کیسے ہم اس ٹارگٹ کو اچیو کر سکتے ہیں۔</w:t>
      </w:r>
    </w:p>
    <w:p>
      <w:r>
        <w:rPr>
          <w:b/>
        </w:rPr>
        <w:t xml:space="preserve">[02:05] </w:t>
      </w:r>
      <w:r>
        <w:t>isi liye hum ne</w:t>
      </w:r>
    </w:p>
    <w:p>
      <w:pPr>
        <w:jc w:val="right"/>
      </w:pPr>
      <w:r>
        <w:t>اسی لیے ہم نے</w:t>
      </w:r>
    </w:p>
    <w:p>
      <w:r>
        <w:rPr>
          <w:b/>
        </w:rPr>
        <w:t xml:space="preserve">[02:09] </w:t>
      </w:r>
      <w:r>
        <w:t>apne presentation ka title bhi rakha hai: "lets make quran go viral". abhi hum yeh samajhne ki koshish karte hain ke hum ne abhi tak apna target kitna achieve kar liya hai.</w:t>
      </w:r>
    </w:p>
    <w:p>
      <w:pPr>
        <w:jc w:val="right"/>
      </w:pPr>
      <w:r>
        <w:t>اپنے پریزنٹیشن کا ٹائٹل بھی رکھا ہے: "لیٹس میک قرآن گو وائرل"۔ ابھی ہم یہ سمجھنے کی کوشش کرتے ہیں کہ ہم نے ابھی تک اپنا ٹارگٹ کتنا اچیو کر لیا ہے۔</w:t>
      </w:r>
    </w:p>
    <w:p>
      <w:r>
        <w:rPr>
          <w:b/>
        </w:rPr>
        <w:t xml:space="preserve">[02:22] </w:t>
      </w:r>
      <w:r>
        <w:t>hamara quran publish hua air 2009 mein, aur air 2009 mein hamara quran publish hua, aur tab se hamari team quran distribute kar rahi hai.</w:t>
      </w:r>
    </w:p>
    <w:p>
      <w:pPr>
        <w:jc w:val="right"/>
      </w:pPr>
      <w:r>
        <w:t>ہمارا قرآن پبلش ہوا ایئر 2009 میں، اور ایئر 2009 میں ہمارا قرآن پبلش ہوا، اور تب سے ہماری ٹیم قرآن ڈسٹریبیوٹ کر رہی ہے۔</w:t>
      </w:r>
    </w:p>
    <w:p>
      <w:r>
        <w:rPr>
          <w:b/>
        </w:rPr>
        <w:t xml:space="preserve">[02:35] </w:t>
      </w:r>
      <w:r>
        <w:t>hum ne abhi tak 8 million copies distribute kar chuke hain. ab agar is ko hum</w:t>
      </w:r>
    </w:p>
    <w:p>
      <w:pPr>
        <w:jc w:val="right"/>
      </w:pPr>
      <w:r>
        <w:t>ہم نے ابھی تک 8 ملین کاپیز ڈسٹریبیوٹ کر چکے ہیں۔ اب اگر اس کو ہم</w:t>
      </w:r>
    </w:p>
    <w:p>
      <w:r>
        <w:rPr>
          <w:b/>
        </w:rPr>
        <w:t xml:space="preserve">[02:47] </w:t>
      </w:r>
      <w:r>
        <w:t>calculation karein is ka, to hum ne 10 years mein 8 million copies distribute ki hain, jo ke approximately 1 million copies per year mani ja sakti hain.</w:t>
      </w:r>
    </w:p>
    <w:p>
      <w:pPr>
        <w:jc w:val="right"/>
      </w:pPr>
      <w:r>
        <w:t>کیلکولیشن کریں اس کا، تو ہم نے 10 ایئرز میں 8 ملین کاپیز ڈسٹریبیوٹ کی ہیں، جو کہ اپروکسیمیٹلی 1 ملین کاپیز پر ایئر مانی جا سکتی ہیں۔</w:t>
      </w:r>
    </w:p>
    <w:p>
      <w:r>
        <w:rPr>
          <w:b/>
        </w:rPr>
        <w:t xml:space="preserve">[02:59] </w:t>
      </w:r>
      <w:r>
        <w:t>is waqt world ki population hamari 7.</w:t>
      </w:r>
    </w:p>
    <w:p>
      <w:pPr>
        <w:jc w:val="right"/>
      </w:pPr>
      <w:r>
        <w:t>اس وقت ورلڈ کی پاپولیشن ہماری 7.</w:t>
      </w:r>
    </w:p>
    <w:p>
      <w:r>
        <w:rPr>
          <w:b/>
        </w:rPr>
        <w:t xml:space="preserve">[03:03] </w:t>
      </w:r>
      <w:r>
        <w:t>7 billion people ki hai. agar hum is pace se distribution karte rahe to humein 7,690 years lagen ge poori population ko reach karne ke liye,</w:t>
      </w:r>
    </w:p>
    <w:p>
      <w:pPr>
        <w:jc w:val="right"/>
      </w:pPr>
      <w:r>
        <w:t>7 بلین پیپل کی ہے۔ اگر ہم اس پیس سے ڈسٹریبیوشن کرتے رہے تو ہمیں 7,690 ایئرز لگیں گے پوری پاپولیشن کو ریچ کرنے کے لیے،</w:t>
      </w:r>
    </w:p>
    <w:p>
      <w:r>
        <w:rPr>
          <w:b/>
        </w:rPr>
        <w:t xml:space="preserve">[03:17] </w:t>
      </w:r>
      <w:r>
        <w:t>jo ke apne aap mein aik un achievable target hai. lekin hum aaj ke daur mein hain, hum age of communication mein hain. khuda ki itni bari nemat hai hamare upar ke hum is target ko achieve kar sakte hain, aur yeh possible hai.</w:t>
      </w:r>
    </w:p>
    <w:p>
      <w:pPr>
        <w:jc w:val="right"/>
      </w:pPr>
      <w:r>
        <w:t>جو کہ اپنے آپ میں ایک ان اچیویبل ٹارگٹ ہے۔ لیکن ہم آج کے دور میں ہیں، ہم ایج آف کمیونیکیشن میں ہیں۔ خدا کی اتنی بڑی نعمت ہے ہمارے اوپر کہ ہم اس ٹارگٹ کو اچیو کر سکتے ہیں، اور یہ پوسیبل ہے۔</w:t>
      </w:r>
    </w:p>
    <w:p>
      <w:r>
        <w:rPr>
          <w:b/>
        </w:rPr>
        <w:t xml:space="preserve">[03:34] </w:t>
      </w:r>
      <w:r>
        <w:t>hum jitne bhi presentation yahan ho rahe hain, hum bar bar yeh baat keh rahe hain ke humein aik team effort mein involve hona hai.</w:t>
      </w:r>
    </w:p>
    <w:p>
      <w:pPr>
        <w:jc w:val="right"/>
      </w:pPr>
      <w:r>
        <w:t>ہم جتنے بھی پریزنٹیشن یہاں ہو رہے ہیں، ہم بار بار یہ بات کہہ رہے ہیں کہ ہمیں ایک ٹیم ایفرٹ میں انوالو ہونا ہے۔</w:t>
      </w:r>
    </w:p>
    <w:p>
      <w:r>
        <w:rPr>
          <w:b/>
        </w:rPr>
        <w:t xml:space="preserve">[03:42] </w:t>
      </w:r>
      <w:r>
        <w:t>hum sab ko aik sath mil kar is mission ko achieve karna hai. aur aap yaqeen maniye ke yahan pe jitne log baithe hain, agar 200 ke 200 log yeh decide kar lein ke hum aik platform ko achhe se use karein ge jo khuda ki nemat hai aur jo khuda ne humein diya hai, to hum is target ko achieve kar sakte hain.</w:t>
      </w:r>
    </w:p>
    <w:p>
      <w:pPr>
        <w:jc w:val="right"/>
      </w:pPr>
      <w:r>
        <w:t>ہم سب کو ایک ساتھ مل کر اس مشن کو اچیو کرنا ہے۔ اور آپ یقین مانیے کہ یہاں پہ جتنے لوگ بیٹھے ہیں، اگر 200 کے 200 لوگ یہ ڈیسائیڈ کر لیں کہ ہم ایک پلیٹ فارم کو اچھے سے یوز کریں گے جو خدا کی نعمت ہے اور جو خدا نے ہمیں دیا ہے، تو ہم اس ٹارگٹ کو اچیو کر سکتے ہیں۔</w:t>
      </w:r>
    </w:p>
    <w:p>
      <w:r>
        <w:rPr>
          <w:b/>
        </w:rPr>
        <w:t xml:space="preserve">[04:01] </w:t>
      </w:r>
      <w:r>
        <w:t>aur woh nemat hai social media.</w:t>
      </w:r>
    </w:p>
    <w:p>
      <w:pPr>
        <w:jc w:val="right"/>
      </w:pPr>
      <w:r>
        <w:t>اور وہ نعمت ہے سوشل میڈیا۔</w:t>
      </w:r>
    </w:p>
    <w:p>
      <w:r>
        <w:rPr>
          <w:b/>
        </w:rPr>
        <w:t xml:space="preserve">[04:08] </w:t>
      </w:r>
      <w:r>
        <w:t>aaj ki age of communication mein hamare paas social media ke bohat sare platforms hain, aur jis ko cps daily team last one year se effectively use kar rahi hai.</w:t>
      </w:r>
    </w:p>
    <w:p>
      <w:pPr>
        <w:jc w:val="right"/>
      </w:pPr>
      <w:r>
        <w:t>آج کی ایج آف کمیونیکیشن میں ہمارے پاس سوشل میڈیا کے بہت سارے پلیٹ فارمز ہیں، اور جس کو سی پی ایس ڈیلی ٹیم لاسٹ ون ایئر سے ایفیکٹیولی یوز کر رہی ہے۔</w:t>
      </w:r>
    </w:p>
    <w:p>
      <w:r>
        <w:rPr>
          <w:b/>
        </w:rPr>
        <w:t xml:space="preserve">[04:23] </w:t>
      </w:r>
      <w:r>
        <w:t>agar hum dekhein to aaj instagram, facebook, twitter, whatsapp, quora, youtube—yeh platforms available hain jahan pe billion of people roz in platforms ko use karte hain.</w:t>
      </w:r>
    </w:p>
    <w:p>
      <w:pPr>
        <w:jc w:val="right"/>
      </w:pPr>
      <w:r>
        <w:t>اگر ہم دیکھیں تو آج انسٹاگرام، فیس بک، ٹویٹر، واٹس ایپ، کورا، یوٹیوب—یہ پلیٹ فارمز اویلیبل ہیں جہاں پہ بلین آف پیپل روز ان پلیٹ فارمز کو یوز کرتے ہیں۔</w:t>
      </w:r>
    </w:p>
    <w:p>
      <w:r>
        <w:rPr>
          <w:b/>
        </w:rPr>
        <w:t xml:space="preserve">[04:37] </w:t>
      </w:r>
      <w:r>
        <w:t>facebook pe hi sum</w:t>
      </w:r>
    </w:p>
    <w:p>
      <w:pPr>
        <w:jc w:val="right"/>
      </w:pPr>
      <w:r>
        <w:t>فیس بک پہ ہی سم</w:t>
      </w:r>
    </w:p>
    <w:p>
      <w:r>
        <w:rPr>
          <w:b/>
        </w:rPr>
        <w:t xml:space="preserve">[04:39] </w:t>
      </w:r>
      <w:r>
        <w:t>2.8 billion users hain. youtube pe aik din mein 4 billion views ho jati hain. to agar hum is platform ko effectively use karein to jo hamara tar</w:t>
      </w:r>
    </w:p>
    <w:p>
      <w:pPr>
        <w:jc w:val="right"/>
      </w:pPr>
      <w:r>
        <w:t>2.8 بلین یوزرز ہیں۔ یوٹیوب پہ ایک دن میں 4 بلین ویوز ہو جاتی ہیں۔ تو اگر ہم اس پلیٹ فارم کو ایفیکٹیولی یوز کریں تو جو ہمارا ٹارگ</w:t>
      </w:r>
    </w:p>
    <w:p>
      <w:r>
        <w:rPr>
          <w:b/>
        </w:rPr>
        <w:t xml:space="preserve">[04:51] </w:t>
      </w:r>
      <w:r>
        <w:t>get hai 7.7 billion logon tak reach karne ka, woh achieve ho sakta hai. to hum ne yeh jo presentation poora banaya hai, is ko hum ne three parts mein divide kiya hai.</w:t>
      </w:r>
    </w:p>
    <w:p>
      <w:pPr>
        <w:jc w:val="right"/>
      </w:pPr>
      <w:r>
        <w:t>ٹ ہے 7.7 بلین لوگوں تک ریچ کرنے کا، وہ اچیو ہو سکتا ہے۔ تو ہم نے یہ جو پریزنٹیشن پورا بنایا ہے، اس کو ہم نے تھری پارٹس میں ڈیوائیڈ کیا ہے۔</w:t>
      </w:r>
    </w:p>
    <w:p>
      <w:r>
        <w:rPr>
          <w:b/>
        </w:rPr>
        <w:t xml:space="preserve">[05:03] </w:t>
      </w:r>
      <w:r>
        <w:t>is mein hum pehle to yeh janna chahenge ke hum kaise is social media ko use kar</w:t>
      </w:r>
    </w:p>
    <w:p>
      <w:pPr>
        <w:jc w:val="right"/>
      </w:pPr>
      <w:r>
        <w:t>اس میں ہم پہلے تو یہ جاننا چاہیں گے کہ ہم کیسے اس سوشل میڈیا کو یوز کر</w:t>
      </w:r>
    </w:p>
    <w:p>
      <w:r>
        <w:rPr>
          <w:b/>
        </w:rPr>
        <w:t xml:space="preserve">[05:09] </w:t>
      </w:r>
      <w:r>
        <w:t>rahe hain, kaise daily team social media ko use kar rahi hai, is se hum ne kya results</w:t>
      </w:r>
    </w:p>
    <w:p>
      <w:pPr>
        <w:jc w:val="right"/>
      </w:pPr>
      <w:r>
        <w:t>رہے ہیں، کیسے ڈیلی ٹیم سوشل میڈیا کو یوز کر رہی ہے، اس سے ہم نے کیا رزلٹس</w:t>
      </w:r>
    </w:p>
    <w:p>
      <w:r>
        <w:rPr>
          <w:b/>
        </w:rPr>
        <w:t xml:space="preserve">[05:14] </w:t>
      </w:r>
      <w:r>
        <w:t>achieve kiye hain, aur phir is ke baad hum is mein yeh batana chahenge ke agar hum</w:t>
      </w:r>
    </w:p>
    <w:p>
      <w:pPr>
        <w:jc w:val="right"/>
      </w:pPr>
      <w:r>
        <w:t>اچیو کیے ہیں، اور پھر اس کے بعد ہم اس میں یہ بتانا چاہیں گے کہ اگر ہم</w:t>
      </w:r>
    </w:p>
    <w:p>
      <w:r>
        <w:rPr>
          <w:b/>
        </w:rPr>
        <w:t xml:space="preserve">[05:18] </w:t>
      </w:r>
      <w:r>
        <w:t>sab mil ke is media ko use karein, ek saath ek consulted effort ke saath, ek ek ek</w:t>
      </w:r>
    </w:p>
    <w:p>
      <w:pPr>
        <w:jc w:val="right"/>
      </w:pPr>
      <w:r>
        <w:t>سب مل کے اس میڈیا کو یوز کریں، ایک ساتھ ایک کنسلٹڈ ایفرٹ کے ساتھ، ایک ایک ایک</w:t>
      </w:r>
    </w:p>
    <w:p>
      <w:r>
        <w:rPr>
          <w:b/>
        </w:rPr>
        <w:t xml:space="preserve">[05:25] </w:t>
      </w:r>
      <w:r>
        <w:t>team effort ke saath, ek organized effort ke saath use karein, to kaise woh 7,700 years ka target</w:t>
      </w:r>
    </w:p>
    <w:p>
      <w:pPr>
        <w:jc w:val="right"/>
      </w:pPr>
      <w:r>
        <w:t>ٹیم ایفرٹ کے ساتھ، ایک آرگنائز ایفرٹ کے ساتھ یوز کریں، تو کیسے وہ 7,700 ایئرز کا ٹارگٹ</w:t>
      </w:r>
    </w:p>
    <w:p>
      <w:r>
        <w:rPr>
          <w:b/>
        </w:rPr>
        <w:t xml:space="preserve">[05:31] </w:t>
      </w:r>
      <w:r>
        <w:t>hum reduce kar sakte hain, aur bohat hi kam years mein hum woh cheez achieve kar sakte hain.</w:t>
      </w:r>
    </w:p>
    <w:p>
      <w:pPr>
        <w:jc w:val="right"/>
      </w:pPr>
      <w:r>
        <w:t>ہم ریڈیوس کر سکتے ہیں، اور بہت ہی کم ایئرز میں ہم وہ چیز اچیو کر سکتے ہیں۔</w:t>
      </w:r>
    </w:p>
    <w:p>
      <w:r>
        <w:rPr>
          <w:b/>
        </w:rPr>
        <w:t xml:space="preserve">[05:37] </w:t>
      </w:r>
      <w:r>
        <w:t>so to start with—main aik video aap ko dikhana chahoon ga jo short videos hum log upload karte hain Maulana ki ideology ko le kar, quran ki ideology ko le kar.</w:t>
      </w:r>
    </w:p>
    <w:p>
      <w:pPr>
        <w:jc w:val="right"/>
      </w:pPr>
      <w:r>
        <w:t>سو ٹو سٹارٹ ود—میں ایک ویڈیو آپ کو دکھانا چاہوں گا جو شارٹ ویڈیوز ہم لوگ اپلوڈ کرتے ہیں مولانا کی آئیڈیالوجی کو لے کر، قرآن کی آئیڈیالوجی کو لے کر۔</w:t>
      </w:r>
    </w:p>
    <w:p>
      <w:r>
        <w:rPr>
          <w:b/>
        </w:rPr>
        <w:t xml:space="preserve">[05:48] </w:t>
      </w:r>
      <w:r>
        <w:t>hum short videos banate hain, is ko upload karte hain.</w:t>
      </w:r>
    </w:p>
    <w:p>
      <w:pPr>
        <w:jc w:val="right"/>
      </w:pPr>
      <w:r>
        <w:t>ہم شارٹ ویڈیوز بناتے ہیں، اس کو اپلوڈ کرتے ہیں۔</w:t>
      </w:r>
    </w:p>
    <w:p>
      <w:r>
        <w:rPr>
          <w:b/>
        </w:rPr>
        <w:t xml:space="preserve">[05:51] </w:t>
      </w:r>
      <w:r>
        <w:t>to yeh video mein aap ko pehle dikhana chahunga.</w:t>
      </w:r>
    </w:p>
    <w:p>
      <w:pPr>
        <w:jc w:val="right"/>
      </w:pPr>
      <w:r>
        <w:t>تو یہ ویڈیو میں آپ کو پہلے دکھانا چاہوں گا۔</w:t>
      </w:r>
    </w:p>
    <w:p>
      <w:r>
        <w:rPr>
          <w:b/>
        </w:rPr>
        <w:t xml:space="preserve">[05:53] </w:t>
      </w:r>
      <w:r>
        <w:t>aap yeh video dekhiye, please.</w:t>
      </w:r>
    </w:p>
    <w:p>
      <w:pPr>
        <w:jc w:val="right"/>
      </w:pPr>
      <w:r>
        <w:t>آپ یہ ویڈیو دیکھیے، پلیز۔</w:t>
      </w:r>
    </w:p>
    <w:p>
      <w:r>
        <w:rPr>
          <w:b/>
        </w:rPr>
        <w:t xml:space="preserve">[06:54] </w:t>
      </w:r>
      <w:r>
        <w:t>main ne upload ki thi facebook par, aur is video mein aik jo bohat hi important aik hadith hai ke "convey the quran even by a single verse".</w:t>
      </w:r>
    </w:p>
    <w:p>
      <w:pPr>
        <w:jc w:val="right"/>
      </w:pPr>
      <w:r>
        <w:t>میں نے اپلوڈ کی تھی فیس بک پر، اور اس ویڈیو میں ایک جو بہت ہی امپورٹنٹ ایک حدیث ہے کہ "کنوے دا قرآن ایون بائے اے سنگل ورس"۔</w:t>
      </w:r>
    </w:p>
    <w:p>
      <w:r>
        <w:rPr>
          <w:b/>
        </w:rPr>
        <w:t xml:space="preserve">[07:05] </w:t>
      </w:r>
      <w:r>
        <w:t>hum ne is cheez ko yahan use kiya. hum ne aik single verse ko le kar, is ke is ke around jo Maulana ka literature tha, woh literature le kar hum ne yeh single video banai.</w:t>
      </w:r>
    </w:p>
    <w:p>
      <w:pPr>
        <w:jc w:val="right"/>
      </w:pPr>
      <w:r>
        <w:t>ہم نے اس چیز کو یہاں یوز کیا۔ ہم نے ایک سنگل ورس کو لے کر، اس کے اس کے اراؤنڈ جو مولانا کا لٹریچر تھا، وہ لٹریچر لے کر ہم نے یہ سنگل ویڈیو بنائی۔</w:t>
      </w:r>
    </w:p>
    <w:p>
      <w:r>
        <w:rPr>
          <w:b/>
        </w:rPr>
        <w:t xml:space="preserve">[07:15] </w:t>
      </w:r>
      <w:r>
        <w:t>aur yeh itni popular hui ke aaj ki date mein is</w:t>
      </w:r>
    </w:p>
    <w:p>
      <w:pPr>
        <w:jc w:val="right"/>
      </w:pPr>
      <w:r>
        <w:t>اور یہ اتنی پاپولر ہوئی کہ آج کی ڈیٹ میں اس</w:t>
      </w:r>
    </w:p>
    <w:p>
      <w:r>
        <w:rPr>
          <w:b/>
        </w:rPr>
        <w:t xml:space="preserve">[07:18] </w:t>
      </w:r>
      <w:r>
        <w:t>mein 2.1 million ki reach ho chuki hai. 7,500 ke shares is video ne kar liye hain, aik yeh one minute ki video.</w:t>
      </w:r>
    </w:p>
    <w:p>
      <w:pPr>
        <w:jc w:val="right"/>
      </w:pPr>
      <w:r>
        <w:t>میں 2.1 ملین کی ریچ ہو چکی ہے۔ 7,500 کے شیئرز اس ویڈیو نے کر لیے ہیں، ایک یہ ون منٹ کی ویڈیو۔</w:t>
      </w:r>
    </w:p>
    <w:p>
      <w:r>
        <w:rPr>
          <w:b/>
        </w:rPr>
        <w:t xml:space="preserve">[07:27] </w:t>
      </w:r>
      <w:r>
        <w:t>to yeh aur phir is ke upar jo humein comments mile, jaise ke aap yahan dekh sakte hain ke a Rehman sahib ne kaha, a Rehman sahib ne kaha: "a really nice lesson in a really nice style.</w:t>
      </w:r>
    </w:p>
    <w:p>
      <w:pPr>
        <w:jc w:val="right"/>
      </w:pPr>
      <w:r>
        <w:t>تو یہ اور پھر اس کے اوپر جو ہمیں کمنٹس ملے، جیسے کہ آپ یہاں دیکھ سکتے ہیں کہ اے رحمان صاحب نے کہا، اے رحمان صاحب نے کہا: "ا ریلی نائس لیسن ان ا ریلی نائس سٹائل۔</w:t>
      </w:r>
    </w:p>
    <w:p>
      <w:r>
        <w:rPr>
          <w:b/>
        </w:rPr>
        <w:t xml:space="preserve">[07:39] </w:t>
      </w:r>
      <w:r>
        <w:t>thanks. very beautiful message to all mankind. to ye hame dikhata hai ke log kitne achhe tarike se in in sari videos ko lete hain, aur ek minute ki video se, ek quran ke verse se, wo apni life ke lessons draw kar lete hain.</w:t>
      </w:r>
    </w:p>
    <w:p>
      <w:pPr>
        <w:jc w:val="right"/>
      </w:pPr>
      <w:r>
        <w:t>تھینکس۔ ویری بیوٹی فل میسج ٹو آل مین کائنڈ۔" تو یہ ہمیں دکھاتا ہے کہ لوگ کتنے اچھے طریقے سے ان ان ساری ویڈیوز کو لیتے ہیں، اور ایک منٹ کی ویڈیو سے، ایک قرآن کے ورس سے، وہ اپنی لائف کے لیسنز ڈرا کر لیتے ہیں۔</w:t>
      </w:r>
    </w:p>
    <w:p>
      <w:r>
        <w:rPr>
          <w:b/>
        </w:rPr>
        <w:t xml:space="preserve">[07:54] </w:t>
      </w:r>
      <w:r>
        <w:t>to yahan pe aisi videos ka jana bahut zaroori hota hai, aur jo hum kar rahe hain.</w:t>
      </w:r>
    </w:p>
    <w:p>
      <w:pPr>
        <w:jc w:val="right"/>
      </w:pPr>
      <w:r>
        <w:t>تو یہاں پہ ایسی ویڈیوز کا جانا بہت ضروری ہوتا ہے، اور جو ہم کر رہے ہیں۔</w:t>
      </w:r>
    </w:p>
    <w:p>
      <w:r>
        <w:rPr>
          <w:b/>
        </w:rPr>
        <w:t xml:space="preserve">[08:04] </w:t>
      </w:r>
      <w:r>
        <w:t>maulana ki ek book hai "true jihad", to is se hum ne ek ek short video banai thi: "what is jihad?" jihad ek aisa concept hai jo ke bahut hi misquoted hai aaj ke time mein.</w:t>
      </w:r>
    </w:p>
    <w:p>
      <w:pPr>
        <w:jc w:val="right"/>
      </w:pPr>
      <w:r>
        <w:t>مولانا کی ایک بک ہے "ٹرو جہاد"، تو اس سے ہم نے ایک ایک شارٹ ویڈیو بنائی تھی: "واٹ از جہاد؟" جہاد ایک ایسا کانسیپٹ ہے جو کہ بہت ہی مس کوٹڈ ہے آج کے ٹائم میں۔</w:t>
      </w:r>
    </w:p>
    <w:p>
      <w:r>
        <w:rPr>
          <w:b/>
        </w:rPr>
        <w:t xml:space="preserve">[08:15] </w:t>
      </w:r>
      <w:r>
        <w:t>hum ne bahut hi short video mein is ko explain karne ki koshish ki thi ke jihad kya hai. ye main aap ke samne play karta hoon.</w:t>
      </w:r>
    </w:p>
    <w:p>
      <w:pPr>
        <w:jc w:val="right"/>
      </w:pPr>
      <w:r>
        <w:t>ہم نے بہت ہی شارٹ ویڈیو میں اس کو ایکسپلین کرنے کی کوشش کی تھی کہ جہاد کیا ہے۔ یہ میں آپ کے سامنے پلے کرتا ہوں۔</w:t>
      </w:r>
    </w:p>
    <w:p>
      <w:r>
        <w:rPr>
          <w:b/>
        </w:rPr>
        <w:t xml:space="preserve">[08:23] </w:t>
      </w:r>
      <w:r>
        <w:t>Is bombing killing a person or hurting someone jihad? Neither violence nor terrorism.</w:t>
      </w:r>
    </w:p>
    <w:p>
      <w:pPr>
        <w:jc w:val="right"/>
      </w:pPr>
      <w:r>
        <w:t>Is bombing killing a person or hurting someone jihad? Neither violence nor terrorism.</w:t>
      </w:r>
    </w:p>
    <w:p>
      <w:r>
        <w:rPr>
          <w:b/>
        </w:rPr>
        <w:t xml:space="preserve">[08:35] </w:t>
      </w:r>
      <w:r>
        <w:t>What then is jihad?</w:t>
      </w:r>
    </w:p>
    <w:p>
      <w:pPr>
        <w:jc w:val="right"/>
      </w:pPr>
      <w:r>
        <w:t>What then is jihad?</w:t>
      </w:r>
    </w:p>
    <w:p>
      <w:r>
        <w:rPr>
          <w:b/>
        </w:rPr>
        <w:t xml:space="preserve">[08:40] </w:t>
      </w:r>
      <w:r>
        <w:t>Giving positive response to bitterness is jihad. Maintaining pleasant relations unilaterally is jihad.</w:t>
      </w:r>
    </w:p>
    <w:p>
      <w:pPr>
        <w:jc w:val="right"/>
      </w:pPr>
      <w:r>
        <w:t>Giving positive response to bitterness is jihad. Maintaining pleasant relations unilaterally is jihad.</w:t>
      </w:r>
    </w:p>
    <w:p>
      <w:r>
        <w:rPr>
          <w:b/>
        </w:rPr>
        <w:t xml:space="preserve">[08:50] </w:t>
      </w:r>
      <w:r>
        <w:t>Forgiving someone who has wronged you is jihad. Keeping your heart free from hatred or malice is jihad.</w:t>
      </w:r>
    </w:p>
    <w:p>
      <w:pPr>
        <w:jc w:val="right"/>
      </w:pPr>
      <w:r>
        <w:t>Forgiving someone who has wronged you is jihad. Keeping your heart free from hatred or malice is jihad.</w:t>
      </w:r>
    </w:p>
    <w:p>
      <w:r>
        <w:rPr>
          <w:b/>
        </w:rPr>
        <w:t xml:space="preserve">[09:01] </w:t>
      </w:r>
      <w:r>
        <w:t>To practice patience in life is jihad. Spreading positivity while you battle with hardships is jihad.</w:t>
      </w:r>
    </w:p>
    <w:p>
      <w:pPr>
        <w:jc w:val="right"/>
      </w:pPr>
      <w:r>
        <w:t>To practice patience in life is jihad. Spreading positivity while you battle with hardships is jihad.</w:t>
      </w:r>
    </w:p>
    <w:p>
      <w:r>
        <w:rPr>
          <w:b/>
        </w:rPr>
        <w:t xml:space="preserve">[09:11] </w:t>
      </w:r>
      <w:r>
        <w:t>The only true jihad is that which is in accordance with Islam, and Islamic jihad is nothing but peaceful struggle.</w:t>
      </w:r>
    </w:p>
    <w:p>
      <w:pPr>
        <w:jc w:val="right"/>
      </w:pPr>
      <w:r>
        <w:t>The only true jihad is that which is in accordance with Islam, and Islamic jihad is nothing but peaceful struggle.</w:t>
      </w:r>
    </w:p>
    <w:p>
      <w:r>
        <w:rPr>
          <w:b/>
        </w:rPr>
        <w:t xml:space="preserve">[09:22] </w:t>
      </w:r>
      <w:r>
        <w:t>Let's do jihad with our lives to become more positive, more tolerant, and more forgiving.</w:t>
      </w:r>
    </w:p>
    <w:p>
      <w:pPr>
        <w:jc w:val="right"/>
      </w:pPr>
      <w:r>
        <w:t>Let's do jihad with our lives to become more positive, more tolerant, and more forgiving.</w:t>
      </w:r>
    </w:p>
    <w:p>
      <w:r>
        <w:rPr>
          <w:b/>
        </w:rPr>
        <w:t xml:space="preserve">[09:40] </w:t>
      </w:r>
      <w:r>
        <w:t>ke background mein main ek baat aur batana chahunga ke kis tarike se khuda ki help aati hai. is videos ke liye hame ek ek bahut achhi voice chahiye thi, ek european accent ki voice chahiye thi jis ko hum is ko use kar saken.</w:t>
      </w:r>
    </w:p>
    <w:p>
      <w:pPr>
        <w:jc w:val="right"/>
      </w:pPr>
      <w:r>
        <w:t>کے بیک گراؤنڈ میں میں ایک بات اور بتانا چاہوں گا کہ کس طریقے سے خدا کی ہیلپ آتی ہے۔ اس ویڈیوز کے لیے ہمیں ایک ایک بہت اچھی وائس چاہیے تھی، ایک یورپین ایکسنٹ کی وائس چاہیے تھی جس کو ہم اس کو یوز کر سکیں۔</w:t>
      </w:r>
    </w:p>
    <w:p>
      <w:r>
        <w:rPr>
          <w:b/>
        </w:rPr>
        <w:t xml:space="preserve">[09:53] </w:t>
      </w:r>
      <w:r>
        <w:t>to US mein ah ah mr donald haines hain, wo khud aaye, unhon ne ah hame reach out kiya, aur unhon ne apni ah apni voice ah is mein is background voice recording karne ke liye hum se kaha.</w:t>
      </w:r>
    </w:p>
    <w:p>
      <w:pPr>
        <w:jc w:val="right"/>
      </w:pPr>
      <w:r>
        <w:t>تو یو ایس میں آہ آہ مسٹر ڈونلڈ ہینز ہیں، وہ خود آئے، انہوں نے آہ ہمیں ریچ آؤٹ کیا، اور انہوں نے اپنی آہ اپنی وائس آہ اس میں اس بیک گراؤنڈ وائس ریکارڈنگ کرنے کے لیے ہم سے کہا۔</w:t>
      </w:r>
    </w:p>
    <w:p>
      <w:r>
        <w:rPr>
          <w:b/>
        </w:rPr>
        <w:t xml:space="preserve">[10:06] </w:t>
      </w:r>
      <w:r>
        <w:t>aur aaj aap dekhiye ke kitne achhe tarike se unhon ne is video ko record karaya hai, aur is is video short video ki reach 10 million ah logon tak hui, aur 17,500 shares is short video se rahe.</w:t>
      </w:r>
    </w:p>
    <w:p>
      <w:pPr>
        <w:jc w:val="right"/>
      </w:pPr>
      <w:r>
        <w:t>اور آج آپ دیکھیے کہ کتنے اچھے طریقے سے انہوں نے اس ویڈیو کو ریکارڈ کرا ہے، اور اس اس ویڈیو شارٹ ویڈیو کی ریچ 10 ملین آہ لوگوں تک ہوئی، اور 17,500 شیئرز اس شارٹ ویڈیو سے رہے۔</w:t>
      </w:r>
    </w:p>
    <w:p>
      <w:r>
        <w:rPr>
          <w:b/>
        </w:rPr>
        <w:t xml:space="preserve">[10:20] </w:t>
      </w:r>
      <w:r>
        <w:t>yahan main aap ko ek cheez aur ah dikhana chahunga ke is mein in in in comment section mein hame bahut positive comments bhi aaye, jaise muhammad danish ne kaha: "yes, jihad means fighting against your negative thoughts." usman malik ne kaha: "this is what really needed to share socially, needed to share globally with those who have wrong image about islam in their minds." lekin yahan pe ek aspect aur hai social media ka ke yahan hame negative comments bhi mile.</w:t>
      </w:r>
    </w:p>
    <w:p>
      <w:pPr>
        <w:jc w:val="right"/>
      </w:pPr>
      <w:r>
        <w:t>یہاں میں آپ کو ایک چیز اور آہ دکھانا چاہوں گا کہ اس میں ان ان ان کمنٹ سیکشن میں ہمیں بہت پوزیٹیو کمنٹس بھی آئے، جیسے محمد دانش نے کہا: "یس، جہاد مینز فائٹنگ اگینسٹ یور نیگیٹیو تھاٹس۔" عثمان ملک نے کہا: "دس از واٹ ریلی نیڈڈ ٹو شیئر سوشلی، نیڈڈ ٹو شیئر گلوبلی ود دوست ہو ہیو رونگ امیج اباؤٹ اسلام ان دیر مائنڈز۔" لیکن یہاں پہ ایک اسپیکٹ اور ہے سوشل میڈیا کا کہ یہاں ہمیں نیگیٹیو کمنٹس بھی ملے۔</w:t>
      </w:r>
    </w:p>
    <w:p>
      <w:r>
        <w:rPr>
          <w:b/>
        </w:rPr>
        <w:t xml:space="preserve">[10:48] </w:t>
      </w:r>
      <w:r>
        <w:t>is in negative comments mein ek ek comment tha ke ah unhon ne kaha tha: "ignore the video, read the comment." to is mein is mein jaise yahan hum ne teen positive comment ah aap aap se share kiye hain, is ke sath sath kahin 10 to 15 negative comments bhi the.</w:t>
      </w:r>
    </w:p>
    <w:p>
      <w:pPr>
        <w:jc w:val="right"/>
      </w:pPr>
      <w:r>
        <w:t>اس ان نیگیٹیو کمنٹس میں ایک ایک کمنٹ تھا کہ آہ انہوں نے کہا تھا: "اگنور دا ویڈیو، ریڈ دا کمنٹ۔" تو اس میں اس میں جیسے یہاں ہم نے تین پوزیٹیو کمنٹ آہ آپ آپ سے شیئر کیے ہیں، اس کے ساتھ ساتھ کہیں 10 ٹو 15 نیگیٹیو کمنٹس بھی تھے۔</w:t>
      </w:r>
    </w:p>
    <w:p>
      <w:r>
        <w:rPr>
          <w:b/>
        </w:rPr>
        <w:t xml:space="preserve">[11:05] </w:t>
      </w:r>
      <w:r>
        <w:t>to yahan main aap logon ko chahunga ke aap log samjhiye is cheez ko ke kaise hum sab engage ho sakte hain is ah is is comment section ko positive banane mein.</w:t>
      </w:r>
    </w:p>
    <w:p>
      <w:pPr>
        <w:jc w:val="right"/>
      </w:pPr>
      <w:r>
        <w:t>تو یہاں میں آپ لوگوں کو چاہوں گا کہ آپ لوگ سمجھیے اس چیز کو کہ کیسے ہم سب انگیج ہو سکتے ہیں اس آہ اس اس کمنٹ سیکشن کو پوزیٹیو بنانے میں۔</w:t>
      </w:r>
    </w:p>
    <w:p>
      <w:r>
        <w:rPr>
          <w:b/>
        </w:rPr>
        <w:t xml:space="preserve">[11:16] </w:t>
      </w:r>
      <w:r>
        <w:t>jab logon ne jihad ke upar kuch negative comment dala to hum sab ka farz banta tha ke hum is social media, jo ke ek itni aasan cheez hai, hamare paas mobile mein maujood hai, kya hum un ke reply nahi kar sakte the?</w:t>
      </w:r>
    </w:p>
    <w:p>
      <w:pPr>
        <w:jc w:val="right"/>
      </w:pPr>
      <w:r>
        <w:t>جب لوگوں نے جہاد کے اوپر کچھ نیگیٹیو کمنٹ ڈالا تو ہم سب کا فرض بنتا تھا کہ ہم اس سوشل میڈیا، جو کہ ایک اتنی آسان چیز ہے، ہمارے پاس موبائل میں موجود ہے، کیا ہم ان کے ریپلائی نہیں کر سکتے تھے؟</w:t>
      </w:r>
    </w:p>
    <w:p>
      <w:r>
        <w:rPr>
          <w:b/>
        </w:rPr>
        <w:t xml:space="preserve">[11:29] </w:t>
      </w:r>
      <w:r>
        <w:t>kya hum is pe positive comment nahi dal sakte the? hum zaroor dal sakte the, lekin hum ne is opportunity ko miss kar diya. is miss hone ki wajah se kya hua ke hamari jo video jo right ideology upar dikha rahi hai, neeche comment section mein ja kar wo ek ek negative mindset ko reflect kar rahi hai.</w:t>
      </w:r>
    </w:p>
    <w:p>
      <w:pPr>
        <w:jc w:val="right"/>
      </w:pPr>
      <w:r>
        <w:t>کیا ہم اس پہ پوزیٹیو کمنٹ نہیں ڈال سکتے تھے؟ ہم ضرور ڈال سکتے تھے، لیکن ہم نے اس اپرچونیٹی کو مس کر دیا۔ اس مس ہونے کی وجہ سے کیا ہوا کہ ہماری جو ویڈیو جو رائٹ آئیڈیالوجی اوپر دکھا رہی ہے، نیچے کمنٹ سیکشن میں جا کر وہ ایک ایک نیگیٹیو مائنڈ سیٹ کو ریفلیکٹ کر رہی ہے۔</w:t>
      </w:r>
    </w:p>
    <w:p>
      <w:r>
        <w:rPr>
          <w:b/>
        </w:rPr>
        <w:t xml:space="preserve">[11:49] </w:t>
      </w:r>
      <w:r>
        <w:t>hum koi hum kuch ek chhoti si cheez bhi ah internet pe agar kharidne jate hain to hum sab se pehle is in ke kuch ah is mein comments padhte hain, comments read karte hain ke agar main amazon pe ja raha hoon aur mujhe kuch pen drive kharidni hai, kuch bhi kharidna hai to us ke bare mein logon ne kya comment diye hain?</w:t>
      </w:r>
    </w:p>
    <w:p>
      <w:pPr>
        <w:jc w:val="right"/>
      </w:pPr>
      <w:r>
        <w:t>ہم کوئی ہم کچھ ایک چھوٹی سی چیز بھی آہ انٹرنیٹ پہ اگر خریدنے جاتے ہیں تو ہم سب سے پہلے اس ان کے کچھ آہ اس میں کمنٹس پڑھتے ہیں، کمنٹس ریڈ کرتے ہیں کہ اگر میں ایمازون پہ جا رہا ہوں اور مجھے کچھ پین ڈرائیو خریدنی ہے، کچھ بھی خریدنا ہے تو اس کے بارے میں لوگوں نے کیا کمنٹ دیے ہیں؟</w:t>
      </w:r>
    </w:p>
    <w:p>
      <w:r>
        <w:rPr>
          <w:b/>
        </w:rPr>
        <w:t xml:space="preserve">[12:08] </w:t>
      </w:r>
      <w:r>
        <w:t>yahi social media pe hota hai ke agar hum ne kuch bhi upload kiya hai to us ke sath sath positive comments hone bahut zaroori hain. aur aaj yahan pe agar 200 participants yahan pe aaye hain aur hum mil ke 200 comments agar yahan pe dal dete to ye video ke comment section kabhi bhi negative nahi ho sakta tha.</w:t>
      </w:r>
    </w:p>
    <w:p>
      <w:pPr>
        <w:jc w:val="right"/>
      </w:pPr>
      <w:r>
        <w:t>یہی سوشل میڈیا پہ ہوتا ہے کہ اگر ہم نے کچھ بھی اپلوڈ کیا ہے تو اس کے ساتھ ساتھ پوزیٹیو کمنٹس ہونے بہت ضروری ہیں۔ اور آج یہاں پہ اگر 200 پارٹیسپینٹس یہاں پہ آئے ہیں اور ہم مل کے 200 کمنٹس اگر یہاں پہ ڈال دیتے تو یہ ویڈیو کے کمنٹ سیکشن کبھی بھی نیگیٹیو نہیں ہو سکتا تھا۔</w:t>
      </w:r>
    </w:p>
    <w:p>
      <w:r>
        <w:rPr>
          <w:b/>
        </w:rPr>
        <w:t xml:space="preserve">[12:27] </w:t>
      </w:r>
      <w:r>
        <w:t>aur is ko itna share kiya gaya hai, 7,500 maine upar share kiye aur bataya aap ko, 7,500 times is cheez video ko share hua hai. is ke sath sath hum sab ke comments pahunchte aur jo true jihad hai, jo true ideology hai, wo logon tak sahi andaaz mein pahunchti hai.</w:t>
      </w:r>
    </w:p>
    <w:p>
      <w:pPr>
        <w:jc w:val="right"/>
      </w:pPr>
      <w:r>
        <w:t>اور اس کو اتنا شیئر کیا گیا ہے، 7,500 میں نے اوپر شیئر کیے اور بتایا آپ کو، 7,500 ٹائمز اس چیز ویڈیو کو شیئر ہوا ہے۔ اس کے ساتھ ساتھ ہم سب کے کمنٹس پہنچتے اور جو ٹرو جہاد ہے، جو ٹرو آئیڈیالوجی ہے، وہ لوگوں تک صحیح انداز میں پہنچتی ہے۔</w:t>
      </w:r>
    </w:p>
    <w:p>
      <w:r>
        <w:rPr>
          <w:b/>
        </w:rPr>
        <w:t xml:space="preserve">[12:44] </w:t>
      </w:r>
      <w:r>
        <w:t>aage main ek aur aspect social media ka aap ke sath share karna chahunga</w:t>
      </w:r>
    </w:p>
    <w:p>
      <w:pPr>
        <w:jc w:val="right"/>
      </w:pPr>
      <w:r>
        <w:t>آگے میں ایک اور اسپیکٹ سوشل میڈیا کا آپ کے ساتھ شیئر کرنا چاہوں گا</w:t>
      </w:r>
    </w:p>
    <w:p>
      <w:r>
        <w:rPr>
          <w:b/>
        </w:rPr>
        <w:t xml:space="preserve">[12:51] </w:t>
      </w:r>
      <w:r>
        <w:t>ke bahut sari organizations hain, sirf hum hi nahi hain jo social media ko use karna chahti hain. there are so many organizations around the world which are which are using this platform.</w:t>
      </w:r>
    </w:p>
    <w:p>
      <w:pPr>
        <w:jc w:val="right"/>
      </w:pPr>
      <w:r>
        <w:t>کہ بہت ساری آرگنائزیشنز ہیں، صرف ہم ہی نہیں ہیں جو سوشل میڈیا کو یوز کرنا چاہتی ہیں۔ دیر آر سو مینی آرگنائزیشن اراؤنڈ دا ورلڈ وچ آر وچ آر یوزنگ دس پلیٹ فارم۔</w:t>
      </w:r>
    </w:p>
    <w:p>
      <w:r>
        <w:rPr>
          <w:b/>
        </w:rPr>
        <w:t xml:space="preserve">[13:04] </w:t>
      </w:r>
      <w:r>
        <w:t>aur bahut ah ek disappointing baat bhi hai ke bahut kuch aisi organizations hain jo is ko ek apna negative mindset ko phailane ke liye bhi use karti hain, jo ek islamophobia ka logon ke dimagh mein ek concept hai, us ko phailane mein bhi use karti hain.</w:t>
      </w:r>
    </w:p>
    <w:p>
      <w:pPr>
        <w:jc w:val="right"/>
      </w:pPr>
      <w:r>
        <w:t>اور بہت آہ ایک ڈس اپوائنٹنگ بات بھی ہے کہ بہت کچھ ایسی آرگنائزیشنز ہیں جو اس کو ایک اپنا نیگیٹیو مائنڈ سیٹ کو پھیلانے کے لیے بھی یوز کرتی ہیں، جو ایک اسلامو فوبیا کا لوگوں کے دماغ میں ایک کانسیپٹ ہے، اس کو پھیلانے میں بھی یوز کرتی ہیں۔</w:t>
      </w:r>
    </w:p>
    <w:p>
      <w:r>
        <w:rPr>
          <w:b/>
        </w:rPr>
        <w:t xml:space="preserve">[13:25] </w:t>
      </w:r>
      <w:r>
        <w:t>social media hai, Allah ki nemmat hai, Allah ki di hui sab cheez hai, lekin is ko use hum achhe tareeqe se bhi kar sakte hain aur galat tareeqe se bhi kar sakte hain.</w:t>
      </w:r>
    </w:p>
    <w:p>
      <w:pPr>
        <w:jc w:val="right"/>
      </w:pPr>
      <w:r>
        <w:t>سوشل میڈیا ہے، اللہ کی نعمت ہے، اللہ کی دی ہوئی سب چیز ہے، لیکن اس کو یوز ہم اچھے طریقے سے بھی کر سکتے ہیں اور غلط طریقے سے بھی کر سکتے ہیں۔</w:t>
      </w:r>
    </w:p>
    <w:p>
      <w:r>
        <w:rPr>
          <w:b/>
        </w:rPr>
        <w:t xml:space="preserve">[13:35] </w:t>
      </w:r>
      <w:r>
        <w:t>yahan agar hum apni videos na dalen to hum hum do tareeqe se lose karte hain. pehla jo hamara loss hota hai wo yeh hota hai ke hum ne apni baat social media ko use kar ke jo hum apni reach barha sakte thay, wo hum ne nahi ki.</w:t>
      </w:r>
    </w:p>
    <w:p>
      <w:pPr>
        <w:jc w:val="right"/>
      </w:pPr>
      <w:r>
        <w:t>یہاں اگر ہم اپنی ویڈیوز نہ ڈالیں تو ہم ہم دو طریقے سے لوز کرتے ہیں۔ پہلا جو ہمارا لاس ہوتا ہے وہ یہ ہوتا ہے کہ ہم نے اپنی بات سوشل میڈیا کو یوز کر کے جو ہم اپنی ریچ بڑھا سکتے تھے، وہ ہم نے نہیں کی۔</w:t>
      </w:r>
    </w:p>
    <w:p>
      <w:r>
        <w:rPr>
          <w:b/>
        </w:rPr>
        <w:t xml:space="preserve">[13:49] </w:t>
      </w:r>
      <w:r>
        <w:t>doosra jo is se bhi bara loss mein samajhta hoon hota hai, wo yeh hai ke jo negative videos social media pe ja rahi hain, us ke against jo sahi ideology hai, wo nahi ja rahi.</w:t>
      </w:r>
    </w:p>
    <w:p>
      <w:pPr>
        <w:jc w:val="right"/>
      </w:pPr>
      <w:r>
        <w:t>دوسرا جو اس سے بھی بڑا لاس میں سمجھتا ہوں ہوتا ہے، وہ یہ ہے کہ جو نیگیٹیو ویڈیوز سوشل میڈیا پہ جا رہی ہیں، اس کے اگینسٹ جو صحیح آئیڈیالوجی ہے، وہ نہیں جا رہی۔</w:t>
      </w:r>
    </w:p>
    <w:p>
      <w:r>
        <w:rPr>
          <w:b/>
        </w:rPr>
        <w:t xml:space="preserve">[14:04] </w:t>
      </w:r>
      <w:r>
        <w:t>agar social media pe 400 billion views hote hain youtube pe one day mein, to kya hum apni apni jo sahi ideology hamare paas hai, jo quran ka islam ka message hai, wo hum us pe share na karen?</w:t>
      </w:r>
    </w:p>
    <w:p>
      <w:pPr>
        <w:jc w:val="right"/>
      </w:pPr>
      <w:r>
        <w:t>اگر سوشل میڈیا پہ 400 بلین ویوز ہوتے ہیں یوٹیوب پہ ون ڈے میں، تو کیا ہم اپنی اپنی جو صحیح آئیڈیالوجی ہمارے پاس ہے، جو قرآن کا اسلام کا میسج ہے، وہ ہم اس پہ شیئر نہ کریں؟</w:t>
      </w:r>
    </w:p>
    <w:p>
      <w:r>
        <w:rPr>
          <w:b/>
        </w:rPr>
        <w:t xml:space="preserve">[14:20] </w:t>
      </w:r>
      <w:r>
        <w:t>aur jab tak hum sab mil ke is cheez is cheez ko aah nahi karenge, to hamari reach itni nahi barh payegi aur hamesha yeh jo negative side hai, wo upper hand lagti rahegi.</w:t>
      </w:r>
    </w:p>
    <w:p>
      <w:pPr>
        <w:jc w:val="right"/>
      </w:pPr>
      <w:r>
        <w:t>اور جب تک ہم سب مل کے اس چیز اس چیز کو آہ نہیں کریں گے، تو ہماری ریچ اتنی نہیں بڑھ پائے گی اور ہمیشہ یہ جو نیگیٹیو سائیڈ ہے، وہ اپر ہینڈ لگتی رہے گی۔</w:t>
      </w:r>
    </w:p>
    <w:p>
      <w:r>
        <w:rPr>
          <w:b/>
        </w:rPr>
        <w:t xml:space="preserve">[14:31] </w:t>
      </w:r>
      <w:r>
        <w:t>ab is video jo video mein aap ko dikhane ja raha hoon, us mein kya tha ke air 2018 mein France ne football ka world cup jeeta. us football ke world cup mein seven to eight muslim players thay.</w:t>
      </w:r>
    </w:p>
    <w:p>
      <w:pPr>
        <w:jc w:val="right"/>
      </w:pPr>
      <w:r>
        <w:t>اب اس ویڈیو جو ویڈیو میں آپ کو دکھانے جا رہا ہوں، اس میں کیا تھا کہ ایئر 2018 میں فرانس نے فٹبال کا ورلڈ کپ جیتا۔ اس فٹبال کے ورلڈ کپ میں سیون ٹو ایٹ مسلم پلیئرز تھے۔</w:t>
      </w:r>
    </w:p>
    <w:p>
      <w:r>
        <w:rPr>
          <w:b/>
        </w:rPr>
        <w:t xml:space="preserve">[14:46] </w:t>
      </w:r>
      <w:r>
        <w:t>poore France ne, president of France ne in sab ko acknowledge kiya, in sab ko bula ke shabashi di ke aap ne bohat acha khela. lekin jab aap ka negative mindset ho to wahin se hi logon ne islamophobia ka bhi concept nikal liya aur unhon ne kaha ke hamare players ko appreciate nahi kiya jata, France mein Muslims ke sath yeh hota hai, galat hota hai.</w:t>
      </w:r>
    </w:p>
    <w:p>
      <w:pPr>
        <w:jc w:val="right"/>
      </w:pPr>
      <w:r>
        <w:t>پورے فرانس نے، پریزیڈنٹ آف فرانس نے ان سب کو ایکنالج کیا، ان سب کو بلا کے شاباشی دی کہ آپ نے بہت اچھا کھیلا۔ لیکن جب آپ کا نیگیٹیو مائنڈ سیٹ ہو تو وہیں سے ہی لوگوں نے اسلامو فوبیا کا بھی کانسیپٹ نکال لیا اور انہوں نے کہا کہ ہمارے پلیئرز کو ایپریشیٹ نہیں کیا جاتا، فرانس میں مسلمز کے ساتھ یہ ہوتا ہے، غلط ہوتا ہے۔</w:t>
      </w:r>
    </w:p>
    <w:p>
      <w:r>
        <w:rPr>
          <w:b/>
        </w:rPr>
        <w:t xml:space="preserve">[15:05] </w:t>
      </w:r>
      <w:r>
        <w:t>to unhon ne yeh video bana ke apne platform pe dali, aap please is ko dekhiye.</w:t>
      </w:r>
    </w:p>
    <w:p>
      <w:pPr>
        <w:jc w:val="right"/>
      </w:pPr>
      <w:r>
        <w:t>تو انہوں نے یہ ویڈیو بنا کے اپنے پلیٹ فارم پہ ڈالی، آپ پلیز اس کو دیکھیے۔</w:t>
      </w:r>
    </w:p>
    <w:p>
      <w:r>
        <w:rPr>
          <w:b/>
        </w:rPr>
        <w:t xml:space="preserve">[16:41] </w:t>
      </w:r>
      <w:r>
        <w:t>aap ne is video mein dekha hoga ke unhon ne kaise ek ek positive aspect ko ek negative aspect mein bana ke aur social media pe dala hai. yeh small si video, is ne one million views se zyada aah aah ki reach is is video ne dikhai.</w:t>
      </w:r>
    </w:p>
    <w:p>
      <w:pPr>
        <w:jc w:val="right"/>
      </w:pPr>
      <w:r>
        <w:t>آپ نے اس ویڈیو میں دیکھا ہوگا کہ انہوں نے کیسے ایک ایک پوزیٹیو اسپیکٹ کو ایک نیگیٹیو اسپیکٹ میں بنا کے اور سوشل میڈیا پہ ڈالا ہے۔ یہ اسمال سی ویڈیو، اس نے ون ملین ویوز سے زیادہ آہ آہ کی ریچ اس اس ویڈیو نے دکھائی۔</w:t>
      </w:r>
    </w:p>
    <w:p>
      <w:r>
        <w:rPr>
          <w:b/>
        </w:rPr>
        <w:t xml:space="preserve">[16:57] </w:t>
      </w:r>
      <w:r>
        <w:t>us ke aah sath mein hum ne ek apni video dali jo aah jo ke sahi ideology ko represent karti hai, jo ke yeh batati hai ke islamophobia exist hi nahi karta hai.</w:t>
      </w:r>
    </w:p>
    <w:p>
      <w:pPr>
        <w:jc w:val="right"/>
      </w:pPr>
      <w:r>
        <w:t>اس کے آہ ساتھ میں ہم نے ایک اپنی ویڈیو ڈالی جو آہ جو کہ صحیح آئیڈیالوجی کو ریپریزنٹ کرتی ہے، جو کہ یہ بتاتی ہے کہ اسلامو فوبیا ایگزسٹ ہی نہیں کرتا ہے۔</w:t>
      </w:r>
    </w:p>
    <w:p>
      <w:r>
        <w:rPr>
          <w:b/>
        </w:rPr>
        <w:t xml:space="preserve">[17:06] </w:t>
      </w:r>
      <w:r>
        <w:t>woh mein ab aap ko dikhana chahunga.</w:t>
      </w:r>
    </w:p>
    <w:p>
      <w:pPr>
        <w:jc w:val="right"/>
      </w:pPr>
      <w:r>
        <w:t>وہ میں اب آپ کو دکھانا چاہوں گا۔</w:t>
      </w:r>
    </w:p>
    <w:p>
      <w:r>
        <w:rPr>
          <w:b/>
        </w:rPr>
        <w:t xml:space="preserve">[19:21] </w:t>
      </w:r>
      <w:r>
        <w:t>aap ne dekha hoga kitna acha message hum ne is video ke through dala, jo us ko bhi ek achhi acceptance mili, lekin hamari reach itni nahi ho payi jitni un ki reach thi.</w:t>
      </w:r>
    </w:p>
    <w:p>
      <w:pPr>
        <w:jc w:val="right"/>
      </w:pPr>
      <w:r>
        <w:t>آپ نے دیکھا ہوگا کتنا اچھا میسج ہم نے اس ویڈیو کے تھرو ڈالا، جو اس کو بھی ایک اچھی ایکسیپٹنس ملی، لیکن ہماری ریچ اتنی نہیں ہو پائی جتنی ان کی ریچ تھی۔</w:t>
      </w:r>
    </w:p>
    <w:p>
      <w:r>
        <w:rPr>
          <w:b/>
        </w:rPr>
        <w:t xml:space="preserve">[19:31] </w:t>
      </w:r>
      <w:r>
        <w:t>un ki reach more than million thi aur hamari qareeb 200,000 ki reach thi. agar mein phir se kahunga ke agar hamara team effort achhe se ho aur hum ek organized tareeqe se Facebook pe share karen, comments dalen, us ko like karen, to hamari bhi reach itni puhanch sakti hai aur is se zyada puhanch sakti hai.</w:t>
      </w:r>
    </w:p>
    <w:p>
      <w:pPr>
        <w:jc w:val="right"/>
      </w:pPr>
      <w:r>
        <w:t>ان کی ریچ مور دین ملین تھی اور ہماری قریب 200,000 کی ریچ تھی۔ اگر میں پھر سے کہوں گا کہ اگر ہمارا ٹیم ایفرٹ اچھے سے ہو اور ہم ایک آرگنائز طریقے سے فیس بک پہ شیئر کریں، کمنٹس ڈالیں، اس کو لائک کریں، تو ہماری بھی ریچ اتنی پہنچ سکتی ہے اور اس سے زیادہ پہنچ سکتی ہے۔</w:t>
      </w:r>
    </w:p>
    <w:p>
      <w:r>
        <w:rPr>
          <w:b/>
        </w:rPr>
        <w:t xml:space="preserve">[19:50] </w:t>
      </w:r>
      <w:r>
        <w:t>to ek jo positive aspect hai islam ka, ek jo positive sari cheezen hain islam ki, wo humein dunya tak le ke jani hain by using this social media.</w:t>
      </w:r>
    </w:p>
    <w:p>
      <w:pPr>
        <w:jc w:val="right"/>
      </w:pPr>
      <w:r>
        <w:t>تو ایک جو پوزیٹیو اسپیکٹ ہے اسلام کا، ایک جو پوزیٹیو ساری چیزیں ہیں اسلام کی، وہ ہمیں دنیا تک لے کے جانی ہیں بائی یوزنگ دس سوشل میڈیا۔</w:t>
      </w:r>
    </w:p>
    <w:p>
      <w:r>
        <w:rPr>
          <w:b/>
        </w:rPr>
        <w:t xml:space="preserve">[20:02] </w:t>
      </w:r>
      <w:r>
        <w:t>yahan pe ek ek bohat hi aah positive comment mein parhna chahunga. asrar ul haq sahib ne likha tha yahan pe: "my sincere appeal to all Muslims is to revisit the writings of Maulana Wahiduddin Khan to redirect their energies for intellectual building of ummah.</w:t>
      </w:r>
    </w:p>
    <w:p>
      <w:pPr>
        <w:jc w:val="right"/>
      </w:pPr>
      <w:r>
        <w:t>یہاں پہ ایک ایک بہت ہی آہ پوزیٹیو کمنٹ میں پڑھنا چاہوں گا۔ اسرار الحق صاحب نے لکھا تھا یہاں پہ: "مائی سنسیئر اپیل ٹو آل مسلم از ٹو ری وزٹ دا رائٹنگز آف مولانا وحید الدین خان ٹو ری ڈائریکٹ دیر انرجیز فار انٹلیکچول بلڈنگ آف امہ۔</w:t>
      </w:r>
    </w:p>
    <w:p>
      <w:r>
        <w:rPr>
          <w:b/>
        </w:rPr>
        <w:t xml:space="preserve">[20:18] </w:t>
      </w:r>
      <w:r>
        <w:t>confrontation has damaged ummah to greater extent. past 1400 years bear the witness that Maulana approach is exemplary and distinct." yeh itna zabardast message tha, us ko humein like karna chahiye tha, us us pe humein replies produce karne chahiye thay aur us ko hum hum aage tak le ke le ke jana chahiye tha, lekin hum use aage kar sakte hain.</w:t>
      </w:r>
    </w:p>
    <w:p>
      <w:pPr>
        <w:jc w:val="right"/>
      </w:pPr>
      <w:r>
        <w:t>کنفرنٹیشن ہیڈ ڈیمجڈ امہ ٹو گریٹر ایکسٹینڈ۔ پاسٹ 1400 ایئرز بیئر دا وٹنس دیٹ مولانا اپروچ از ایگزیمپلری اینڈ ڈسٹنکٹ۔" یہ اتنا زبردست میسج تھا، اس کو ہمیں لائک کرنا چاہیے تھا، اس اس پہ ہمیں ریپلائیز پروڈیوس کرنے چاہیے تھے اور اس کو ہم ہم آگے تک لے کے لے کے جانا چاہیے تھا، لیکن ہم اسے آگے کر سکتے ہیں۔</w:t>
      </w:r>
    </w:p>
    <w:p>
      <w:r>
        <w:rPr>
          <w:b/>
        </w:rPr>
        <w:t xml:space="preserve">[20:44] </w:t>
      </w:r>
      <w:r>
        <w:t>ab jo jo ek ek aur social media ka platform hai jis ko daily team achhe se use kar rahi hai, wo hai whatsapp.</w:t>
      </w:r>
    </w:p>
    <w:p>
      <w:pPr>
        <w:jc w:val="right"/>
      </w:pPr>
      <w:r>
        <w:t>اب جو جو ایک ایک اور سوشل میڈیا کا پلیٹ فارم ہے جس کو ڈیلی ٹیم اچھے سے یوز کر رہی ہے، وہ ہے واٹس ایپ۔</w:t>
      </w:r>
    </w:p>
    <w:p>
      <w:r>
        <w:rPr>
          <w:b/>
        </w:rPr>
        <w:t xml:space="preserve">[20:55] </w:t>
      </w:r>
      <w:r>
        <w:t>aap ko Facebook bohat sare logon ko ho sakta hai ke wo Facebook ke users na hon, but shayad hi koi ho aaj ki date mein ke jo whatsapp ko na use karta ho.</w:t>
      </w:r>
    </w:p>
    <w:p>
      <w:pPr>
        <w:jc w:val="right"/>
      </w:pPr>
      <w:r>
        <w:t>آپ کو فیس بک بہت سارے لوگوں کو ہو سکتا ہے کہ وہ فیس بک کے یوزرز نہ ہوں، بٹ شاید ہی کوئی ہو آج کی ڈیٹ میں کہ جو واٹس ایپ کو نہ یوز کرتا ہو۔</w:t>
      </w:r>
    </w:p>
    <w:p>
      <w:r>
        <w:rPr>
          <w:b/>
        </w:rPr>
        <w:t xml:space="preserve">[21:05] </w:t>
      </w:r>
      <w:r>
        <w:t>whatsapp har ek ke phone mein maujood hai. hum ne whatsapp pe ek dedicated number aah liya jise hum sirf aah videos aur jo images hain, un ko propagate karne ke liye, un ko popularize karne ke liye, hum ne yeh dedicated number apni website par aur apne Facebook pe dala.</w:t>
      </w:r>
    </w:p>
    <w:p>
      <w:pPr>
        <w:jc w:val="right"/>
      </w:pPr>
      <w:r>
        <w:t>واٹس ایپ ہر ایک کے فون میں موجود ہے۔ ہم نے واٹس ایپ پہ ایک ڈیڈیکیٹڈ نمبر آہ لیا جسے ہم صرف آہ ویڈیوز اور جو امیجز ہیں، ان کو پروپیگیٹ کرنے کے لیے، ان کو پاپولرائز کرنے کے لیے، ہم نے یہ ڈیڈیکیٹڈ نمبر اپنی ویب سائٹ پر اور اپنے فیس بک پہ ڈالا۔</w:t>
      </w:r>
    </w:p>
    <w:p>
      <w:r>
        <w:rPr>
          <w:b/>
        </w:rPr>
        <w:t xml:space="preserve">[21:25] </w:t>
      </w:r>
      <w:r>
        <w:t>humein 1500 aah logon ne reach out kiya, request kari ke aap hamara number apne whatsapp platform pe add kar len. aur yeh 1500 people mein aap ko batana chahunga, 25 more than 25 countries se tha.</w:t>
      </w:r>
    </w:p>
    <w:p>
      <w:pPr>
        <w:jc w:val="right"/>
      </w:pPr>
      <w:r>
        <w:t>ہمیں 1500 آہ لوگوں نے ریچ آؤٹ کیا، ریکویسٹ کری کہ آپ ہمارا نمبر اپنے واٹس ایپ پلیٹ فارم پہ ایڈ کر لیں۔ اور یہ 1500 پیپل میں آپ کو بتانا چاہوں گا، 25 مور دین 25 کنٹریز سے تھا۔</w:t>
      </w:r>
    </w:p>
    <w:p>
      <w:r>
        <w:rPr>
          <w:b/>
        </w:rPr>
        <w:t xml:space="preserve">[21:40] </w:t>
      </w:r>
      <w:r>
        <w:t>to aap dekhen yahan ki geographical reach kitni zabardast hai. ek ek chhota ek dikhne mein chhota sa whatsapp ka ek platform hai, but 1500 people yahan se aate hain aur 25 different countries se aate hain.</w:t>
      </w:r>
    </w:p>
    <w:p>
      <w:pPr>
        <w:jc w:val="right"/>
      </w:pPr>
      <w:r>
        <w:t>تو آپ دیکھیں یہاں کی جیوگرافیکل ریچ کتنی زبردست ہے۔ ایک ایک چھوٹا ایک دکھنے میں چھوٹا سا واٹس ایپ کا ایک پلیٹ فارم ہے، بٹ 1500 پیپل یہاں سے آتے ہیں اور 25 ڈفرنٹ کنٹریز سے آتے ہیں۔</w:t>
      </w:r>
    </w:p>
    <w:p>
      <w:r>
        <w:rPr>
          <w:b/>
        </w:rPr>
        <w:t xml:space="preserve">[21:52] </w:t>
      </w:r>
      <w:r>
        <w:t>to agar yahi yahi 1500 kal ko 15 lakh ban jayen to kitna kitna kitni geographical reach hamari barh sakti hai. us ke us ke sath us ke sath mein ek cheez aur aap ko batana chahunga ke kaise log comment karte hain jab jab un ke paas hamari videos ya hamari images ya hamare posters jate hain.</w:t>
      </w:r>
    </w:p>
    <w:p>
      <w:pPr>
        <w:jc w:val="right"/>
      </w:pPr>
      <w:r>
        <w:t>تو اگر یہی یہی 1500 کل کو 15 لاکھ بن جائیں تو کتنا کتنا کتنی جیوگرافیکل ریچ ہماری بڑھ سکتی ہے۔ اس کے اس کے ساتھ اس کے ساتھ میں ایک چیز اور آپ کو بتانا چاہوں گا کہ کیسے لوگ کمنٹ کرتے ہیں جب جب ان کے پاس ہماری ویڈیوز یا ہماری امیجز یا ہمارے پوسٹرز جاتے ہیں۔</w:t>
      </w:r>
    </w:p>
    <w:p>
      <w:r>
        <w:rPr>
          <w:b/>
        </w:rPr>
        <w:t xml:space="preserve">[22:13] </w:t>
      </w:r>
      <w:r>
        <w:t>ek ek sir ek ne likha tha: "thank you sir for an excellent addition. the description is very very clear and your message justified by quranic verses are great." to aap yahan dekh sakte hain ke kaise log quranic verses ko pick kar lete hain.</w:t>
      </w:r>
    </w:p>
    <w:p>
      <w:pPr>
        <w:jc w:val="right"/>
      </w:pPr>
      <w:r>
        <w:t>ایک ایک سر ایک نے لکھا تھا: "تھینک یو سر فار این ایکسیلنٹ ایڈیشن۔ دا ڈسکرپشن از ویری ویری کلیئر اینڈ یور میسج جسٹیفائیڈ بائے قرآنک ورسز ار گریٹ۔" تو آپ یہاں دیکھ سکتے ہیں کہ کیسے لوگ قرآنک ورسز کو پک کر لیتے ہیں۔</w:t>
      </w:r>
    </w:p>
    <w:p>
      <w:r>
        <w:rPr>
          <w:b/>
        </w:rPr>
        <w:t xml:space="preserve">[22:28] </w:t>
      </w:r>
      <w:r>
        <w:t>unhon ne kaha ke: "your message justified by quranic verses are great. thank you so much sir. wonderful addition regards." yeh yeh messages yeh hum ne whatsapp start kiya qareeb four months pehle aur four months mein hi humein bohat hi inspiring results mile hain.</w:t>
      </w:r>
    </w:p>
    <w:p>
      <w:pPr>
        <w:jc w:val="right"/>
      </w:pPr>
      <w:r>
        <w:t>انہوں نے کہا کہ: "یور میسج جسٹیفائیڈ بائے قرآنک ورسز ار گریٹ۔ تھینک یو سو مچ سر۔ ونڈرفل ایڈیشن ریگارڈز۔" یہ یہ میسجز یہ ہم نے واٹس ایپ سٹارٹ کیا قریب فور منتھس پہلے اور فور منتھس میں ہی ہمیں بہت ہی انسپائرنگ رزلٹس ملے ہیں۔</w:t>
      </w:r>
    </w:p>
    <w:p>
      <w:r>
        <w:rPr>
          <w:b/>
        </w:rPr>
        <w:t xml:space="preserve">[22:46] </w:t>
      </w:r>
      <w:r>
        <w:t>ab ab mein aap ko batana chahunga ke kaise hum bhi is whatsapp ko use kar sakte kar sakte hain. hum sab ke paas whatsapp hota hai, hum apni ek broadcast list bana sakte hain jahan pe jaise hi hum koi bhi apna hum hum koi bhi message aap ko pass on karte hain, aap us broadcast list pe us ko aage pass on kar sakte hain.</w:t>
      </w:r>
    </w:p>
    <w:p>
      <w:pPr>
        <w:jc w:val="right"/>
      </w:pPr>
      <w:r>
        <w:t>اب اب میں آپ کو بتانا چاہوں گا کہ کیسے ہم بھی اس واٹس ایپ کو یوز کر سکتے کر سکتے ہیں۔ ہم سب کے پاس واٹس ایپ ہوتا ہے، ہم اپنی ایک براڈکاسٹ لسٹ بنا سکتے ہیں جہاں پہ جیسے ہی ہم کوئی بھی اپنا ہم ہم کوئی بھی میسج آپ کو پاس ان کرتے ہیں، آپ اس براڈکاسٹ لسٹ پہ اس کو آگے پاس ان کر سکتے ہیں۔</w:t>
      </w:r>
    </w:p>
    <w:p>
      <w:r>
        <w:rPr>
          <w:b/>
        </w:rPr>
        <w:t xml:space="preserve">[23:05] </w:t>
      </w:r>
      <w:r>
        <w:t>to hamari yeh reach exponentially grow kar sakti hai. agar yahan pe jo 200 participants aaye hain, agar unki sirf 10 aah logon ki ek ek broadcast list ban jaye to ek message mera 200 into 10 times ja sakta hai, ek single message.</w:t>
      </w:r>
    </w:p>
    <w:p>
      <w:pPr>
        <w:jc w:val="right"/>
      </w:pPr>
      <w:r>
        <w:t>تو ہماری یہ ریچ ایکسپونینشلی گرو کر سکتی ہے۔ اگر یہاں پہ جو 200 پارٹیسپینٹس آئے ہیں، اگر ان کی صرف 10 آہ لوگوں کی ایک ایک براڈکاسٹ لسٹ بن جائے تو ایک میسج میرا 200 انٹو 10 ٹائمز جا سکتا ہے، ایک سنگل میسج۔</w:t>
      </w:r>
    </w:p>
    <w:p>
      <w:r>
        <w:rPr>
          <w:b/>
        </w:rPr>
        <w:t xml:space="preserve">[23:20] </w:t>
      </w:r>
      <w:r>
        <w:t>aur phir woh aage kitna broadcast hoga, woh phir exponential aah iska reach ho jayega. to aah aage ke aah aage le jane ke liye main invite karunga Shoaib Khan ko.</w:t>
      </w:r>
    </w:p>
    <w:p>
      <w:pPr>
        <w:jc w:val="right"/>
      </w:pPr>
      <w:r>
        <w:t>اور پھر وہ آگے کتنا براڈکاسٹ ہوگا، وہ پھر ایکسپونینشل آہ اس کا ریچ ہو جائے گی۔ تو آہ آگے کے آہ آگے لے جانے کے لیے میں انوائٹ کروں گا شعیب خان کو۔</w:t>
      </w:r>
    </w:p>
    <w:p>
      <w:r>
        <w:rPr>
          <w:b/>
        </w:rPr>
        <w:t xml:space="preserve">[23:36] </w:t>
      </w:r>
      <w:r>
        <w:t>Assalam o Alaikum. So hum jo bhi yeh videos hain, messages hain jis ko hum social media pe share kar rahe hain, to yeh sirf hamara kaam nahi hai, sirf daily team nahi karegi.</w:t>
      </w:r>
    </w:p>
    <w:p>
      <w:pPr>
        <w:jc w:val="right"/>
      </w:pPr>
      <w:r>
        <w:t>السلام علیکم۔ سو ہم جو بھی یہ ویڈیوز ہیں، میسجز ہیں جس کو ہم سوشل میڈیا پہ شیئر کر رہے ہیں، تو یہ صرف ہمارا کام نہیں ہے، صرف ڈیلی ٹیم نہیں کرے گی۔</w:t>
      </w:r>
    </w:p>
    <w:p>
      <w:r>
        <w:rPr>
          <w:b/>
        </w:rPr>
        <w:t xml:space="preserve">[23:48] </w:t>
      </w:r>
      <w:r>
        <w:t>hum is ko aur badhana chahte hain aur taake aur log hamare sath juden. har hum aah abhi sirf English mein kar rahe hain, basically. hum chahte hain ke aur regional languages mein ho, jaise Bombay team hai hamare paas, Marathi hai to Marathi language mein ho jaye.</w:t>
      </w:r>
    </w:p>
    <w:p>
      <w:pPr>
        <w:jc w:val="right"/>
      </w:pPr>
      <w:r>
        <w:t>ہم اس کو اور بڑھانا چاہتے ہیں اور تاکہ اور لوگ ہمارے ساتھ جڑیں۔ ہر ہم آہ ابھی صرف انگلش میں کر رہے ہیں، بیسیکلی۔ ہم چاہتے ہیں کہ اور ریجنل لینگویجز میں ہو، جیسے بمبئی ٹیم ہے ہمارے پاس، مراٹھا ہے تو مراٹھی لینگویج میں ہو جائے۔</w:t>
      </w:r>
    </w:p>
    <w:p>
      <w:r>
        <w:rPr>
          <w:b/>
        </w:rPr>
        <w:t xml:space="preserve">[24:04] </w:t>
      </w:r>
      <w:r>
        <w:t>Kashmiri team hai, wahan ki jo regional language hai, us language mein ho. Bengal ki team hai to Bengali language mein ho. to hamare yeh chote chote videos hote hain, Quran ki ek ayat hoti hai ya ek chota sa koi quote hota hai jo Quran ke reference se related hota hai.</w:t>
      </w:r>
    </w:p>
    <w:p>
      <w:pPr>
        <w:jc w:val="right"/>
      </w:pPr>
      <w:r>
        <w:t>کشمیری ٹیم ہے، وہاں کی جو ریجنل لینگویج ہے، اس لینگویج میں ہو۔ بنگال کی ٹیم ہے تو بنگالی لینگویج میں ہو۔ تو ہمارے یہ چھوٹے چھوٹے ویڈیوز ہوتے ہیں، قرآن کی ایک آیت ہوتی ہے یا ایک چھوٹا سا کوئی کوٹ ہوتا ہے جو قرآن کے ریفرنس سے ریلیٹڈ ہوتا ہے۔</w:t>
      </w:r>
    </w:p>
    <w:p>
      <w:r>
        <w:rPr>
          <w:b/>
        </w:rPr>
        <w:t xml:space="preserve">[24:18] </w:t>
      </w:r>
      <w:r>
        <w:t>to is tarah se kar ke hum aah aur aah jo bhi team hai, wahan pe koi ek aah ek person is page ko create kar sakta hai. jab koi page jis location pe create hota hai, uski reach us area mein zyada hoti hai.</w:t>
      </w:r>
    </w:p>
    <w:p>
      <w:pPr>
        <w:jc w:val="right"/>
      </w:pPr>
      <w:r>
        <w:t>تو اس طرح سے کر کے ہم آہ اور آہ جو بھی ٹیم ہے، وہاں پہ کوئی ایک آہ ایک پرسن اس پیج کو کریٹ کر سکتا ہے۔ جب کوئی پیج جس لوکیشن پہ کریٹ ہوتا ہے، اس کی ریچ اس ایریا میں زیادہ ہوتی ہے۔</w:t>
      </w:r>
    </w:p>
    <w:p>
      <w:r>
        <w:rPr>
          <w:b/>
        </w:rPr>
        <w:t xml:space="preserve">[24:32] </w:t>
      </w:r>
      <w:r>
        <w:t>jaise hum hamara page Delhi se bana hua hai to Delhi se Delhi ki taraf zyada reach hai. USA ka page USA se bana hai to wahan ke USA wale log is ko zyada dekhte hain. to agar hum regions mein jayenge aur regional language mein jayenge to hamara hamara jo reach hai, woh aur deep ho jayega.</w:t>
      </w:r>
    </w:p>
    <w:p>
      <w:pPr>
        <w:jc w:val="right"/>
      </w:pPr>
      <w:r>
        <w:t>جیسے ہم ہمارا پیج دہلی سے بنا ہوا ہے تو دہلی سے دہلی کی طرف زیادہ ریچ ہے۔ یو ایس اے کا پیج یو ایس اے سے بنا ہے تو وہاں کے یو ایس اے والے لوگ اس کو زیادہ دیکھتے ہیں۔ تو اگر ہم ریجنز میں جائیں گے اور ریجنل لینگویج میں جائیں گے تو ہمارا ہمارا جو ریچ ہے، وہ اور ڈیپ ہو جائے گا۔</w:t>
      </w:r>
    </w:p>
    <w:p>
      <w:r>
        <w:rPr>
          <w:b/>
        </w:rPr>
        <w:t xml:space="preserve">[24:45] </w:t>
      </w:r>
      <w:r>
        <w:t>to is mein hum aah aah yeh cheez chahte hain. ek Khwaja Khaliluddin sahab hain USA team ke, unhone mujhe kuch aah translations bheje hamare kuch videos ke jo ke humne aah Portuguese language mein kiye.</w:t>
      </w:r>
    </w:p>
    <w:p>
      <w:pPr>
        <w:jc w:val="right"/>
      </w:pPr>
      <w:r>
        <w:t>تو اس میں ہم آہ آہ یہ چیز چاہتے ہیں۔ ایک خواجہ خلیل الدین صاحب ہیں یو ایس اے ٹیم کے، انہوں نے مجھے کچھ آہ ٹرانسلیشنز بھیجے ہمارے کچھ ویڈیوز کے جو کہ ہم نے آہ پرتگالیز لینگویج میں کیے۔</w:t>
      </w:r>
    </w:p>
    <w:p>
      <w:r>
        <w:rPr>
          <w:b/>
        </w:rPr>
        <w:t xml:space="preserve">[24:58] </w:t>
      </w:r>
      <w:r>
        <w:t>woh unhone Brazil mein start aah ab jana start kiya hai. Brazil mein jo women's team hai, aap ne dekha aah to aah wahan pe aah videos share karne ke liye humne Portuguese mein aah videos ko convert kar diya.</w:t>
      </w:r>
    </w:p>
    <w:p>
      <w:pPr>
        <w:jc w:val="right"/>
      </w:pPr>
      <w:r>
        <w:t>وہ انہوں نے برازیل میں سٹارٹ آہ اب جانا سٹارٹ کیا ہے۔ برازیل میں جو وومنز ٹیم ہے، آپ نے دیکھا آہ تو آہ وہاں پہ آہ ویڈیوز شیئر کرنے کے لیے ہم نے پرتگالیز میں آہ ویڈیوز کو کنورٹ کر دیا۔</w:t>
      </w:r>
    </w:p>
    <w:p>
      <w:r>
        <w:rPr>
          <w:b/>
        </w:rPr>
        <w:t xml:space="preserve">[25:08] </w:t>
      </w:r>
      <w:r>
        <w:t>to bohat basic task tha, humne video bana diya, iska jo text tha, translation ho gaya. humne is ko aah is videos mein add kar diya aur un ko share kar diya. to is tarah se hum apni regional languages mein kar sakte hain.</w:t>
      </w:r>
    </w:p>
    <w:p>
      <w:pPr>
        <w:jc w:val="right"/>
      </w:pPr>
      <w:r>
        <w:t>تو بہت بیسک ٹاسک تھا، ہم نے ویڈیو بنا دیا، اس کا جو ٹیکسٹ تھا، ٹرانسلیشن ہو گیا۔ ہم نے اس کو آہ اس ویڈیوز میں ایڈ کر دیا اور ان کو شیئر کر دیا۔ تو اس طرح سے ہم اپنی ریجنل لینگویجز میں کر سکتے ہیں۔</w:t>
      </w:r>
    </w:p>
    <w:p>
      <w:r>
        <w:rPr>
          <w:b/>
        </w:rPr>
        <w:t xml:space="preserve">[25:19] </w:t>
      </w:r>
      <w:r>
        <w:t>ek sample dikhaunga main aap ko ek video ka.</w:t>
      </w:r>
    </w:p>
    <w:p>
      <w:pPr>
        <w:jc w:val="right"/>
      </w:pPr>
      <w:r>
        <w:t>ایک سیمپل دکھاؤں گا میں آپ کو ایک ویڈیو کا۔</w:t>
      </w:r>
    </w:p>
    <w:p>
      <w:r>
        <w:rPr>
          <w:b/>
        </w:rPr>
        <w:t xml:space="preserve">[25:44] </w:t>
      </w:r>
      <w:r>
        <w:t>So yeh bohat chota sa ek video hai, 25 seconds ka, jis mein Quran ki verse ko le ke humne is ko banaya. aur aah is tarah se hum aur bhi cheezein kar sakte hain.</w:t>
      </w:r>
    </w:p>
    <w:p>
      <w:pPr>
        <w:jc w:val="right"/>
      </w:pPr>
      <w:r>
        <w:t>سو یہ بہت چھوٹا سا ایک ویڈیو ہے، 25 سیکنڈ کا، جس میں قرآن کی ورس کو لے کے ہم نے اس کو بنایا۔ اور آہ اس طرح سے ہم اور بھی چیزیں کر سکتے ہیں۔</w:t>
      </w:r>
    </w:p>
    <w:p>
      <w:r>
        <w:rPr>
          <w:b/>
        </w:rPr>
        <w:t xml:space="preserve">[25:52] </w:t>
      </w:r>
      <w:r>
        <w:t>quotes hote hain, jaise ke yeh aap dekh sakte hain, yahan pe ek French Quran ka, French French mein ek Quran ki verse hai aur ek German mein Quran ki verse hai. to jahan ki bhi team hai, team international ho, regional ho, India mein ho, kahin bhi ho, jis language mein bhi aap aah hum se woh cheez aah agar us ko translate kar ke aap hamein denge to hum woh aap ko provide kar sakte hain.</w:t>
      </w:r>
    </w:p>
    <w:p>
      <w:pPr>
        <w:jc w:val="right"/>
      </w:pPr>
      <w:r>
        <w:t>کوٹس ہوتے ہیں، جیسے کہ یہ آپ دیکھ سکتے ہیں، یہاں پہ ایک فرنچ قرآن کا، فرنچ فرنچ میں ایک قرآن کی ورس ہے اور ایک جرمن میں قرآن کی ورس ہے۔ تو جہاں کی بھی ٹیم ہے، ٹیم انٹرنیشنل ہو، ریجنل ہو، انڈیا میں ہو، کہیں بھی ہو، جس لینگویج میں بھی آپ آہ ہم سے وہ چیز آہ اگر اس کو ٹرانسلیٹ کر کے آپ ہمیں دیں گے تو ہم وہ آپ کو پرووائیڈ کر سکتے ہیں۔</w:t>
      </w:r>
    </w:p>
    <w:p>
      <w:r>
        <w:rPr>
          <w:b/>
        </w:rPr>
        <w:t xml:space="preserve">[26:12] </w:t>
      </w:r>
      <w:r>
        <w:t>aap apne aah jis state mein bhi hain, jis city mein bhi hain, wahan se start kariye, wahan se is ko phailana start kariye. aah yeh ek figure hai jo humne last year, humne yeh short videos aur yeh sab cheezein start kin, aah banana.</w:t>
      </w:r>
    </w:p>
    <w:p>
      <w:pPr>
        <w:jc w:val="right"/>
      </w:pPr>
      <w:r>
        <w:t>آپ اپنے آہ جس سٹیٹ میں بھی ہیں، جس سٹی میں بھی ہیں، وہاں سے سٹارٹ کریے، وہاں سے اس کو پھیلانا سٹارٹ کریے۔ آہ یہ ایک فگر ہے جو ہم نے لاسٹ ایئر، ہم نے یہ شارٹ ویڈیوز اور یہ سب چیزیں سٹارٹ کیں، آہ بنانا۔</w:t>
      </w:r>
    </w:p>
    <w:p>
      <w:r>
        <w:rPr>
          <w:b/>
        </w:rPr>
        <w:t xml:space="preserve">[26:26] </w:t>
      </w:r>
      <w:r>
        <w:t>Maulana ki writing se humne aah videos ko aah chote chote videos banana start kiya hai. to sirf aah ek saal ke aah is sirf ek saal mein idhar humne 40 plus million people ko reach kiya.</w:t>
      </w:r>
    </w:p>
    <w:p>
      <w:pPr>
        <w:jc w:val="right"/>
      </w:pPr>
      <w:r>
        <w:t>مولانا کی رائٹنگ سے ہم نے آہ ویڈیوز کو آہ چھوٹے چھوٹے ویڈیوز بنانا سٹارٹ کیا ہے۔ تو صرف آہ ایک سال کے آہ اس صرف ایک سال میں ادھر ہم نے 40 پلس ملین پیپل کو ریچ کیا۔</w:t>
      </w:r>
    </w:p>
    <w:p>
      <w:r>
        <w:rPr>
          <w:b/>
        </w:rPr>
        <w:t xml:space="preserve">[26:39] </w:t>
      </w:r>
      <w:r>
        <w:t>aah aur woh 70 plus countries se hain, all over the world, aah aur across all the continents. so yeh ek bohat aah jo social media hai, jo yeh technological aspect hai, jo hum Quran ko practically aah har household tak bhi nahi pahuncha sakte hain.</w:t>
      </w:r>
    </w:p>
    <w:p>
      <w:pPr>
        <w:jc w:val="right"/>
      </w:pPr>
      <w:r>
        <w:t>آہ اور وہ 70 پلس کنٹریز سے ہیں، ال اوور دا ورلڈ، آہ اور اکراس آل دا کانٹیننٹس۔ سو یہ ایک بہت آہ جو سوشل میڈیا ہے، جو یہ ٹیکنالوجیکل اسپیکٹ ہے، جو ہم قرآن کو پریکٹیکلی آہ ہر ہاؤس ہولڈ تک بھی نہیں پہنچا سکتے ہیں۔</w:t>
      </w:r>
    </w:p>
    <w:p>
      <w:r>
        <w:rPr>
          <w:b/>
        </w:rPr>
        <w:t xml:space="preserve">[26:56] </w:t>
      </w:r>
      <w:r>
        <w:t>aah agar hum Quran ko aah practically har household mein pahunchayenge to its around aah three billion people. so jis pace se hum chal rahe hain to hamein teen hazar saal lag jayega.</w:t>
      </w:r>
    </w:p>
    <w:p>
      <w:pPr>
        <w:jc w:val="right"/>
      </w:pPr>
      <w:r>
        <w:t>آہ اگر ہم قرآن کو آہ پریکٹیکلی ہر ہاؤس ہولڈ میں پہنچائیں گے تو اٹس اراؤنڈ آہ تھری بلین پیپل۔ سو جس سپیس سے ہم چل رہے ہیں تو ہمیں تین ہزار سال لگ جائے گا۔</w:t>
      </w:r>
    </w:p>
    <w:p>
      <w:r>
        <w:rPr>
          <w:b/>
        </w:rPr>
        <w:t xml:space="preserve">[27:04] </w:t>
      </w:r>
      <w:r>
        <w:t>yahan pe jitne bhi log baithe hain, koi bhi nahi hoga tab tak. to hamein aah Khuda ne jo ek blessing di hai, yeh aah technology jo hai, is ko humne efficiently istemal karna hai.</w:t>
      </w:r>
    </w:p>
    <w:p>
      <w:pPr>
        <w:jc w:val="right"/>
      </w:pPr>
      <w:r>
        <w:t>یہاں پہ جتنے بھی لوگ بیٹھے ہیں، کوئی بھی نہیں ہوگا تب تک۔ تو ہمیں آہ خدا نے جو ایک بلیسنگ دی ہے، یہ آہ ٹیکنالوجی جو ہے، اس کو ہم نے ایفیشینٹلی استعمال کرنا ہے۔</w:t>
      </w:r>
    </w:p>
    <w:p>
      <w:r>
        <w:rPr>
          <w:b/>
        </w:rPr>
        <w:t xml:space="preserve">[27:13] </w:t>
      </w:r>
      <w:r>
        <w:t>WhatsApp hai, har koi har kisi ke paas yahan pe WhatsApp hoga, smartphone hoga. koi hamare paas excuse nahi hai. Khuda hum se aakhir mein pooch sakta hai ke humne yeh kyun nahi kiya. matlab hum excuse nahi sakte ke aap ne aah matlab aap yeh nahi keh sakte mere paas paisa nahi tha ya main itna paisa nahi kama raha tha ke main itna distribution karta.</w:t>
      </w:r>
    </w:p>
    <w:p>
      <w:pPr>
        <w:jc w:val="right"/>
      </w:pPr>
      <w:r>
        <w:t>واٹس ایپ ہے، ہر کوئی ہر کسی کے پاس یہاں پہ واٹس ایپ ہوگا، سمارٹ فون ہوگا۔ کوئی ہمارے پاس ایکسکیوز نہیں ہے۔ خدا ہم سے آخر میں پوچھ سکتا ہے کہ ہم نے یہ کیوں نہیں کیا۔ مطلب ہم ایکسکیوز نہیں سکتے کہ آپ نے آہ مطلب آپ یہ نہیں کہہ سکتے میرے پاس پیسہ نہیں تھا یا میں اتنا پیسہ نہیں کما رہا تھا کہ میں اتنا ڈسٹریبیوشن کرتا۔</w:t>
      </w:r>
    </w:p>
    <w:p>
      <w:r>
        <w:rPr>
          <w:b/>
        </w:rPr>
        <w:t xml:space="preserve">[27:29] </w:t>
      </w:r>
      <w:r>
        <w:t>matlab aap ke paas option hai, aap ko dekhna hai, you have to be aah aap ko dekhna hai, is ko istemal karna hai. aap ke aap ke paas jo bhi cheezein hain, aap woh free of cost hain, most importantly.</w:t>
      </w:r>
    </w:p>
    <w:p>
      <w:pPr>
        <w:jc w:val="right"/>
      </w:pPr>
      <w:r>
        <w:t>مطلب آپ کے پاس آپشن ہے، آپ کو دیکھنا ہے، یو ہیو ٹو بی آہ آپ کو دیکھنا ہے، اس کو استعمال کرنا ہے۔ آپ کے آپ کے پاس جو بھی چیزیں ہیں، آپ وہ فری آف کاسٹ ہیں، موسٹ امپورٹنٹلی۔</w:t>
      </w:r>
    </w:p>
    <w:p>
      <w:r>
        <w:rPr>
          <w:b/>
        </w:rPr>
        <w:t xml:space="preserve">[27:38] </w:t>
      </w:r>
      <w:r>
        <w:t>aap poori duniya mein pahunch sakte hain, woh bhi free of cost. aur hamara jo target hai, hum le ke chal rahe hain ke hum agle se ek saal mein, agle das saal mein, hum poori jo 7700 people in the world, us time jo 7.7 billion people hain duniya mein, hum ek saal ka target banayein aur us ko hum achieve karne ki koshish karein ke hum ek billion views aah apne videos pe generate karein ya jo reach hai hamari, ek billion tak ho.</w:t>
      </w:r>
    </w:p>
    <w:p>
      <w:pPr>
        <w:jc w:val="right"/>
      </w:pPr>
      <w:r>
        <w:t>آپ پوری دنیا میں پہنچ سکتے ہیں، وہ بھی فری آف کاسٹ۔ اور ہمارا جو ٹارگٹ ہے، ہم لے کے چل رہے ہیں کہ ہم اگلے سے ایک سال میں، اگلے دس سال میں، ہم پوری جو 7700 پیپل ان دا ورلڈ، اس ٹائم جو 7.7 بلین پیپل ہیں دنیا میں، ہم ایک سال کا ٹارگٹ بنائیں اور اس کو ہم اچیو کرنے کی کوشش کریں کہ ہم ایک بلین ویوز آہ اپنے ویڈیوز پہ جنریٹ کریں یا جو ریچ ہے ہماری، ایک بلین تک ہو۔</w:t>
      </w:r>
    </w:p>
    <w:p>
      <w:r>
        <w:rPr>
          <w:b/>
        </w:rPr>
        <w:t xml:space="preserve">[28:02] </w:t>
      </w:r>
      <w:r>
        <w:t>aur yeh jo main jo bhi main keh raha hoon, yeh impractical nahi hai. main aap ko ek example dena chahunga. Jay Shakti, aap logon mein se shayad jo Facebook chalate hain, unhone naam suna hoga. unhone dedh saal pehle Facebook pe start kiya aur sirf motivational videos dalte the woh.</w:t>
      </w:r>
    </w:p>
    <w:p>
      <w:pPr>
        <w:jc w:val="right"/>
      </w:pPr>
      <w:r>
        <w:t>اور یہ جو میں جو بھی میں کہہ رہا ہوں، یہ امپریکٹیکل نہیں ہے۔ میں آپ کو ایک ایگزیمپل دینا چاہوں گا۔ جے شکتی، آپ لوگوں میں سے شاید جو فیس بک چلاتے ہیں، انہوں نے نام سنا ہوگا۔ انہوں نے ڈیڑھ سال پہلے فیس بک پہ سٹارٹ کیا اور صرف موٹیویشنل ویڈیوز ڈالتے تھے وہ۔</w:t>
      </w:r>
    </w:p>
    <w:p>
      <w:r>
        <w:rPr>
          <w:b/>
        </w:rPr>
        <w:t xml:space="preserve">[28:14] </w:t>
      </w:r>
      <w:r>
        <w:t>aah so in one and a half years, unke jo Facebook pe views hue, four billion views hue. aah is time woh Facebook pe number one creator hai aur he is viral.</w:t>
      </w:r>
    </w:p>
    <w:p>
      <w:pPr>
        <w:jc w:val="right"/>
      </w:pPr>
      <w:r>
        <w:t>آہ سو ان ون اینڈ ہاف ایئرز، ان کے جو فیس بک پہ ویوز ہوئے، فور بلین ویوز ہوئے۔ آہ اس ٹائم وہ فیس بک پہ نمبر ون کریٹر ہے اور ہی از وائرل۔</w:t>
      </w:r>
    </w:p>
    <w:p>
      <w:r>
        <w:rPr>
          <w:b/>
        </w:rPr>
        <w:t xml:space="preserve">[28:24] </w:t>
      </w:r>
      <w:r>
        <w:t>so hamein wohi cheez apne literature ke sath, jo Quran hai, us ko phailake karna hai. yeh hamara aah goal hona chahiye. so bas aah yahi hai.</w:t>
      </w:r>
    </w:p>
    <w:p>
      <w:pPr>
        <w:jc w:val="right"/>
      </w:pPr>
      <w:r>
        <w:t>سو ہمیں وہی چیز اپنے لٹریچر کے ساتھ، جو قرآن ہے، اس کو پھیلا کے کرنا ہے۔ یہ ہمارا آہ گول ہونا چاہیے۔ سو بس آہ یہی ہے۔</w:t>
      </w:r>
    </w:p>
    <w:p>
      <w:r>
        <w:rPr>
          <w:b/>
        </w:rPr>
        <w:t xml:space="preserve">[28:34] </w:t>
      </w:r>
      <w:r>
        <w:t>to inshallah hum is ko karein. jo bhi team hai, jis aah state se hai, jo bhi agar is mein hamare sath woh jud sakte hain, is ka translation kar sakte hain, to hamare sath kaam karein aur hum is ko aage badhayein.</w:t>
      </w:r>
    </w:p>
    <w:p>
      <w:pPr>
        <w:jc w:val="right"/>
      </w:pPr>
      <w:r>
        <w:t>تو انشاءاللہ ہم اس کو کریں۔ جو بھی ٹیم ہے، جس آہ سٹیٹ سے ہے، جو بھی اگر اس میں ہمارے ساتھ وہ جڑ سکتے ہیں، اس کا ٹرانسلیشن کر سکتے ہیں، تو ہمارے ساتھ کام کریں اور ہم اس کو آگے بڑھائیں۔</w:t>
      </w:r>
    </w:p>
    <w:p>
      <w:r>
        <w:rPr>
          <w:b/>
        </w:rPr>
        <w:t xml:space="preserve">[28:46] </w:t>
      </w:r>
      <w:r>
        <w:t>thank you.</w:t>
      </w:r>
    </w:p>
    <w:p>
      <w:pPr>
        <w:jc w:val="right"/>
      </w:pPr>
      <w:r>
        <w:t>تھینک یو۔</w:t>
      </w:r>
    </w:p>
    <w:p>
      <w:r>
        <w:rPr>
          <w:b/>
        </w:rPr>
        <w:t xml:space="preserve">[28:48] </w:t>
      </w:r>
      <w:r>
        <w:t>aik aik point mein yahan pe add karna chahunga ke hum ne aap se social media ki importance ke bare mein baat kari. hum ne aap se bataya ke kaise aap is ko use kar sakte hain.</w:t>
      </w:r>
    </w:p>
    <w:p>
      <w:pPr>
        <w:jc w:val="right"/>
      </w:pPr>
      <w:r>
        <w:t>ایک ایک پوائنٹ میں یہاں پہ ایڈ کرنا چاہوں گا کہ ہم نے آپ سے سوشل میڈیا کی امپورٹنس کے بارے میں بات کری۔ ہم نے آپ سے بتایا کہ کیسے آپ اس کو یوز کر سکتے ہیں۔</w:t>
      </w:r>
    </w:p>
    <w:p>
      <w:r>
        <w:rPr>
          <w:b/>
        </w:rPr>
        <w:t xml:space="preserve">[28:59] </w:t>
      </w:r>
      <w:r>
        <w:t>mein chahta hoon ke yahan se hum aik target le ke jayen. hum yeh aik ehad kar ke jayen ke within one year hum apni reach ko one billion tak pohnchayen ge.</w:t>
      </w:r>
    </w:p>
    <w:p>
      <w:pPr>
        <w:jc w:val="right"/>
      </w:pPr>
      <w:r>
        <w:t>میں چاہتا ہوں کہ یہاں سے ہم ایک ٹارگٹ لے کے جائیں۔ ہم یہ ایک عہد کر کے جائیں کہ ود ان ون ایئر ہم اپنی ریچ کو ون بلین تک پہنچائیں گے۔</w:t>
      </w:r>
    </w:p>
    <w:p>
      <w:r>
        <w:rPr>
          <w:b/>
        </w:rPr>
        <w:t xml:space="preserve">[29:10] </w:t>
      </w:r>
      <w:r>
        <w:t>yeh yeh target hamein le kar chalna hi hoga. yeh ehad hamein yahan pe karna hi hoga. kyunke itna aasan platform, jaise Shoaib ne kaha,</w:t>
      </w:r>
    </w:p>
    <w:p>
      <w:pPr>
        <w:jc w:val="right"/>
      </w:pPr>
      <w:r>
        <w:t>یہ یہ ٹارگٹ ہمیں لے کر چلنا ہی ہوگا۔ یہ عہد ہمیں یہاں پہ کرنا ہی ہوگا۔ کیونکہ اتنا آسان پلیٹ فارم، جیسے شعیب نے کہا،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