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Muslim Ummah I June 2, 2013 - Maulana Wahiduddin Khan</w:t>
      </w:r>
    </w:p>
    <w:p>
      <w:r>
        <w:t>https://www.youtube.com/watch?v=uiN3_H1mR0M</w:t>
      </w:r>
    </w:p>
    <w:p>
      <w:r>
        <w:rPr>
          <w:b/>
        </w:rPr>
        <w:t xml:space="preserve">[00:13] </w:t>
      </w:r>
      <w:r>
        <w:t>bismillah rahman rahim, wa salli allah ala nabiyyil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[00:29] </w:t>
      </w:r>
      <w:r>
        <w:t>yafqa qawli. aaj ka topic hai "revival of muslim ummah", yaani muslim ummah ka ahya.</w:t>
      </w:r>
    </w:p>
    <w:p>
      <w:pPr>
        <w:jc w:val="right"/>
      </w:pPr>
      <w:r>
        <w:t>یفقہ قولی۔ آج کا ٹاپک ہے "ریوائیول آف مسلم امہ"، یعنی مسلم امہ کا احیاء۔</w:t>
      </w:r>
    </w:p>
    <w:p>
      <w:r>
        <w:rPr>
          <w:b/>
        </w:rPr>
        <w:t xml:space="preserve">[00:46] </w:t>
      </w:r>
      <w:r>
        <w:t>yeh aik mauzu aisa hai jis par beshumar cheezen likhi gayi hain, bohat bola gaya hai.</w:t>
      </w:r>
    </w:p>
    <w:p>
      <w:pPr>
        <w:jc w:val="right"/>
      </w:pPr>
      <w:r>
        <w:t>یہ ایک موضوع ایسا ہے جس پر بے شمار چیزیں لکھی گئی ہیں، بہت بولا گیا ہے۔</w:t>
      </w:r>
    </w:p>
    <w:p>
      <w:r>
        <w:rPr>
          <w:b/>
        </w:rPr>
        <w:t xml:space="preserve">[00:56] </w:t>
      </w:r>
      <w:r>
        <w:t>allama iqbal ne likha hai ke maujudah zamane mein musalmanon ka jo zawal shuru hua, woh sultan tipu ki shahadat se shuru hua, yaani 1799 se.</w:t>
      </w:r>
    </w:p>
    <w:p>
      <w:pPr>
        <w:jc w:val="right"/>
      </w:pPr>
      <w:r>
        <w:t>علامہ اقبال نے لکھا ہے کہ موجودہ زمانے میں مسلمانوں کا جو زوال شروع ہوا، وہ سلطان ٹیپو کی شہادت سے شروع ہوا، یعنی 1799 سے۔</w:t>
      </w:r>
    </w:p>
    <w:p>
      <w:r>
        <w:rPr>
          <w:b/>
        </w:rPr>
        <w:t xml:space="preserve">[01:11] </w:t>
      </w:r>
      <w:r>
        <w:t>is lihaz se yeh zawal ka jo daur chal raha hai, is par 200 saal se zyada muddat guzar chuki hai.</w:t>
      </w:r>
    </w:p>
    <w:p>
      <w:pPr>
        <w:jc w:val="right"/>
      </w:pPr>
      <w:r>
        <w:t>اس لحاظ سے یہ زوال کا جو دور چل رہا ہے، اس پر 200 سال سے زیادہ مدت گزر چکی ہے۔</w:t>
      </w:r>
    </w:p>
    <w:p>
      <w:r>
        <w:rPr>
          <w:b/>
        </w:rPr>
        <w:t xml:space="preserve">[01:23] </w:t>
      </w:r>
      <w:r>
        <w:t>is beech mein</w:t>
      </w:r>
    </w:p>
    <w:p>
      <w:pPr>
        <w:jc w:val="right"/>
      </w:pPr>
      <w:r>
        <w:t>اس بیچ میں</w:t>
      </w:r>
    </w:p>
    <w:p>
      <w:r>
        <w:rPr>
          <w:b/>
        </w:rPr>
        <w:t xml:space="preserve">[01:28] </w:t>
      </w:r>
      <w:r>
        <w:t>beshumar article likhe gaye hain, bohat kitaben chhapi gayi hain. in mein se bohat si cheezon ko maine parha hai.</w:t>
      </w:r>
    </w:p>
    <w:p>
      <w:pPr>
        <w:jc w:val="right"/>
      </w:pPr>
      <w:r>
        <w:t>بے شمار آرٹیکل لکھے گئے ہیں، بہت کتابیں چھاپی گئی ہیں۔ ان میں سے بہت سی چیزوں کو میں نے پڑھا ہے۔</w:t>
      </w:r>
    </w:p>
    <w:p>
      <w:r>
        <w:rPr>
          <w:b/>
        </w:rPr>
        <w:t xml:space="preserve">[01:40] </w:t>
      </w:r>
      <w:r>
        <w:t>azadi se pehle aik mustaqil topic hua karta tha akhbaron mein aur magazine mein, musalman kya karen. woh sab isi mauzu par hua karte thay.</w:t>
      </w:r>
    </w:p>
    <w:p>
      <w:pPr>
        <w:jc w:val="right"/>
      </w:pPr>
      <w:r>
        <w:t>آزادی سے پہلے ایک مستقل ٹاپک ہوا کرتا تھا اخباروں میں اور میگزین میں، مسلمان کیا کریں۔ وہ سب اسی موضوع پر ہوا کرتے تھے۔</w:t>
      </w:r>
    </w:p>
    <w:p>
      <w:r>
        <w:rPr>
          <w:b/>
        </w:rPr>
        <w:t xml:space="preserve">[01:56] </w:t>
      </w:r>
      <w:r>
        <w:t>mein aap ko sirf do kitabon ka hawala deta hoon. aik hai Maulana Abu Hassan Ali Nadvi ki kitab, jin ka intiqal hua hai 1999 mein.</w:t>
      </w:r>
    </w:p>
    <w:p>
      <w:pPr>
        <w:jc w:val="right"/>
      </w:pPr>
      <w:r>
        <w:t>میں آپ کو صرف دو کتابوں کا حوالہ دیتا ہوں۔ ایک ہے مولانا ابو الحسن علی ندوی کی کتاب، جن کا انتقال ہوا ہے 1999 میں۔</w:t>
      </w:r>
    </w:p>
    <w:p>
      <w:r>
        <w:rPr>
          <w:b/>
        </w:rPr>
        <w:t xml:space="preserve">[02:11] </w:t>
      </w:r>
      <w:r>
        <w:t>yeh urdu kitab hai, is ka naam hai "madha fasal al alam bi nat al musalmeen".</w:t>
      </w:r>
    </w:p>
    <w:p>
      <w:pPr>
        <w:jc w:val="right"/>
      </w:pPr>
      <w:r>
        <w:t>یہ عربی کتاب ہے، اس کا نام ہے "ماذا فصل العالم بے نت المسلمین"۔</w:t>
      </w:r>
    </w:p>
    <w:p>
      <w:r>
        <w:rPr>
          <w:b/>
        </w:rPr>
        <w:t xml:space="preserve">[02:25] </w:t>
      </w:r>
      <w:r>
        <w:t>doosri kitab hai arab scholar ki, jis ka naam tha Ameer Shakib Arsalan. un ki death hui hai 1946 mein.</w:t>
      </w:r>
    </w:p>
    <w:p>
      <w:pPr>
        <w:jc w:val="right"/>
      </w:pPr>
      <w:r>
        <w:t>دوسری کتاب ہے عرب اسکالر کی، جس کا نام تھا امیر سکے ارسلان۔ ان کی ڈیتھ ہوئی ہے 1946 میں۔</w:t>
      </w:r>
    </w:p>
    <w:p>
      <w:r>
        <w:rPr>
          <w:b/>
        </w:rPr>
        <w:t xml:space="preserve">[02:37] </w:t>
      </w:r>
      <w:r>
        <w:t>unki kitab ka naam hai "limadha ta'akhkhar al musalmeen wa taqaddum ghayrihi".</w:t>
      </w:r>
    </w:p>
    <w:p>
      <w:pPr>
        <w:jc w:val="right"/>
      </w:pPr>
      <w:r>
        <w:t>ان کی کتاب کا نام ہے "لماذا تاخر المسلمون وتقدم و غیرہ"۔</w:t>
      </w:r>
    </w:p>
    <w:p>
      <w:r>
        <w:rPr>
          <w:b/>
        </w:rPr>
        <w:t xml:space="preserve">[02:47] </w:t>
      </w:r>
      <w:r>
        <w:t>is tarah ki beshumar cheezen likhi gayi hain, aik do nahi, mukhtalif zubanon mein.</w:t>
      </w:r>
    </w:p>
    <w:p>
      <w:pPr>
        <w:jc w:val="right"/>
      </w:pPr>
      <w:r>
        <w:t>اس طرح کی بے شمار چیزیں لکھی گئی ہیں، ایک دو نہیں، مختلف زبانوں میں۔</w:t>
      </w:r>
    </w:p>
    <w:p>
      <w:r>
        <w:rPr>
          <w:b/>
        </w:rPr>
        <w:t xml:space="preserve">[02:56] </w:t>
      </w:r>
      <w:r>
        <w:t>lekin in mein aik cheez common hai. jahan tak mein janta hoon, in sab mein aik cheez common hai ke in mein yeh to kaha gaya hai ke musalman apne daur zawal mein hain, musalman pichhar gaye hain,</w:t>
      </w:r>
    </w:p>
    <w:p>
      <w:pPr>
        <w:jc w:val="right"/>
      </w:pPr>
      <w:r>
        <w:t>لیکن ان میں ایک چیز کامن ہے۔ جہاں تک میں جانتا ہوں، ان سب میں ایک چیز کامن ہے کہ ان میں یہ تو کہا گیا ہے کہ مسلمان اپنے دور زوال میں ہیں، مسلمان پچھڑ گئے ہیں،</w:t>
      </w:r>
    </w:p>
    <w:p>
      <w:r>
        <w:rPr>
          <w:b/>
        </w:rPr>
        <w:t xml:space="preserve">[03:11] </w:t>
      </w:r>
      <w:r>
        <w:t>musalman inehitat ke daur mein aa gaye hain. sab mein yeh baat kahi gayi hai. lekin aik baat sab mein mafqood hai, leak kar rahi hai.</w:t>
      </w:r>
    </w:p>
    <w:p>
      <w:pPr>
        <w:jc w:val="right"/>
      </w:pPr>
      <w:r>
        <w:t>مسلمان انحطاط کے دور میں آ گئے ہیں۔ سب میں یہ بات کہی گئی ہے۔ لیکن ایک بات سب میں مفقود ہے، لیک کر رہی ہے۔</w:t>
      </w:r>
    </w:p>
    <w:p>
      <w:r>
        <w:rPr>
          <w:b/>
        </w:rPr>
        <w:t xml:space="preserve">[03:24] </w:t>
      </w:r>
      <w:r>
        <w:t>woh yeh ke is muddat mein muslim leaders, muslim ulama bohat zyada koshish karte rahe, phir bhi zawal jari hai.</w:t>
      </w:r>
    </w:p>
    <w:p>
      <w:pPr>
        <w:jc w:val="right"/>
      </w:pPr>
      <w:r>
        <w:t>وہ یہ کہ اس مدت میں مسلم لیڈرز، مسلم علماء بہت زیادہ کوشش کرتے رہے، پھر بھی زوال جاری ہے۔</w:t>
      </w:r>
    </w:p>
    <w:p>
      <w:r>
        <w:rPr>
          <w:b/>
        </w:rPr>
        <w:t xml:space="preserve">[03:39] </w:t>
      </w:r>
      <w:r>
        <w:t>yaani in spite of himalayan efforts by muslim leaders, muslim rehmaon ki bohat zyada koshishon ke bawajood, yeh sab mein ghair maujud hai.</w:t>
      </w:r>
    </w:p>
    <w:p>
      <w:pPr>
        <w:jc w:val="right"/>
      </w:pPr>
      <w:r>
        <w:t>یعنی ان سپائٹ آف ہمالین ایفرٹس بائی مسلم لیڈرز، مسلم رہنماؤں کی بہت زیادہ کوششوں کے باوجود، یہ سب میں غیر موجود ہے۔</w:t>
      </w:r>
    </w:p>
    <w:p>
      <w:r>
        <w:rPr>
          <w:b/>
        </w:rPr>
        <w:t xml:space="preserve">[03:56] </w:t>
      </w:r>
      <w:r>
        <w:t>halanke yahi sab ka sochne ki baat hai.</w:t>
      </w:r>
    </w:p>
    <w:p>
      <w:pPr>
        <w:jc w:val="right"/>
      </w:pPr>
      <w:r>
        <w:t>حالانکہ یہی سب کا سوچنے کی بات ہے۔</w:t>
      </w:r>
    </w:p>
    <w:p>
      <w:r>
        <w:rPr>
          <w:b/>
        </w:rPr>
        <w:t xml:space="preserve">[04:01] </w:t>
      </w:r>
      <w:r>
        <w:t>sab se zyada sochne ki baat yahi hai ke kya wajah hai ke do sau saal se bhi zyada muddat guzar gayi aur sari ummah, tamam ulama, tamam rehma, tamam leaders is front par kaam kar rahe hain.</w:t>
      </w:r>
    </w:p>
    <w:p>
      <w:pPr>
        <w:jc w:val="right"/>
      </w:pPr>
      <w:r>
        <w:t>سب سے زیادہ سوچنے کی بات یہی ہے کہ کیا وجہ ہے کہ دو سو سال سے بھی زیادہ مدت گزر گئی اور ساری امت، تمام علماء، تمام رہنما، تمام لیڈر اس فرنٹ پر کام کر رہے ہیں۔</w:t>
      </w:r>
    </w:p>
    <w:p>
      <w:r>
        <w:rPr>
          <w:b/>
        </w:rPr>
        <w:t xml:space="preserve">[04:17] </w:t>
      </w:r>
      <w:r>
        <w:t>himalaya effort ho rahi hain.</w:t>
      </w:r>
    </w:p>
    <w:p>
      <w:pPr>
        <w:jc w:val="right"/>
      </w:pPr>
      <w:r>
        <w:t>ہمالیہ ایفرٹ ہو رہی ہیں۔</w:t>
      </w:r>
    </w:p>
    <w:p>
      <w:r>
        <w:rPr>
          <w:b/>
        </w:rPr>
        <w:t xml:space="preserve">[04:22] </w:t>
      </w:r>
      <w:r>
        <w:t>beshumar sacrifice di gayi hai, phir bhi result kuch nahi. result kuch nahi, yeh koi mera kehna nahi hai, yeh sab log mante hain.</w:t>
      </w:r>
    </w:p>
    <w:p>
      <w:pPr>
        <w:jc w:val="right"/>
      </w:pPr>
      <w:r>
        <w:t>بے شمار سیکریفائس دی گئی ہے، پھر بھی رزلٹ کچھ نہیں۔ رزلٹ کچھ نہیں، یہ کوئی میرا کہنا نہیں ہے، یہ سب لوگ مانتے ہیں۔</w:t>
      </w:r>
    </w:p>
    <w:p>
      <w:r>
        <w:rPr>
          <w:b/>
        </w:rPr>
        <w:t xml:space="preserve">[04:34] </w:t>
      </w:r>
      <w:r>
        <w:t>rozana musalmanon ke akhbaron mein parhiye to isi ka rona rota hai ke hamare khilaf sazish ho rahi hai, hamare khilaf zulm ho raha hai, hum ko hashiye par daal diya gaya hai, hum ko corner par daal diya gaya hai,</w:t>
      </w:r>
    </w:p>
    <w:p>
      <w:pPr>
        <w:jc w:val="right"/>
      </w:pPr>
      <w:r>
        <w:t>روزانہ مسلمانوں کے اخباروں میں پڑھیے تو اسی کا رونا روتا ہے کہ ہمارے خلاف سازش ہو رہی ہے، ہمارے خلاف ظلم ہو رہا ہے، ہم کو حاشیے پر ڈال دیا گیا ہے، ہم کو کارنر پر ڈال دیا گیا ہے،</w:t>
      </w:r>
    </w:p>
    <w:p>
      <w:r>
        <w:rPr>
          <w:b/>
        </w:rPr>
        <w:t xml:space="preserve">[04:49] </w:t>
      </w:r>
      <w:r>
        <w:t>hum under siege hain. sab log yahi boli bolte hain.</w:t>
      </w:r>
    </w:p>
    <w:p>
      <w:pPr>
        <w:jc w:val="right"/>
      </w:pPr>
      <w:r>
        <w:t>ہم انڈر سیز ہیں۔ سب لوگ یہی بولی بولتے ہیں۔</w:t>
      </w:r>
    </w:p>
    <w:p>
      <w:r>
        <w:rPr>
          <w:b/>
        </w:rPr>
        <w:t xml:space="preserve">[04:59] </w:t>
      </w:r>
      <w:r>
        <w:t>to mein aap ko aik taza misaal deta hoon. dekhiye, aap agar</w:t>
      </w:r>
    </w:p>
    <w:p>
      <w:pPr>
        <w:jc w:val="right"/>
      </w:pPr>
      <w:r>
        <w:t>تو میں آپ کو ایک تازہ مثال دیتا ہوں۔ دیکھیے، آپ اگر</w:t>
      </w:r>
    </w:p>
    <w:p>
      <w:r>
        <w:rPr>
          <w:b/>
        </w:rPr>
        <w:t xml:space="preserve">[05:07] </w:t>
      </w:r>
      <w:r>
        <w:t>khabron ki dunya se waqif hain to rozana yeh khabrein aati hain ke muslim mulkon mein killing ho rahi hai. killing aaj bhi khabar hai.</w:t>
      </w:r>
    </w:p>
    <w:p>
      <w:pPr>
        <w:jc w:val="right"/>
      </w:pPr>
      <w:r>
        <w:t>خبروں کی دنیا سے واقف ہیں تو روزانہ یہ خبریں آتی ہیں کہ مسلم ملکوں میں کلنگ ہو رہی ہے۔ کلنگ آج بھی خبر ہے۔</w:t>
      </w:r>
    </w:p>
    <w:p>
      <w:r>
        <w:rPr>
          <w:b/>
        </w:rPr>
        <w:t xml:space="preserve">[05:21] </w:t>
      </w:r>
      <w:r>
        <w:t>aur killing ko mein kaun qatil hota hai, kaun maqtool hota hai? marne wala bhi musalman, marne wala bhi musalman.</w:t>
      </w:r>
    </w:p>
    <w:p>
      <w:pPr>
        <w:jc w:val="right"/>
      </w:pPr>
      <w:r>
        <w:t>اور کلنگ کو میں کون قاتل ہوتا ہے، کون مقتول ہوتا ہے؟ مرنے والا بھی مسلمان، مارنے والا بھی مسلمان۔</w:t>
      </w:r>
    </w:p>
    <w:p>
      <w:r>
        <w:rPr>
          <w:b/>
        </w:rPr>
        <w:t xml:space="preserve">[05:30] </w:t>
      </w:r>
      <w:r>
        <w:t>aaj June 2013 ki do tareekh hai. aaj ka akhbar mere haath mein hai. yeh is mein bataya gaya hai ke sirf May ke mahine mein, yaani abhi jo mahina guzra hai, ab hum June ke mahine mein aa chuke hain.</w:t>
      </w:r>
    </w:p>
    <w:p>
      <w:pPr>
        <w:jc w:val="right"/>
      </w:pPr>
      <w:r>
        <w:t>آج جون 2013 کی دو تاریخ ہے۔ آج کا اخبار میرے ہاتھ میں ہے۔ یہ اس میں بتایا گیا ہے کہ صرف مئی کے مہینے میں، یعنی ابھی جو مہینہ گزرا ہے، اب ہم جون کے مہینے میں آ چکے ہیں۔</w:t>
      </w:r>
    </w:p>
    <w:p>
      <w:r>
        <w:rPr>
          <w:b/>
        </w:rPr>
        <w:t xml:space="preserve">[05:48] </w:t>
      </w:r>
      <w:r>
        <w:t>abhi jo mahina guzra hai, is mein</w:t>
      </w:r>
    </w:p>
    <w:p>
      <w:pPr>
        <w:jc w:val="right"/>
      </w:pPr>
      <w:r>
        <w:t>ابھی جو مہینہ گزرا ہے، اس میں</w:t>
      </w:r>
    </w:p>
    <w:p>
      <w:r>
        <w:rPr>
          <w:b/>
        </w:rPr>
        <w:t xml:space="preserve">[05:52] </w:t>
      </w:r>
      <w:r>
        <w:t>sirf Iraq mein aik united nations ki report ko bata do, aik hazar se ziyada killing hui hai.</w:t>
      </w:r>
    </w:p>
    <w:p>
      <w:pPr>
        <w:jc w:val="right"/>
      </w:pPr>
      <w:r>
        <w:t>صرف عراق میں ایک ان یونائٹڈ نیشنز کی رپورٹ کو بتا دو، ایک ہزار سے زیادہ کلنگ ہوئی ہے۔</w:t>
      </w:r>
    </w:p>
    <w:p>
      <w:r>
        <w:rPr>
          <w:b/>
        </w:rPr>
        <w:t xml:space="preserve">[06:03] </w:t>
      </w:r>
      <w:r>
        <w:t>yeh sab marne wale bhi musalman, marne wale bhi musalman. yahi doosre mulkon ka haal hai. agar aap internet par check karein, Iran, Pakistan, Bangladesh, Sudan,</w:t>
      </w:r>
    </w:p>
    <w:p>
      <w:pPr>
        <w:jc w:val="right"/>
      </w:pPr>
      <w:r>
        <w:t>یہ سب مرنے والے بھی مسلمان، مارنے والے بھی مسلمان۔ یہی دوسرے ملکوں کا حال ہے۔ اگر آپ انٹرنیٹ پر چیک کریں، ایران، پاکستان، بنگلہ دیش، سوڈان،</w:t>
      </w:r>
    </w:p>
    <w:p>
      <w:r>
        <w:rPr>
          <w:b/>
        </w:rPr>
        <w:t xml:space="preserve">[06:18] </w:t>
      </w:r>
      <w:r>
        <w:t>Afghanistan, yeh jo musalman mulk hain, Lebanon, Syria, agar aap internet par check karein to majmooi tor par shayad is se bhi ziyada aap ko killing ki tadad milegi.</w:t>
      </w:r>
    </w:p>
    <w:p>
      <w:pPr>
        <w:jc w:val="right"/>
      </w:pPr>
      <w:r>
        <w:t>افغانستان، یہ جو مسلمان ملک ہیں، لبنان، سیریا، اگر آپ انٹرنیٹ پر چیک کریں تو مجموعی طور پر شاید اس سے بھی زیادہ آپ کو کلنگ کی تعداد ملے گی۔</w:t>
      </w:r>
    </w:p>
    <w:p>
      <w:r>
        <w:rPr>
          <w:b/>
        </w:rPr>
        <w:t xml:space="preserve">[06:36] </w:t>
      </w:r>
      <w:r>
        <w:t>aur yeh sab marne wala bhi musalman hota hai, marne wala bhi musalman hota hai. yeh kaisa ajeeb baat hai ke aakhir woh is koshishein kahan gayin?</w:t>
      </w:r>
    </w:p>
    <w:p>
      <w:pPr>
        <w:jc w:val="right"/>
      </w:pPr>
      <w:r>
        <w:t>اور یہ سب مارنے والا بھی مسلمان ہوتا ہے، مرنے والا بھی مسلمان ہوتا ہے۔ یہ کیسا عجیب بات ہے کہ آخر وہ اس کوششیں کہاں گئیں؟</w:t>
      </w:r>
    </w:p>
    <w:p>
      <w:r>
        <w:rPr>
          <w:b/>
        </w:rPr>
        <w:t xml:space="preserve">[06:48] </w:t>
      </w:r>
      <w:r>
        <w:t>woh himalaya effort kahan gayi? dekhiye, aik hadith hai ke "la tarjau ba'di kuffar an yadrubu ba'dakum riqaba ba'din".</w:t>
      </w:r>
    </w:p>
    <w:p>
      <w:pPr>
        <w:jc w:val="right"/>
      </w:pPr>
      <w:r>
        <w:t>وہ ہمالیہ ایفرٹ کہاں گئی؟ دیکھیے، ایک حدیث ہے کہ "لا ترجعوا بعدی کفارایدربوا بعدکم رقاب بعد"۔</w:t>
      </w:r>
    </w:p>
    <w:p>
      <w:r>
        <w:rPr>
          <w:b/>
        </w:rPr>
        <w:t xml:space="preserve">[07:01] </w:t>
      </w:r>
      <w:r>
        <w:t>Rasool Allah Sal Allahu Alaihi Wasallam ne farmaya ke mere baad tum log kafir na ho jana ke aapas mein aik doosre ki gardanein kaatne lago.</w:t>
      </w:r>
    </w:p>
    <w:p>
      <w:pPr>
        <w:jc w:val="right"/>
      </w:pPr>
      <w:r>
        <w:t>رسول اللہ صلی اللہ علیہ وسلم نے فرمایا کہ میرے بعد تم لوگ کافر نہ ہو جانا کہ آپس میں ایک دوسرے کی گردنیں کاٹنے لگو۔</w:t>
      </w:r>
    </w:p>
    <w:p>
      <w:r>
        <w:rPr>
          <w:b/>
        </w:rPr>
        <w:t xml:space="preserve">[07:14] </w:t>
      </w:r>
      <w:r>
        <w:t>dekhein, yahan par jo lafz hai "kuffara" to is ka matlab yeh yeh fiqhi maani mein nahi hai. yaani fiqhi maani mein is ka matlab nahi hai kafir.</w:t>
      </w:r>
    </w:p>
    <w:p>
      <w:pPr>
        <w:jc w:val="right"/>
      </w:pPr>
      <w:r>
        <w:t>دیکھیں، یہاں پر جو لفظ ہے "کفارا" تو اس کا مطلب یہ یہ فقہی معنی میں نہیں ہے۔ یعنی فقہی معنی میں اس کا مطلب نہیں ہے کافر۔</w:t>
      </w:r>
    </w:p>
    <w:p>
      <w:r>
        <w:rPr>
          <w:b/>
        </w:rPr>
        <w:t xml:space="preserve">[07:27] </w:t>
      </w:r>
      <w:r>
        <w:t>yeh language of hammering hai. yeh language of hammering hai. is ka matlab kya hai?</w:t>
      </w:r>
    </w:p>
    <w:p>
      <w:pPr>
        <w:jc w:val="right"/>
      </w:pPr>
      <w:r>
        <w:t>یہ لینگویج آف ہیمرنگ ہے۔ یہ لینگویج آف ہیمرنگ ہے۔ اس کا مطلب کیا ہے؟</w:t>
      </w:r>
    </w:p>
    <w:p>
      <w:r>
        <w:rPr>
          <w:b/>
        </w:rPr>
        <w:t xml:space="preserve">[07:36] </w:t>
      </w:r>
      <w:r>
        <w:t>ke tum bigaad ke is had tak pahunch jao ke aapas mein aik doosre ko maarne lago. is ka matlab nahi ke tum fiqhi maanon mein tum kafir ho jaoge.</w:t>
      </w:r>
    </w:p>
    <w:p>
      <w:pPr>
        <w:jc w:val="right"/>
      </w:pPr>
      <w:r>
        <w:t>کہ تم بگاڑ کے اس حد تک پہنچ جاؤ کہ آپس میں ایک دوسرے کو مارنے لگو۔ اس کا مطلب نہیں کہ تم فقہی معنوں میں تم کافر ہو جاؤ گے۔</w:t>
      </w:r>
    </w:p>
    <w:p>
      <w:r>
        <w:rPr>
          <w:b/>
        </w:rPr>
        <w:t xml:space="preserve">[07:47] </w:t>
      </w:r>
      <w:r>
        <w:t>yeh matlab nahi hai. yeh hai language of hammering ke tum bigaad ke is nabat tak na pahunch jao kahin ke aapas mein aik doosre ki gardanein kaatne lago.</w:t>
      </w:r>
    </w:p>
    <w:p>
      <w:pPr>
        <w:jc w:val="right"/>
      </w:pPr>
      <w:r>
        <w:t>یہ مطلب نہیں ہے۔ یہ ہے لینگویج آف ہیمرنگ کہ تم بگاڑ کے اس نوبت تک نہ پہنچ جاؤ کہیں کہ آپس میں ایک دوسرے کی گردنیں کاٹنے لگو۔</w:t>
      </w:r>
    </w:p>
    <w:p>
      <w:r>
        <w:rPr>
          <w:b/>
        </w:rPr>
        <w:t xml:space="preserve">[08:00] </w:t>
      </w:r>
      <w:r>
        <w:t>yeh bigaad ki aakhri had hai. yeh bigaad ki aakhri had hai. kyun ke dekhiye, Quran mein yeh do aayatein aap ko mein dilata hoon.</w:t>
      </w:r>
    </w:p>
    <w:p>
      <w:pPr>
        <w:jc w:val="right"/>
      </w:pPr>
      <w:r>
        <w:t>یہ بگاڑ کی آخری حد ہے۔ یہ بگاڑ کی آخری حد ہے۔ کیونکہ دیکھیے، قرآن میں یہ دو آیتیں آپ کو میں دلاتا ہوں۔</w:t>
      </w:r>
    </w:p>
    <w:p>
      <w:r>
        <w:rPr>
          <w:b/>
        </w:rPr>
        <w:t xml:space="preserve">[08:11] </w:t>
      </w:r>
      <w:r>
        <w:t>aik hai aam qatl ke baray mein. aam qatl ke baray mein Quran mein hai ke jis shakhs ne kisi aik insaan ko mara "man qata'a nafsan bighaira nafsin fasadin fakanama qatalan nasa jamee'an".</w:t>
      </w:r>
    </w:p>
    <w:p>
      <w:pPr>
        <w:jc w:val="right"/>
      </w:pPr>
      <w:r>
        <w:t>ایک ہے عمومی قتل کے بارے میں۔ عمومی قتل کے بارے میں قرآن میں ہے کہ جس شخص نے کسی ایک انسان کو مارا "من قطع نفسا بغیر نفس فساد فکانما قتل الناس جمیع"۔</w:t>
      </w:r>
    </w:p>
    <w:p>
      <w:r>
        <w:rPr>
          <w:b/>
        </w:rPr>
        <w:t xml:space="preserve">[08:32] </w:t>
      </w:r>
      <w:r>
        <w:t>jis ne aik insaan ko mara bila sabab to us ne goya ke saare hi insaanon ko maar dala. yeh aam hukum hai.</w:t>
      </w:r>
    </w:p>
    <w:p>
      <w:pPr>
        <w:jc w:val="right"/>
      </w:pPr>
      <w:r>
        <w:t>جس نے ایک انسان کو مارا بلا سبب تو اس نے گویا کہ سارے ہی انسانوں کو مار ڈالا۔ یہ عام حکم ہے۔</w:t>
      </w:r>
    </w:p>
    <w:p>
      <w:r>
        <w:rPr>
          <w:b/>
        </w:rPr>
        <w:t xml:space="preserve">[08:45] </w:t>
      </w:r>
      <w:r>
        <w:t>doosri aayat hai "man qatala mu'minan muta'ammidan fakan jaza'uhu jahannama" . yeh aayat hai "man qatala mu'minan muta'ammidan faja'a jahannama" .</w:t>
      </w:r>
    </w:p>
    <w:p>
      <w:pPr>
        <w:jc w:val="right"/>
      </w:pPr>
      <w:r>
        <w:t>دوسری آیت ہے "من قتل مومن متعمدا فکان فجزا جہنم"۔ یہ آیت ہے "من قتل مومن متعمدا فجزا جہنم"۔</w:t>
      </w:r>
    </w:p>
    <w:p>
      <w:r>
        <w:rPr>
          <w:b/>
        </w:rPr>
        <w:t xml:space="preserve">[08:58] </w:t>
      </w:r>
      <w:r>
        <w:t>jis ne aik momin ko jaan boojh kar mara to jahannum mein jayega.</w:t>
      </w:r>
    </w:p>
    <w:p>
      <w:pPr>
        <w:jc w:val="right"/>
      </w:pPr>
      <w:r>
        <w:t>جس نے ایک مومن کو جان بوجھ کر مارا تو جہنم میں جائے گا۔</w:t>
      </w:r>
    </w:p>
    <w:p>
      <w:r>
        <w:rPr>
          <w:b/>
        </w:rPr>
        <w:t xml:space="preserve">[09:05] </w:t>
      </w:r>
      <w:r>
        <w:t>ab yeh aam insaan ko mara tab bhi aap ne saare insaanon ko maar dala. itna bara jurm hua. agar momin ko mara, muslim ko mara to Quran kehta hai ke phir aisa qatil jahannum mein jayega.</w:t>
      </w:r>
    </w:p>
    <w:p>
      <w:pPr>
        <w:jc w:val="right"/>
      </w:pPr>
      <w:r>
        <w:t>اب یہ عام انسان کو مارا تب بھی آپ نے سارے انسانوں کو مار ڈالا۔ اتنا بڑا جرم ہوا۔ اگر مومن کو مارا، مسلم کو مارا تو قرآن کہتا ہے کہ پھر ایسا قاتل جہنم میں جائے گا۔</w:t>
      </w:r>
    </w:p>
    <w:p>
      <w:r>
        <w:rPr>
          <w:b/>
        </w:rPr>
        <w:t xml:space="preserve">[09:19] </w:t>
      </w:r>
      <w:r>
        <w:t>mein bataoon, is se ziyada sakht aayat Quran majeed mein shayad koi doosri nahi hai. to is hadith ka matlab hai ke tum tumhara bigaad is nabat ko pahunch jaye, tum yeh kaam karne lago jo sab se ziyada bura kaam hai.</w:t>
      </w:r>
    </w:p>
    <w:p>
      <w:pPr>
        <w:jc w:val="right"/>
      </w:pPr>
      <w:r>
        <w:t>میں بتاؤں، اس سے زیادہ سخت آیت قرآن مجید میں شاید کوئی دوسری نہیں ہے۔ تو اس حدیث کا مطلب ہے کہ تم تمہارا بگاڑ اس نوبت کو پہنچ جائے، تم یہ کام کرنے لگو جو سب سے زیادہ برا کام ہے۔</w:t>
      </w:r>
    </w:p>
    <w:p>
      <w:r>
        <w:rPr>
          <w:b/>
        </w:rPr>
        <w:t xml:space="preserve">[09:34] </w:t>
      </w:r>
      <w:r>
        <w:t>to wohi to ho raha hai is waqt. har muslim mulk mein killing ho rahi hai. koi killing akhbar mein aa jati hai, koi nahi aati.</w:t>
      </w:r>
    </w:p>
    <w:p>
      <w:pPr>
        <w:jc w:val="right"/>
      </w:pPr>
      <w:r>
        <w:t>تو وہی تو ہو رہا ہے اس وقت۔ ہر مسلم ملک میں کلنگ ہو رہی ہے۔ کوئی کلنگ اخبار میں آ جاتی ہے، کوئی نہیں آتی۔</w:t>
      </w:r>
    </w:p>
    <w:p>
      <w:r>
        <w:rPr>
          <w:b/>
        </w:rPr>
        <w:t xml:space="preserve">[09:44] </w:t>
      </w:r>
      <w:r>
        <w:t>bas itna hi farq hai. itna hi farq hai. bas aapas mein maar rahe hain musalman. to yeh is baat ka saboot hai ke musalman is waqt zawal ki aakhri had par pahunche hue hain.</w:t>
      </w:r>
    </w:p>
    <w:p>
      <w:pPr>
        <w:jc w:val="right"/>
      </w:pPr>
      <w:r>
        <w:t>بس اتنا ہی فرق ہے۔ اتنا ہی فرق ہے۔ بس آپس میں مار رہے ہیں مسلمان۔ تو یہ اس بات کا ثبوت ہے کہ مسلمان اس وقت زوال کی آخری حد پر پہنچے ہوئے ہیں۔</w:t>
      </w:r>
    </w:p>
    <w:p>
      <w:r>
        <w:rPr>
          <w:b/>
        </w:rPr>
        <w:t xml:space="preserve">[10:02] </w:t>
      </w:r>
      <w:r>
        <w:t>to sochne ki baat yeh hai ke is pichhle do sau saalon mein muslim rehnumaon ne, muslim leaderon ne, muslim ulama ne jo koshishein keen, woh koshishein in vain kyun ho gayeen?</w:t>
      </w:r>
    </w:p>
    <w:p>
      <w:pPr>
        <w:jc w:val="right"/>
      </w:pPr>
      <w:r>
        <w:t>تو سوچنے کی بات یہ ہے کہ اس پچھلے دو سو سالوں میں مسلم رہنماؤں نے، مسلم لیڈروں نے، مسلم علماء نے جو کوششیں کیں، وہ کوششیں ان وین کیوں ہو گئیں؟</w:t>
      </w:r>
    </w:p>
    <w:p>
      <w:r>
        <w:rPr>
          <w:b/>
        </w:rPr>
        <w:t xml:space="preserve">[10:19] </w:t>
      </w:r>
      <w:r>
        <w:t>yani aqaarat kyun chali gayi? yeh sochne ki baat hai.</w:t>
      </w:r>
    </w:p>
    <w:p>
      <w:pPr>
        <w:jc w:val="right"/>
      </w:pPr>
      <w:r>
        <w:t>یعنی عقارت کیوں چلی گئی؟ یہ سوچنے کی بات ہے۔</w:t>
      </w:r>
    </w:p>
    <w:p>
      <w:r>
        <w:rPr>
          <w:b/>
        </w:rPr>
        <w:t xml:space="preserve">[10:26] </w:t>
      </w:r>
      <w:r>
        <w:t>musalman likhne wale aur bolne wale uth kar ulta kar rahe hain. yani doosre ke upar daal rahe hain ke falan ki saazish, falan ka zulm doosre ke upar daal rahe hain.</w:t>
      </w:r>
    </w:p>
    <w:p>
      <w:pPr>
        <w:jc w:val="right"/>
      </w:pPr>
      <w:r>
        <w:t>مسلمان لکھنے والے اور بولنے والے اٹھ کر الٹا کر رہے ہیں۔ یعنی دوسرے کے اوپر ڈال رہے ہیں کہ فلاں کی سازش، فلاں کا ظلم دوسرے کے اوپر ڈال رہے ہیں۔</w:t>
      </w:r>
    </w:p>
    <w:p>
      <w:r>
        <w:rPr>
          <w:b/>
        </w:rPr>
        <w:t xml:space="preserve">[10:38] </w:t>
      </w:r>
      <w:r>
        <w:t>yeh koi sochne ki baat nahi hai. sochne ki baat hai ke hum ne jo koshishein keen, woh kyun be natija ho gayeen?</w:t>
      </w:r>
    </w:p>
    <w:p>
      <w:pPr>
        <w:jc w:val="right"/>
      </w:pPr>
      <w:r>
        <w:t>یہ کوئی سوچنے کی بات نہیں ہے۔ سوچنے کی بات ہے کہ ہم نے جو کوششیں کیں، وہ کیوں بے نتیجہ ہو گئیں؟</w:t>
      </w:r>
    </w:p>
    <w:p>
      <w:r>
        <w:rPr>
          <w:b/>
        </w:rPr>
        <w:t xml:space="preserve">[10:52] </w:t>
      </w:r>
      <w:r>
        <w:t>yahan main aap ko chahta hoon ke aap sochein. is ka is par main ne bohat ghor kiya hai. aur main samajhta hoon quran mein is maamle mein aik bohat hi zabardast rehnumai maujood hai, guidance maujood hai,</w:t>
      </w:r>
    </w:p>
    <w:p>
      <w:pPr>
        <w:jc w:val="right"/>
      </w:pPr>
      <w:r>
        <w:t>یہاں میں آپ کو چاہتا ہوں کہ آپ سوچیں۔ اس کا اس پر میں نے بہت غور کیا ہے۔ اور میں سمجھتا ہوں قرآن میں اس معاملے میں ایک بہت ہی زبردست رہنمائی موجود ہے، گائیڈنس موجود ہے،</w:t>
      </w:r>
    </w:p>
    <w:p>
      <w:r>
        <w:rPr>
          <w:b/>
        </w:rPr>
        <w:t xml:space="preserve">[11:07] </w:t>
      </w:r>
      <w:r>
        <w:t>lekin is par amal nahi kiya gaya.</w:t>
      </w:r>
    </w:p>
    <w:p>
      <w:pPr>
        <w:jc w:val="right"/>
      </w:pPr>
      <w:r>
        <w:t>لیکن اس پر عمل نہیں کیا گیا۔</w:t>
      </w:r>
    </w:p>
    <w:p>
      <w:r>
        <w:rPr>
          <w:b/>
        </w:rPr>
        <w:t xml:space="preserve">[11:12] </w:t>
      </w:r>
      <w:r>
        <w:t>yani jo schemes bani, musalmanon ko ahya ki, musalmanon ki revival ki, is mein quran ki is guidance ka bilkul lehaz nahi kiya gaya.</w:t>
      </w:r>
    </w:p>
    <w:p>
      <w:pPr>
        <w:jc w:val="right"/>
      </w:pPr>
      <w:r>
        <w:t>یعنی جو اسکیمیں بنیں، مسلمانوں کو احیاء کی، مسلمانوں کی ریوائیول کی، اس میں قرآن کی اس گائیڈنس کا بالکل لحاظ نہیں کیا گیا۔</w:t>
      </w:r>
    </w:p>
    <w:p>
      <w:r>
        <w:rPr>
          <w:b/>
        </w:rPr>
        <w:t xml:space="preserve">[11:23] </w:t>
      </w:r>
      <w:r>
        <w:t>khud sakhta tor par kaam kiya jata raha.</w:t>
      </w:r>
    </w:p>
    <w:p>
      <w:pPr>
        <w:jc w:val="right"/>
      </w:pPr>
      <w:r>
        <w:t>خود ساختہ طور پر کام کیا جاتا رہا۔</w:t>
      </w:r>
    </w:p>
    <w:p>
      <w:r>
        <w:rPr>
          <w:b/>
        </w:rPr>
        <w:t xml:space="preserve">[11:30] </w:t>
      </w:r>
      <w:r>
        <w:t>woh kya hai? yani jab koi ummat zawal ke daur mein pahunch jaye to us waqt starting point kya hoga?</w:t>
      </w:r>
    </w:p>
    <w:p>
      <w:pPr>
        <w:jc w:val="right"/>
      </w:pPr>
      <w:r>
        <w:t>وہ کیا ہے؟ یعنی جب کوئی امت زوال کے دور میں پہنچ جائے تو اس وقت اسٹارٹنگ پوائنٹ کیا ہوگا؟</w:t>
      </w:r>
    </w:p>
    <w:p>
      <w:r>
        <w:rPr>
          <w:b/>
        </w:rPr>
        <w:t xml:space="preserve">[11:39] </w:t>
      </w:r>
      <w:r>
        <w:t>yeh pehla masla hai.</w:t>
      </w:r>
    </w:p>
    <w:p>
      <w:pPr>
        <w:jc w:val="right"/>
      </w:pPr>
      <w:r>
        <w:t>یہ پہلا مسئلہ ہے۔</w:t>
      </w:r>
    </w:p>
    <w:p>
      <w:r>
        <w:rPr>
          <w:b/>
        </w:rPr>
        <w:t xml:space="preserve">[11:43] </w:t>
      </w:r>
      <w:r>
        <w:t>jab koi ummat zawal ke daur mein pahunch jaye, us waqt aap islaah karna chahein to pehla sawal yeh hai ke "what is the starting point?" mun nabdah.</w:t>
      </w:r>
    </w:p>
    <w:p>
      <w:pPr>
        <w:jc w:val="right"/>
      </w:pPr>
      <w:r>
        <w:t>جب کوئی امت زوال کے دور میں پہنچ جائے، اس وقت آپ اصلاح کرنا چاہیں تو پہلا سوال یہ ہے کہ "واٹ از دا اسٹارٹنگ پوائنٹ؟" من نبدہ۔</w:t>
      </w:r>
    </w:p>
    <w:p>
      <w:r>
        <w:rPr>
          <w:b/>
        </w:rPr>
        <w:t xml:space="preserve">[11:56] </w:t>
      </w:r>
      <w:r>
        <w:t>is ke baray mein quran mein bataya gaya hai. lekin isi se saare hamare rehnuma be khabar ho gaye.</w:t>
      </w:r>
    </w:p>
    <w:p>
      <w:pPr>
        <w:jc w:val="right"/>
      </w:pPr>
      <w:r>
        <w:t>اس کے بارے میں قرآن میں بتایا گیا ہے۔ لیکن اسی سے سارے ہمارے رہنما بے خبر ہو گئے۔</w:t>
      </w:r>
    </w:p>
    <w:p>
      <w:r>
        <w:rPr>
          <w:b/>
        </w:rPr>
        <w:t xml:space="preserve">[12:06] </w:t>
      </w:r>
      <w:r>
        <w:t>hamare rehnumaon ne kya kiya? isi jo jo jo degenerated blood thi, jo zawal yafta qoum thi, usi ke par maal khada karne lagay.</w:t>
      </w:r>
    </w:p>
    <w:p>
      <w:pPr>
        <w:jc w:val="right"/>
      </w:pPr>
      <w:r>
        <w:t>ہمارے رہنماؤں نے کیا کیا؟ اسی جو جو جو ڈی جنریٹڈ بلڈ تھی، جو زوال یافتہ قوم تھی، اسی کے پر مال کھڑا کرنے لگے۔</w:t>
      </w:r>
    </w:p>
    <w:p>
      <w:r>
        <w:rPr>
          <w:b/>
        </w:rPr>
        <w:t xml:space="preserve">[12:21] </w:t>
      </w:r>
      <w:r>
        <w:t>yani inhi kachi eenton par. yani aap jante hain ke zamane mein musalmanon ne kya kiya? muslim mulk banaye, muslim institution qaim kiye, muslim college aur muslim university banai,</w:t>
      </w:r>
    </w:p>
    <w:p>
      <w:pPr>
        <w:jc w:val="right"/>
      </w:pPr>
      <w:r>
        <w:t>یعنی انہی کچی اینٹوں پر۔ یعنی آپ جانتے ہیں کہ زمانے میں مسلمانوں نے کیا کیا؟ مسلم ملک بنائے، مسلم انسٹیٹیوشن قائم کیے، مسلم کالج اور مسلم یونیورسٹی بنائی،</w:t>
      </w:r>
    </w:p>
    <w:p>
      <w:r>
        <w:rPr>
          <w:b/>
        </w:rPr>
        <w:t xml:space="preserve">[12:40] </w:t>
      </w:r>
      <w:r>
        <w:t>aur beshumar muslim idaray, beshumar muslim idaray banaye. aur har idaray ka haal ja ke andar ja ke dekhiye, bohat hi bura haal hai.</w:t>
      </w:r>
    </w:p>
    <w:p>
      <w:pPr>
        <w:jc w:val="right"/>
      </w:pPr>
      <w:r>
        <w:t>اور بے شمار مسلم ادارے، بے شمار مسلم ادارے بنائے۔ اور ہر ادارے کا حال جا کے اندر جا کے دیکھیے، بہت ہی برا حال ہے۔</w:t>
      </w:r>
    </w:p>
    <w:p>
      <w:r>
        <w:rPr>
          <w:b/>
        </w:rPr>
        <w:t xml:space="preserve">[12:55] </w:t>
      </w:r>
      <w:r>
        <w:t>jitne yeh muslim idaray aur islami idaray banaye gaye, sab ka andar se nihayat bura haal hai. kyun? wohi zawal yafta afraad ko le le kar aap idaray banane lagay.</w:t>
      </w:r>
    </w:p>
    <w:p>
      <w:pPr>
        <w:jc w:val="right"/>
      </w:pPr>
      <w:r>
        <w:t>جتنے یہ مسلم ادارے اور اسلامی ادارے بنائے گئے، سب کا اندر سے نہایت برا حال ہے۔ کیوں؟ وہی زوال یافتہ افراد کو لے لے کر آپ ادارے بنانے لگے۔</w:t>
      </w:r>
    </w:p>
    <w:p>
      <w:r>
        <w:rPr>
          <w:b/>
        </w:rPr>
        <w:t xml:space="preserve">[13:08] </w:t>
      </w:r>
      <w:r>
        <w:t>zawal yafta afraad ko le le kar ke aap ne kahin un ko position dene lagay. inhi ko aap head banane lagay. to woh to wohi karein ge jo kar rahe hain.</w:t>
      </w:r>
    </w:p>
    <w:p>
      <w:pPr>
        <w:jc w:val="right"/>
      </w:pPr>
      <w:r>
        <w:t>زوال یافتہ افراد کو لے لے کر کے آپ نے کہیں ان کو پوزیشن دینے لگے۔ انہی کو آپ ہیڈ بنانے لگے۔ تو وہ تو وہی کریں گے جو کر رہے ہیں۔</w:t>
      </w:r>
    </w:p>
    <w:p>
      <w:r>
        <w:rPr>
          <w:b/>
        </w:rPr>
        <w:t xml:space="preserve">[13:18] </w:t>
      </w:r>
      <w:r>
        <w:t>misal ke tor par dekhiye, itne dhoom se Pakistan ka matlab kya? la ilaha illallah. Pakistan banaya gaya.</w:t>
      </w:r>
    </w:p>
    <w:p>
      <w:pPr>
        <w:jc w:val="right"/>
      </w:pPr>
      <w:r>
        <w:t>مثال کے طور پر دیکھیے، اتنے دھوم سے پاکستان کا مطلب کیا؟ لا الہ الا اللہ۔ پاکستان بنایا گیا۔</w:t>
      </w:r>
    </w:p>
    <w:p>
      <w:r>
        <w:rPr>
          <w:b/>
        </w:rPr>
        <w:t xml:space="preserve">[13:27] </w:t>
      </w:r>
      <w:r>
        <w:t>wahan aapas ki killing ho rahi hai. Afghanistan mein aapas ki killing ho rahi hai. aap jo musalmanon ke jo college hain, musalmanon ki universityan hain, wahan ja kar dekhiye, nihayat hi bura haal hai.</w:t>
      </w:r>
    </w:p>
    <w:p>
      <w:pPr>
        <w:jc w:val="right"/>
      </w:pPr>
      <w:r>
        <w:t>وہاں آپس کی کلنگ ہو رہی ہے۔ افغانستان میں آپس کی کلنگ ہو رہی ہے۔ آپ جو مسلمانوں کے جو کالج ہیں، مسلمانوں کی یونیورسٹیاں ہیں، وہاں جا کر دیکھیے، نہایت ہی برا حال ہے۔</w:t>
      </w:r>
    </w:p>
    <w:p>
      <w:r>
        <w:rPr>
          <w:b/>
        </w:rPr>
        <w:t xml:space="preserve">[13:41] </w:t>
      </w:r>
      <w:r>
        <w:t>kyun? wohi zawal yafta qoum ke upar inhi se afraad le le kar ke aap ne idaray bana liye. yeh to aise aise kachi eenton eenton par koi qila banaye.</w:t>
      </w:r>
    </w:p>
    <w:p>
      <w:pPr>
        <w:jc w:val="right"/>
      </w:pPr>
      <w:r>
        <w:t>کیوں؟ وہی زوال یافتہ قوم کے اوپر انہی سے افراد لے لے کر کے آپ نے ادارے بنا لیے۔ یہ تو ایسے ایسے کچی اینٹوں اینٹوں پر کوئی قلع بنائے۔</w:t>
      </w:r>
    </w:p>
    <w:p>
      <w:r>
        <w:rPr>
          <w:b/>
        </w:rPr>
        <w:t xml:space="preserve">[13:53] </w:t>
      </w:r>
      <w:r>
        <w:t>to pehla kaam kya hai? is ke zawal ke do, is ke halat zawal ko khatam karna. pehla kaam yeh nahi ke isi zawal ke upar aap aik aik club banane shuru kar dein.</w:t>
      </w:r>
    </w:p>
    <w:p>
      <w:pPr>
        <w:jc w:val="right"/>
      </w:pPr>
      <w:r>
        <w:t>تو پہلا کام کیا ہے؟ اس کے زوال کے دو، اس کے حالت زوال کو ختم کرنا۔ پہلا کام یہ نہیں کہ اسی زوال کے اوپر آپ ایک ایک کلب بنانے شروع کر دیں۔</w:t>
      </w:r>
    </w:p>
    <w:p>
      <w:r>
        <w:rPr>
          <w:b/>
        </w:rPr>
        <w:t xml:space="preserve">[14:06] </w:t>
      </w:r>
      <w:r>
        <w:t>isi zawal ke upar aap university banayein, college banayein, mulk banayein. balkeh pehla kaam kya hai?</w:t>
      </w:r>
    </w:p>
    <w:p>
      <w:pPr>
        <w:jc w:val="right"/>
      </w:pPr>
      <w:r>
        <w:t>اسی زوال کے اوپر آپ یونیورسٹی بنائیں، کالج بنائیں، ملک بنائیں۔ بلکہ پہلا کام کیا ہے؟</w:t>
      </w:r>
    </w:p>
    <w:p>
      <w:r>
        <w:rPr>
          <w:b/>
        </w:rPr>
        <w:t xml:space="preserve">[14:15] </w:t>
      </w:r>
      <w:r>
        <w:t>is is deej, is is degeneration ka jo process hai, us ko regenerate karein, process chalayein.</w:t>
      </w:r>
    </w:p>
    <w:p>
      <w:pPr>
        <w:jc w:val="right"/>
      </w:pPr>
      <w:r>
        <w:t>اس اس ڈیج، اس اس ڈی جنریشن کا جو پراسیس ہے، اس کو ری جنریٹ کریں، پراسیس چلائیں۔</w:t>
      </w:r>
    </w:p>
    <w:p>
      <w:r>
        <w:rPr>
          <w:b/>
        </w:rPr>
        <w:t xml:space="preserve">[14:26] </w:t>
      </w:r>
      <w:r>
        <w:t>yeh pehla kaam hai. is ki misal main deta hoon aap ko. Hazrat Musa aleh salam jo aaye thay, woh aik zawal yafta qoum mein aaye thay, yani bani Israel mein.</w:t>
      </w:r>
    </w:p>
    <w:p>
      <w:pPr>
        <w:jc w:val="right"/>
      </w:pPr>
      <w:r>
        <w:t>یہ پہلا کام ہے۔ اس کی مثال میں دیتا ہوں آپ کو۔ حضرت موسیٰ علیہ السلام جو آئے تھے، وہ ایک زوال یافتہ قوم میں آئے تھے، یعنی بنی اسرائیل میں۔</w:t>
      </w:r>
    </w:p>
    <w:p>
      <w:r>
        <w:rPr>
          <w:b/>
        </w:rPr>
        <w:t xml:space="preserve">[14:40] </w:t>
      </w:r>
      <w:r>
        <w:t>is misr mein aaye. woh is waqt misr mein jo bani israel thay, woh bohat bari tadad mein thay. kafi bari tadad thi wahan par un ki.</w:t>
      </w:r>
    </w:p>
    <w:p>
      <w:pPr>
        <w:jc w:val="right"/>
      </w:pPr>
      <w:r>
        <w:t>اس مصر میں آئے۔ وہ اس وقت مصر میں جو بنی اسرائیل تھے، وہ بہت بڑی تعداد میں تھے۔ کافی بڑی تعداد تھی وہاں پر ان کی۔</w:t>
      </w:r>
    </w:p>
    <w:p>
      <w:r>
        <w:rPr>
          <w:b/>
        </w:rPr>
        <w:t xml:space="preserve">[14:54] </w:t>
      </w:r>
      <w:r>
        <w:t>toh un ka takrao hua firoun se. is ke baad kya nateeja nikla? ke Allah taala ne firoun ko samandar mein gharaq kar diya aur us ki poori fauj ko bhi gharaq kar diya.</w:t>
      </w:r>
    </w:p>
    <w:p>
      <w:pPr>
        <w:jc w:val="right"/>
      </w:pPr>
      <w:r>
        <w:t>تو ان کا ٹکراؤ ہوا فرعون سے۔ اس کے بعد کیا نتیجہ نکلا؟ کہ اللہ تعالیٰ نے فرعون کو سمندر میں غرق کر دیا اور اس کی پوری فوج کو بھی غرق کر دیا۔</w:t>
      </w:r>
    </w:p>
    <w:p>
      <w:r>
        <w:rPr>
          <w:b/>
        </w:rPr>
        <w:t xml:space="preserve">[15:09] </w:t>
      </w:r>
      <w:r>
        <w:t>poori fauj ko bhi gharaq kar diya aur khud firoun ka bhi khatma ho gaya. is ka matlab kya hua? yeh ke maidan bilkul khaali ho gaya is baat ke liye ke Hazrat Musa wahan par Bani Israel ka role qaim karein.</w:t>
      </w:r>
    </w:p>
    <w:p>
      <w:pPr>
        <w:jc w:val="right"/>
      </w:pPr>
      <w:r>
        <w:t>پوری فوج کو بھی غرق کر دیا اور خود فرعون کا بھی خاتمہ ہو گیا۔ اس کا معنی کیا ہوا؟ یہ کہ میدان بالکل خالی ہو گیا اس بات کے لیے کہ حضرت موسیٰ وہاں پر بنی اسرائیل کا رول قائم کریں۔</w:t>
      </w:r>
    </w:p>
    <w:p>
      <w:r>
        <w:rPr>
          <w:b/>
        </w:rPr>
        <w:t xml:space="preserve">[15:23] </w:t>
      </w:r>
      <w:r>
        <w:t>ek dam maidan khaali tha. aap ghor kijiye, woh institution is zamane mein hua nahi karte thay. bas fauj thi, bas ek hi aur koi doosra institution nahi tha wahan par.</w:t>
      </w:r>
    </w:p>
    <w:p>
      <w:pPr>
        <w:jc w:val="right"/>
      </w:pPr>
      <w:r>
        <w:t>ایک دم میدان خالی تھا۔ آپ غور کیجئے، وہ انسٹیٹیوشن اس زمانے میں ہوا نہیں کرتے تھے۔ بس فوج تھی، بس ایک ہی اور کوئی دوسرا انسٹیٹیوشن نہیں تھا وہاں پر۔</w:t>
      </w:r>
    </w:p>
    <w:p>
      <w:r>
        <w:rPr>
          <w:b/>
        </w:rPr>
        <w:t xml:space="preserve">[15:33] </w:t>
      </w:r>
      <w:r>
        <w:t>toh fauj bhi khatam aur badshah bhi khatam. toh saara maidan khaali hai. toh Hazrat Musa khud bohat zabardast leader thay. un ka ek saathi thay, bohat zabardast Hazrat Haroon, woh bhi bohat zabardast aadmi thay.</w:t>
      </w:r>
    </w:p>
    <w:p>
      <w:pPr>
        <w:jc w:val="right"/>
      </w:pPr>
      <w:r>
        <w:t>تو فوج بھی ختم اور بادشاہ بھی ختم۔ تو سارا میدان خالی ہے۔ تو حضرت موسیٰ خود بہت زبردست لیڈر تھے۔ ان کا ایک ساتھی تھے، بہت زبردست حضرت ہارون، وہ بھی بہت زبردست آدمی تھے۔</w:t>
      </w:r>
    </w:p>
    <w:p>
      <w:r>
        <w:rPr>
          <w:b/>
        </w:rPr>
        <w:t xml:space="preserve">[15:47] </w:t>
      </w:r>
      <w:r>
        <w:t>toh do top ke leader thay un ke paas. toh agar woh chahte toh Bani Israel ka role qaim karne ke liye iqdamaat karte woh ke ab misr hamein mauqa hai, ab Bani Israel ka role qaim karo.</w:t>
      </w:r>
    </w:p>
    <w:p>
      <w:pPr>
        <w:jc w:val="right"/>
      </w:pPr>
      <w:r>
        <w:t>تو دو ٹاپ کے لیڈر تھے ان کے پاس۔ تو اگر وہ چاہتے تو بنی اسرائیل کا رول قائم کرنے کے لیے اقدام کرتے وہ کہ اب مصر ہمیں موقع ہے، اب بنی اسرائیل کا رول قائم کرو۔</w:t>
      </w:r>
    </w:p>
    <w:p>
      <w:r>
        <w:rPr>
          <w:b/>
        </w:rPr>
        <w:t xml:space="preserve">[16:04] </w:t>
      </w:r>
      <w:r>
        <w:t>firoun bhi nahi, us ki fauj bhi nahi. toh banai Bani Israel ka role qaim karo yahan par. lekin aap jante hain kya kiya unhone?</w:t>
      </w:r>
    </w:p>
    <w:p>
      <w:pPr>
        <w:jc w:val="right"/>
      </w:pPr>
      <w:r>
        <w:t>فرعون بھی نہیں، اس کی فوج بھی نہیں۔ تو بنائی بنی اسرائیل کا رول قائم کرو یہاں پر۔ لیکن آپ جانتے ہیں کیا کیا انہوں نے؟</w:t>
      </w:r>
    </w:p>
    <w:p>
      <w:r>
        <w:rPr>
          <w:b/>
        </w:rPr>
        <w:t xml:space="preserve">[16:14] </w:t>
      </w:r>
      <w:r>
        <w:t>Bani Israel role nahi qaim kiya unhone. Bani Israel ko le kar chale gaye sehra-e-Sina mein kyunke desert tha wahan par.</w:t>
      </w:r>
    </w:p>
    <w:p>
      <w:pPr>
        <w:jc w:val="right"/>
      </w:pPr>
      <w:r>
        <w:t>بنی اسرائیل رول نہیں قائم کیا انہوں نے۔ بنی اسرائیل کو لے کر چلے گئے صحرائے سینا میں کیونکہ ڈیزرٹ تھا وہاں پر۔</w:t>
      </w:r>
    </w:p>
    <w:p>
      <w:r>
        <w:rPr>
          <w:b/>
        </w:rPr>
        <w:t xml:space="preserve">[16:24] </w:t>
      </w:r>
      <w:r>
        <w:t>aur wahan par woh chaalees saal tak desert mein marte rahe aur is mein naye log paida hote rahe.</w:t>
      </w:r>
    </w:p>
    <w:p>
      <w:pPr>
        <w:jc w:val="right"/>
      </w:pPr>
      <w:r>
        <w:t>اور وہاں پر وہ چالیس سال تک ڈیزرٹ میں مرتے رہے اور اس میں نئے لوگ پیدا ہوتے رہے۔</w:t>
      </w:r>
    </w:p>
    <w:p>
      <w:r>
        <w:rPr>
          <w:b/>
        </w:rPr>
        <w:t xml:space="preserve">[16:32] </w:t>
      </w:r>
      <w:r>
        <w:t>hote hote ek nayi nasal bani. phir is nayi nasal mein kaam kiya. gaya ke is ko mein yeh kahunga ke ek is ko desert therapy mein dala.</w:t>
      </w:r>
    </w:p>
    <w:p>
      <w:pPr>
        <w:jc w:val="right"/>
      </w:pPr>
      <w:r>
        <w:t>ہوتے ہوتے ایک نئی نسل بنی۔ پھر اس نئی نسل میں کام کیا۔ گیا کہ اس کو میں یہ کہوں گا کہ ایک اس کو ڈیزرٹ تھیراپی میں ڈالا۔</w:t>
      </w:r>
    </w:p>
    <w:p>
      <w:r>
        <w:rPr>
          <w:b/>
        </w:rPr>
        <w:t xml:space="preserve">[16:46] </w:t>
      </w:r>
      <w:r>
        <w:t>desert therapy, desert daal kar un ka un ki islaah karna. mein samajhta hoon ke yeh doosri misaal hai. pehli baar Hazrat Hajra ke zamane mein Bani Ismail jo banaye gaye thay, that was also desert therapy.</w:t>
      </w:r>
    </w:p>
    <w:p>
      <w:pPr>
        <w:jc w:val="right"/>
      </w:pPr>
      <w:r>
        <w:t>ڈیزرٹ تھیراپی، ڈیزرٹ ڈال کر ان کا ان کی اصلاح کرنا۔ میں سمجھتا ہوں کہ یہ دوسری مثال ہے۔ پہلی بار حضرت ہاجرہ کے زمانے میں بنی اسماعیل جو بنائے گئے تھے، دیٹ واز السو ڈیزرٹ تھیراپی۔</w:t>
      </w:r>
    </w:p>
    <w:p>
      <w:r>
        <w:rPr>
          <w:b/>
        </w:rPr>
        <w:t xml:space="preserve">[17:03] </w:t>
      </w:r>
      <w:r>
        <w:t>doosri baar Hazrat Musa ke zamane mein Bani Israel ko ja kar jo sehra-e-Sina mein daal diya toh woh bhi ek desert therapy tha. is desert mein zindagi bohat hi mushkil zindagi thi.</w:t>
      </w:r>
    </w:p>
    <w:p>
      <w:pPr>
        <w:jc w:val="right"/>
      </w:pPr>
      <w:r>
        <w:t>دوسری بار حضرت موسیٰ کے زمانے میں بنی اسرائیل کو جا کر جو صحرائے سینا میں ڈال دیا تو وہ بھی ایک ڈیزرٹ تھیراپی تھا۔ اس ڈیزرٹ میں زندگی بہت ہی مشکل زندگی تھی۔</w:t>
      </w:r>
    </w:p>
    <w:p>
      <w:r>
        <w:rPr>
          <w:b/>
        </w:rPr>
        <w:t xml:space="preserve">[17:15] </w:t>
      </w:r>
      <w:r>
        <w:t>mamooli tareeqe mein khane peene ko milta tha. chashme ka pani peete thay. toh mushkilat mein unhone chaalees saal tak zindagi guzari.</w:t>
      </w:r>
    </w:p>
    <w:p>
      <w:pPr>
        <w:jc w:val="right"/>
      </w:pPr>
      <w:r>
        <w:t>معمولی طریقے میں کھانے پینے کو ملتا تھا۔ چشمے کا پانی پیتے تھے۔ تو مشکلات میں انہوں نے چالیس سال تک زندگی گزاری۔</w:t>
      </w:r>
    </w:p>
    <w:p>
      <w:r>
        <w:rPr>
          <w:b/>
        </w:rPr>
        <w:t xml:space="preserve">[17:25] </w:t>
      </w:r>
      <w:r>
        <w:t>boore mar gaye aur naye log paida hue. naye logon mein ek nayi zindagi thi. phir un logon ne kaam kiya.</w:t>
      </w:r>
    </w:p>
    <w:p>
      <w:pPr>
        <w:jc w:val="right"/>
      </w:pPr>
      <w:r>
        <w:t>بوڑھے مر گئے اور نئے لوگ پیدا ہوئے۔ نئے لوگوں میں ایک نئی زندگی تھی۔ پھر ان لوگوں نے کام کیا۔</w:t>
      </w:r>
    </w:p>
    <w:p>
      <w:r>
        <w:rPr>
          <w:b/>
        </w:rPr>
        <w:t xml:space="preserve">[17:35] </w:t>
      </w:r>
      <w:r>
        <w:t>toh yeh tha zawal yafta qom ko dobara un ka zindagi lana pehle. phir un ko istemal karna. yahi kaam karna tha bohat se zamane mein hamare hamare ulama ko, hamare rehnamaon ko ke sab se pehle is is ummat ko regenerate karna tha.</w:t>
      </w:r>
    </w:p>
    <w:p>
      <w:pPr>
        <w:jc w:val="right"/>
      </w:pPr>
      <w:r>
        <w:t>تو یہ تھا زوال یافتہ قوم کو دوبارہ ان کا زندگی لانا پہلے۔ پھر ان کو استعمال کرنا۔ یہی کام کرنا تھا بہت سے زمانے میں ہمارے ہمارے علماء کو، ہمارے رہنماؤں کو کہ سب سے پہلے اس اس امت کو ری جنریٹ کرنا تھا۔</w:t>
      </w:r>
    </w:p>
    <w:p>
      <w:r>
        <w:rPr>
          <w:b/>
        </w:rPr>
        <w:t xml:space="preserve">[17:57] </w:t>
      </w:r>
      <w:r>
        <w:t>regenerate karna tha. aur is ke liye Allah taala ne ek behtareen maidan khol diya. maidan kya tha? jo modern education ka maidan hai.</w:t>
      </w:r>
    </w:p>
    <w:p>
      <w:pPr>
        <w:jc w:val="right"/>
      </w:pPr>
      <w:r>
        <w:t>ری جنریٹ کرنا تھا۔ اور اس کے لیے اللہ تعالیٰ نے ایک بہترین میدان کھول دیا۔ میدان کیا تھا؟ جو ماڈرن ایجوکیشن کا میدان ہے۔</w:t>
      </w:r>
    </w:p>
    <w:p>
      <w:r>
        <w:rPr>
          <w:b/>
        </w:rPr>
        <w:t xml:space="preserve">[18:09] </w:t>
      </w:r>
      <w:r>
        <w:t>modern education jo tha woh mein samajhta hoon ke educational therapy thi musalmanon ke liye. kyunke wahan par compression bohat zabardast tha.</w:t>
      </w:r>
    </w:p>
    <w:p>
      <w:pPr>
        <w:jc w:val="right"/>
      </w:pPr>
      <w:r>
        <w:t>ماڈرن ایجوکیشن جو تھا وہ میں سمجھتا ہوں کہ ایجوکیشنل تھیراپی تھی مسلمانوں کے لیے۔ کیونکہ وہاں پر کمپریشن بہت زبردست تھا۔</w:t>
      </w:r>
    </w:p>
    <w:p>
      <w:r>
        <w:rPr>
          <w:b/>
        </w:rPr>
        <w:t xml:space="preserve">[18:19] </w:t>
      </w:r>
      <w:r>
        <w:t>wahan hindu hain, isai hain, yeh hain, woh hain. saare logon ke sath kaam karna hai. toh struggle ke darmiyan aadmi banta hai. hamare ulama ne jo kaam kiya woh struggle chhin gaya musalmanon se.</w:t>
      </w:r>
    </w:p>
    <w:p>
      <w:pPr>
        <w:jc w:val="right"/>
      </w:pPr>
      <w:r>
        <w:t>وہاں ہندو ہیں، عیسائی ہیں، یہ ہیں، وہ ہیں۔ سارے لوگوں کے ساتھ کام کرنا ہے۔ تو اسٹرگل کے درمیان آدمی بنتا ہے۔ ہمارے علماء نے جو کام کیا وہ اسٹرگل چھن گیا مسلمانوں سے۔</w:t>
      </w:r>
    </w:p>
    <w:p>
      <w:r>
        <w:rPr>
          <w:b/>
        </w:rPr>
        <w:t xml:space="preserve">[18:33] </w:t>
      </w:r>
      <w:r>
        <w:t>aap ne jo islami mulk banaye, islami idare banaye, islami university, islami college, wahan par struggle hi nahi, wahan par compression nahi. wahan toh sab apna maamla hai.</w:t>
      </w:r>
    </w:p>
    <w:p>
      <w:pPr>
        <w:jc w:val="right"/>
      </w:pPr>
      <w:r>
        <w:t>آپ نے جو اسلامی ملک بنائے، اسلامی ادارے بنائے، اسلامی یونیورسٹی، اسلامی کالج، وہاں پر اسٹرگل ہی نہیں، وہاں پر کمپریشن نہیں۔ وہاں تو سب اپنا معاملہ ہے۔</w:t>
      </w:r>
    </w:p>
    <w:p>
      <w:r>
        <w:rPr>
          <w:b/>
        </w:rPr>
        <w:t xml:space="preserve">[18:46] </w:t>
      </w:r>
      <w:r>
        <w:t>toh un ko struggle mein daalna tha, compression mein daalna tha. is ke liye Allah taala ne behtareen khol diya tha maidan modern education ka.</w:t>
      </w:r>
    </w:p>
    <w:p>
      <w:pPr>
        <w:jc w:val="right"/>
      </w:pPr>
      <w:r>
        <w:t>تو ان کو اسٹرگل میں ڈالنا تھا، کمپریشن میں ڈالنا تھا۔ اس کے لیے اللہ تعالیٰ نے بہترین کھول دیا تھا میدان ماڈرن ایجوکیشن کا۔</w:t>
      </w:r>
    </w:p>
    <w:p>
      <w:r>
        <w:rPr>
          <w:b/>
        </w:rPr>
        <w:t xml:space="preserve">[18:59] </w:t>
      </w:r>
      <w:r>
        <w:t>school, college, university. is mein agar daala hota musalmanon ko, daala hota aap ne toh that was a kind of educational therapy.</w:t>
      </w:r>
    </w:p>
    <w:p>
      <w:pPr>
        <w:jc w:val="right"/>
      </w:pPr>
      <w:r>
        <w:t>اسکول، کالج، یونیورسٹی۔ اس میں اگر ڈالا ہوتا مسلمانوں کو، ڈالا ہوتا آپ نے تو دیٹ واز ا کائنڈ آف ایجوکیشنل تھیراپی۔</w:t>
      </w:r>
    </w:p>
    <w:p>
      <w:r>
        <w:rPr>
          <w:b/>
        </w:rPr>
        <w:t xml:space="preserve">[19:11] </w:t>
      </w:r>
      <w:r>
        <w:t>lekin hamare ulama bilkul samjhe nahi ke modern education kya cheez hai. Akbar Allahabadi ne kaha tha ke firoun woh</w:t>
      </w:r>
    </w:p>
    <w:p>
      <w:pPr>
        <w:jc w:val="right"/>
      </w:pPr>
      <w:r>
        <w:t>لیکن ہمارے علماء بالکل سمجھے نہیں کہ ماڈرن ایجوکیشن کیا چیز ہے۔ اکبر الہ آبادی نے کہا تھا کہ فرعون وہ</w:t>
      </w:r>
    </w:p>
    <w:p>
      <w:r>
        <w:rPr>
          <w:b/>
        </w:rPr>
        <w:t xml:space="preserve">[19:26] </w:t>
      </w:r>
      <w:r>
        <w:t>ladkon ke kabhi qad se badnaam na hota. afsos ke firoun ko kali ki na soojhi. aur Maulana Syed Abdullah Modi ne taqreer ki thi, woh chhapi hui hai ke yeh college universityan kya hain?</w:t>
      </w:r>
    </w:p>
    <w:p>
      <w:pPr>
        <w:jc w:val="right"/>
      </w:pPr>
      <w:r>
        <w:t>لڑکوں کے کبھی قد سے بدنام نہ ہوتا۔ افسوس کہ فرعون کو کالی کی نہ سوجھی۔ اور مولانا سید عبداللہ مودی نے تقریر کی تھی، وہ چھپی ہوئی ہے کہ یہ کالج یونیورسٹیاں کیا ہیں؟</w:t>
      </w:r>
    </w:p>
    <w:p>
      <w:r>
        <w:rPr>
          <w:b/>
        </w:rPr>
        <w:t xml:space="preserve">[19:39] </w:t>
      </w:r>
      <w:r>
        <w:t>qatal gahein hain. toh qatal gaah declare kar diya is ko. halanke woh thay center of degen deconditioning.</w:t>
      </w:r>
    </w:p>
    <w:p>
      <w:pPr>
        <w:jc w:val="right"/>
      </w:pPr>
      <w:r>
        <w:t>قتل گاہیں ہیں۔ تو قتل گاہ ڈیکلیئر کر دیا اس کو۔ حالانکہ وہ تھے سینٹر آف ڈی جن ڈی کنڈیشننگ۔</w:t>
      </w:r>
    </w:p>
    <w:p>
      <w:r>
        <w:rPr>
          <w:b/>
        </w:rPr>
        <w:t xml:space="preserve">[19:51] </w:t>
      </w:r>
      <w:r>
        <w:t>woh qatal gaah nahi thay, woh center of deconditioning thay. ek masla yeh tha ke yeh secular education wahan hoti hai, wahan par doosre qomon ke log padhte hain.</w:t>
      </w:r>
    </w:p>
    <w:p>
      <w:pPr>
        <w:jc w:val="right"/>
      </w:pPr>
      <w:r>
        <w:t>وہ قتل گاہ نہیں تھے، وہ سینٹر آف ڈی کنڈیشننگ تھے۔ ایک مسئلہ یہ تھا کہ یہ سیکولر ایجوکیشن وہاں ہوتی ہے، وہاں پر دوسرے قوموں کے لوگ پڑھتے ہیں۔</w:t>
      </w:r>
    </w:p>
    <w:p>
      <w:r>
        <w:rPr>
          <w:b/>
        </w:rPr>
        <w:t xml:space="preserve">[20:03] </w:t>
      </w:r>
      <w:r>
        <w:t>to musalmanon ke deen ko kaise hifazat ki jaye? is ka behtareen tareeqa kya tha? apne gharon mein aap intezam ki jiye. yaani gharon ko informal, informal education center bana di jiye.</w:t>
      </w:r>
    </w:p>
    <w:p>
      <w:pPr>
        <w:jc w:val="right"/>
      </w:pPr>
      <w:r>
        <w:t>تو مسلمانوں کے دین کو کیسے حفاظت کی جائے؟ اس کا بہترین طریقہ کیا تھا؟ اپنے گھروں میں آپ انتظام کیجئے۔ یعنی گھروں کو انفارمل، انفارمل ایجوکیشن سینٹر بنا دیجئے۔</w:t>
      </w:r>
    </w:p>
    <w:p>
      <w:r>
        <w:rPr>
          <w:b/>
        </w:rPr>
        <w:t xml:space="preserve">[20:17] </w:t>
      </w:r>
      <w:r>
        <w:t>formal education school, college, university mein ho. informal education ghar par ho. deen ke tahaffuz ke liye. yeh tha.</w:t>
      </w:r>
    </w:p>
    <w:p>
      <w:pPr>
        <w:jc w:val="right"/>
      </w:pPr>
      <w:r>
        <w:t>فارمل ایجوکیشن اسکول، کالج، یونیورسٹی میں ہو۔ انفارمل ایجوکیشن گھر پر ہو۔ دین کے تحفظ کے لیے۔ یہ تھا۔</w:t>
      </w:r>
    </w:p>
    <w:p>
      <w:r>
        <w:rPr>
          <w:b/>
        </w:rPr>
        <w:t xml:space="preserve">[20:28] </w:t>
      </w:r>
      <w:r>
        <w:t>bajaye is ke ke is ko qatlagah elaan karein aap aur khud apne idare banayein jahan compreshion na ho, jahan bilkul apnon ka mamla ho.</w:t>
      </w:r>
    </w:p>
    <w:p>
      <w:pPr>
        <w:jc w:val="right"/>
      </w:pPr>
      <w:r>
        <w:t>بجائے اس کے کہ اس کو قتل گاہ اعلان کریں آپ اور خود اپنے ادارے بنائیں جہاں کمپریشن نہ ہو، جہاں بالکل اپنوں کا معاملہ ہو۔</w:t>
      </w:r>
    </w:p>
    <w:p>
      <w:r>
        <w:rPr>
          <w:b/>
        </w:rPr>
        <w:t xml:space="preserve">[20:36] </w:t>
      </w:r>
      <w:r>
        <w:t>aap ja kar dekhiye jo musalmanon ke idare hain, is qadar wahan apna pan hai ke bhai musalmanon ko to yahan jagah deni pare gi, nahi dein ge to kahan musalman jayein ge?</w:t>
      </w:r>
    </w:p>
    <w:p>
      <w:pPr>
        <w:jc w:val="right"/>
      </w:pPr>
      <w:r>
        <w:t>آپ جا کر دیکھیے جو مسلمانوں کے ادارے ہیں، اس قدر وہاں اپنا پن ہے کہ بھئی مسلمانوں کو تو یہاں جگہ دینی پڑے گی، نہیں دیں گے تو کہاں مسلمان جائیں گے؟</w:t>
      </w:r>
    </w:p>
    <w:p>
      <w:r>
        <w:rPr>
          <w:b/>
        </w:rPr>
        <w:t xml:space="preserve">[20:46] </w:t>
      </w:r>
      <w:r>
        <w:t>yeh nazariya wahan par hai. jitne musalmanon ke school, college, university hain, wahan par yeh nazariya hai ke agar musalmanon ko yahan jagah nahi mile gi to kahan mile gi jagah?</w:t>
      </w:r>
    </w:p>
    <w:p>
      <w:pPr>
        <w:jc w:val="right"/>
      </w:pPr>
      <w:r>
        <w:t>یہ نظریہ وہاں پر ہے۔ جتنے مسلمانوں کے اسکول، کالج، یونیورسٹی ہیں، وہاں پر یہ نظریہ ہے کہ اگر مسلمانوں کو یہاں جگہ نہیں ملے گی تو کہاں ملے گی جگہ؟</w:t>
      </w:r>
    </w:p>
    <w:p>
      <w:r>
        <w:rPr>
          <w:b/>
        </w:rPr>
        <w:t xml:space="preserve">[20:56] </w:t>
      </w:r>
      <w:r>
        <w:t>badtareen qism ka favoritism hai. nikamme qism ke, nalaeq qism ke, be sahare log bhare hue hain in idaron mein.</w:t>
      </w:r>
    </w:p>
    <w:p>
      <w:pPr>
        <w:jc w:val="right"/>
      </w:pPr>
      <w:r>
        <w:t>بدترین قسم کا فیورٹیزم ہے۔ نکمے قسم کے، نالائق قسم کے، بے سہارے لوگ بھرے ہوئے ہیں ان اداروں میں۔</w:t>
      </w:r>
    </w:p>
    <w:p>
      <w:r>
        <w:rPr>
          <w:b/>
        </w:rPr>
        <w:t xml:space="preserve">[21:07] </w:t>
      </w:r>
      <w:r>
        <w:t>aap ko shaq ho to aap kisi bhi muslim idare mein chale jaiye aur ja kar dekh li jiye. kyun? wahan compreshion nahi hai. to agar muslim naslon ko dala gaya hota is education mein, yaani secular education mein,</w:t>
      </w:r>
    </w:p>
    <w:p>
      <w:pPr>
        <w:jc w:val="right"/>
      </w:pPr>
      <w:r>
        <w:t>آپ کو شک ہو تو آپ کسی بھی مسلم ادارے میں چلے جائیے اور جا کے دیکھ لیجئے۔ کیوں؟ وہاں کمپریشن نہیں ہے۔ تو اگر مسلم نسلوں کو ڈالا گیا ہوتا اس ایجوکیشن میں، یعنی سیکولر ایجوکیشن میں،</w:t>
      </w:r>
    </w:p>
    <w:p>
      <w:r>
        <w:rPr>
          <w:b/>
        </w:rPr>
        <w:t xml:space="preserve">[21:22] </w:t>
      </w:r>
      <w:r>
        <w:t>to wahan par un ka woh hota muqabla hota hindu se, isai se, doosri qomon se. is compreshion ke douran un ki aik nai, un ki side ubharti.</w:t>
      </w:r>
    </w:p>
    <w:p>
      <w:pPr>
        <w:jc w:val="right"/>
      </w:pPr>
      <w:r>
        <w:t>تو وہاں پر ان کا وہ ہوتا مقابلہ ہوتا ہندو سے، عیسائی سے، دوسری قوموں سے۔ اس کمپریشن کے دوران ان کی ایک نئی، ان کی سائیڈ ابھرتی۔</w:t>
      </w:r>
    </w:p>
    <w:p>
      <w:r>
        <w:rPr>
          <w:b/>
        </w:rPr>
        <w:t xml:space="preserve">[21:36] </w:t>
      </w:r>
      <w:r>
        <w:t>woh challenge mein daal, woh woh challenge tha, woh woh qatlagah nahi thay, woh woh challenge gah thay. woh log, yeh idare jo hain, qatlagah nahi thay, woh woh challenge gah thay.</w:t>
      </w:r>
    </w:p>
    <w:p>
      <w:pPr>
        <w:jc w:val="right"/>
      </w:pPr>
      <w:r>
        <w:t>وہ چیلنج میں ڈال، وہ وہ چیلنج تھا، وہ وہ قتل گاہ نہیں تھے، وہ وہ چیلنج گاہ تھے۔ وہ لوگ، یہ ادارے جو ہیں، قتل گاہ نہیں تھے، وہ وہ چیلنج گاہ تھے۔</w:t>
      </w:r>
    </w:p>
    <w:p>
      <w:r>
        <w:rPr>
          <w:b/>
        </w:rPr>
        <w:t xml:space="preserve">[21:47] </w:t>
      </w:r>
      <w:r>
        <w:t>aur challenge hi pe insan bante hain. to main samajhta hoon ke jo woh, woh jo quran mein aik aik dua hai ke rabana wala tahmil alaina kama hamalta min qablina.</w:t>
      </w:r>
    </w:p>
    <w:p>
      <w:pPr>
        <w:jc w:val="right"/>
      </w:pPr>
      <w:r>
        <w:t>اور چیلنج ہی پہ انسان بنتے ہیں۔ تو میں سمجھتا ہوں کہ جو وہ، وہ جو قرآن میں ایک ایک دعا ہے کہ ربنا ولا تحمل علینا کما حملت من قبلنا۔</w:t>
      </w:r>
    </w:p>
    <w:p>
      <w:r>
        <w:rPr>
          <w:b/>
        </w:rPr>
        <w:t xml:space="preserve">[22:06] </w:t>
      </w:r>
      <w:r>
        <w:t>rabana wala tahmil alaina kama hamalta min qablina. aye Allah</w:t>
      </w:r>
    </w:p>
    <w:p>
      <w:pPr>
        <w:jc w:val="right"/>
      </w:pPr>
      <w:r>
        <w:t>ربنا ولا تحمل علینا کما حملت من قبلنا۔ اے اللہ</w:t>
      </w:r>
    </w:p>
    <w:p>
      <w:r>
        <w:rPr>
          <w:b/>
        </w:rPr>
        <w:t xml:space="preserve">[22:12] </w:t>
      </w:r>
      <w:r>
        <w:t>, hum par woh bojh na daal jo tu ne pichlon par dala tha. yaani pichlon ko desert therapy se guzarna para to woh humein na pesh aaye.</w:t>
      </w:r>
    </w:p>
    <w:p>
      <w:pPr>
        <w:jc w:val="right"/>
      </w:pPr>
      <w:r>
        <w:t>، ہم پر وہ بوجھ نہ ڈال جو تو نے پچھلوں پر ڈالا تھا۔ یعنی پچھلوں کو ڈیزرٹ تھیراپی سے گزرنا پڑا تو وہ ہمیں نہ پیش آئے۔</w:t>
      </w:r>
    </w:p>
    <w:p>
      <w:r>
        <w:rPr>
          <w:b/>
        </w:rPr>
        <w:t xml:space="preserve">[22:21] </w:t>
      </w:r>
      <w:r>
        <w:t>yeh to hua aap ko educational therapy. bohat hi asan tareeqa hai jis mein ilm bhi hai aur service bhi hai, job bhi hai, sab kuch hai.</w:t>
      </w:r>
    </w:p>
    <w:p>
      <w:pPr>
        <w:jc w:val="right"/>
      </w:pPr>
      <w:r>
        <w:t>یہ تو ہوا آپ کو ایجوکیشنل تھیراپی۔ بہت ہی آسان طریقہ ہے جس میں علم بھی ہے اور سروس بھی ہے، جاب بھی ہے، سب کچھ ہے۔</w:t>
      </w:r>
    </w:p>
    <w:p>
      <w:r>
        <w:rPr>
          <w:b/>
        </w:rPr>
        <w:t xml:space="preserve">[22:31] </w:t>
      </w:r>
      <w:r>
        <w:t>to desert therapy ki jagah aap ko educational therapy di gayi. chacha, yeh yeh farzi baat nahi hai. aap dekh li jiye, is zamane mein bhi jo</w:t>
      </w:r>
    </w:p>
    <w:p>
      <w:pPr>
        <w:jc w:val="right"/>
      </w:pPr>
      <w:r>
        <w:t>تو ڈیزرٹ تھیراپی کی جگہ آپ کو ایجوکیشنل تھیراپی دی گئی۔ چاچا، یہ یہ فرضی بات نہیں ہے۔ آپ دیکھ لیجئے، اس زمانے میں بھی جو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