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Peace Conference, Day 1, Global Quran Translation and Distribution presentation by Maria Khan</w:t>
      </w:r>
    </w:p>
    <w:p>
      <w:r>
        <w:t>https://www.youtube.com/watch?v=3KWde6lmuJM</w:t>
      </w:r>
    </w:p>
    <w:p>
      <w:r>
        <w:rPr>
          <w:b/>
        </w:rPr>
        <w:t xml:space="preserve">[00:06] </w:t>
      </w:r>
      <w:r>
        <w:t>kafi saal pehle CPS international ka jo mission tha jis mein quran distribution ki call Maulana sahib ne di to yeh aik dream tha ke quran translations hon aur quran distribution ho jo world wide level pe ho.</w:t>
      </w:r>
    </w:p>
    <w:p>
      <w:pPr>
        <w:jc w:val="right"/>
      </w:pPr>
      <w:r>
        <w:t>کافی سال پہلے سی پی ایس انٹرنیشنل کا جو مشن تھا جس میں قرآن ڈسٹریبیوشن کی کال مولانا صاحب نے دی تو یہ ایک ڈریم تھا کہ قرآن ٹرانسلیشنز ہوں اور قرآن ڈسٹریبیوشن ہو جو ورلڈ وائیڈ لیول پہ ہو۔</w:t>
      </w:r>
    </w:p>
    <w:p>
      <w:r>
        <w:rPr>
          <w:b/>
        </w:rPr>
        <w:t xml:space="preserve">[00:20] </w:t>
      </w:r>
      <w:r>
        <w:t>and this dream was actualized by Dr. Saniyya Saneen Khan. he took that as a great responsibility and he put CPS International into the global map.</w:t>
      </w:r>
    </w:p>
    <w:p>
      <w:pPr>
        <w:jc w:val="right"/>
      </w:pPr>
      <w:r>
        <w:t>اینڈ دس ڈریم واز ایکچولائزڈ بائے ڈاکٹر ثانیہ سنین خان۔ ہی ٹک دیٹ ایز ا گریٹ ریسپانسبیلٹی اینڈ ہی پٹ سی پی ایس انٹرنیشنل ان ٹو دا گلوبل میپ۔</w:t>
      </w:r>
    </w:p>
    <w:p>
      <w:r>
        <w:rPr>
          <w:b/>
        </w:rPr>
        <w:t xml:space="preserve">[00:31] </w:t>
      </w:r>
      <w:r>
        <w:t>today the quran distribution is being done in a very coordinated manner in the entire world. more than 8 million copies of quran have already been distributed.</w:t>
      </w:r>
    </w:p>
    <w:p>
      <w:pPr>
        <w:jc w:val="right"/>
      </w:pPr>
      <w:r>
        <w:t>ٹوڈے دی قرآن ڈسٹریبیوشن از بینگ ڈن ان ا ویری کوارڈینیٹڈ مینر ان دی انٹائر ورلڈ۔ مور دین ایٹ ملین کاپیز اف قرآن ہیو الریڈی بین ڈسٹریبیوٹڈ۔</w:t>
      </w:r>
    </w:p>
    <w:p>
      <w:r>
        <w:rPr>
          <w:b/>
        </w:rPr>
        <w:t xml:space="preserve">[00:43] </w:t>
      </w:r>
      <w:r>
        <w:t>25 translations of quran in national and international languages have already been done and lot in under progress. so there are lot of things that are happening in a global level.</w:t>
      </w:r>
    </w:p>
    <w:p>
      <w:pPr>
        <w:jc w:val="right"/>
      </w:pPr>
      <w:r>
        <w:t>25 ٹرانسلیشنز اف قرآن ان نیشنل اینڈ انٹرنیشنل لینگویجز ہیو الریڈی بین ڈن اینڈ لاٹ ان انڈر پروگریس۔ سو دیر ار لاٹ اف تھنگز دیٹ ار ہیپننگ ان ا گلوبل لیول۔</w:t>
      </w:r>
    </w:p>
    <w:p>
      <w:r>
        <w:rPr>
          <w:b/>
        </w:rPr>
        <w:t xml:space="preserve">[00:54] </w:t>
      </w:r>
      <w:r>
        <w:t>Dr. Saniyya Saneen Khan sahib yeh khud aap sab logon ke sath share karna cha rahe the but subah thori si tabiyat un ki kharab ho gayi.</w:t>
      </w:r>
    </w:p>
    <w:p>
      <w:pPr>
        <w:jc w:val="right"/>
      </w:pPr>
      <w:r>
        <w:t>ڈاکٹر ثانیہ سنین خان صاحب یہ خود آپ سب لوگوں کے ساتھ شیئر کرنا چاہ رہے تھے بٹ صبح تھوڑی سی طبیعت ان کی خراب ہو گئی۔</w:t>
      </w:r>
    </w:p>
    <w:p>
      <w:r>
        <w:rPr>
          <w:b/>
        </w:rPr>
        <w:t xml:space="preserve">[01:04] </w:t>
      </w:r>
      <w:r>
        <w:t>so representing Dr. Saniyya Saneen Khan is Dr. Maria Khan. she will share with all of us what Dr. Saniyya Saneen Khan wanted to tell all of us.</w:t>
      </w:r>
    </w:p>
    <w:p>
      <w:pPr>
        <w:jc w:val="right"/>
      </w:pPr>
      <w:r>
        <w:t>سو ریپریزنٹنگ ڈاکٹر ثانیہ سنین خان از ڈاکٹر ماریہ خان۔ شی ویل شیئر ود ال اف اس واٹ ڈاکٹر ثانیہ سنین خان وانٹڈ ٹو ٹیل ال اف اس۔</w:t>
      </w:r>
    </w:p>
    <w:p>
      <w:r>
        <w:rPr>
          <w:b/>
        </w:rPr>
        <w:t xml:space="preserve">[01:14] </w:t>
      </w:r>
      <w:r>
        <w:t>so I will request Dr. Maria Khan to come here and present Dr. Saniyya Saneen Khan presentation. Dr. Maria Khan.</w:t>
      </w:r>
    </w:p>
    <w:p>
      <w:pPr>
        <w:jc w:val="right"/>
      </w:pPr>
      <w:r>
        <w:t>سو آئی ویل ریکویسٹ ڈاکٹر ماریہ خان ٹو کم ہیر اینڈ پریزنٹ ڈاکٹر ثانیہ سنین خان پریزنٹیشن۔ ڈاکٹر ماریہ خان۔</w:t>
      </w:r>
    </w:p>
    <w:p>
      <w:r>
        <w:rPr>
          <w:b/>
        </w:rPr>
        <w:t xml:space="preserve">[01:22] </w:t>
      </w:r>
      <w:r>
        <w:t>assalam o alaikum. so as Maulana just said that the purpose of CPS is to make the word of God or the quran enter every home.</w:t>
      </w:r>
    </w:p>
    <w:p>
      <w:pPr>
        <w:jc w:val="right"/>
      </w:pPr>
      <w:r>
        <w:t>السلام علیکم۔ سو ایز مولانا جسٹ سیڈ دیٹ دا پرپس اف سی پی ایس از ٹو میک دا ورڈ اف گاڈ اور دا قرآن انٹر ایوری ہوم۔</w:t>
      </w:r>
    </w:p>
    <w:p>
      <w:r>
        <w:rPr>
          <w:b/>
        </w:rPr>
        <w:t xml:space="preserve">[01:34] </w:t>
      </w:r>
      <w:r>
        <w:t>so this PPT which abaa has made it gives an overview of how CPS members are practically translating the quran in different languages of the world and how they are distributing it world wide at a global level.</w:t>
      </w:r>
    </w:p>
    <w:p>
      <w:pPr>
        <w:jc w:val="right"/>
      </w:pPr>
      <w:r>
        <w:t>سو دس پی پی ٹی وچ ابا ہیز میڈ اٹ گیوز این اوور ویو اف ہاؤ سی پی ایس ممبرز ار پریکٹیکلی ٹرانسلیٹنگ دا قرآن ان ڈفرنٹ لینگویجز اف دا ورلڈ اینڈ ہاؤ دے آر ڈسٹریبیوٹنگ اٹ ورلڈ وائیڈ ایٹ ا گلوبل لیول۔</w:t>
      </w:r>
    </w:p>
    <w:p>
      <w:r>
        <w:rPr>
          <w:b/>
        </w:rPr>
        <w:t xml:space="preserve">[01:50] </w:t>
      </w:r>
      <w:r>
        <w:t>so the title of the PPT is Global Quran Translation and Distribution. this slide shows the number of quran translations that we have.</w:t>
      </w:r>
    </w:p>
    <w:p>
      <w:pPr>
        <w:jc w:val="right"/>
      </w:pPr>
      <w:r>
        <w:t>سو دا ٹائٹل اف دا پی پی ٹی از گلوبل قرآن ٹرانسلیشن اینڈ ڈسٹریبیوشن۔ دس سلائیڈ شوز دا نمبر اف قرآن ٹرانسلیشنز دیٹ وی ہیو۔</w:t>
      </w:r>
    </w:p>
    <w:p>
      <w:r>
        <w:rPr>
          <w:b/>
        </w:rPr>
        <w:t xml:space="preserve">[02:03] </w:t>
      </w:r>
      <w:r>
        <w:t>we have the quran translations currently in 120 languages. the green dots are the translations which are have already been printed and the red dots are the quran translations which are under way.</w:t>
      </w:r>
    </w:p>
    <w:p>
      <w:pPr>
        <w:jc w:val="right"/>
      </w:pPr>
      <w:r>
        <w:t>وی ہیو دا قرآن ٹرانسلیشنز کرنٹلی ان 120 لینگویجز۔ دا گرین ڈاٹس ار دا ٹرانسلیشنز وچ ار ہیو الریڈی بین پرنٹڈ اینڈ دا ریڈ ڈاٹس ار دا قرآن ٹرانسلیشنز وچ ار انڈر وے۔</w:t>
      </w:r>
    </w:p>
    <w:p>
      <w:r>
        <w:rPr>
          <w:b/>
        </w:rPr>
        <w:t xml:space="preserve">[02:20] </w:t>
      </w:r>
      <w:r>
        <w:t>they have not been printed yet. so the goal which abaa has set for CPS is to have at least 120 translations the quran in 120 languages of the world.</w:t>
      </w:r>
    </w:p>
    <w:p>
      <w:pPr>
        <w:jc w:val="right"/>
      </w:pPr>
      <w:r>
        <w:t>دے ہیون بینٹ پرنٹڈ یٹ۔ سو دا گول وچ ابا ہیز سیٹ فار سی پی ایس از ٹو ہیو ایٹ لیسٹ 120 ٹرانسلیشنز دا قرآن ان 120 لینگویجز اف دا ورلڈ۔</w:t>
      </w:r>
    </w:p>
    <w:p>
      <w:r>
        <w:rPr>
          <w:b/>
        </w:rPr>
        <w:t xml:space="preserve">[02:36] </w:t>
      </w:r>
      <w:r>
        <w:t>at the moment he said he told me that they are over 7000 languages but the number 120 is the number of languages which are popular and international and are considered as international languages.</w:t>
      </w:r>
    </w:p>
    <w:p>
      <w:pPr>
        <w:jc w:val="right"/>
      </w:pPr>
      <w:r>
        <w:t>ایٹ دا مومنٹ ہی سیڈ ہی ٹولڈ می دیٹ دے ار اوور 7000 لینگویجز بٹ دا نمبر 120 از دا نمبر اف لینگویجز وچ ار پاپولر اینڈ انٹرنیشنل اینڈ ار کنسیڈرڈ ایز انٹرنیشنل لینگویجز۔</w:t>
      </w:r>
    </w:p>
    <w:p>
      <w:r>
        <w:rPr>
          <w:b/>
        </w:rPr>
        <w:t xml:space="preserve">[02:53] </w:t>
      </w:r>
      <w:r>
        <w:t>so this map represents the regions of the world where the Maulana translation of the quran are being distributed currently.</w:t>
      </w:r>
    </w:p>
    <w:p>
      <w:pPr>
        <w:jc w:val="right"/>
      </w:pPr>
      <w:r>
        <w:t>سو دس میپ ریپریزنٹس دا ریجنز اف دا ورلڈ ویئر دا مولانا ٹرانسلیشن اف دا قرآن ار بینگ ڈسٹریبیوٹڈ کرنٹلی۔</w:t>
      </w:r>
    </w:p>
    <w:p>
      <w:r>
        <w:rPr>
          <w:b/>
        </w:rPr>
        <w:t xml:space="preserve">[03:05] </w:t>
      </w:r>
      <w:r>
        <w:t>so we have North America, we have South America, we have Africa, we have Central Asia, we have the Middle East, we have the Indian subcontinent and we have Australia, New Zealand and the South East Asia.</w:t>
      </w:r>
    </w:p>
    <w:p>
      <w:pPr>
        <w:jc w:val="right"/>
      </w:pPr>
      <w:r>
        <w:t>سو وی ہیو نارتھ امریکہ، وی ہیو ساؤتھ امریکہ، وی ہیو افریقہ، وی ہیو سینٹرل ایشیا، وی ہیو دا مڈل ایسٹ، وی ہیو دا انڈین سب کانٹیننٹ اینڈ وی ہیو اسٹریلیا، نیوزی لینڈ اینڈ دا ساؤتھ ایسٹ ایشیا۔</w:t>
      </w:r>
    </w:p>
    <w:p>
      <w:r>
        <w:rPr>
          <w:b/>
        </w:rPr>
        <w:t xml:space="preserve">[03:21] </w:t>
      </w:r>
      <w:r>
        <w:t>so these are the places where these are the regions where good word quran translation is being distributed. and now I will go region by region.</w:t>
      </w:r>
    </w:p>
    <w:p>
      <w:pPr>
        <w:jc w:val="right"/>
      </w:pPr>
      <w:r>
        <w:t>سو دیز ار دا پلیسز ویئر دیز ار دا ریجنز ویئر گڈ ورڈ قرآن ٹرانسلیشن از بینگ ڈسٹریبیوٹڈ۔ اینڈ ناؤ آئی ویل گو ریجن بائی ریجن۔</w:t>
      </w:r>
    </w:p>
    <w:p>
      <w:r>
        <w:rPr>
          <w:b/>
        </w:rPr>
        <w:t xml:space="preserve">[03:31] </w:t>
      </w:r>
      <w:r>
        <w:t>first i will begin with the united states, canada and south america. so the united states and canada and south america region is headed by khwaja kaleemuddin sahib.</w:t>
      </w:r>
    </w:p>
    <w:p>
      <w:pPr>
        <w:jc w:val="right"/>
      </w:pPr>
      <w:r>
        <w:t>فرسٹ آئی ویل بیگن ود دا یونائٹڈ سٹیٹس، کینیڈا اینڈ ساؤتھ امریکہ۔ سو دا یونائٹڈ سٹیٹس اینڈ کینیڈا اینڈ ساؤتھ امریکہ ریجن از ہیڈڈ بائے خواجہ کلیم الدین صاحب۔</w:t>
      </w:r>
    </w:p>
    <w:p>
      <w:r>
        <w:rPr>
          <w:b/>
        </w:rPr>
        <w:t xml:space="preserve">[03:49] </w:t>
      </w:r>
      <w:r>
        <w:t>the quran translation center is based in philadelphia where kaleemuddin sahib lives. and there are two distribution centers in north america.</w:t>
      </w:r>
    </w:p>
    <w:p>
      <w:pPr>
        <w:jc w:val="right"/>
      </w:pPr>
      <w:r>
        <w:t>دا قرآن ٹرانسلیشن سینٹر از بیسڈ ان فلاڈیلفیا ویئر کلیم الدین صاحب لیوز۔ اینڈ دیر ار ٹو ڈسٹریبیوشن سینٹرز ان نارتھ امریکہ۔</w:t>
      </w:r>
    </w:p>
    <w:p>
      <w:r>
        <w:rPr>
          <w:b/>
        </w:rPr>
        <w:t xml:space="preserve">[03:59] </w:t>
      </w:r>
      <w:r>
        <w:t>one is in philadelphia where kaleem uncle stays and the other is in new jersey where kousar azhar apa stays. so they both are distribution points in north america.</w:t>
      </w:r>
    </w:p>
    <w:p>
      <w:pPr>
        <w:jc w:val="right"/>
      </w:pPr>
      <w:r>
        <w:t>ون از ان فلاڈیلفیا ویئر کلیم انکل سٹیز اینڈ دی ادر از ان نیو جرسی ویئر کوثر اظہار آپا سٹیز۔ سو دے بوتھ ار ڈسٹریبیوشن پوائنٹس ان نارتھ امریکہ۔</w:t>
      </w:r>
    </w:p>
    <w:p>
      <w:r>
        <w:rPr>
          <w:b/>
        </w:rPr>
        <w:t xml:space="preserve">[04:09] </w:t>
      </w:r>
      <w:r>
        <w:t>so kaleem uncle sends quran translations big shipments to a number of groups such as islamic centers or da'wah groups or mos.</w:t>
      </w:r>
    </w:p>
    <w:p>
      <w:pPr>
        <w:jc w:val="right"/>
      </w:pPr>
      <w:r>
        <w:t>سو کلیم انکل سینڈز قرآن ٹرانسلیشنز بگ شپمنٹس ٹو ا نمبر اف گروپس سچ ایز اسلامک سینٹرز اور دعوی گروپس اور موس۔</w:t>
      </w:r>
    </w:p>
    <w:p>
      <w:r>
        <w:rPr>
          <w:b/>
        </w:rPr>
        <w:t xml:space="preserve">[04:19] </w:t>
      </w:r>
      <w:r>
        <w:t>so they prefer our translation because it is very low priced and secondly it is very simple and easy to read. so they order quran translations from him in bulk.</w:t>
      </w:r>
    </w:p>
    <w:p>
      <w:pPr>
        <w:jc w:val="right"/>
      </w:pPr>
      <w:r>
        <w:t>سو دے پریفر اور ٹرانسلیشن بیکاز اٹ از ویری لو پرائسڈ اینڈ سیکنڈلی اٹ از ویری سمپل اینڈ ایزی ٹو ریڈ۔ سو دے آرڈر قرآن ٹرانسلیشنز فرام ہم ان بلک۔</w:t>
      </w:r>
    </w:p>
    <w:p>
      <w:r>
        <w:rPr>
          <w:b/>
        </w:rPr>
        <w:t xml:space="preserve">[04:31] </w:t>
      </w:r>
      <w:r>
        <w:t>then in new jersey kousar apa does the quran distribution to individuals. there are many individuals throughout the usa and they often give quran requests.</w:t>
      </w:r>
    </w:p>
    <w:p>
      <w:pPr>
        <w:jc w:val="right"/>
      </w:pPr>
      <w:r>
        <w:t>دین ان نیو جرسی کوثر آپا ڈز دا قرآن ڈسٹریبیوشن ٹو انڈیویجولز۔ دیر ار مینی انڈیویجولز تھرو آؤٹ دا یو ایس اے اینڈ دے افن گیو قرآن ریکویسٹ۔</w:t>
      </w:r>
    </w:p>
    <w:p>
      <w:r>
        <w:rPr>
          <w:b/>
        </w:rPr>
        <w:t xml:space="preserve">[04:43] </w:t>
      </w:r>
      <w:r>
        <w:t>so she is the one who sends out qurans to individuals. then in canada in toronto we have a group.</w:t>
      </w:r>
    </w:p>
    <w:p>
      <w:pPr>
        <w:jc w:val="right"/>
      </w:pPr>
      <w:r>
        <w:t>سو شی از دا ون ہو سینڈز آؤٹ قرآنز ٹو انڈیویجولز۔ دین ان کینیڈا ان ٹورنٹو وی ہیو ا گروپ۔</w:t>
      </w:r>
    </w:p>
    <w:p>
      <w:r>
        <w:rPr>
          <w:b/>
        </w:rPr>
        <w:t xml:space="preserve">[04:51] </w:t>
      </w:r>
      <w:r>
        <w:t>we have two people, husband and wife, asim shafi sahib and his wife. they both are very dedicated and very committed souls and they are doing the work in toronto.</w:t>
      </w:r>
    </w:p>
    <w:p>
      <w:pPr>
        <w:jc w:val="right"/>
      </w:pPr>
      <w:r>
        <w:t>وی ہیو ٹو پیپل، ہسبینڈ اینڈ وائف، عاصم شفیع صاحب اینڈ ہز وائف۔ دے بوتھ ار ویری ڈیڈیکیٹڈ اینڈ ویری کمٹڈ دائس اینڈ دے آر ڈوئنگ دا ورک ان ٹورنٹو۔</w:t>
      </w:r>
    </w:p>
    <w:p>
      <w:r>
        <w:rPr>
          <w:b/>
        </w:rPr>
        <w:t xml:space="preserve">[05:01] </w:t>
      </w:r>
      <w:r>
        <w:t>and they are doing the quran distribution over there. and this list starting from brazil shows the regions which kaleem sahib and kousar apa and the entire us team and the canada team is covering currently.</w:t>
      </w:r>
    </w:p>
    <w:p>
      <w:pPr>
        <w:jc w:val="right"/>
      </w:pPr>
      <w:r>
        <w:t>اینڈ دے آر ڈوئنگ دا قرآن ڈسٹریبیوشن اوور دیر۔ اینڈ دس لسٹ سٹارٹنگ فرام برازیل شوز دا ریجنز وچ کلیم صاحب اینڈ کوثر آپا اینڈ دا انٹائر یو ایس ٹیم اینڈ دا کینیڈا ٹیم از کورنگ کرنٹلی۔</w:t>
      </w:r>
    </w:p>
    <w:p>
      <w:r>
        <w:rPr>
          <w:b/>
        </w:rPr>
        <w:t xml:space="preserve">[05:21] </w:t>
      </w:r>
      <w:r>
        <w:t>recently brazil has been marked in red because recently kaleem sahib went to brazil and he met a group of very dedicated ladies who are already doing the work.</w:t>
      </w:r>
    </w:p>
    <w:p>
      <w:pPr>
        <w:jc w:val="right"/>
      </w:pPr>
      <w:r>
        <w:t>ریسنٹلی برازیل ہیز بین مارکڈ ان ریڈ بیکاز ریسنٹلی کلیم صاحب وینٹ ٹو برازیل اینڈ ہی میٹ ا گروپ اف ویری ڈیڈیکیٹڈ لیڈیز ہو آر الریڈی ڈوئنگ دا ورک۔</w:t>
      </w:r>
    </w:p>
    <w:p>
      <w:r>
        <w:rPr>
          <w:b/>
        </w:rPr>
        <w:t xml:space="preserve">[05:33] </w:t>
      </w:r>
      <w:r>
        <w:t>so kaleem sahib went there and he inspired them, gave them a lot of direction and he introduced the translation done by maulana and the literature written by maulana.</w:t>
      </w:r>
    </w:p>
    <w:p>
      <w:pPr>
        <w:jc w:val="right"/>
      </w:pPr>
      <w:r>
        <w:t>سو کلیم صاحب وینٹ دیر اینڈ ہی انسپائرڈ دیم، گیو دیم ا لاٹ اف ڈائریکشن اینڈ ہی انٹروڈیوسڈ دا ٹرانسلیشن ڈن بائے مولانا اینڈ دا لٹریچر رٹن بائے مولانا۔</w:t>
      </w:r>
    </w:p>
    <w:p>
      <w:r>
        <w:rPr>
          <w:b/>
        </w:rPr>
        <w:t xml:space="preserve">[05:44] </w:t>
      </w:r>
      <w:r>
        <w:t>and now these ladies are instrumental in distributing this literature and this quran. so there are a number of photos also which was shared on whatsapp.</w:t>
      </w:r>
    </w:p>
    <w:p>
      <w:pPr>
        <w:jc w:val="right"/>
      </w:pPr>
      <w:r>
        <w:t>اینڈ ناؤ دیز لیڈیز ار انسٹرومنٹل ان ڈسٹریبیوٹنگ دس لٹریچر اینڈ دس قرآن۔ سو دیر ار ا نمبر اف فوٹوز السو وچ واز شیئرڈ ان واٹس ایپ۔</w:t>
      </w:r>
    </w:p>
    <w:p>
      <w:r>
        <w:rPr>
          <w:b/>
        </w:rPr>
        <w:t xml:space="preserve">[05:52] </w:t>
      </w:r>
      <w:r>
        <w:t>you all may have seen they are doing it in a very creative way. so brazil is the door way to south america which we have found.</w:t>
      </w:r>
    </w:p>
    <w:p>
      <w:pPr>
        <w:jc w:val="right"/>
      </w:pPr>
      <w:r>
        <w:t>یو ال می ہیو سیڈ دے آر ڈوئنگ اٹ ان ا ویری کریٹیو وے۔ سو برازیل از دا ڈور وے ٹو ساؤتھ امریکہ وچ وی ہیو فاؤنڈ۔</w:t>
      </w:r>
    </w:p>
    <w:p>
      <w:r>
        <w:rPr>
          <w:b/>
        </w:rPr>
        <w:t xml:space="preserve">[06:03] </w:t>
      </w:r>
      <w:r>
        <w:t>then let's see a video by kaleem sahib in which he has explained the situation in north america and canada and south america of the work.</w:t>
      </w:r>
    </w:p>
    <w:p>
      <w:pPr>
        <w:jc w:val="right"/>
      </w:pPr>
      <w:r>
        <w:t>دین لیٹس سی ا ویڈیو بائے کلیم صاحب ان وچ ہی ہیز ایکسپلینڈ دا سچویشن ان نارتھ امریکہ اینڈ کینیڈا اینڈ ساؤتھ امریکہ اف دا ورک۔</w:t>
      </w:r>
    </w:p>
    <w:p>
      <w:r>
        <w:rPr>
          <w:b/>
        </w:rPr>
        <w:t xml:space="preserve">[06:19] </w:t>
      </w:r>
      <w:r>
        <w:t>assalam o alaikum. it has been a great favor and mercy of allah subhanahu wa ta'ala on cps usa due to the fact that we have been able to distribute over 15 million copies of quran here in the usa and canada.</w:t>
      </w:r>
    </w:p>
    <w:p>
      <w:pPr>
        <w:jc w:val="right"/>
      </w:pPr>
      <w:r>
        <w:t>السلام علیکم۔ اٹ ہیز بین ا گریٹ فیور اینڈ مرسی اف اللہ سبحانہ و تعالی ان سی پی ایس یو ایس اے ڈیو ٹو دا فیکٹ دیٹ وی ہیو بین ایبل ٹو ڈسٹریبیوٹ اوور 15 ملین کاپیز اف قرآن ہیر ان دا یو ایس اے اینڈ کینیڈا۔</w:t>
      </w:r>
    </w:p>
    <w:p>
      <w:r>
        <w:rPr>
          <w:b/>
        </w:rPr>
        <w:t xml:space="preserve">[06:42] </w:t>
      </w:r>
      <w:r>
        <w:t>in canada toronto is our main distribution center. brother asim shafi takes care of the distribution and as well as mailing of copies quran copies of quran to online requests.</w:t>
      </w:r>
    </w:p>
    <w:p>
      <w:pPr>
        <w:jc w:val="right"/>
      </w:pPr>
      <w:r>
        <w:t>ان کینیڈا ٹورنٹو از اور مین ڈسٹریبیوشن سینٹر۔ برادر عاصم شفیع ٹیکس کیئر اف دا ڈسٹریبیوشن اینڈ ایز ویل ایز میلنگ اف کاپیز قرآن کاپیز اف قرآن ٹو ان لائن ریکویسٹ۔</w:t>
      </w:r>
    </w:p>
    <w:p>
      <w:r>
        <w:rPr>
          <w:b/>
        </w:rPr>
        <w:t xml:space="preserve">[06:57] </w:t>
      </w:r>
      <w:r>
        <w:t>they distribute in state cultural festivals, book fairs, open mosques and interfaith events, college fairs, and in prisons and hospitals.</w:t>
      </w:r>
    </w:p>
    <w:p>
      <w:pPr>
        <w:jc w:val="right"/>
      </w:pPr>
      <w:r>
        <w:t>دے ڈسٹریبیوٹ ان سٹیٹ کلچرل فیسٹیولز، بک فیئرز، اوپن ماسک اینڈ انٹر فیتھ ایونٹس، کالج فیئرز، اینڈ ان prisons اینڈ ہاسپٹلز۔</w:t>
      </w:r>
    </w:p>
    <w:p>
      <w:r>
        <w:rPr>
          <w:b/>
        </w:rPr>
        <w:t xml:space="preserve">[07:10] </w:t>
      </w:r>
      <w:r>
        <w:t>recently allah subhanahu wa ta'ala has opened up another venue for quran distribution in brazil. in fact for the last two three years i had been in contact with a group of women there who had been engaged in the work.</w:t>
      </w:r>
    </w:p>
    <w:p>
      <w:pPr>
        <w:jc w:val="right"/>
      </w:pPr>
      <w:r>
        <w:t>ریسنٹلی اللہ سبحانہ و تعالی ہیز اوپنڈ اپ انادر وینیو فار قرآن ڈسٹریبیوشن ان برازیل۔ ان فیکٹ فار دا لاسٹ ٹو تھری ایئرز ائی ہیڈ بین ان کانٹیکٹ ود ا گروپ اف وومن دیر ہو ہیڈ بین انگیجڈ ان دا ورک۔</w:t>
      </w:r>
    </w:p>
    <w:p>
      <w:r>
        <w:rPr>
          <w:b/>
        </w:rPr>
        <w:t xml:space="preserve">[07:29] </w:t>
      </w:r>
      <w:r>
        <w:t>now they have become the distributors of our quran in large scale. just last december i travel to brazil and met the group there.</w:t>
      </w:r>
    </w:p>
    <w:p>
      <w:pPr>
        <w:jc w:val="right"/>
      </w:pPr>
      <w:r>
        <w:t>ناؤ دے ہیو بیکم دا ڈسٹریبیوٹرز اف اور قرآن ان لارج سکیل۔ جسٹ لاسٹ دسمبر ائی ٹریول ٹو برازیل اینڈ میٹ دا گروپ دیر۔</w:t>
      </w:r>
    </w:p>
    <w:p>
      <w:r>
        <w:rPr>
          <w:b/>
        </w:rPr>
        <w:t xml:space="preserve">[07:42] </w:t>
      </w:r>
      <w:r>
        <w:t>brazil is a portuguese speaking country. we have already shipped 10,000 copies of portuguese qurans and 10,000 more are ready to be shipped.</w:t>
      </w:r>
    </w:p>
    <w:p>
      <w:pPr>
        <w:jc w:val="right"/>
      </w:pPr>
      <w:r>
        <w:t>برازیل از ا پرتگالی سپیکنگ کنٹری۔ وی ہیو الریڈی شپٹ 10,000 کاپیز اف پرتگالی قرآنز اینڈ 10,000 more are ready to be shipped.</w:t>
      </w:r>
    </w:p>
    <w:p>
      <w:r>
        <w:rPr>
          <w:b/>
        </w:rPr>
        <w:t xml:space="preserve">[07:53] </w:t>
      </w:r>
      <w:r>
        <w:t>recently the brazil team went to its neighboring country paraguay and did the quran distribution there.</w:t>
      </w:r>
    </w:p>
    <w:p>
      <w:pPr>
        <w:jc w:val="right"/>
      </w:pPr>
      <w:r>
        <w:t>Recently the Brazil team went to its neighboring country Paraguay and did the قرآن ڈسٹریبیوشن there.</w:t>
      </w:r>
    </w:p>
    <w:p>
      <w:r>
        <w:rPr>
          <w:b/>
        </w:rPr>
        <w:t xml:space="preserve">[08:04] </w:t>
      </w:r>
      <w:r>
        <w:t>i have just returned from new zealand after connecting with the prospective distributors of quran. i visited four main cities like auckland, hamilton,</w:t>
      </w:r>
    </w:p>
    <w:p>
      <w:pPr>
        <w:jc w:val="right"/>
      </w:pPr>
      <w:r>
        <w:t>I have just returned from New Zealand after connecting with the prospective distributors of قرآن۔ I visited four main cities like Auckland, Hamilton,</w:t>
      </w:r>
    </w:p>
    <w:p>
      <w:r>
        <w:rPr>
          <w:b/>
        </w:rPr>
        <w:t xml:space="preserve">[08:19] </w:t>
      </w:r>
      <w:r>
        <w:t>wellington, and christchurch. the new zealanders are very nice people and very receptive to the message.</w:t>
      </w:r>
    </w:p>
    <w:p>
      <w:pPr>
        <w:jc w:val="right"/>
      </w:pPr>
      <w:r>
        <w:t>Wellington, and Christchurch۔ The New Zealanders are very nice people and very receptive to the message.</w:t>
      </w:r>
    </w:p>
    <w:p>
      <w:r>
        <w:rPr>
          <w:b/>
        </w:rPr>
        <w:t xml:space="preserve">[08:28] </w:t>
      </w:r>
      <w:r>
        <w:t>inshallah the cps usa with the coordination of good world books we will carry out quran distribution in new zealand, brazil, and in all spanish speaking countries of north and south american continents.</w:t>
      </w:r>
    </w:p>
    <w:p>
      <w:pPr>
        <w:jc w:val="right"/>
      </w:pPr>
      <w:r>
        <w:t>انشاءاللہ the CPS USA with the coordination of Good World Books we will carry out قرآن ڈسٹریبیوشن in New Zealand, Brazil, and in all Spanish speaking countries of North and South American continents.</w:t>
      </w:r>
    </w:p>
    <w:p>
      <w:r>
        <w:rPr>
          <w:b/>
        </w:rPr>
        <w:t xml:space="preserve">[08:45] </w:t>
      </w:r>
      <w:r>
        <w:t>may allah subhanahu wa ta'ala give maulana a robust health and keep him guiding us in our task of da'wah. amin.</w:t>
      </w:r>
    </w:p>
    <w:p>
      <w:pPr>
        <w:jc w:val="right"/>
      </w:pPr>
      <w:r>
        <w:t>May Allah سبحانہ و تعالی give مولانا a robust health and keep him guiding us in our task of دعویٰ۔ آمین۔</w:t>
      </w:r>
    </w:p>
    <w:p>
      <w:r>
        <w:rPr>
          <w:b/>
        </w:rPr>
        <w:t xml:space="preserve">[08:56] </w:t>
      </w:r>
      <w:r>
        <w:t>so k aleem uncle also keeps meeting a lot of people, a lot of individuals, and he inspired them to do the work.</w:t>
      </w:r>
    </w:p>
    <w:p>
      <w:pPr>
        <w:jc w:val="right"/>
      </w:pPr>
      <w:r>
        <w:t>سو کلیم انکل السو کیپس میٹنگ ا لاٹ اف پیپل، ا لاٹ اف انڈیویجولز، اینڈ ہی انسپائر دیم ٹو ڈو دا ورک۔</w:t>
      </w:r>
    </w:p>
    <w:p>
      <w:r>
        <w:rPr>
          <w:b/>
        </w:rPr>
        <w:t xml:space="preserve">[09:05] </w:t>
      </w:r>
      <w:r>
        <w:t>so the next slide is of a person called mir shaukat ali sahib, and he is a very patient and a very knowledgeable person, and he shares his experiences of the work.</w:t>
      </w:r>
    </w:p>
    <w:p>
      <w:pPr>
        <w:jc w:val="right"/>
      </w:pPr>
      <w:r>
        <w:t>سو دا نیکسٹ سلائیڈ از اف ا پرسن کالڈ میر شوکت علی صاحب، اینڈ ہی از ا ویری پیشنٹ اینڈ ا ویری نالج ایبل پرسن، اینڈ ہی شیئرز ہز ایکسپیرینسز اف دا ورک۔</w:t>
      </w:r>
    </w:p>
    <w:p>
      <w:r>
        <w:rPr>
          <w:b/>
        </w:rPr>
        <w:t xml:space="preserve">[09:24] </w:t>
      </w:r>
      <w:r>
        <w:t>alhamdulillah rabbil alameen, wassalatu wassalamu ala rasulillah. my name is mir shaukat ali, and by education, training, and work experience, i am a mechanical engineer working in automotive industry for over 25 years.</w:t>
      </w:r>
    </w:p>
    <w:p>
      <w:pPr>
        <w:jc w:val="right"/>
      </w:pPr>
      <w:r>
        <w:t>الحمدللہ رب العالمین، والصلاۃ والسلام علی رسول اللہ۔ مائی نیم از میر شوکت علی، اینڈ بائی ایجوکیشن، ٹریننگ، اینڈ ورک ایکسپیرینس، ائی ایم اے مکینیکل انجینئر ورکنگ ان اٹوموٹیو انڈسٹری فار اوور 25 ایئرز۔</w:t>
      </w:r>
    </w:p>
    <w:p>
      <w:r>
        <w:rPr>
          <w:b/>
        </w:rPr>
        <w:t xml:space="preserve">[09:40] </w:t>
      </w:r>
      <w:r>
        <w:t>and my hobby and passion is dawah, and my main objective in doing dawah is to convey the message of Allah subhanahu wa ta'ala, the quran, to as many people as possible.</w:t>
      </w:r>
    </w:p>
    <w:p>
      <w:pPr>
        <w:jc w:val="right"/>
      </w:pPr>
      <w:r>
        <w:t>اینڈ مائی ہابی اینڈ پیشن از دعویٰ، اینڈ مائی مین ابجیکٹو ان ڈوئنگ دعویٰ از ٹو کنوے دی میسج اف اللہ سبحانہ و تعالی، دا قرآن، ٹو ایز مینی پیپل ایز پاسیبل۔</w:t>
      </w:r>
    </w:p>
    <w:p>
      <w:r>
        <w:rPr>
          <w:b/>
        </w:rPr>
        <w:t xml:space="preserve">[09:53] </w:t>
      </w:r>
      <w:r>
        <w:t>alhamdulillah since february 2011 until now, that is april and 2019, approximately about 15,000 copies of the quran translations in english by maulana wahiduddin khan have been distributed, mashallah.</w:t>
      </w:r>
    </w:p>
    <w:p>
      <w:pPr>
        <w:jc w:val="right"/>
      </w:pPr>
      <w:r>
        <w:t>الحمدللہ سنس فروری 2011 انٹل ناؤ، دیٹ از اپریل اینڈ 2019، اپروکسیمیٹلی اباؤٹ 15,000 کاپیز اف دا قرآن ترانسلیشنز ان انگلش بائے مولانا وحید الدین خان ہیو بین ڈسٹریبیوٹڈ، ماشاءاللہ۔</w:t>
      </w:r>
    </w:p>
    <w:p>
      <w:r>
        <w:rPr>
          <w:b/>
        </w:rPr>
        <w:t xml:space="preserve">[10:11] </w:t>
      </w:r>
      <w:r>
        <w:t>alhamdulillah rabbil alameen, by the blessings of god almighty, allah subhanahu wa ta'ala, i was able to get a small group of very dedicated brothers and sisters to help me in the task, either through their volunteering efforts or through financial contributions to do dawah.</w:t>
      </w:r>
    </w:p>
    <w:p>
      <w:pPr>
        <w:jc w:val="right"/>
      </w:pPr>
      <w:r>
        <w:t>الحمدللہ رب العالمین، بائی دی بلیسنگز اف گاڈ المائٹی، اللہ سبحانہ و تعالی، ائی واز ایبل ٹو گیٹ ا سمال گروپ اف ویری ڈیڈیکیٹڈ برادرز اینڈ سسٹرز ٹو ہیلپ می ان دا ٹاسک، ایتھر تھرو دیر والنٹیئرنگ ایفرٹس اور تھرو فائننشل کنٹریبیوشنز ٹو ڈو دعویٰ۔</w:t>
      </w:r>
    </w:p>
    <w:p>
      <w:r>
        <w:rPr>
          <w:b/>
        </w:rPr>
        <w:t xml:space="preserve">[10:31] </w:t>
      </w:r>
      <w:r>
        <w:t>may allah subhanahu wa ta'ala reward them all immensely for all the efforts that they have put forth. i have to say that without the continued help and support of khwaja kaleemuddin, who is a local distributor for cps global, al risalah forum international, and good word books, none of this would have been possible.</w:t>
      </w:r>
    </w:p>
    <w:p>
      <w:pPr>
        <w:jc w:val="right"/>
      </w:pPr>
      <w:r>
        <w:t>می اللہ سبحانہ و تعالی ریوارڈ دیم ال ایمنسلی فار ال دا ایفرٹس دیٹ دے ہیو پٹ فورتھ۔ ائی ہیو ٹو سی دیٹ وداؤٹ دی کنٹینیوڈ ہیلپ اینڈ سپورٹ اف خواجہ کلیم الدین، ہو از ا لوکل ڈسٹریبیوٹر فار سی پی ایس گلوبل، الرسالہ فورم انٹرنیشنل، اینڈ گڈ ورڈ بکس، نن اف دس وڈ ہیو بین پاسیبل۔</w:t>
      </w:r>
    </w:p>
    <w:p>
      <w:r>
        <w:rPr>
          <w:b/>
        </w:rPr>
        <w:t xml:space="preserve">[10:52] </w:t>
      </w:r>
      <w:r>
        <w:t>its an excellent english translation with surah names given in arabic and english. that allows me to easily connect people, english speaking people, with surah names.</w:t>
      </w:r>
    </w:p>
    <w:p>
      <w:pPr>
        <w:jc w:val="right"/>
      </w:pPr>
      <w:r>
        <w:t>اٹس این ایکسیلنٹ انگلش ٹرانسلیشن ود سورہ نیمز گیون ان عربک اینڈ انگلش۔ دیٹ الاؤز می ٹو ایزیلی کنیکٹ پیپل، انگلش سپیکنگ پیپل، ود سورہ نیمز۔</w:t>
      </w:r>
    </w:p>
    <w:p>
      <w:r>
        <w:rPr>
          <w:b/>
        </w:rPr>
        <w:t xml:space="preserve">[11:03] </w:t>
      </w:r>
      <w:r>
        <w:t>for example, if i say surah nisa, people think, heeeeee, what is surah nisa? i show them women, ah now they get it. so like this, its very easy to connect with the people.</w:t>
      </w:r>
    </w:p>
    <w:p>
      <w:pPr>
        <w:jc w:val="right"/>
      </w:pPr>
      <w:r>
        <w:t>فار ایگزیمپل، اف ائی سی سورہ نساء، پیپل تھنک، ہیییییییییییی، واٹ از سورہ نساء؟ ائی شو دیم وومن، اہ ناؤ دے گیٹ اٹ۔ سو لائک دس، اٹس ویری ایزی ٹو کنیکٹ ود دا پیپل۔</w:t>
      </w:r>
    </w:p>
    <w:p>
      <w:r>
        <w:rPr>
          <w:b/>
        </w:rPr>
        <w:t xml:space="preserve">[11:13] </w:t>
      </w:r>
      <w:r>
        <w:t>a lot of the other translation i have seen, they are not very clear in the way they have translated that. also its a very simple, easy to understand english, and the gist of the meaning of the quran has been given there, alhamdulillah.</w:t>
      </w:r>
    </w:p>
    <w:p>
      <w:pPr>
        <w:jc w:val="right"/>
      </w:pPr>
      <w:r>
        <w:t>ا لاٹ اف دی ادر ٹرانسلیشن ائی ہیو سین، دے ار ناٹ ویری کلیئر ان دا وے دے ہیو ٹرانسلیٹڈ دیٹ۔ السو اٹس ا ویری سمپل، ایزی ٹو انڈرسٹینڈ انگلش، اینڈ دا جسٹ اف دا میننگ اف دا قرآن ہیز بین گیون دیر، الحمدللہ۔</w:t>
      </w:r>
    </w:p>
    <w:p>
      <w:r>
        <w:rPr>
          <w:b/>
        </w:rPr>
        <w:t xml:space="preserve">[11:25] </w:t>
      </w:r>
      <w:r>
        <w:t>i have had several people who have read the quran online, and they came looking for a hard copy. so here it is. now because of the size, its light weight, and it is easy for people to carry around in market place or fairs and festivals where i typically go to.</w:t>
      </w:r>
    </w:p>
    <w:p>
      <w:pPr>
        <w:jc w:val="right"/>
      </w:pPr>
      <w:r>
        <w:t>ائی ہیو ہیڈ سیورل پیپل ہو ہیو ریڈ دا قرآن ان لائن، اینڈ دے کیم لوکنگ فار ا ہارڈ کاپی۔ سو ہیر اٹ از۔ ناؤ بیکاز اف دا سائز، اٹس لائٹ ویٹ، اینڈ اٹ از ایزی فار پیپل ٹو کیری اراؤنڈ ان مارکیٹ پلیس اور فیئرز اینڈ فیسٹیولز ویئر ائی ٹپیکلی گو ٹو۔</w:t>
      </w:r>
    </w:p>
    <w:p>
      <w:r>
        <w:rPr>
          <w:b/>
        </w:rPr>
        <w:t xml:space="preserve">[11:44] </w:t>
      </w:r>
      <w:r>
        <w:t>i have been operating since 2011. the two booths that i am running now continuously, one in columbus, ohio, has been running there for more than a year, since march 2018, alhamdulillah.</w:t>
      </w:r>
    </w:p>
    <w:p>
      <w:pPr>
        <w:jc w:val="right"/>
      </w:pPr>
      <w:r>
        <w:t>ائی ہیو بین اپریٹنگ سنس 2011۔ دا ٹو بوٹس دیٹ ائی ایم رننگ ناؤ کنٹینیوسلی، ون ان کولمبس، اوہائیو، ہیز بین رننگ دیر فار مور دین ا یئر، سنس مارچ 2018، الحمدللہ۔</w:t>
      </w:r>
    </w:p>
    <w:p>
      <w:r>
        <w:rPr>
          <w:b/>
        </w:rPr>
        <w:t xml:space="preserve">[12:00] </w:t>
      </w:r>
      <w:r>
        <w:t>and for some reason, that is one area where there is a lot of spanish speaking people, and i distribute quite a few of the spanish speaking to the spanish speaking population there.</w:t>
      </w:r>
    </w:p>
    <w:p>
      <w:pPr>
        <w:jc w:val="right"/>
      </w:pPr>
      <w:r>
        <w:t>اینڈ فار سم ریزن، دیٹ از ون ایریا ویئر دیر از ا لاٹ اف سپینش سپیکنگ پیپل، اینڈ ائی ڈسٹریبیوٹ قویٹ ا فیو اف دا سپینش سپیکنگ ٹو دا سپینش سپیکنگ پاپولیشن دیر۔</w:t>
      </w:r>
    </w:p>
    <w:p>
      <w:r>
        <w:rPr>
          <w:b/>
        </w:rPr>
        <w:t xml:space="preserve">[12:13] </w:t>
      </w:r>
      <w:r>
        <w:t>the other one i have is in warren, michigan, which is closer to home, and that has been in operation since october 2018.</w:t>
      </w:r>
    </w:p>
    <w:p>
      <w:pPr>
        <w:jc w:val="right"/>
      </w:pPr>
      <w:r>
        <w:t>دی ادر ون ائی ہیو از ان وارن، مشیگن، وچ از کلوثر ٹو ہوم، اینڈ دیٹ ہیز بین ان اپریشن سنس اکتوبر 2018۔</w:t>
      </w:r>
    </w:p>
    <w:p>
      <w:r>
        <w:rPr>
          <w:b/>
        </w:rPr>
        <w:t xml:space="preserve">[12:24] </w:t>
      </w:r>
      <w:r>
        <w:t>so in addition to these two, in the summer months, now remember, in michigan we have about eight months of cold weather. so most of the people are driven indoors, so you have a lot of indoor traffic during the winter months.</w:t>
      </w:r>
    </w:p>
    <w:p>
      <w:pPr>
        <w:jc w:val="right"/>
      </w:pPr>
      <w:r>
        <w:t>سو ان ایڈیشن ٹو دیز ٹو، ان دا سمر منتھس، ناؤ ریممبر، ان مشیگن وی ہیو اباؤٹ ایٹ منتھس اف کولڈ ویدر۔ سو موسٹ اف دا پیپل ار ڈریون انڈورز، سو یو ہیو ا لاٹ اف انڈور ٹریفک ڈیورنگ دا ونٹر منتھس۔</w:t>
      </w:r>
    </w:p>
    <w:p>
      <w:r>
        <w:rPr>
          <w:b/>
        </w:rPr>
        <w:t xml:space="preserve">[12:37] </w:t>
      </w:r>
      <w:r>
        <w:t>so in the summer months, what i do is i do two events. one is locally in canton, michigan, that also have been doing since a long time.</w:t>
      </w:r>
    </w:p>
    <w:p>
      <w:pPr>
        <w:jc w:val="right"/>
      </w:pPr>
      <w:r>
        <w:t>سو ان دا سمر منتھس، واٹ ائی ڈو از ائی ڈو ٹو ایونٹس۔ ون از لوکلی ان کینٹن، مشیگن، دیٹ السو ہیو بین ڈوئنگ سنس ا لانگ ٹائم۔</w:t>
      </w:r>
    </w:p>
    <w:p>
      <w:r>
        <w:rPr>
          <w:b/>
        </w:rPr>
        <w:t xml:space="preserve">[12:45] </w:t>
      </w:r>
      <w:r>
        <w:t>and there is one i started doing last year in ohio, columbus. thats a 12 day festival where a large volume of copies of quran have distributed.</w:t>
      </w:r>
    </w:p>
    <w:p>
      <w:pPr>
        <w:jc w:val="right"/>
      </w:pPr>
      <w:r>
        <w:t>اینڈ دیر از ون ائی سٹارٹڈ ڈوئنگ لاسٹ ایئر ان اوہائیو، کولمبس۔ دیٹس ا 12 ڈے فیسٹیول ویئر ا لارج والیوم اف کاپیز اف قرآن ہیو ڈسٹریبیوٹڈ۔</w:t>
      </w:r>
    </w:p>
    <w:p>
      <w:r>
        <w:rPr>
          <w:b/>
        </w:rPr>
        <w:t xml:space="preserve">[12:55] </w:t>
      </w:r>
      <w:r>
        <w:t>and that is basically it. and i have to end say thank allah subhanahu wa ta'ala for everything, and i wish you all all the best. i think each and every one of us has the potential to do this, and we should unleash that.</w:t>
      </w:r>
    </w:p>
    <w:p>
      <w:pPr>
        <w:jc w:val="right"/>
      </w:pPr>
      <w:r>
        <w:t>اینڈ دیٹ از بیسکلی اٹ۔ اینڈ ائی ہیو ٹو اینڈ سی تھینک اللہ سبحانہ و تعالی فار ایوری تھنگ، اینڈ ائی وش یو ال ال دا بیسٹ۔ ائی تھنک ایچ اینڈ ایوری ون اف اس ہیز دا پوٹینشل ٹو ڈو دس، اینڈ وی شوڈ انلیش دیٹ۔</w:t>
      </w:r>
    </w:p>
    <w:p>
      <w:r>
        <w:rPr>
          <w:b/>
        </w:rPr>
        <w:t xml:space="preserve">[13:09] </w:t>
      </w:r>
      <w:r>
        <w:t>okay, assalamu alaikum warahmatullah wabarakatuh.</w:t>
      </w:r>
    </w:p>
    <w:p>
      <w:pPr>
        <w:jc w:val="right"/>
      </w:pPr>
      <w:r>
        <w:t>اوکے، السلام علیکم ورحمۃ اللہ وبرکاتہ۔</w:t>
      </w:r>
    </w:p>
    <w:p>
      <w:r>
        <w:rPr>
          <w:b/>
        </w:rPr>
        <w:t xml:space="preserve">[13:12] </w:t>
      </w:r>
      <w:r>
        <w:t>from america, we move into africa.</w:t>
      </w:r>
    </w:p>
    <w:p>
      <w:pPr>
        <w:jc w:val="right"/>
      </w:pPr>
      <w:r>
        <w:t>فرام امریکہ، وی موو ان ٹو افریقہ۔</w:t>
      </w:r>
    </w:p>
    <w:p>
      <w:r>
        <w:rPr>
          <w:b/>
        </w:rPr>
        <w:t xml:space="preserve">[13:19] </w:t>
      </w:r>
      <w:r>
        <w:t>so africa is a country which is divided into five regions. you can see north africa, west africa, central africa, southern africa, and east africa.</w:t>
      </w:r>
    </w:p>
    <w:p>
      <w:pPr>
        <w:jc w:val="right"/>
      </w:pPr>
      <w:r>
        <w:t>تو افریقہ از ا کنٹری وچ از ڈیوائیڈڈ انٹو فائیو ریجنز۔ یو کین سی نارتھ افریقہ، ویسٹ افریقہ، سینٹرل افریقہ، سدرن افریقہ، اینڈ ایسٹ افریقہ۔</w:t>
      </w:r>
    </w:p>
    <w:p>
      <w:r>
        <w:rPr>
          <w:b/>
        </w:rPr>
        <w:t xml:space="preserve">[13:33] </w:t>
      </w:r>
      <w:r>
        <w:t>so africa mein cps ke four centers hain, major centers of quran distribution. the first is libya.</w:t>
      </w:r>
    </w:p>
    <w:p>
      <w:pPr>
        <w:jc w:val="right"/>
      </w:pPr>
      <w:r>
        <w:t>تو افریقہ میں سی پی ایس کے فور سینٹرز ہیں، میجر سینٹرز اف قرآن ڈسٹریبیوشن۔ دا فرسٹ از لیبیا۔</w:t>
      </w:r>
    </w:p>
    <w:p>
      <w:r>
        <w:rPr>
          <w:b/>
        </w:rPr>
        <w:t xml:space="preserve">[13:43] </w:t>
      </w:r>
      <w:r>
        <w:t>the four centers have been marked in red. the first is libya. so libya mein ek bohat hi purani team hai libyan brothers ki.</w:t>
      </w:r>
    </w:p>
    <w:p>
      <w:pPr>
        <w:jc w:val="right"/>
      </w:pPr>
      <w:r>
        <w:t>دا فور سینٹرز ہیو بین مارکڈ ان ریڈ۔ دا فرسٹ از لیبیا۔ تو لیبیا میں ایک بہت ہی پرانی ٹیم ہے لیبین برادرز کی۔</w:t>
      </w:r>
    </w:p>
    <w:p>
      <w:r>
        <w:rPr>
          <w:b/>
        </w:rPr>
        <w:t xml:space="preserve">[13:52] </w:t>
      </w:r>
      <w:r>
        <w:t>wo log india bhi aaye hue hain maulana se milne, aur bohat pehle se maulana ke saath hain, aur maulana ke ideology aur thought mein believe karte hain. to wo log wahan par libya ka, libya ko unhone ek point banaya hua hai, distribution point.</w:t>
      </w:r>
    </w:p>
    <w:p>
      <w:pPr>
        <w:jc w:val="right"/>
      </w:pPr>
      <w:r>
        <w:t>وہ لوگ انڈیا بھی آئے ہوئے ہیں مولانا سے ملنے، اور بہت پہلے سے مولانا کے ساتھ ہیں، اور مولانا کے آئیڈیالوجی اور تھاٹ میں بیلیو کرتے ہیں۔ تو وہ لوگ وہاں پر لیبیا کا، لیبیا کو انہوں نے ایک پوائنٹ بنایا ہوا ہے، ڈسٹریبیوشن پوائنٹ۔</w:t>
      </w:r>
    </w:p>
    <w:p>
      <w:r>
        <w:rPr>
          <w:b/>
        </w:rPr>
        <w:t xml:space="preserve">[14:07] </w:t>
      </w:r>
      <w:r>
        <w:t>to ghana mein aur rwanda mein haroon shaikh uncle visit karte hain for business purposes. to wahan par unhone, jahan bhi wo jaate hain business purposes ke liye, to haroon shaikh uncle wahan par quran distribution ka kaam karte hain, logon se milte hain, team set up karte hain.</w:t>
      </w:r>
    </w:p>
    <w:p>
      <w:pPr>
        <w:jc w:val="right"/>
      </w:pPr>
      <w:r>
        <w:t>تو گھانا میں اور روانڈا میں ہارون شیخ انکل وزٹ کرتے ہیں فار بزنس پرپس۔ تو وہاں پر انہوں نے، جہاں بھی وہ جاتے ہیں بزنس پرپس کے لیے، تو ہارون شیخ انکل وہاں پر قرآن ڈسٹریبیوشن کا کام کرتے ہیں، لوگوں سے ملتے ہیں، ٹیم سیٹ اپ کرتے ہیں۔</w:t>
      </w:r>
    </w:p>
    <w:p>
      <w:r>
        <w:rPr>
          <w:b/>
        </w:rPr>
        <w:t xml:space="preserve">[14:25] </w:t>
      </w:r>
      <w:r>
        <w:t>aur ek bohat hi important kaam jo haroon shaikh uncle kar rahe hain, woh jahan bhi jaate hain foreign countries mein, specially in Africa, he is trying to get quran translation done in the local languages of the places he visits.</w:t>
      </w:r>
    </w:p>
    <w:p>
      <w:pPr>
        <w:jc w:val="right"/>
      </w:pPr>
      <w:r>
        <w:t>اور ایک بہت ہی امپورٹنٹ کام جو ہارون شیخ انکل کر رہے ہیں، وہ جہاں بھی جاتے ہیں فارن کنٹریز میں، اسپیشلی ان افریقہ، ہی از ٹرائینگ ٹو گیٹ قرآن ٹرانسلیشن ڈن ان دا لوکل لینگویجز اف دا پلیسز ویری وزٹس۔</w:t>
      </w:r>
    </w:p>
    <w:p>
      <w:r>
        <w:rPr>
          <w:b/>
        </w:rPr>
        <w:t xml:space="preserve">[14:39] </w:t>
      </w:r>
      <w:r>
        <w:t>toh unhon ne, Rwanda gaye thay, woh Rwanda mein wahan par haroon shaikh sahab ki ek factory hai. Toh wahan par unhon ne, wahan Rwanda ko hum ne ek hub bana diya hai, because haroon shaikh sahab have set up a factory over there.</w:t>
      </w:r>
    </w:p>
    <w:p>
      <w:pPr>
        <w:jc w:val="right"/>
      </w:pPr>
      <w:r>
        <w:t>تو انہوں نے، روانڈا گئے تھے، وہ روانڈا میں وہاں پر ہارون شیخ صاحب کی ایک فیکٹری ہے۔ تو وہاں پر انہوں نے، وہاں روانڈا کو ہم نے ایک ہب بنا دیا ہے، بیکاز ہارون شیخ صاحب ہیو سیٹ اپ ا فیکٹری اوور دیر۔</w:t>
      </w:r>
    </w:p>
    <w:p>
      <w:r>
        <w:rPr>
          <w:b/>
        </w:rPr>
        <w:t xml:space="preserve">[14:52] </w:t>
      </w:r>
      <w:r>
        <w:t>it has become a hub of quran distribution. Aur unhon ne Rwandan language mein quran ka translation karwaya hai, and it is under approval.</w:t>
      </w:r>
    </w:p>
    <w:p>
      <w:pPr>
        <w:jc w:val="right"/>
      </w:pPr>
      <w:r>
        <w:t>اٹ ہیز بیکم ا ہب اف قرآن ڈسٹریبیوشن۔ اور انہوں نے روانڈیز لینگویج میں قرآن کا ٹرانسلیشن کروایا ہے، اینڈ اٹ از انڈر اپروول۔</w:t>
      </w:r>
    </w:p>
    <w:p>
      <w:r>
        <w:rPr>
          <w:b/>
        </w:rPr>
        <w:t xml:space="preserve">[15:02] </w:t>
      </w:r>
      <w:r>
        <w:t>aur similarly Ghana mein haroon shaikh uncle jaate rehte hain, wahan par unhon ne, ek team set up ki hai, ek center set up kiya hai, aur is center ke head hain Tasleem sahab.</w:t>
      </w:r>
    </w:p>
    <w:p>
      <w:pPr>
        <w:jc w:val="right"/>
      </w:pPr>
      <w:r>
        <w:t>اور سمیلرلی گھانا میں ہارون شیخ انکل جاتے رہتے ہیں، وہاں پر انہوں نے، ایک ٹیم سیٹ اپ کی ہے، ایک سینٹر سیٹ اپ کیا ہے، اور اس سینٹر کے ہیڈ ہیں تسلیم صاحب۔</w:t>
      </w:r>
    </w:p>
    <w:p>
      <w:r>
        <w:rPr>
          <w:b/>
        </w:rPr>
        <w:t xml:space="preserve">[15:13] </w:t>
      </w:r>
      <w:r>
        <w:t>Tasleem sahab ka video bhi hai. Similarly South Africa mein, ek center hai IPCI. Toh IPCI center, quran, IPCI center ke paas bohat saare quran translations hain.</w:t>
      </w:r>
    </w:p>
    <w:p>
      <w:pPr>
        <w:jc w:val="right"/>
      </w:pPr>
      <w:r>
        <w:t>تسلیم صاحب کا ویڈیو بھی ہے۔ سمیلرلی ساؤتھ افریقہ میں، ایک سینٹر ہے آئی پی سی آئی۔ تو آئی پی سی آئی سینٹر، قرآن، آئی پی سی آئی سینٹر کے پاس بہت سارے قرآن ٹرانسلیشنز ہیں۔</w:t>
      </w:r>
    </w:p>
    <w:p>
      <w:r>
        <w:rPr>
          <w:b/>
        </w:rPr>
        <w:t xml:space="preserve">[15:28] </w:t>
      </w:r>
      <w:r>
        <w:t>toh it keeps giving those quran translations to Aba for printing. So for example, it has given the Chewa translation of the quran, and the Afrikaans translation of the quran.</w:t>
      </w:r>
    </w:p>
    <w:p>
      <w:pPr>
        <w:jc w:val="right"/>
      </w:pPr>
      <w:r>
        <w:t>تو اٹ کیپس گیونگ دوز قرآن ٹرانسلیشنز ٹو ابا فار پرنٹنگ۔ سو فار ایگزیمپل، اٹ ہیز گیون دا چیچوا ٹرانسلیشن اف دا قرآن، اینڈ دا افریکانو ٹرانسلیشن اف دا قرآن۔</w:t>
      </w:r>
    </w:p>
    <w:p>
      <w:r>
        <w:rPr>
          <w:b/>
        </w:rPr>
        <w:t xml:space="preserve">[15:40] </w:t>
      </w:r>
      <w:r>
        <w:t>So it gives many local languages, African languages of the quran for translation.</w:t>
      </w:r>
    </w:p>
    <w:p>
      <w:pPr>
        <w:jc w:val="right"/>
      </w:pPr>
      <w:r>
        <w:t>سو اٹ گیوز مینی لوکل لینگویجز، افریکل لینگویجز اف دا قرآن فار ٹرانسلیشن۔</w:t>
      </w:r>
    </w:p>
    <w:p>
      <w:r>
        <w:rPr>
          <w:b/>
        </w:rPr>
        <w:t xml:space="preserve">[15:51] </w:t>
      </w:r>
      <w:r>
        <w:t>This video is of a person from Nigeria, who is doing dawah work there.</w:t>
      </w:r>
    </w:p>
    <w:p>
      <w:pPr>
        <w:jc w:val="right"/>
      </w:pPr>
      <w:r>
        <w:t>دس ویڈیو از اف ا پرسن فرام نائجیریا، ہو از ڈوئنگ دعویٰ ورک دیر۔</w:t>
      </w:r>
    </w:p>
    <w:p>
      <w:r>
        <w:rPr>
          <w:b/>
        </w:rPr>
        <w:t xml:space="preserve">[15:58] </w:t>
      </w:r>
      <w:r>
        <w:t>Given dawah is one of the most important aspect of the life of a muslim. We as muslims have been privileged to be honored by God Almighty, very called as the best of all nation.</w:t>
      </w:r>
    </w:p>
    <w:p>
      <w:pPr>
        <w:jc w:val="right"/>
      </w:pPr>
      <w:r>
        <w:t>گیون دعویٰ از ون اف دا موسٹ امپورٹنٹ ایسپیکٹ اف دا لائف اف ا مسلم۔ وی ایز مسلمز ہیو بین پریولیج ٹو بی اونرڈ بائی گاڈ المائٹی، ویری کالڈ از دا بیسٹ اف ال نیشن۔</w:t>
      </w:r>
    </w:p>
    <w:p>
      <w:r>
        <w:rPr>
          <w:b/>
        </w:rPr>
        <w:t xml:space="preserve">[16:08] </w:t>
      </w:r>
      <w:r>
        <w:t>And the reason what he called is the best of all nation is because he told us that we are the people who invite to what is good and forbid what is bad, which is the getting involved in dawah.</w:t>
      </w:r>
    </w:p>
    <w:p>
      <w:pPr>
        <w:jc w:val="right"/>
      </w:pPr>
      <w:r>
        <w:t>اینڈ دا ریزن واٹ ہی کالڈ از دا بیسٹ اف ال نیشن از بیکاز ہی ٹولڈ اس دیٹ وی ار دا پیپل ہو انوائٹ ٹو واٹ از گڈ اینڈ فوربیڈ واٹ از بڈ، وچ از دی گیٹنگ انوالوڈ ان دعویٰ۔</w:t>
      </w:r>
    </w:p>
    <w:p>
      <w:r>
        <w:rPr>
          <w:b/>
        </w:rPr>
        <w:t xml:space="preserve">[16:20] </w:t>
      </w:r>
      <w:r>
        <w:t>An important aspect of getting involved in dawah is sharing the word of God Almighty to any human being you get to see. And this word of God Almighty is all contained within the book sanctioned by God himself, and that is the noble quran.</w:t>
      </w:r>
    </w:p>
    <w:p>
      <w:pPr>
        <w:jc w:val="right"/>
      </w:pPr>
      <w:r>
        <w:t>ان امپورٹنٹ ایسپیکٹ اف گیٹنگ انوالوڈ ان دعویٰ از شیئرنگ دا ورڈ اف گاڈ المائٹی ٹو اینی ہیومن بینگ یو گیٹ ٹو سی۔ اینڈ دس ورڈ اف گاڈ المائٹی از ال کنٹین ود ان دا بک سینچورز بائی گاڈ ہیم سیلف، اینڈ دیٹ از دا نوبل قرآن۔</w:t>
      </w:r>
    </w:p>
    <w:p>
      <w:r>
        <w:rPr>
          <w:b/>
        </w:rPr>
        <w:t xml:space="preserve">[16:36] </w:t>
      </w:r>
      <w:r>
        <w:t>The noble quran contains every information about what God Almighty wants to do with our life. It contains the information of what has happened in the past, and it contains information of what will happen in the future.</w:t>
      </w:r>
    </w:p>
    <w:p>
      <w:pPr>
        <w:jc w:val="right"/>
      </w:pPr>
      <w:r>
        <w:t>دا نوبل قرآن کنٹینز ایوری انفارمیشن اباؤٹ واٹ گاڈ المائٹی وانٹس ٹو ڈو ود اور لائف۔ اٹ کنٹینز دی انفارمیشن اف واٹ ہیز ہیپن ان دا پاسٹ، اینڈ اٹ کنٹینز انفارمیشن اف واٹ ویل ہیپن ان دا فیوچر۔</w:t>
      </w:r>
    </w:p>
    <w:p>
      <w:r>
        <w:rPr>
          <w:b/>
        </w:rPr>
        <w:t xml:space="preserve">[16:47] </w:t>
      </w:r>
      <w:r>
        <w:t>In essence, this is a message from our creator on how we should live our life in existence. We as Treat Dawah Nigeria have been involved in inviting people to what is good and forbidding what is wrong within our capacity.</w:t>
      </w:r>
    </w:p>
    <w:p>
      <w:pPr>
        <w:jc w:val="right"/>
      </w:pPr>
      <w:r>
        <w:t>ان ایسنس، دس از ا میسج فرام اور کریٹر ان ہاؤ وی شوڈ لیو اور لائف ان ایگزسٹنس۔ وی ایز ٹریٹ دعویٰ نائجیریا ہیو بین انوالوڈ ان انوائٹنگ پیپل ٹو واٹ از گڈ اینڈ فوربیڈنگ واٹ از رونگ ود ان اور کپیسٹی۔</w:t>
      </w:r>
    </w:p>
    <w:p>
      <w:r>
        <w:rPr>
          <w:b/>
        </w:rPr>
        <w:t xml:space="preserve">[17:02] </w:t>
      </w:r>
      <w:r>
        <w:t>Alhamdulillah, we have been able to give the copy of the quran to several hundreds of people, and this copy of the quran has helped a lot of them to be able to leave misconceptions that they had before about Islam.</w:t>
      </w:r>
    </w:p>
    <w:p>
      <w:pPr>
        <w:jc w:val="right"/>
      </w:pPr>
      <w:r>
        <w:t>الحمدللہ، وی ہیو بین ایبل ٹو گیو دا کاپی اف دا قرآن ٹو سیورل ہنڈرڈز اف پیپل، اینڈ دس کاپی اف دا قرآن ہیز ہیلپ ا لاٹ اف دیم ٹو بی ایبل ٹو لیو مس کنسیپشنز دیٹ دے ہیڈ بیفور اباؤٹ اسلام۔</w:t>
      </w:r>
    </w:p>
    <w:p>
      <w:r>
        <w:rPr>
          <w:b/>
        </w:rPr>
        <w:t xml:space="preserve">[17:15] </w:t>
      </w:r>
      <w:r>
        <w:t>For many of them, they lived the aspect of leading the wrong way of life and also coming to the part of Islam. Alhamdulillah, this is all by the mercy of our creator.</w:t>
      </w:r>
    </w:p>
    <w:p>
      <w:pPr>
        <w:jc w:val="right"/>
      </w:pPr>
      <w:r>
        <w:t>فار مینی اف دیم، دے لیوڈ دا ایسپیکٹ اف لیڈنگ دا رونگ وے اف لائف اینڈ السو کمنگ ٹو دا پارٹ اف اسلام۔ الحمدللہ، دس از ال بائی دی مرسی اف اور کریٹر۔</w:t>
      </w:r>
    </w:p>
    <w:p>
      <w:r>
        <w:rPr>
          <w:b/>
        </w:rPr>
        <w:t xml:space="preserve">[17:25] </w:t>
      </w:r>
      <w:r>
        <w:t>However, the copy of the quran also is important for every single human being, not just for muslims. This book of the quran is a book that is a mercy to the entire world.</w:t>
      </w:r>
    </w:p>
    <w:p>
      <w:pPr>
        <w:jc w:val="right"/>
      </w:pPr>
      <w:r>
        <w:t>ہاؤ ایور، دا کاپی اف دا قرآن السو از امپورٹنٹ فار ایوری سنگل ہیومن بینگ، ناٹ جسٹ فار مسلمز۔ دس بک اف دا قرآن از ا بک دیٹ از ا مرسی ٹو دا انٹائر ورلڈ۔</w:t>
      </w:r>
    </w:p>
    <w:p>
      <w:r>
        <w:rPr>
          <w:b/>
        </w:rPr>
        <w:t xml:space="preserve">[17:36] </w:t>
      </w:r>
      <w:r>
        <w:t>The quran is a book that is a mercy for the whole universe. The quran is a blessing for the entire world. Won't you want to share in this message and give everyone you see a copy of the quran for them to live a better life just like you?</w:t>
      </w:r>
    </w:p>
    <w:p>
      <w:pPr>
        <w:jc w:val="right"/>
      </w:pPr>
      <w:r>
        <w:t>دا قرآن از ا بک دیٹ از ا مرسی فار دی ہول یونیورس۔ دا قرآن از ا بلیسنگ فار دا انٹائر ورلڈ۔ وونٹ یو وانٹ ٹو شیئر ان دس میسج اینڈ گیو ایوری ون یو سی ا کاپی اف دا قرآن فار دیم ٹو لیو ا بٹر لائف جسٹ لائک یو؟</w:t>
      </w:r>
    </w:p>
    <w:p>
      <w:r>
        <w:rPr>
          <w:b/>
        </w:rPr>
        <w:t xml:space="preserve">[17:52] </w:t>
      </w:r>
      <w:r>
        <w:t>Assalamualaikum warahmatullah wabarakatuh.</w:t>
      </w:r>
    </w:p>
    <w:p>
      <w:pPr>
        <w:jc w:val="right"/>
      </w:pPr>
      <w:r>
        <w:t>السلام علیکم ورحمۃ اللہ وبرکاتہ۔</w:t>
      </w:r>
    </w:p>
    <w:p>
      <w:r>
        <w:rPr>
          <w:b/>
        </w:rPr>
        <w:t xml:space="preserve">[17:56] </w:t>
      </w:r>
      <w:r>
        <w:t>Next is also video from Africa.</w:t>
      </w:r>
    </w:p>
    <w:p>
      <w:pPr>
        <w:jc w:val="right"/>
      </w:pPr>
      <w:r>
        <w:t>نیکسٹ از السو ویڈیو فرام افریقہ۔</w:t>
      </w:r>
    </w:p>
    <w:p>
      <w:r>
        <w:rPr>
          <w:b/>
        </w:rPr>
        <w:t xml:space="preserve">[18:06] </w:t>
      </w:r>
      <w:r>
        <w:t>Assalamualaikum warahmatullah wabarakatuh. My name is Tasleem Raima. I am the founder and head of the quran distribution and dawah agency of Ghana.</w:t>
      </w:r>
    </w:p>
    <w:p>
      <w:pPr>
        <w:jc w:val="right"/>
      </w:pPr>
      <w:r>
        <w:t>السلام علیکم ورحمۃ اللہ وبرکاتہ۔ مائی نیم از تسلیم رائمہ۔ ائی ایم دا فاؤنڈر اینڈ ہیڈ اف دا قرآن ڈسٹریبیوشن اینڈ دعویٰ ایجنسی اف گھانا۔</w:t>
      </w:r>
    </w:p>
    <w:p>
      <w:r>
        <w:rPr>
          <w:b/>
        </w:rPr>
        <w:t xml:space="preserve">[18:18] </w:t>
      </w:r>
      <w:r>
        <w:t>We have been registered as the Registrar Generals Department, and we are a legal quran distribution agency, as we can see in our certificate.</w:t>
      </w:r>
    </w:p>
    <w:p>
      <w:pPr>
        <w:jc w:val="right"/>
      </w:pPr>
      <w:r>
        <w:t>وی ہیو بین رجسٹرڈ ایز دا رجسٹرار جنرلز ڈیپارٹمنٹ، اینڈ وی ار ا لیگل قرآن ڈسٹریبیوشن ایجنسی، ایز وی کین سی ان اور سرٹیفیکیٹ۔</w:t>
      </w:r>
    </w:p>
    <w:p>
      <w:r>
        <w:rPr>
          <w:b/>
        </w:rPr>
        <w:t xml:space="preserve">[18:30] </w:t>
      </w:r>
      <w:r>
        <w:t>We have been receiving copies of the holy quran from Mr. Haroon Shaikh, and we been, when we have distribution agents all over the country.</w:t>
      </w:r>
    </w:p>
    <w:p>
      <w:pPr>
        <w:jc w:val="right"/>
      </w:pPr>
      <w:r>
        <w:t>وی ہیو بین ریسیونگ کاپیز اف دا ہولی قرآن فرام مسٹر ہارون شیخ، اینڈ وی بین، وین وی ہیو ڈسٹریبیوشن ایجنٹس ال اوور دا کنٹری۔</w:t>
      </w:r>
    </w:p>
    <w:p>
      <w:r>
        <w:rPr>
          <w:b/>
        </w:rPr>
        <w:t xml:space="preserve">[18:42] </w:t>
      </w:r>
      <w:r>
        <w:t>When we receive request for copy or copies of the holy quran, we direct the fellow to the appropriate agent for collection.</w:t>
      </w:r>
    </w:p>
    <w:p>
      <w:pPr>
        <w:jc w:val="right"/>
      </w:pPr>
      <w:r>
        <w:t>وین وی ریسیو ریکویسٹ فار کاپی اور کاپیز اف دا ہولی قرآن، وی ڈائریکٹ دا فیلو ٹو دا اپروپریٹ ایجنٹ فار کلیکشن۔</w:t>
      </w:r>
    </w:p>
    <w:p>
      <w:r>
        <w:rPr>
          <w:b/>
        </w:rPr>
        <w:t xml:space="preserve">[18:51] </w:t>
      </w:r>
      <w:r>
        <w:t>We have been distributing mostly English translation of the holy quran as a copy here shown.</w:t>
      </w:r>
    </w:p>
    <w:p>
      <w:pPr>
        <w:jc w:val="right"/>
      </w:pPr>
      <w:r>
        <w:t>وی ہیو بین ڈسٹریبیوٹنگ موسٹلی انگلش ٹرانسلیشن اف دا ہولی قرآن ایز ا کاپی ہیر شون۔</w:t>
      </w:r>
    </w:p>
    <w:p>
      <w:r>
        <w:rPr>
          <w:b/>
        </w:rPr>
        <w:t xml:space="preserve">[19:01] </w:t>
      </w:r>
      <w:r>
        <w:t>We have also been receiving Arabic text quran copies for distribution, as can be seen in this, in this copy.</w:t>
      </w:r>
    </w:p>
    <w:p>
      <w:pPr>
        <w:jc w:val="right"/>
      </w:pPr>
      <w:r>
        <w:t>وی ہیو السو بین ریسیونگ عربک ٹیکسٹ قرآن کاپیز فار ڈسٹریبیوشن، ایز کین بی سین ان دس، ان دس کاپی۔</w:t>
      </w:r>
    </w:p>
    <w:p>
      <w:r>
        <w:rPr>
          <w:b/>
        </w:rPr>
        <w:t xml:space="preserve">[19:11] </w:t>
      </w:r>
      <w:r>
        <w:t>we have recently received some french translation copies of the holy quran because we intend been the hub for distribution of the holy quran in the west africa sub region.</w:t>
      </w:r>
    </w:p>
    <w:p>
      <w:pPr>
        <w:jc w:val="right"/>
      </w:pPr>
      <w:r>
        <w:t>وی ہیو ریسنٹلی ریسیوڈ سم فرنچ ٹرانسلیشن کاپیز اف دا ہولی قرآن بیکاز وی انٹینڈ بین دا ہب فار ڈسٹریبیوشن اف دا ہولی قرآن ان دا ویسٹ افریقہ سب ریجن۔</w:t>
      </w:r>
    </w:p>
    <w:p>
      <w:r>
        <w:rPr>
          <w:b/>
        </w:rPr>
        <w:t xml:space="preserve">[19:22] </w:t>
      </w:r>
      <w:r>
        <w:t>and ghana is surrounded by mostly franco phone countries. we have face some difficulties in the past in terms of finance, and we have received a lot of assistance from mr haroon shaikh, including sometimes money for clearing the copies of the holy quran at the harbour.</w:t>
      </w:r>
    </w:p>
    <w:p>
      <w:pPr>
        <w:jc w:val="right"/>
      </w:pPr>
      <w:r>
        <w:t>اینڈ گھانا از سراؤنڈڈ بائی موسٹلی فرانکو فون کنٹریز۔ وی ہیو فیس سم ڈیفیکلٹیز ان دا پاسٹ ان ٹرمز اف فائنانس، اینڈ وی ہیو ریسیوڈ ا لاٹ اف اسسٹنس فرام مسٹر ہارون شیخ، انکلوڈنگ سم ٹائمز منی فار کلیئرنگ دا کاپیز اف دا ہولی قرآن ایٹ دا ہاربر۔</w:t>
      </w:r>
    </w:p>
    <w:p>
      <w:r>
        <w:rPr>
          <w:b/>
        </w:rPr>
        <w:t xml:space="preserve">[19:42] </w:t>
      </w:r>
      <w:r>
        <w:t>we thank everybody who has help us in this our task, and we hope allah will reward them abundantly.</w:t>
      </w:r>
    </w:p>
    <w:p>
      <w:pPr>
        <w:jc w:val="right"/>
      </w:pPr>
      <w:r>
        <w:t>وی تھینک ایوری بڈی ہو ہیز ہیلپ اس ان دس اور ٹاسک، اینڈ وی ہوپ اللہ ویل ریوارڈ دیم ابینڈنٹلی۔</w:t>
      </w:r>
    </w:p>
    <w:p>
      <w:r>
        <w:rPr>
          <w:b/>
        </w:rPr>
        <w:t xml:space="preserve">[19:51] </w:t>
      </w:r>
      <w:r>
        <w:t>assalam o alaikum wa rehmatullahi ta'ala wa barakatuhu.</w:t>
      </w:r>
    </w:p>
    <w:p>
      <w:pPr>
        <w:jc w:val="right"/>
      </w:pPr>
      <w:r>
        <w:t>السلام علیکم ورحمۃ اللہ تعالی وبرکاتہ۔</w:t>
      </w:r>
    </w:p>
    <w:p>
      <w:r>
        <w:rPr>
          <w:b/>
        </w:rPr>
        <w:t xml:space="preserve">[19:57] </w:t>
      </w:r>
      <w:r>
        <w:t>so after america and africa, we come to a very important region, which is united kingdom and europe.</w:t>
      </w:r>
    </w:p>
    <w:p>
      <w:pPr>
        <w:jc w:val="right"/>
      </w:pPr>
      <w:r>
        <w:t>سو افٹر امریکہ اینڈ افریقہ، وی کم ٹو ا ویری امپورٹنٹ ریجن، وچ از یونائٹڈ کنگڈم اینڈ یورپ۔</w:t>
      </w:r>
    </w:p>
    <w:p>
      <w:r>
        <w:rPr>
          <w:b/>
        </w:rPr>
        <w:t xml:space="preserve">[20:06] </w:t>
      </w:r>
      <w:r>
        <w:t>so in the uk, in birmingham, there is a very important center called ipci. to ipci jo center hai, woh ek bohat hi important exhibition ya program organize karta hai, bohat hi regular basis pe.</w:t>
      </w:r>
    </w:p>
    <w:p>
      <w:pPr>
        <w:jc w:val="right"/>
      </w:pPr>
      <w:r>
        <w:t>سو ان دا یو کے، ان برمنگھم، دیر از ا ویری امپورٹنٹ سینٹر کالڈ آئی پی سی آئی۔ تو آئی پی سی آئی جو سینٹر ہے، وہ ایک بہت ہی امپورٹنٹ ایگزیبیشن یا پروگرام ارگنائز کرتا ہے، بہت ہی ریگولر بیسز پہ۔</w:t>
      </w:r>
    </w:p>
    <w:p>
      <w:r>
        <w:rPr>
          <w:b/>
        </w:rPr>
        <w:t xml:space="preserve">[20:24] </w:t>
      </w:r>
      <w:r>
        <w:t>iska naam hota hai islamexperience workshop aur islamexperience program. to is program mein yeh ek bohat bara dawah opportunity hai.</w:t>
      </w:r>
    </w:p>
    <w:p>
      <w:pPr>
        <w:jc w:val="right"/>
      </w:pPr>
      <w:r>
        <w:t>اس کا نام ہوتا ہے اسلام ایکسپیرینس ورک شاپ اور اسلام ایکسپیرینس پروگرام۔ تو اس پروگرام میں یہ ایک بہت بڑا دعویٰ اپرچونیٹی ہے۔</w:t>
      </w:r>
    </w:p>
    <w:p>
      <w:r>
        <w:rPr>
          <w:b/>
        </w:rPr>
        <w:t xml:space="preserve">[20:33] </w:t>
      </w:r>
      <w:r>
        <w:t>is mein bohat sare educated log aate hain, bohat hi excellent crowd aata hai: students, college students, school students, police officials, army officers, lot of professors, very educated people.</w:t>
      </w:r>
    </w:p>
    <w:p>
      <w:pPr>
        <w:jc w:val="right"/>
      </w:pPr>
      <w:r>
        <w:t>اس میں بہت سارے ایجوکیٹڈ لوگ آتے ہیں، بہت ہی ایکسیلنٹ کراؤڈ آتا ہے: سٹوڈنٹس، کالج سٹوڈنٹس، سکول سٹوڈنٹس، پولیس افیشلز، آرمی افیسرز، لاٹ اف پروفیسرز، ویری ایجوکیٹڈ پیپل۔</w:t>
      </w:r>
    </w:p>
    <w:p>
      <w:r>
        <w:rPr>
          <w:b/>
        </w:rPr>
        <w:t xml:space="preserve">[20:46] </w:t>
      </w:r>
      <w:r>
        <w:t>to ipci center yahan par yeh log islam ke bare mein batate hain, muslims ke bare mein, and they also take questions from the audience, from the crowd about islam.</w:t>
      </w:r>
    </w:p>
    <w:p>
      <w:pPr>
        <w:jc w:val="right"/>
      </w:pPr>
      <w:r>
        <w:t>تو آئی پی سی آئی سینٹر یہاں پر یہ لوگ اسلام کے بارے میں بتاتے ہیں، مسلمز کے بارے میں، اینڈ دے السو ٹیک کوئسچنز فرام دا آڈینس، فرام دا کراؤڈ اباؤٹ اسلام۔</w:t>
      </w:r>
    </w:p>
    <w:p>
      <w:r>
        <w:rPr>
          <w:b/>
        </w:rPr>
        <w:t xml:space="preserve">[20:56] </w:t>
      </w:r>
      <w:r>
        <w:t>and in the end, they give away the quran translation by maulana. so this is a center in birmingham, in the uk, which is doing quran distribution.</w:t>
      </w:r>
    </w:p>
    <w:p>
      <w:pPr>
        <w:jc w:val="right"/>
      </w:pPr>
      <w:r>
        <w:t>اینڈ ان دی اینڈ، دے گیو اوے دا قرآن ٹرانسلیشن بائے مولانا۔ سو دس از ا سینٹر ان برمنگھم، ان دا یو کے، وچ از ڈوئنگ قرآن ڈسٹریبیوشن۔</w:t>
      </w:r>
    </w:p>
    <w:p>
      <w:r>
        <w:rPr>
          <w:b/>
        </w:rPr>
        <w:t xml:space="preserve">[21:07] </w:t>
      </w:r>
      <w:r>
        <w:t>now in the rest of europe, in the whole of europe, work is not happening in a very consolidated and in a very systematic way.</w:t>
      </w:r>
    </w:p>
    <w:p>
      <w:pPr>
        <w:jc w:val="right"/>
      </w:pPr>
      <w:r>
        <w:t>ناؤ ان دا ریسٹ اف یورپ، ان دا ہول اف یورپ، ورک از ناٹ ہیپننگ ان ا ویری کنسولیڈیٹڈ اینڈ ان ا ویری سسٹمیٹک وے۔</w:t>
      </w:r>
    </w:p>
    <w:p>
      <w:r>
        <w:rPr>
          <w:b/>
        </w:rPr>
        <w:t xml:space="preserve">[21:17] </w:t>
      </w:r>
      <w:r>
        <w:t>but recently, about olvi khurram sahib has been flying in a very regular basis to europe, to different countries of europe, and he is trying to revive dawah opportunities over there.</w:t>
      </w:r>
    </w:p>
    <w:p>
      <w:pPr>
        <w:jc w:val="right"/>
      </w:pPr>
      <w:r>
        <w:t>بٹ ریسنٹلی، اباٹ اولوی خرم صاحب ہیز بین فلائنگ ان ا ویری ریگولر بیسز ٹو یورپ، ٹو ڈفرنٹ کنٹریز اف یورپ، اینڈ ہی از ٹرائینگ ٹو ریوائیو دعویٰ اپرچونیٹیز اوور دیر۔</w:t>
      </w:r>
    </w:p>
    <w:p>
      <w:r>
        <w:rPr>
          <w:b/>
        </w:rPr>
        <w:t xml:space="preserve">[21:30] </w:t>
      </w:r>
      <w:r>
        <w:t>apart from that, there are many distributors of good word books in different countries of europe. to apart from distributing the books by good word, they also keep the quran translations and they distribute quran translations.</w:t>
      </w:r>
    </w:p>
    <w:p>
      <w:pPr>
        <w:jc w:val="right"/>
      </w:pPr>
      <w:r>
        <w:t>اپارٹ فرام دیٹ، دیر ار مینی ڈسٹریبیوٹرز اف گڈ ورڈ بکس ان ڈفرنٹ کنٹریز اف یورپ۔ تو اپارٹ فرام ڈسٹریبیوٹنگ دا بکس بائے گڈ ورڈ، دے السو کیپ دا قرآن ٹرانسلیشنز اینڈ دے ڈسٹریبیوٹ قرآن ٹرانسلیشنز۔</w:t>
      </w:r>
    </w:p>
    <w:p>
      <w:r>
        <w:rPr>
          <w:b/>
        </w:rPr>
        <w:t xml:space="preserve">[21:44] </w:t>
      </w:r>
      <w:r>
        <w:t>so there are over hundred distributors of good word books all over europe and the us, and they at their level give away the quran translations in their shops, book shops, etcetera.</w:t>
      </w:r>
    </w:p>
    <w:p>
      <w:pPr>
        <w:jc w:val="right"/>
      </w:pPr>
      <w:r>
        <w:t>سو دیر ار اوور ہنڈرڈ ڈسٹریبیوٹرز اف گڈ ورڈ بکس ال اوور یورپ اینڈ دا یو ایس، اینڈ دے ایٹ دیر لیول گیو اوے دا قرآن ٹرانسلیشنز ان دیر شاپس، بک شاپس، ایٹسیدرا۔</w:t>
      </w:r>
    </w:p>
    <w:p>
      <w:r>
        <w:rPr>
          <w:b/>
        </w:rPr>
        <w:t xml:space="preserve">[21:55] </w:t>
      </w:r>
      <w:r>
        <w:t>so the next is a video of a person in france who is doing dawah work.</w:t>
      </w:r>
    </w:p>
    <w:p>
      <w:pPr>
        <w:jc w:val="right"/>
      </w:pPr>
      <w:r>
        <w:t>سو دا نیکسٹ از ا ویڈیو اف ا پرسن ان فرانس ہو از ڈوئنگ دعویٰ ورک۔</w:t>
      </w:r>
    </w:p>
    <w:p>
      <w:r>
        <w:rPr>
          <w:b/>
        </w:rPr>
        <w:t xml:space="preserve">[22:03] </w:t>
      </w:r>
      <w:r>
        <w:t>assalam o alaikum wa rehmatullahi wa barakatuhu. my name is salahuddin abu araboub. i am french of lebanese region. i am now near and outside the big mosque of the city of villeneuve d'ascq, where i live, in the north of france.</w:t>
      </w:r>
    </w:p>
    <w:p>
      <w:pPr>
        <w:jc w:val="right"/>
      </w:pPr>
      <w:r>
        <w:t>السلام علیکم ورحمۃ اللہ وبرکاتہ۔ مائی نیم از صلاح الدین ابو عربوب۔ ائی ایم فرنچ اف لیبین ریجن۔ ائی ایم ناو نیئر اینڈ اؤٹ سائیڈ دا بگ مسک اف دا سٹی اف ویلنو دیسک، ویئر ائی لیو، ان دا نارتھ اف فرانس۔</w:t>
      </w:r>
    </w:p>
    <w:p>
      <w:r>
        <w:rPr>
          <w:b/>
        </w:rPr>
        <w:t xml:space="preserve">[22:22] </w:t>
      </w:r>
      <w:r>
        <w:t>alhamdulillah, we cooperate with cbs international and good word publishing house for distribute quran in french.</w:t>
      </w:r>
    </w:p>
    <w:p>
      <w:pPr>
        <w:jc w:val="right"/>
      </w:pPr>
      <w:r>
        <w:t>الحمدللہ، وی کوپریٹ ود سی بی ایس انٹرنیشنل اینڈ گڈ ورڈ ڈپلیشنگ ہاؤس فار ڈسٹریبیوٹ قرآن ان فرنچ۔</w:t>
      </w:r>
    </w:p>
    <w:p>
      <w:r>
        <w:rPr>
          <w:b/>
        </w:rPr>
        <w:t xml:space="preserve">[22:35] </w:t>
      </w:r>
      <w:r>
        <w:t>we received last year 2200 copies of quran, and we received also this year 5000 copies, alhamdulillah.</w:t>
      </w:r>
    </w:p>
    <w:p>
      <w:pPr>
        <w:jc w:val="right"/>
      </w:pPr>
      <w:r>
        <w:t>وی ریسیوڈ لاسٹ ایئر 2200 کاپی اف قرآن، اینڈ وی ریسیوڈ السو دس ایئر 5000 کاپی، الحمدللہ۔</w:t>
      </w:r>
    </w:p>
    <w:p>
      <w:r>
        <w:rPr>
          <w:b/>
        </w:rPr>
        <w:t xml:space="preserve">[22:48] </w:t>
      </w:r>
      <w:r>
        <w:t>we are in new town. we ask you to al dawah, inshallah.</w:t>
      </w:r>
    </w:p>
    <w:p>
      <w:pPr>
        <w:jc w:val="right"/>
      </w:pPr>
      <w:r>
        <w:t>وی ار ان نیو ٹاؤن۔ وی اسک یو ٹو الدعا، انشاءاللہ۔</w:t>
      </w:r>
    </w:p>
    <w:p>
      <w:r>
        <w:rPr>
          <w:b/>
        </w:rPr>
        <w:t xml:space="preserve">[22:59] </w:t>
      </w:r>
      <w:r>
        <w:t>and we have, we have many, we have many contact with islamic institutions in france and in belgium.</w:t>
      </w:r>
    </w:p>
    <w:p>
      <w:pPr>
        <w:jc w:val="right"/>
      </w:pPr>
      <w:r>
        <w:t>اینڈ وی ہیو، وی ہیو مینی، وی ہیو مینی کانٹیکٹ ود اسلامک انسٹیٹیوشن ان فرانس اینڈ ان بیلجیم۔</w:t>
      </w:r>
    </w:p>
    <w:p>
      <w:r>
        <w:rPr>
          <w:b/>
        </w:rPr>
        <w:t xml:space="preserve">[23:10] </w:t>
      </w:r>
      <w:r>
        <w:t>so we hope distribute, distribute quran for new muslims, inshallah, by the new, the best ways, inshallah.</w:t>
      </w:r>
    </w:p>
    <w:p>
      <w:pPr>
        <w:jc w:val="right"/>
      </w:pPr>
      <w:r>
        <w:t>سو وی ہوپ ڈسٹریبیوٹ، ڈسٹریبیوٹ قرآن فار نو مسلمز، انشاءاللہ، بائی دا نیو، دا بیسٹ ویز، انشاءاللہ۔</w:t>
      </w:r>
    </w:p>
    <w:p>
      <w:r>
        <w:rPr>
          <w:b/>
        </w:rPr>
        <w:t xml:space="preserve">[23:22] </w:t>
      </w:r>
      <w:r>
        <w:t>assalam o alaikum wa rehmatullahi wa barakatuhu.</w:t>
      </w:r>
    </w:p>
    <w:p>
      <w:pPr>
        <w:jc w:val="right"/>
      </w:pPr>
      <w:r>
        <w:t>السلام علیکم ورحمۃ اللہ وبرکاتہ۔</w:t>
      </w:r>
    </w:p>
    <w:p>
      <w:r>
        <w:rPr>
          <w:b/>
        </w:rPr>
        <w:t xml:space="preserve">[23:25] </w:t>
      </w:r>
      <w:r>
        <w:t>next slide shows pakistan, afghanistan and central asia. in pakistan, we have a very dedicated member, mr tariq badr sahib.</w:t>
      </w:r>
    </w:p>
    <w:p>
      <w:pPr>
        <w:jc w:val="right"/>
      </w:pPr>
      <w:r>
        <w:t>نیکسٹ سلائیڈ شوز پاکستان، افغانستان اینڈ سینٹرل ایشیا۔ ان پاکستان، وی ہیو ا ویری ڈیڈیکیٹڈ ممبر، مسٹر طارق بدر صاحب۔</w:t>
      </w:r>
    </w:p>
    <w:p>
      <w:r>
        <w:rPr>
          <w:b/>
        </w:rPr>
        <w:t xml:space="preserve">[23:36] </w:t>
      </w:r>
      <w:r>
        <w:t>so he is a person who has formed a very good team of cps volunteers. and urdu sense is the language in which maulana has originally written his books, and urdu is also the language of pakistan.</w:t>
      </w:r>
    </w:p>
    <w:p>
      <w:pPr>
        <w:jc w:val="right"/>
      </w:pPr>
      <w:r>
        <w:t>سو ہی از ا پرسن ہو ہیز فارمڈ ا ویری گڈ ٹیم اف سی پی ایس والنٹیئرز۔ اینڈ اردو سنس از دا لینگویج ان وچ مولانا ہیز اوریجنلی رٹن ہز بکس، اینڈ اردو از السو دا لینگویج اف پاکستان۔</w:t>
      </w:r>
    </w:p>
    <w:p>
      <w:r>
        <w:rPr>
          <w:b/>
        </w:rPr>
        <w:t xml:space="preserve">[23:49] </w:t>
      </w:r>
      <w:r>
        <w:t>so its very easy to introduce the mission over there and disseminate maulana thoughts. to wahan par ek cheez jo bohat zyada popular hai, woh hai tazkirul quran.</w:t>
      </w:r>
    </w:p>
    <w:p>
      <w:pPr>
        <w:jc w:val="right"/>
      </w:pPr>
      <w:r>
        <w:t>سو اٹس ویری ایزی ٹو انٹروڈیوس دا مشن اوور دیر اینڈ ڈیسیمینیٹ مولانا تھاٹس۔ تو وہاں پر ایک چیز جو بہت زیادہ پاپولر ہے، وہ ہے تذکیر القرآن۔</w:t>
      </w:r>
    </w:p>
    <w:p>
      <w:r>
        <w:rPr>
          <w:b/>
        </w:rPr>
        <w:t xml:space="preserve">[23:59] </w:t>
      </w:r>
      <w:r>
        <w:t>to tariq badar sahib aur un ke jo saathi hain, woh sab doosre bohat saari fairs hoti hain, exhibitions hoti hain, har jagah jaate hain. jaise lahore mein, karachi mein, islamabad mein ya rawalpindi mein, wahan par woh log quran stall lagate hain aur bohat saari kitabein hoti hain.</w:t>
      </w:r>
    </w:p>
    <w:p>
      <w:pPr>
        <w:jc w:val="right"/>
      </w:pPr>
      <w:r>
        <w:t>تو طارق بدر صاحب اور ان کے جو ساتھی ہیں، وہ سب دوسرے بہت ساری فیئرز ہوتی ہیں، ایگزیبیشنز ہوتی ہیں، ہر جگہ جاتے ہیں۔ جیسے لاہور میں، کراچی میں، اسلام آباد میں یا راولپنڈی میں، وہاں پر وہ لوگ قرآن سٹال لگاتے ہیں اور بہت ساری کتابیں ہوتی ہیں۔</w:t>
      </w:r>
    </w:p>
    <w:p>
      <w:r>
        <w:rPr>
          <w:b/>
        </w:rPr>
        <w:t xml:space="preserve">[24:15] </w:t>
      </w:r>
      <w:r>
        <w:t>log milte hain un se aur jurte hain mission mein. to is tarah pakistan mein kaam ho raha hai. and pakistan ki ek important characteristic of the pakistan team is that the people who part of the pakistan team are very educated people.</w:t>
      </w:r>
    </w:p>
    <w:p>
      <w:pPr>
        <w:jc w:val="right"/>
      </w:pPr>
      <w:r>
        <w:t>لوگ ملتے ہیں ان سے اور جڑتے ہیں مشن میں۔ تو اس طرح پاکستان میں کام ہو رہا ہے۔ اینڈ پاکستان کی ایک امپورٹنٹ کریکٹرسٹک اف دا پاکستان ٹیم از دیٹ دا پیپل ہو پارٹ اف دا پاکستان ٹیم ار ویری ایجوکیٹڈ پیپل۔</w:t>
      </w:r>
    </w:p>
    <w:p>
      <w:r>
        <w:rPr>
          <w:b/>
        </w:rPr>
        <w:t xml:space="preserve">[24:33] </w:t>
      </w:r>
      <w:r>
        <w:t>and recently, kaleem sahib from usa, waqar sahib, etcetera, they had also visited and they had inspired them, and they had consolidated the work in pakistan.</w:t>
      </w:r>
    </w:p>
    <w:p>
      <w:pPr>
        <w:jc w:val="right"/>
      </w:pPr>
      <w:r>
        <w:t>اینڈ ریسنٹلی، کلیم صاحب فرام یو ایس اے، وقار صاحب، ایٹسیدرا، دے ہیڈ السو وزٹڈ اینڈ دے ہیڈ انسپائرڈ دیم، اینڈ دے ہیڈ کنسولیڈیٹڈ دا ورک ان پاکستان۔</w:t>
      </w:r>
    </w:p>
    <w:p>
      <w:r>
        <w:rPr>
          <w:b/>
        </w:rPr>
        <w:t xml:space="preserve">[24:43] </w:t>
      </w:r>
      <w:r>
        <w:t>next is central asia. in central asia also, again, haroon shaikh sahib is doing a very important work because haroon shaikh sahib has sends his shipments over there.</w:t>
      </w:r>
    </w:p>
    <w:p>
      <w:pPr>
        <w:jc w:val="right"/>
      </w:pPr>
      <w:r>
        <w:t>نیکسٹ از سینٹرل ایشیا۔ ان سینٹرل ایشیا السو، اگین، ہارون شیخ صاحب از ڈوئنگ ا ویری امپورٹنٹ ورک بیکاز ہارون شیخ صاحب ہیز سینڈز ہز شپمنٹس اوور دیر۔</w:t>
      </w:r>
    </w:p>
    <w:p>
      <w:r>
        <w:rPr>
          <w:b/>
        </w:rPr>
        <w:t xml:space="preserve">[24:57] </w:t>
      </w:r>
      <w:r>
        <w:t>and along with that, he also sends quran translations. and for example, he has set up a center in tashkent.</w:t>
      </w:r>
    </w:p>
    <w:p>
      <w:pPr>
        <w:jc w:val="right"/>
      </w:pPr>
      <w:r>
        <w:t>اینڈ الونگ ود دیٹ، ہی السو سینڈز قرآن ٹرانسلیشنز۔ اینڈ فار ایگزیمپل، ہی ہیز سیٹ اپ ا سینٹر ان تاشکند۔</w:t>
      </w:r>
    </w:p>
    <w:p>
      <w:r>
        <w:rPr>
          <w:b/>
        </w:rPr>
        <w:t xml:space="preserve">[25:07] </w:t>
      </w:r>
      <w:r>
        <w:t>he set up a factory in tashkent, which is headed by his son omar, whose video will be follow. so again, tashkent because haroon shaikh uncle has set up a factory over there, it has become a hub in central asia for quran distribution in central asia and in the neighboring regions.</w:t>
      </w:r>
    </w:p>
    <w:p>
      <w:pPr>
        <w:jc w:val="right"/>
      </w:pPr>
      <w:r>
        <w:t>ہی سیٹ اپ ا فیکٹری ان تاشکند، وچ از ہیڈڈ بائے ہز سن عمر، ہوز ویڈیو ویل بی فالو۔ سو اگین، تاشکند بیکاز ہارون شیخ انکل ہیز سیٹ اپ ا فیکٹری اوور دیر، اٹ ہیز بیکم ا ہب ان سینٹرل ایشیا فار قرآن ڈسٹریبیوشن ان سینٹرل ایشیا اینڈ ان دا نیبرنگ ریجنز۔</w:t>
      </w:r>
    </w:p>
    <w:p>
      <w:r>
        <w:rPr>
          <w:b/>
        </w:rPr>
        <w:t xml:space="preserve">[25:33] </w:t>
      </w:r>
      <w:r>
        <w:t>this is a video of omar from kyrgistan.</w:t>
      </w:r>
    </w:p>
    <w:p>
      <w:pPr>
        <w:jc w:val="right"/>
      </w:pPr>
      <w:r>
        <w:t>دس از ا ویڈیو اف عمر فرام کرگستان۔</w:t>
      </w:r>
    </w:p>
    <w:p>
      <w:r>
        <w:rPr>
          <w:b/>
        </w:rPr>
        <w:t xml:space="preserve">[25:36] </w:t>
      </w:r>
      <w:r>
        <w:t>distribution of the quran, and alhamdulillah, we managed to distribute around 2000 copies in the russian language. it was a very difficult task initially because of search reasons, but through word of mouth and people to people talking about it, we managed to achieve the entire distribution.</w:t>
      </w:r>
    </w:p>
    <w:p>
      <w:pPr>
        <w:jc w:val="right"/>
      </w:pPr>
      <w:r>
        <w:t>ڈسٹریبیوشن اف دا قرآن، اینڈ الحمدللہ، وی مینج ٹو ڈسٹریبیوٹ اراؤنڈ 2000 کاپیز ان دا رشین لینگویج۔ اٹ واز ا ویری ڈیفیکلٹ ٹاسک انیشلی بیکاز اف سرچ ریزن، بٹ تھرو ورڈ اف ماؤتھ اینڈ پیپل ٹو پیپل ٹاکنگ اباؤٹ اٹ، وی مینج ٹو اچیو دا انٹائر ڈسٹریبیوشن۔</w:t>
      </w:r>
    </w:p>
    <w:p>
      <w:r>
        <w:rPr>
          <w:b/>
        </w:rPr>
        <w:t xml:space="preserve">[25:56] </w:t>
      </w:r>
      <w:r>
        <w:t>positive point is people have appreciated it, and they have asked now in turkish language as well as in the local kyrgyz language, around thousand copies each.</w:t>
      </w:r>
    </w:p>
    <w:p>
      <w:pPr>
        <w:jc w:val="right"/>
      </w:pPr>
      <w:r>
        <w:t>پوزیٹیو پوائنٹ از پیپل ہیو اپریشیٹڈ اٹ، اینڈ دے ہیو اسک ناو ان ٹرکش لینگویج ایز ویل ایز ان دا لوک کرگز لینگویج، اراؤنڈ تھا کاپیز ایچ۔</w:t>
      </w:r>
    </w:p>
    <w:p>
      <w:r>
        <w:rPr>
          <w:b/>
        </w:rPr>
        <w:t xml:space="preserve">[26:06] </w:t>
      </w:r>
      <w:r>
        <w:t>we should be able to do it by 2020. further more, we tried talking to another cis countries, uzbekistan, cities of tashkent and samarkand.</w:t>
      </w:r>
    </w:p>
    <w:p>
      <w:pPr>
        <w:jc w:val="right"/>
      </w:pPr>
      <w:r>
        <w:t>وی شوڈ بی ایبل ٹو ڈو اٹ بائی 2020۔ فردر مور، وی ٹرائیڈ ٹاکنگ ٹو انادر سی ائی ایس کنٹریز، ازبکستان، سٹیز اف تاشکند اینڈ سمرقند۔</w:t>
      </w:r>
    </w:p>
    <w:p>
      <w:r>
        <w:rPr>
          <w:b/>
        </w:rPr>
        <w:t xml:space="preserve">[26:18] </w:t>
      </w:r>
      <w:r>
        <w:t>he have told they met and couple of hotels who have appreciated this effort and said we talk to the management and the government to grant permission to keep them in the hotel itself as well as distribute it.</w:t>
      </w:r>
    </w:p>
    <w:p>
      <w:pPr>
        <w:jc w:val="right"/>
      </w:pPr>
      <w:r>
        <w:t>ہی ہیو ٹول دی میٹ اینڈ کپل اف ہوٹلز ہو ہیو اپریشیٹڈ دس ایفرٹ اینڈ سیڈ وی ٹاک ٹو دا مینجمنٹ اینڈ دا گورنمنٹ ٹو گرانٹ پرمیشن ٹو کیپ دیم ان دا ہوٹل اٹسیلف ایز ویل ایز ڈسٹریبیوٹ اٹ۔</w:t>
      </w:r>
    </w:p>
    <w:p>
      <w:r>
        <w:rPr>
          <w:b/>
        </w:rPr>
        <w:t xml:space="preserve">[26:30] </w:t>
      </w:r>
      <w:r>
        <w:t>we hope positive news from them at earliest, and we hope that this work of ours continues in these cis countries.</w:t>
      </w:r>
    </w:p>
    <w:p>
      <w:pPr>
        <w:jc w:val="right"/>
      </w:pPr>
      <w:r>
        <w:t>وی ہوپ پوزیٹیو نیوز فرام دیم ایٹ ارلیسٹ، اینڈ وی ہوپ دیٹ دس ورک اف اورز کنٹینیوس ان دی سی ائی ایس کنٹریز۔</w:t>
      </w:r>
    </w:p>
    <w:p>
      <w:r>
        <w:rPr>
          <w:b/>
        </w:rPr>
        <w:t xml:space="preserve">[26:40] </w:t>
      </w:r>
      <w:r>
        <w:t>unfortunately, the people who have helped us achieve this here in this country cannot be in the video some personal reasons as well as security reason, but allah helps them, and i hope they continue to the good work, and we are thankful to them for their support and their help till that and in the future.</w:t>
      </w:r>
    </w:p>
    <w:p>
      <w:pPr>
        <w:jc w:val="right"/>
      </w:pPr>
      <w:r>
        <w:t>انفارچونیٹلی، دا پیپل ہو ہیو ہیلپ اس اچیو دس ہیر ان دس کنٹری کین ناٹ بین دا ویڈیو سم پرسنل ریزنز ایز ویل ایز سیکیورٹی ریزن، بٹ اللہ ہیلپس دیم، اینڈ ائی ہوپ دے کنٹینیو ٹو دا گڈ ورک، اینڈ وی ار تھینک فل ٹو دیم فار دیر سپورٹ اینڈ دیر ہیلپ ٹل دیٹ اینڈ ان دا فیوچر۔</w:t>
      </w:r>
    </w:p>
    <w:p>
      <w:r>
        <w:rPr>
          <w:b/>
        </w:rPr>
        <w:t xml:space="preserve">[27:00] </w:t>
      </w:r>
      <w:r>
        <w:t>inshallah, we hope this good work continues in these countries and gets you know about the holy quran. thank you.</w:t>
      </w:r>
    </w:p>
    <w:p>
      <w:pPr>
        <w:jc w:val="right"/>
      </w:pPr>
      <w:r>
        <w:t>انشاءاللہ، وی ہوپ دس گڈ ورک کنٹینیوس ان دس کنٹریز اینڈ گیٹس یو نو اباؤٹ دا ہولی قرآن۔ تھینک یو۔</w:t>
      </w:r>
    </w:p>
    <w:p>
      <w:r>
        <w:rPr>
          <w:b/>
        </w:rPr>
        <w:t xml:space="preserve">[27:09] </w:t>
      </w:r>
      <w:r>
        <w:t>next we come to istanbul, jerusalem, qatar, the middle east basically. so the middle east, in middle east we have three centers: istanbul in turkey, jerusalem in israel, and dubai, qatar, or the uae.</w:t>
      </w:r>
    </w:p>
    <w:p>
      <w:pPr>
        <w:jc w:val="right"/>
      </w:pPr>
      <w:r>
        <w:t>نیکسٹ وی کم ٹو استنبول، جروزلم، قطر، دا مڈل ایسٹ بیسیکلی۔ سو دا مڈل ایسٹ، ان مڈل ایسٹ وی ہیو تھری سینٹرز: استنبول ان ٹرکی، جروزلم ان اسرائیل، اینڈ دبئی، قطر، اور دا یو اے ای۔</w:t>
      </w:r>
    </w:p>
    <w:p>
      <w:r>
        <w:rPr>
          <w:b/>
        </w:rPr>
        <w:t xml:space="preserve">[27:27] </w:t>
      </w:r>
      <w:r>
        <w:t>so this region is extremely important because this region is flocked by tourist. so for example, in istanbul there are two major mosques: ek hai sultan ahmed mosque, the blue mosque, aur doosri hai suleimania mosque.</w:t>
      </w:r>
    </w:p>
    <w:p>
      <w:pPr>
        <w:jc w:val="right"/>
      </w:pPr>
      <w:r>
        <w:t>سو دس ریجن از ایکسٹریملی امپورٹنٹ بیکاز دس ریجن از فلاک بائے ٹورسٹ۔ سو فار ایگزیمپل، ان استنبول دیر ار ٹو میجر مسکس: ایک ہے سلطان احمد مسک، دا بلو مسک، اور دوسری ہے سلیمانیہ مسک۔</w:t>
      </w:r>
    </w:p>
    <w:p>
      <w:r>
        <w:rPr>
          <w:b/>
        </w:rPr>
        <w:t xml:space="preserve">[27:41] </w:t>
      </w:r>
      <w:r>
        <w:t>to blue mosque turkey ki bohat hi famous mosque hai, wahan par 10 thousand tourist jaate hain in a daily basis. so every day 10 thousand people are visiting that mosque called the blue mosque.</w:t>
      </w:r>
    </w:p>
    <w:p>
      <w:pPr>
        <w:jc w:val="right"/>
      </w:pPr>
      <w:r>
        <w:t>تو بلو مسک ٹرکی کی بہت ہی فیمس مسک ہے، وہاں پر 10 تھا ٹورسٹ جاتے ہیں ان ا ڈیلی بیسز۔ سو ایوری ڈے 10 تھا پیپل ار وزٹنگ دیٹ مسک کالڈ دا بلو مسک۔</w:t>
      </w:r>
    </w:p>
    <w:p>
      <w:r>
        <w:rPr>
          <w:b/>
        </w:rPr>
        <w:t xml:space="preserve">[27:54] </w:t>
      </w:r>
      <w:r>
        <w:t>so its a huge dawah opportunity, and the imams of both these mosques, the blue mosque and the suleimania mosque, they have accepted to keep the translation of maulana quran, and they are very cooperative and very friendly, and they distribute these translations to the tourist who come to their mosques.</w:t>
      </w:r>
    </w:p>
    <w:p>
      <w:pPr>
        <w:jc w:val="right"/>
      </w:pPr>
      <w:r>
        <w:t>سو اٹس ا ہیوج دعویٰ اپرچونیٹی، اینڈ دا امامز اف بوتھ دیز مسک، دا بلو مسک اینڈ دا سلیمانیہ مسک، دے ہیو ایکسیپٹڈ ٹو کیپ دا ٹرانسلیشن اف مولانا قرآن، اینڈ دے ار ویری کوآپریٹیو اینڈ ویری فرینڈلی، اینڈ دے ڈسٹریبیوٹ دیز ٹرانسلیشنز ٹو دا ٹورسٹ ہو کم ٹو دیر مسکس۔</w:t>
      </w:r>
    </w:p>
    <w:p>
      <w:r>
        <w:rPr>
          <w:b/>
        </w:rPr>
        <w:t xml:space="preserve">[28:12] </w:t>
      </w:r>
      <w:r>
        <w:t>and what is very important to know is that in mosque mein jo tourist aate hain, majority woh europeans hote hain. to abba keh rahe the europe mein dawah work itne consolidated way mein nahi ho raha hai, lekin ek bohat badi opportunity istanbul mein khul gayi hai kyunke europeans itne large number mein is jagah aate hain, to yahan par quran in tak pahunch raha hai istanbul ke through.</w:t>
      </w:r>
    </w:p>
    <w:p>
      <w:pPr>
        <w:jc w:val="right"/>
      </w:pPr>
      <w:r>
        <w:t>اینڈ واٹ از ویری امپورٹنٹ ٹو نو از دیٹ ان مسک میں جو ٹورسٹ آتے ہیں، میجورٹی وہ یورپینز ہوتے ہیں۔ تو ابا کہہ رہے تھے یورپ میں دعویٰ ورک اتنے کنسولیڈیٹڈ وے میں نہیں ہو رہا ہے، لیکن ایک بہت بڑی اپرچونیٹی استنبول میں کھل گئی ہے کیونکہ یورپینز اتنے لارج نمبر میں اس جگہ آتے ہیں، تو یہاں پر قرآن ان تک پہنچ رہا ہے استنبول کے تھرو۔</w:t>
      </w:r>
    </w:p>
    <w:p>
      <w:r>
        <w:rPr>
          <w:b/>
        </w:rPr>
        <w:t xml:space="preserve">[28:37] </w:t>
      </w:r>
      <w:r>
        <w:t>doosri jagah hai jerusalem. to jerusalem mein three bohat hi zyada famous spots hain: one is the al aqsa mosque, the second is bethlehem, and the third is nazareth.</w:t>
      </w:r>
    </w:p>
    <w:p>
      <w:pPr>
        <w:jc w:val="right"/>
      </w:pPr>
      <w:r>
        <w:t>دوسری جگہ ہے جروزلم۔ تو جروزلم میں تھری بہت ہی زیادہ فیمس سپاٹس ہیں: ون از دا الاقصیٰ مسک، دا سیکنڈ از بیت لحم، اینڈ دا تھرڈ از نازرت۔</w:t>
      </w:r>
    </w:p>
    <w:p>
      <w:r>
        <w:rPr>
          <w:b/>
        </w:rPr>
        <w:t xml:space="preserve">[28:48] </w:t>
      </w:r>
      <w:r>
        <w:t>to al aqsa mosque to is a very famous point where a lot of tourist come. to yahan par ek dedicated members mil gaye hain humein, leban palestinian brothers who reside in israel.</w:t>
      </w:r>
    </w:p>
    <w:p>
      <w:pPr>
        <w:jc w:val="right"/>
      </w:pPr>
      <w:r>
        <w:t>تو الاقصیٰ مسک تو از ا ویری فیمس پوائنٹ ویئر ا لاٹ اف ٹورسٹ کم۔ تو یہاں پر ایک ڈیڈیکیٹڈ ممبرز مل گئے ہیں ہمیں، لیبین پیلسٹینین برادرز ہو ریزائیڈ ان اسرائیل۔</w:t>
      </w:r>
    </w:p>
    <w:p>
      <w:r>
        <w:rPr>
          <w:b/>
        </w:rPr>
        <w:t xml:space="preserve">[29:03] </w:t>
      </w:r>
      <w:r>
        <w:t>they are residents of israel, but they are palestinians. so they are doing dawah work in a very good way, and there are videos also which will show how they are doing dawah work.</w:t>
      </w:r>
    </w:p>
    <w:p>
      <w:pPr>
        <w:jc w:val="right"/>
      </w:pPr>
      <w:r>
        <w:t>دے ار ریزیڈنٹس اف اسرائیل، بٹ دے ار پیلسٹینینز۔ سو دے ار ڈوئنگ دعویٰ ورک ان ا ویری گڈ وے، اینڈ دیر ار ویڈیوز السو وچ ویل شو ہاؤ دے ار ڈوئنگ دعویٰ ورک۔</w:t>
      </w:r>
    </w:p>
    <w:p>
      <w:r>
        <w:rPr>
          <w:b/>
        </w:rPr>
        <w:t xml:space="preserve">[29:12] </w:t>
      </w:r>
      <w:r>
        <w:t>secondly, bethlehem and nazareth are extremely important because bethlehem was the place where jesus was born, and nazareth is the city where jesus lived.</w:t>
      </w:r>
    </w:p>
    <w:p>
      <w:pPr>
        <w:jc w:val="right"/>
      </w:pPr>
      <w:r>
        <w:t>سیکنڈلی، بیت لحم اینڈ نازرت ار ایکسٹریملی امپورٹنٹ بیکاز بیت لحم واز دا پلیس ویئر جیسس واز born، اینڈ نازرت از دا سٹی ویئر جیسس لیوڈ۔</w:t>
      </w:r>
    </w:p>
    <w:p>
      <w:r>
        <w:rPr>
          <w:b/>
        </w:rPr>
        <w:t xml:space="preserve">[29:22] </w:t>
      </w:r>
      <w:r>
        <w:t>so these two cities are extremely historical cities, and these are places where tourist come in great numbers from all religions, all backgrounds.</w:t>
      </w:r>
    </w:p>
    <w:p>
      <w:pPr>
        <w:jc w:val="right"/>
      </w:pPr>
      <w:r>
        <w:t>سو دیز ٹو سٹیز ار ایکسٹریملی ہسٹوریکل سٹیز، اینڈ دیز ار پلیسز ویئر ٹورسٹ کم ان گریٹ نمبرز فرام ال ریلیجنز، ال بیک گراؤنڈز۔</w:t>
      </w:r>
    </w:p>
    <w:p>
      <w:r>
        <w:rPr>
          <w:b/>
        </w:rPr>
        <w:t xml:space="preserve">[29:32] </w:t>
      </w:r>
      <w:r>
        <w:t>and the good part about bethlehem and nazareth is that these two cities retain the originality of the the historicity of the places.</w:t>
      </w:r>
    </w:p>
    <w:p>
      <w:pPr>
        <w:jc w:val="right"/>
      </w:pPr>
      <w:r>
        <w:t>اینڈ دا گڈ پارٹ اباؤٹ بیت لحم اینڈ نازرت از دیٹ دیز ٹو سٹیز ریٹین دا اوریجنلٹی اف دا دا ہسٹوریسٹی اف دا پلیسز۔</w:t>
      </w:r>
    </w:p>
    <w:p>
      <w:r>
        <w:rPr>
          <w:b/>
        </w:rPr>
        <w:t xml:space="preserve">[29:45] </w:t>
      </w:r>
      <w:r>
        <w:t>so you go there and you have the same feeling which you would have had when jesus was actually born there. so this is why tourist flock to these places in huge numbers.</w:t>
      </w:r>
    </w:p>
    <w:p>
      <w:pPr>
        <w:jc w:val="right"/>
      </w:pPr>
      <w:r>
        <w:t>سو یو گو دیر اینڈ یو ہیو دا سیم فیلنگ وچ یو وڈ ہیو ہیڈ وین جیسس واز ایکچولی born there. سو دس از وائی ٹورسٹ فلاک ٹو دیز پلیسز ان ہیوج نمبرز۔</w:t>
      </w:r>
    </w:p>
    <w:p>
      <w:r>
        <w:rPr>
          <w:b/>
        </w:rPr>
        <w:t xml:space="preserve">[29:55] </w:t>
      </w:r>
      <w:r>
        <w:t>so we have teams there who are doing dawah work. in dubai and qatar, in dubai we have a lady, sister seema jalal, who is naghma apa sister.</w:t>
      </w:r>
    </w:p>
    <w:p>
      <w:pPr>
        <w:jc w:val="right"/>
      </w:pPr>
      <w:r>
        <w:t>سو وی ہیو ٹیمز دیر ہو آر ڈوئنگ دعویٰ ورک۔ ان دبئی اینڈ قطر، ان دبئی وی ہیو ا لیڈی، سسٹر سیما جلال، ہو از نغمہ اپا سسٹر۔</w:t>
      </w:r>
    </w:p>
    <w:p>
      <w:r>
        <w:rPr>
          <w:b/>
        </w:rPr>
        <w:t xml:space="preserve">[30:05] </w:t>
      </w:r>
      <w:r>
        <w:t>she is single handedly managing the uae chapter of cps. and apart from sister seema jalal, we have a very important member called mr saleem of buckland.</w:t>
      </w:r>
    </w:p>
    <w:p>
      <w:pPr>
        <w:jc w:val="right"/>
      </w:pPr>
      <w:r>
        <w:t>شی از سنگل ہینڈڈلی مینیجنگ دا یو اے ای چیپٹر اف سی پی ایس۔ اینڈ اپارٹ فرام سسٹر سیما جلال، وی ہیو ا ویری امپورٹنٹ ممبر کالڈ مسٹر سلیم اف بک لینڈ۔</w:t>
      </w:r>
    </w:p>
    <w:p>
      <w:r>
        <w:rPr>
          <w:b/>
        </w:rPr>
        <w:t xml:space="preserve">[30:18] </w:t>
      </w:r>
      <w:r>
        <w:t>buckland is the name of his company. so he is a very important distributor there. he keeps the quran stocks, and he delivers it wherever sister seema needs it.</w:t>
      </w:r>
    </w:p>
    <w:p>
      <w:pPr>
        <w:jc w:val="right"/>
      </w:pPr>
      <w:r>
        <w:t>بک لینڈ از دا نیم اف ہز کمپنی۔ سو ہی از ا ویری امپورٹنٹ ڈسٹریبیوٹر دیر۔ ہی کیپس دا قرآن اسٹاکس، اینڈ ہی ڈیلیورز اٹ ویریور سسٹر سیما نیڈز اٹ۔</w:t>
      </w:r>
    </w:p>
    <w:p>
      <w:r>
        <w:rPr>
          <w:b/>
        </w:rPr>
        <w:t xml:space="preserve">[30:28] </w:t>
      </w:r>
      <w:r>
        <w:t>So we showed two videos of the two three videos of how the Quran work is being done</w:t>
      </w:r>
    </w:p>
    <w:p>
      <w:pPr>
        <w:jc w:val="right"/>
      </w:pPr>
      <w:r>
        <w:t>سو وی شو ٹو ویڈیوز اف دا ٹو تھری ویڈیوز اف ہاؤ دا قرآن ورک از بینگ ڈن</w:t>
      </w:r>
    </w:p>
    <w:p>
      <w:r>
        <w:rPr>
          <w:b/>
        </w:rPr>
        <w:t xml:space="preserve">[30:34] </w:t>
      </w:r>
      <w:r>
        <w:t>in Jerusalem and in Dubai.</w:t>
      </w:r>
    </w:p>
    <w:p>
      <w:pPr>
        <w:jc w:val="right"/>
      </w:pPr>
      <w:r>
        <w:t>ان جروزلم اینڈ ان دبئی۔</w:t>
      </w:r>
    </w:p>
    <w:p>
      <w:r>
        <w:rPr>
          <w:b/>
        </w:rPr>
        <w:t xml:space="preserve">[31:25] </w:t>
      </w:r>
      <w:r>
        <w:t>assalam o alaikum warahamatullahi wabarakatuh. here is suleimaniah mosque, and we do some of activities here in the help of center for cross cultural communication and organization based in istanbul.</w:t>
      </w:r>
    </w:p>
    <w:p>
      <w:pPr>
        <w:jc w:val="right"/>
      </w:pPr>
      <w:r>
        <w:t>السلام علیکم ورحمۃ اللہ وبرکاتہ۔ ہیر از سلیمانیہ مسک، اینڈ وی ڈو سم اف ایکٹیویٹیز ہیر ان دی ہیلپ اف سینٹر فار کراس کلچرل کمیونیکیشن اینڈ ارگنائزیشن بیسڈ ان استنبول۔</w:t>
      </w:r>
    </w:p>
    <w:p>
      <w:r>
        <w:rPr>
          <w:b/>
        </w:rPr>
        <w:t xml:space="preserve">[31:38] </w:t>
      </w:r>
      <w:r>
        <w:t>and we would like to thank our supporter, one of our supporters from india, good word books, for providing us some of our quran translations to be distributed here in suleimaniah and some of other mosques in turkey.</w:t>
      </w:r>
    </w:p>
    <w:p>
      <w:pPr>
        <w:jc w:val="right"/>
      </w:pPr>
      <w:r>
        <w:t>اینڈ وی وڈ لائک ٹو تھینک اوور سپورٹر، ون اف اوور سپورٹرز فرام انڈیا، گڈ ورڈ بکس، فار پرووائیڈنگ اس سم اف اوور قرآن ٹرانسلیشنز ٹو بی ڈسٹریبیوٹڈ ہیر ان سلیمانیہ اینڈ سم اف ادر مسکس ان ٹرکی۔</w:t>
      </w:r>
    </w:p>
    <w:p>
      <w:r>
        <w:rPr>
          <w:b/>
        </w:rPr>
        <w:t xml:space="preserve">[31:57] </w:t>
      </w:r>
      <w:r>
        <w:t>as organization, we believe that, you know, understanding develops respect. and through this way, through distributing quran, through here in this activities, talking about our culture, our religion, we believe that, you know, this understanding develops a lot.</w:t>
      </w:r>
    </w:p>
    <w:p>
      <w:pPr>
        <w:jc w:val="right"/>
      </w:pPr>
      <w:r>
        <w:t>ایز ارگنائزیشن، وی بیلیو دیٹ، یو نو، انڈرسٹینڈنگ ڈیولپس ریسپیکٹ۔ اینڈ تھرو دس وے، تھرو ڈسٹریبیوٹنگ قرآن، تھرو ہیر ان دس ایکٹیویٹیز، ٹاکنگ اباؤٹ اوور کلچر، اوور ریلیجن، وی بیلیو دیٹ، یو نو، دس انڈرسٹینڈنگ ڈیولپس ا لاٹ۔</w:t>
      </w:r>
    </w:p>
    <w:p>
      <w:r>
        <w:rPr>
          <w:b/>
        </w:rPr>
        <w:t xml:space="preserve">[32:18] </w:t>
      </w:r>
      <w:r>
        <w:t>and we would be making a big contribution to peace. assalam o alaikum warahamatullahi wabarakatuh.</w:t>
      </w:r>
    </w:p>
    <w:p>
      <w:pPr>
        <w:jc w:val="right"/>
      </w:pPr>
      <w:r>
        <w:t>اینڈ وی وڈ بی میکنگ ا بگ کنٹریبیوشن ٹو پیس۔ السلام علیکم ورحمۃ اللہ وبرکاتہ۔</w:t>
      </w:r>
    </w:p>
    <w:p>
      <w:r>
        <w:rPr>
          <w:b/>
        </w:rPr>
        <w:t xml:space="preserve">[32:28] </w:t>
      </w:r>
      <w:r>
        <w:t>This was a volunteer who does distribution in the blue mosque.</w:t>
      </w:r>
    </w:p>
    <w:p>
      <w:pPr>
        <w:jc w:val="right"/>
      </w:pPr>
      <w:r>
        <w:t>This was a volunteer who does distribution in the blue mosque.</w:t>
      </w:r>
    </w:p>
    <w:p>
      <w:r>
        <w:rPr>
          <w:b/>
        </w:rPr>
        <w:t xml:space="preserve">[32:36] </w:t>
      </w:r>
      <w:r>
        <w:t>jinsiyat mukhtalifa min ghair al muslimeen yadkhuloon al masjid al aqsa min bab al maghariba ala shakal suwwah fi awqat al sabah wa sa'at al zuhr.</w:t>
      </w:r>
    </w:p>
    <w:p>
      <w:pPr>
        <w:jc w:val="right"/>
      </w:pPr>
      <w:r>
        <w:t>جنسيات مختلفة من غير المسلمين يدخلون المسجد الأقصى من باب المغاربة على شكل سياح في أوقات الصباح وساعة الظهيرة.</w:t>
      </w:r>
    </w:p>
    <w:p>
      <w:r>
        <w:rPr>
          <w:b/>
        </w:rPr>
        <w:t xml:space="preserve">[32:46] </w:t>
      </w:r>
      <w:r>
        <w:t>fayastaqbiluhum ha'ula'i al shubban lid'uwatihim ila al islam.</w:t>
      </w:r>
    </w:p>
    <w:p>
      <w:pPr>
        <w:jc w:val="right"/>
      </w:pPr>
      <w:r>
        <w:t>فيستقبلهم هؤلاء الشبان لدعوتهم إلى الإسلام.</w:t>
      </w:r>
    </w:p>
    <w:p>
      <w:r>
        <w:rPr>
          <w:b/>
        </w:rPr>
        <w:t xml:space="preserve">[32:50] </w:t>
      </w:r>
      <w:r>
        <w:t>fayadkhul ahaduhum al masjid sa'ihan wa yakhruj musliman, wada'een nasb a'yunihim hadith al nabi sallallahu alayhi wa sallam: "li an yahdi Allah bik rajulan wahidan khair lak min an yakoon lak humr al ni'am".</w:t>
      </w:r>
    </w:p>
    <w:p>
      <w:pPr>
        <w:jc w:val="right"/>
      </w:pPr>
      <w:r>
        <w:t>فيدخل أحدهم المسجد سائحًا ويخرج مسلمًا، واضعين نصب أعينهم حديث النبي صلى الله عليه وسلم: "لأن يهدي الله بك رجلًا واحدًا خير لك من أن يكون لك حمر النعم".</w:t>
      </w:r>
    </w:p>
    <w:p>
      <w:r>
        <w:rPr>
          <w:b/>
        </w:rPr>
        <w:t xml:space="preserve">[33:09] </w:t>
      </w:r>
      <w:r>
        <w:t>shubban la tufariq al basma wujuhuhum yatahadathoon al ingliziya bi talaqa wa yamtalikon ma'lumat jammah an al islam</w:t>
      </w:r>
    </w:p>
    <w:p>
      <w:pPr>
        <w:jc w:val="right"/>
      </w:pPr>
      <w:r>
        <w:t>شبان لا تفارق البسمة وجوههم يتحدثون الإنجليزية بطلاقة ويمتلكون معلومات جمة عن الإسلام</w:t>
      </w:r>
    </w:p>
    <w:p>
      <w:r>
        <w:rPr>
          <w:b/>
        </w:rPr>
        <w:t xml:space="preserve">[33:17] </w:t>
      </w:r>
      <w:r>
        <w:t>. yantashirun bayna majmu'at al suwwah tilk hamileen kutayibat lil ta'reef bi al islam wa nusakh min al quran al kareem bi lughat mukhtalifa, yuqaddimunaha majjanan ala shakal hadiya ma'a ibtisama 'areeda.</w:t>
      </w:r>
    </w:p>
    <w:p>
      <w:pPr>
        <w:jc w:val="right"/>
      </w:pPr>
      <w:r>
        <w:t>. ينتشرون بين مجموعات السياح تلك حاملين كتيبات للتعريف بالإسلام ونسخ من القرآن الكريم بلغات مختلفة، يقدمونها مجانًا على شكل هدية مع ابتسامة عريضة.</w:t>
      </w:r>
    </w:p>
    <w:p>
      <w:r>
        <w:rPr>
          <w:b/>
        </w:rPr>
        <w:t xml:space="preserve">[33:31] </w:t>
      </w:r>
      <w:r>
        <w:t>faminhum man yamtani' an akhdhiha wa ya'rid mutawalliyan, wa minhum man ya'khudhuha wa yaqif mustami'an li ayyat al quran wa da'wat al shubban</w:t>
      </w:r>
    </w:p>
    <w:p>
      <w:pPr>
        <w:jc w:val="right"/>
      </w:pPr>
      <w:r>
        <w:t>فمنهم من يمتنع عن أخذها ويعرض متوليًا، ومنهم من يأخذها ويقف مستمعًا لآيات القرآن ودعوة الشبان</w:t>
      </w:r>
    </w:p>
    <w:p>
      <w:r>
        <w:rPr>
          <w:b/>
        </w:rPr>
        <w:t xml:space="preserve">[33:40] </w:t>
      </w:r>
      <w:r>
        <w:t>. min yansur al nabi nuqilu: "nahnu Allah wa nashkuruh". ma lahum bih min 'ilm wa la li abaihim.</w:t>
      </w:r>
    </w:p>
    <w:p>
      <w:pPr>
        <w:jc w:val="right"/>
      </w:pPr>
      <w:r>
        <w:t>. من ينصر النبي نقالوا: "نحن الله ونشكره". ما لهم به من علم ولا لآبائهم.</w:t>
      </w:r>
    </w:p>
    <w:p>
      <w:r>
        <w:rPr>
          <w:b/>
        </w:rPr>
        <w:t xml:space="preserve">[33:51] </w:t>
      </w:r>
      <w:r>
        <w:t>kaburat kalima tukhraj min afwahihim in yaquloon illa kadhiban. al asl al masjid al aqsa mukhassas lil ibada.</w:t>
      </w:r>
    </w:p>
    <w:p>
      <w:pPr>
        <w:jc w:val="right"/>
      </w:pPr>
      <w:r>
        <w:t>كبرت كلمة تخرج من أفواههم إن يقولون إلا كذبًا. الأصل المسجد الأقصى مخصص للعبادة.</w:t>
      </w:r>
    </w:p>
    <w:p>
      <w:r>
        <w:rPr>
          <w:b/>
        </w:rPr>
        <w:t xml:space="preserve">[33:59] </w:t>
      </w:r>
      <w:r>
        <w:t>lakin bisabab al awda' biyadkhuloo 'anna ajaneb katheer ila al masjid al aqsa. wa ihna binistaghillu hadha al ishi fi al da'wah ila Allah. bi tabligh risalat Allah subhanahu wa ta'ala</w:t>
      </w:r>
    </w:p>
    <w:p>
      <w:pPr>
        <w:jc w:val="right"/>
      </w:pPr>
      <w:r>
        <w:t>لكن بسبب الأوضاع بيدخلوا عنا أجانب كثير على المسجد الأقصى. وإحنا بنستغل هذا الإشي في الدعوة إلى الله. بتبليغ رسالة الله سبحانه وتعالى</w:t>
      </w:r>
    </w:p>
    <w:p>
      <w:r>
        <w:rPr>
          <w:b/>
        </w:rPr>
        <w:t xml:space="preserve">[34:07] </w:t>
      </w:r>
      <w:r>
        <w:t>. li an Allah subhanahu wa ta'ala arsal nabiyna Muhammad sallallahu alayhi wa sallam rahmatan lil 'alameen ajma'een. laysa faqat lil 'arab wa laysa faqat li ghayrihim. faqat lil 'alam kullih li jamee' al 'alam.</w:t>
      </w:r>
    </w:p>
    <w:p>
      <w:pPr>
        <w:jc w:val="right"/>
      </w:pPr>
      <w:r>
        <w:t>. لأن الله سبحانه وتعالى أرسل نبينا محمد صلى الله عليه وسلم رحمة للعالمين أجمعين. ليس فقط للعرب وليس فقط لغيرهم. فقط للعالم كله لجميع العالم.</w:t>
      </w:r>
    </w:p>
    <w:p>
      <w:r>
        <w:rPr>
          <w:b/>
        </w:rPr>
        <w:t xml:space="preserve">[34:16] </w:t>
      </w:r>
      <w:r>
        <w:t>lidhalik nahnu naqoomu bi muhimmat tabligh da'wat al nabi sallallahu alayhi wa sallam. wa Allah subhanahu wa ta'ala qala fi kitabihi: "wa man ahsan qawlan mimman da'a ila Allah".</w:t>
      </w:r>
    </w:p>
    <w:p>
      <w:pPr>
        <w:jc w:val="right"/>
      </w:pPr>
      <w:r>
        <w:t>لذلك نحن نقوم بمهمة تبليغ دعوة النبي صلى الله عليه وسلم. والله سبحانه وتعالى قال في كتابه: "ومن أحسن قولًا ممن دعا إلى الله".</w:t>
      </w:r>
    </w:p>
    <w:p>
      <w:r>
        <w:rPr>
          <w:b/>
        </w:rPr>
        <w:t xml:space="preserve">[34:26] </w:t>
      </w:r>
      <w:r>
        <w:t>barakat al makan. al masjid al aqsa barakahu Allah. fa barakat al makan tatrah al ra</w:t>
      </w:r>
    </w:p>
    <w:p>
      <w:pPr>
        <w:jc w:val="right"/>
      </w:pPr>
      <w:r>
        <w:t>بركة المكان. المسجد الأقصى باركه الله. فبركة المكان تطرح الرح</w:t>
      </w:r>
    </w:p>
    <w:p>
      <w:r>
        <w:rPr>
          <w:b/>
        </w:rPr>
        <w:t xml:space="preserve">[34:33] </w:t>
      </w:r>
      <w:r>
        <w:t>hmah min Allah. wa tatrah al baraka 'ala hatta tatakallam ma'ahu tash'ur anna hunaka tamaneena. hunaka sakeena. markaz dar al salam lil ta'reef bi al islam fi kafr qara' shimal filis</w:t>
      </w:r>
    </w:p>
    <w:p>
      <w:pPr>
        <w:jc w:val="right"/>
      </w:pPr>
      <w:r>
        <w:t>مة من الله. وتطرح البركة على حتى تتكلم معه تشعر أن هناك طمأنينة. هناك سكينة. مركز دار السلام للتعريف بالإسلام في كفر قرع شمال فلس</w:t>
      </w:r>
    </w:p>
    <w:p>
      <w:r>
        <w:rPr>
          <w:b/>
        </w:rPr>
        <w:t xml:space="preserve">[34:42] </w:t>
      </w:r>
      <w:r>
        <w:t>teen.</w:t>
      </w:r>
    </w:p>
    <w:p>
      <w:pPr>
        <w:jc w:val="right"/>
      </w:pPr>
      <w:r>
        <w:t>طين.</w:t>
      </w:r>
    </w:p>
    <w:p>
      <w:r>
        <w:rPr>
          <w:b/>
        </w:rPr>
        <w:t xml:space="preserve">[34:45] </w:t>
      </w:r>
      <w:r>
        <w:t>assalam o alaikum. i am seema jalal, and i look after the dubai chapter of cps. we take our inspiration from the following tradition of the prophet muhammad sallallahu alayhi wa sallam: "there will be no home, big or small, into which god will not have caused his word to enter".</w:t>
      </w:r>
    </w:p>
    <w:p>
      <w:pPr>
        <w:jc w:val="right"/>
      </w:pPr>
      <w:r>
        <w:t>السلام علیکم۔ آئی ایم سیما جلال، اینڈ آئی لوک آفٹر دا دبئی چیپٹر آف سی پی ایس۔ وی ٹیک آور انسپیریشن فرام دا فالونگ ٹریڈیشن آف دا پرافٹ محمد صلی اللہ علیہ وسلم: "دیر ویل بی نو ہوم، بگ اور سمال، انٹو وچ گاڈ ویل ناٹ ہیو کازڈ ہز ورڈ ٹو انٹر"۔</w:t>
      </w:r>
    </w:p>
    <w:p>
      <w:r>
        <w:rPr>
          <w:b/>
        </w:rPr>
        <w:t xml:space="preserve">[35:02] </w:t>
      </w:r>
      <w:r>
        <w:t>aur team has been organizing quran distribution in dubai since the year 2009. dubai has emerged as one of the biggest tourist destinations of the present time.</w:t>
      </w:r>
    </w:p>
    <w:p>
      <w:pPr>
        <w:jc w:val="right"/>
      </w:pPr>
      <w:r>
        <w:t>آور ٹیم ہیز بین ارگنائزنگ قرآن ڈسٹریبیوشن ان دبئی سنز دا ایئر 2009۔ دبئی ہیز ایمرجڈ ایز ون آف دا بگسٹ ٹورسٹ ڈیسٹینیشنز آف دا پریزنٹ ٹائم۔</w:t>
      </w:r>
    </w:p>
    <w:p>
      <w:r>
        <w:rPr>
          <w:b/>
        </w:rPr>
        <w:t xml:space="preserve">[35:13] </w:t>
      </w:r>
      <w:r>
        <w:t>thousands of people visit dubai for tourism and other purposes on daily basis. this gives us a noble opportunity to present the translation of the quran to them so that they can discover the truth and understand the true purpose of life.</w:t>
      </w:r>
    </w:p>
    <w:p>
      <w:pPr>
        <w:jc w:val="right"/>
      </w:pPr>
      <w:r>
        <w:t>تھاؤزنڈز آف پیپل وزٹ دبئی فار ٹورسٹم اینڈ ادر پرپسز آن ڈیلی بیسس۔ دس گوز اس ا نوبل اپرچونیٹی ٹو پریزنٹ دا ٹرانسلیشن آف دا قرآن ٹو دیم سو دیٹ دے کین ڈسکور دا ٹروتھ اینڈ انڈرسٹینڈ دا ٹرو پرپس آف لائف۔</w:t>
      </w:r>
    </w:p>
    <w:p>
      <w:r>
        <w:rPr>
          <w:b/>
        </w:rPr>
        <w:t xml:space="preserve">[35:27] </w:t>
      </w:r>
      <w:r>
        <w:t>this english translation has been approved by the ministry of islamic affairs in dubai. here it is not possible to do straight dawah.</w:t>
      </w:r>
    </w:p>
    <w:p>
      <w:pPr>
        <w:jc w:val="right"/>
      </w:pPr>
      <w:r>
        <w:t>دس انگلش ٹرانسلیشن ہیز بین اپرووڈ بائی دا منسٹری آف اسلامک افیئرز ان دبئی۔ ہیر اٹ از ناٹ پاسیبل ٹو ڈو سٹریٹ دعویٰ۔</w:t>
      </w:r>
    </w:p>
    <w:p>
      <w:r>
        <w:rPr>
          <w:b/>
        </w:rPr>
        <w:t xml:space="preserve">[35:37] </w:t>
      </w:r>
      <w:r>
        <w:t>it should be with the approval of the ministry. hence we try to find different ways of quran distribution with the cooperation of dubai of power. many hotels in dubai are now keeping the english translation of the quran by Maulana Wahiduddin Khan in their guest rooms.</w:t>
      </w:r>
    </w:p>
    <w:p>
      <w:pPr>
        <w:jc w:val="right"/>
      </w:pPr>
      <w:r>
        <w:t>اٹ شوڈ بی ود دا اپروول آف دا منسٹری۔ ہینس وی ٹرائی ٹو فائنڈ ڈفرنٹ ویز آف قرآن ڈسٹریبیوشن ود دا کوآپریشن آف دبئی اف پاور۔ مینی ہوٹلز ان دبئی آر ناو کیپنگ دا انگلش ٹرانسلیشن آف دا قرآن بائی مولانا وحید الدین خان ان دیر گیسٹ رومز۔</w:t>
      </w:r>
    </w:p>
    <w:p>
      <w:r>
        <w:rPr>
          <w:b/>
        </w:rPr>
        <w:t xml:space="preserve">[35:53] </w:t>
      </w:r>
      <w:r>
        <w:t>among them are the hotel media rotana dubai, kempinski palm jumeirah, and the ritz carlton central hotel. the quran was also being distributed at the dubai museum for about three years.</w:t>
      </w:r>
    </w:p>
    <w:p>
      <w:pPr>
        <w:jc w:val="right"/>
      </w:pPr>
      <w:r>
        <w:t>امنگ دیم آر دا ہوٹل میڈیا روتانہ دبئی، کیمپنسکی پام جمیرہ، اینڈ دا آر ایس میٹرو سینٹرل ہوٹل۔ دا قرآن واز آل سو بینگ ڈسٹریبیوٹڈ ایٹ دا دبئی میوزیم فار اباؤٹ تھری ایئرز۔</w:t>
      </w:r>
    </w:p>
    <w:p>
      <w:r>
        <w:rPr>
          <w:b/>
        </w:rPr>
        <w:t xml:space="preserve">[36:04] </w:t>
      </w:r>
      <w:r>
        <w:t>sheikh rashid center for cultural understanding keeps the quran. this center welcomes visitors to learn about the culture, traditions, and the religion of the region.</w:t>
      </w:r>
    </w:p>
    <w:p>
      <w:pPr>
        <w:jc w:val="right"/>
      </w:pPr>
      <w:r>
        <w:t>شیخ راشد سینٹر فار کلچرل انڈرسٹینڈنگ کیپس دا قرآن۔ دس سینٹر ویلکمز وزٹرز ٹو لرن اباؤٹ دا کلچر، ٹریڈیشنز، اینڈ دا ریلیجن آف دا ریجن۔</w:t>
      </w:r>
    </w:p>
    <w:p>
      <w:r>
        <w:rPr>
          <w:b/>
        </w:rPr>
        <w:t xml:space="preserve">[36:14] </w:t>
      </w:r>
      <w:r>
        <w:t>recently we had a meeting with the members of the ministry of islamic affairs dubai. the aim was to introduce the quran foundation and to find ways to work together to spread the peaceful message of quran.</w:t>
      </w:r>
    </w:p>
    <w:p>
      <w:pPr>
        <w:jc w:val="right"/>
      </w:pPr>
      <w:r>
        <w:t>ریسنٹلی وی ہیڈ ا میٹنگ ود دا ممبرز آف دا منسٹری آف اسلامک افیئرز دبئی۔ دا ایم واز ٹو انٹروڈیوس دا قرآن فاؤنڈیشن اینڈ ٹو فائنڈ ویز ٹو ورک ٹوگیدر ٹو سپریڈ دا پیس فل میسج آف قرآن۔</w:t>
      </w:r>
    </w:p>
    <w:p>
      <w:r>
        <w:rPr>
          <w:b/>
        </w:rPr>
        <w:t xml:space="preserve">[36:26] </w:t>
      </w:r>
      <w:r>
        <w:t>we thank allah for taking this work from us, and the members of cps daily and good word to help us in this noble work. jazak allah.</w:t>
      </w:r>
    </w:p>
    <w:p>
      <w:pPr>
        <w:jc w:val="right"/>
      </w:pPr>
      <w:r>
        <w:t>وی تھینک اللہ فار ٹیکنگ دس ورک فرام اس، اینڈ دا ممبرز آف سی پی ایس ڈیلی اینڈ گڈ ورڈ ٹو ہیلپ اس ان دس نوبل ورک۔ جزاک اللہ۔</w:t>
      </w:r>
    </w:p>
    <w:p>
      <w:r>
        <w:rPr>
          <w:b/>
        </w:rPr>
        <w:t xml:space="preserve">[36:34] </w:t>
      </w:r>
      <w:r>
        <w:t>next is southeast asia. this region is very important, and abba told me that this is his focus region.</w:t>
      </w:r>
    </w:p>
    <w:p>
      <w:pPr>
        <w:jc w:val="right"/>
      </w:pPr>
      <w:r>
        <w:t>نیکسٹ از ساؤتھ ایسٹ ایشیا۔ دس ریجن از ویری امپورٹنٹ، اینڈ ابا ٹولڈ می دیٹ دس از ہز فوکس ریجن۔</w:t>
      </w:r>
    </w:p>
    <w:p>
      <w:r>
        <w:rPr>
          <w:b/>
        </w:rPr>
        <w:t xml:space="preserve">[36:44] </w:t>
      </w:r>
      <w:r>
        <w:t>and the reason why it is a focus region is because the people of southeast asia, including thailand, korea, japan, the philippines, the people here are very friendly and very peaceful and extremely humble.</w:t>
      </w:r>
    </w:p>
    <w:p>
      <w:pPr>
        <w:jc w:val="right"/>
      </w:pPr>
      <w:r>
        <w:t>اینڈ دا ریزن وائی اٹ از ا فوکس ریجن از بیکاز دا پیپل آف ساؤتھ ایسٹ ایشیا، انکلوڈنگ تھائی لینڈ، کوریا، جاپان، دا فلپینز، دا پیپل ہیر آر ویری فرینڈلی اینڈ ویری پیس فل اینڈ ایکسٹریملی ہمبل۔</w:t>
      </w:r>
    </w:p>
    <w:p>
      <w:r>
        <w:rPr>
          <w:b/>
        </w:rPr>
        <w:t xml:space="preserve">[37:01] </w:t>
      </w:r>
      <w:r>
        <w:t>so they are very, this is a ve</w:t>
      </w:r>
    </w:p>
    <w:p>
      <w:pPr>
        <w:jc w:val="right"/>
      </w:pPr>
      <w:r>
        <w:t>سو دے آر ویری، دس از ا وی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