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CPS Peace Conference, Day 1, Taking Quran to the World presentation</w:t>
      </w:r>
    </w:p>
    <w:p>
      <w:r>
        <w:t>https://www.youtube.com/watch?v=jfdpu0qRRPc</w:t>
      </w:r>
    </w:p>
    <w:p>
      <w:r>
        <w:rPr>
          <w:b/>
        </w:rPr>
        <w:t xml:space="preserve">[00:06] </w:t>
      </w:r>
      <w:r>
        <w:t>okay, so you know the next session is again a very important session, and the session will be conducted by a person, and a person by if i were to describe that person, a lot of times it happens ki har ek insaan ki koi ek strength hoti hai. bahut kam baar aise hota hai ki koi multitasking kar sake. to hamare beech mein jo hamari senior cps member hain, doctor nagma siddiqui, i would say she is everywhere.</w:t>
      </w:r>
    </w:p>
    <w:p>
      <w:pPr>
        <w:jc w:val="right"/>
      </w:pPr>
      <w:r>
        <w:t>Okay, so you know the next session is again a very important session, and the session will be conducted by a person, and a person by if I were to describe that person, a lot of times it happens कि हर एक इंसान की कोई एक strength होती है। बहुत कम बार ऐसे होता है कि कोई multitasking कर सके। तो हमारे बीच में जो हमारी senior CPS member हैं, डॉक्टर नगमा सिद्दीकी, I would say she is everywhere.</w:t>
      </w:r>
    </w:p>
    <w:p>
      <w:r>
        <w:rPr>
          <w:b/>
        </w:rPr>
        <w:t xml:space="preserve">[00:36] </w:t>
      </w:r>
      <w:r>
        <w:t>CPS ki koi aisi activity nahi hai jismein woh involved nahi hai.</w:t>
      </w:r>
    </w:p>
    <w:p>
      <w:pPr>
        <w:jc w:val="right"/>
      </w:pPr>
      <w:r>
        <w:t>CPS की कोई ऐसी activity नहीं है जिसमें वो involved नहीं है।</w:t>
      </w:r>
    </w:p>
    <w:p>
      <w:r>
        <w:rPr>
          <w:b/>
        </w:rPr>
        <w:t xml:space="preserve">[00:40] </w:t>
      </w:r>
      <w:r>
        <w:t>aur hum log kehte hain ke agar woh ruk jati hain to CPS ruk jata hai.</w:t>
      </w:r>
    </w:p>
    <w:p>
      <w:pPr>
        <w:jc w:val="right"/>
      </w:pPr>
      <w:r>
        <w:t>और हम लोग कहते हैं कि अगर वो रुक जाती हैं तो CPS रुक जाता है।</w:t>
      </w:r>
    </w:p>
    <w:p>
      <w:r>
        <w:rPr>
          <w:b/>
        </w:rPr>
        <w:t xml:space="preserve">[00:44] </w:t>
      </w:r>
      <w:r>
        <w:t>agar woh chalti hain to hum log chalte hain.</w:t>
      </w:r>
    </w:p>
    <w:p>
      <w:pPr>
        <w:jc w:val="right"/>
      </w:pPr>
      <w:r>
        <w:t>अगर वो चलती हैं तो हम लोग चलते हैं।</w:t>
      </w:r>
    </w:p>
    <w:p>
      <w:r>
        <w:rPr>
          <w:b/>
        </w:rPr>
        <w:t xml:space="preserve">[00:46] </w:t>
      </w:r>
      <w:r>
        <w:t>to is liye agla jo program hai woh present karengi, and the title of her next session is "Creating</w:t>
      </w:r>
    </w:p>
    <w:p>
      <w:pPr>
        <w:jc w:val="right"/>
      </w:pPr>
      <w:r>
        <w:t>तो इसलिए अगला जो program है वो present करेंगी, and the title of her next session is "Creating</w:t>
      </w:r>
    </w:p>
    <w:p>
      <w:r>
        <w:rPr>
          <w:b/>
        </w:rPr>
        <w:t xml:space="preserve">[00:55] </w:t>
      </w:r>
      <w:r>
        <w:t>Smart Opportunities to Take the Quran to the World".</w:t>
      </w:r>
    </w:p>
    <w:p>
      <w:pPr>
        <w:jc w:val="right"/>
      </w:pPr>
      <w:r>
        <w:t>Smart Opportunities to Take the Quran to the World"।</w:t>
      </w:r>
    </w:p>
    <w:p>
      <w:r>
        <w:rPr>
          <w:b/>
        </w:rPr>
        <w:t xml:space="preserve">[00:59] </w:t>
      </w:r>
      <w:r>
        <w:t>is pe presentation dengi doctor Nagma Siddiqui.</w:t>
      </w:r>
    </w:p>
    <w:p>
      <w:pPr>
        <w:jc w:val="right"/>
      </w:pPr>
      <w:r>
        <w:t>इस पे presentation देंगी डॉक्टर नगमा सिद्दीकी।</w:t>
      </w:r>
    </w:p>
    <w:p>
      <w:r>
        <w:rPr>
          <w:b/>
        </w:rPr>
        <w:t xml:space="preserve">[01:02] </w:t>
      </w:r>
      <w:r>
        <w:t>So I will invite</w:t>
      </w:r>
    </w:p>
    <w:p>
      <w:pPr>
        <w:jc w:val="right"/>
      </w:pPr>
      <w:r>
        <w:t>So I will invite</w:t>
      </w:r>
    </w:p>
    <w:p>
      <w:r>
        <w:rPr>
          <w:b/>
        </w:rPr>
        <w:t xml:space="preserve">[01:04] </w:t>
      </w:r>
      <w:r>
        <w:t>doctor Nagma Siddiqui to come here and share her presentation.</w:t>
      </w:r>
    </w:p>
    <w:p>
      <w:pPr>
        <w:jc w:val="right"/>
      </w:pPr>
      <w:r>
        <w:t>डॉक्टर नगमा सिद्दीकी to come here and share her presentation।</w:t>
      </w:r>
    </w:p>
    <w:p>
      <w:r>
        <w:rPr>
          <w:b/>
        </w:rPr>
        <w:t xml:space="preserve">[01:08] </w:t>
      </w:r>
      <w:r>
        <w:t>Also jo log Facebook pe dekh rahe hain, aap jaise abhi Faraz ne kaha ke humein share karna</w:t>
      </w:r>
    </w:p>
    <w:p>
      <w:pPr>
        <w:jc w:val="right"/>
      </w:pPr>
      <w:r>
        <w:t>Also जो लोग Facebook पे देख रहे हैं, आप जैसे अभी फराज ने कहा कि हमें share करना</w:t>
      </w:r>
    </w:p>
    <w:p>
      <w:r>
        <w:rPr>
          <w:b/>
        </w:rPr>
        <w:t xml:space="preserve">[01:13] </w:t>
      </w:r>
      <w:r>
        <w:t>hai, like karna hai.</w:t>
      </w:r>
    </w:p>
    <w:p>
      <w:pPr>
        <w:jc w:val="right"/>
      </w:pPr>
      <w:r>
        <w:t>है, like करना है।</w:t>
      </w:r>
    </w:p>
    <w:p>
      <w:r>
        <w:rPr>
          <w:b/>
        </w:rPr>
        <w:t xml:space="preserve">[01:14] </w:t>
      </w:r>
      <w:r>
        <w:t>Please share this in your respective circles so a lot many people are able to</w:t>
      </w:r>
    </w:p>
    <w:p>
      <w:pPr>
        <w:jc w:val="right"/>
      </w:pPr>
      <w:r>
        <w:t>Please share this in your respective circles so a lot many people are able to</w:t>
      </w:r>
    </w:p>
    <w:p>
      <w:r>
        <w:rPr>
          <w:b/>
        </w:rPr>
        <w:t xml:space="preserve">[01:19] </w:t>
      </w:r>
      <w:r>
        <w:t>watch it. we are being told that the number of people who are watching this programright now is several folds up. normally jo sunday session mein watching hoti hai aur jo abhi ho rahi hai, it is going in thousands. to aap log zyada se zyada jo facebook mein cps members dekh rahe hain, main unse kahunga ki aap log share karein is page ko taaki aur log bhi different country se dekh sakein. so i will now request doctor nagma siddiqui to come here.</w:t>
      </w:r>
    </w:p>
    <w:p>
      <w:pPr>
        <w:jc w:val="right"/>
      </w:pPr>
      <w:r>
        <w:t>watch it। We are being told that the number of people who are watching this programright now is several folds up। Normally जो Sunday session में watching होती है और जो अभी हो रही है, it is going in thousands। तो आप लोग ज्यादा से ज्यादा जो Facebook में CPS members देख रहे हैं, मैं उनसे कहूंगा कि आप लोग share करें इस page को ताकि और लोग भी different country से देख सकें। So I will now request डॉक्टर नगमा सिद्दीकी to come here।</w:t>
      </w:r>
    </w:p>
    <w:p>
      <w:r>
        <w:rPr>
          <w:b/>
        </w:rPr>
        <w:t xml:space="preserve">[01:47] </w:t>
      </w:r>
      <w:r>
        <w:t>dekhiye, main bahut galat khabar diya. bahut se ladke attend kiye. maine dekha hai ki agar koi speaker logon ko achha lagta hai,</w:t>
      </w:r>
    </w:p>
    <w:p>
      <w:pPr>
        <w:jc w:val="right"/>
      </w:pPr>
      <w:r>
        <w:t>देखिए, मैं बहुत गलत खबर दिया। बहुत से लड़के अटेंड किए। मैंने देखा है कि अगर कोई स्पीकर लोगों को अच्छा लगता है,</w:t>
      </w:r>
    </w:p>
    <w:p>
      <w:r>
        <w:rPr>
          <w:b/>
        </w:rPr>
        <w:t xml:space="preserve">[02:06] </w:t>
      </w:r>
      <w:r>
        <w:t>log taaliyan bajate hain. bahut aam hai taaliyan bajana. aur zyada karte hain to standing ovation zarurat hai. ye bilkul iska taalluq kharab nahi hai. hargiz nahi hai. hamare yahan ye sab kisi ke bible mein ho, wo nikal dein.</w:t>
      </w:r>
    </w:p>
    <w:p>
      <w:pPr>
        <w:jc w:val="right"/>
      </w:pPr>
      <w:r>
        <w:t>लोग तालियों बजाते हैं। बहुत आम है तालियों बजाना। और ज्यादा करते हैं तो स्टैंडिंग ओवरचर जरूरत है। ये बिल्कुल इसका ताल्लुक खराब नहीं है। हरगिज नहीं है। हमारे यहाँ ये सब किसी के बाइबल में हो, वो निकाल दें।</w:t>
      </w:r>
    </w:p>
    <w:p>
      <w:r>
        <w:rPr>
          <w:b/>
        </w:rPr>
        <w:t xml:space="preserve">[02:31] </w:t>
      </w:r>
      <w:r>
        <w:t>takbeer Allahu Akbar,</w:t>
      </w:r>
    </w:p>
    <w:p>
      <w:pPr>
        <w:jc w:val="right"/>
      </w:pPr>
      <w:r>
        <w:t>تکبیر اللہ اکبر،</w:t>
      </w:r>
    </w:p>
    <w:p>
      <w:r>
        <w:rPr>
          <w:b/>
        </w:rPr>
        <w:t xml:space="preserve">[02:34] </w:t>
      </w:r>
      <w:r>
        <w:t>yeh sab karna hamare yahan nahi hai.</w:t>
      </w:r>
    </w:p>
    <w:p>
      <w:pPr>
        <w:jc w:val="right"/>
      </w:pPr>
      <w:r>
        <w:t>ये सब करना हमारे यहाँ नहीं है।</w:t>
      </w:r>
    </w:p>
    <w:p>
      <w:r>
        <w:rPr>
          <w:b/>
        </w:rPr>
        <w:t xml:space="preserve">[02:37] </w:t>
      </w:r>
      <w:r>
        <w:t>hamare yahan kya hai,</w:t>
      </w:r>
    </w:p>
    <w:p>
      <w:pPr>
        <w:jc w:val="right"/>
      </w:pPr>
      <w:r>
        <w:t>हमारे यहाँ क्या है,</w:t>
      </w:r>
    </w:p>
    <w:p>
      <w:r>
        <w:rPr>
          <w:b/>
        </w:rPr>
        <w:t xml:space="preserve">[02:39] </w:t>
      </w:r>
      <w:r>
        <w:t>agar aap ko koi baat achi lagti hai kisi ki, to us ke liye dua kijiye.</w:t>
      </w:r>
    </w:p>
    <w:p>
      <w:pPr>
        <w:jc w:val="right"/>
      </w:pPr>
      <w:r>
        <w:t>अगर आपको कोई बात अच्छी लगती है किसी की, तो उसके लिए दुआ कीजिए।</w:t>
      </w:r>
    </w:p>
    <w:p>
      <w:r>
        <w:rPr>
          <w:b/>
        </w:rPr>
        <w:t xml:space="preserve">[02:47] </w:t>
      </w:r>
      <w:r>
        <w:t>hamare yahan jo izhaar hoga, wo dua ki shakal mein hoga.</w:t>
      </w:r>
    </w:p>
    <w:p>
      <w:pPr>
        <w:jc w:val="right"/>
      </w:pPr>
      <w:r>
        <w:t>हमारे यहाँ जो اظہار ہوगा, वो दुआ کی شکل میں ہوगा।</w:t>
      </w:r>
    </w:p>
    <w:p>
      <w:r>
        <w:rPr>
          <w:b/>
        </w:rPr>
        <w:t xml:space="preserve">[02:53] </w:t>
      </w:r>
      <w:r>
        <w:t>in shakalon mein nahi hoga.</w:t>
      </w:r>
    </w:p>
    <w:p>
      <w:pPr>
        <w:jc w:val="right"/>
      </w:pPr>
      <w:r>
        <w:t>इन شکلوں میں نہیں ہوगा।</w:t>
      </w:r>
    </w:p>
    <w:p>
      <w:r>
        <w:rPr>
          <w:b/>
        </w:rPr>
        <w:t xml:space="preserve">[02:56] </w:t>
      </w:r>
      <w:r>
        <w:t>aur jis din aap logon ke andar aaye ke hum bhi wahi karen, to samjhiye ke mission khatam.</w:t>
      </w:r>
    </w:p>
    <w:p>
      <w:pPr>
        <w:jc w:val="right"/>
      </w:pPr>
      <w:r>
        <w:t>और जिस दिन आप लोगों के अंदर आए कि हम भी वही करें, तो समझिए कि मिशन खत्म।</w:t>
      </w:r>
    </w:p>
    <w:p>
      <w:r>
        <w:rPr>
          <w:b/>
        </w:rPr>
        <w:t xml:space="preserve">[03:04] </w:t>
      </w:r>
      <w:r>
        <w:t>mission khatam.</w:t>
      </w:r>
    </w:p>
    <w:p>
      <w:pPr>
        <w:jc w:val="right"/>
      </w:pPr>
      <w:r>
        <w:t>मिशन खत्म।</w:t>
      </w:r>
    </w:p>
    <w:p>
      <w:r>
        <w:rPr>
          <w:b/>
        </w:rPr>
        <w:t xml:space="preserve">[03:08] </w:t>
      </w:r>
      <w:r>
        <w:t>ye sab ki takbeer allah o akbar, ye standing ovation, taaliyan. agar kisi ke bible mein ye baat hai, to samjhiye ki uska mission se koi taalluq nahi hai. sirf dua, sirf dua, sirf dua.</w:t>
      </w:r>
    </w:p>
    <w:p>
      <w:pPr>
        <w:jc w:val="right"/>
      </w:pPr>
      <w:r>
        <w:t>ये सब कि تکبیر اللہ اکبر، ये स्टैंडिंग ओवरचर, तालیاں। अगर किसी के बाइबल में ये बात है, तो समझिए कि उसका मिशन से कोई تعلق नहीं है। सिर्फ दुआ, सिर्फ दुआ, सिर्फ दुआ।</w:t>
      </w:r>
    </w:p>
    <w:p>
      <w:r>
        <w:rPr>
          <w:b/>
        </w:rPr>
        <w:t xml:space="preserve">[03:27] </w:t>
      </w:r>
      <w:r>
        <w:t>is is speaker ki kisi speaker ki baat achhi lagti hai, to uske liye dua kijiye. us is speaker ke liye dua kijiye. ye hai inshallah hamare mission ka tareeqa.</w:t>
      </w:r>
    </w:p>
    <w:p>
      <w:pPr>
        <w:jc w:val="right"/>
      </w:pPr>
      <w:r>
        <w:t>اس اس اسپیکر की किसी اسپیکر کی بات اچھی लगती है, तो उसके लिए दुआ कीजिए। उस اس اسپیکر के लिए दुआ कीजिए। یہ ہے انشاءاللہ ہمارے مشن کا طریقہ۔</w:t>
      </w:r>
    </w:p>
    <w:p>
      <w:r>
        <w:rPr>
          <w:b/>
        </w:rPr>
        <w:t xml:space="preserve">[03:43] </w:t>
      </w:r>
      <w:r>
        <w:t>jazakum allah</w:t>
      </w:r>
    </w:p>
    <w:p>
      <w:pPr>
        <w:jc w:val="right"/>
      </w:pPr>
      <w:r>
        <w:t>جزاکم اللہ</w:t>
      </w:r>
    </w:p>
    <w:p>
      <w:r>
        <w:rPr>
          <w:b/>
        </w:rPr>
        <w:t xml:space="preserve">[03:45] </w:t>
      </w:r>
      <w:r>
        <w:t>. assalam o alaikum. jo Maulana ne abhi kaha hai, maine pandrah saal se main mission mein hoon, aur maine practically dekha hai ki agar hum kuch ho jayein aur hamein yeh lage ke yeh humne kiya hai, to khuda ki help bas chali jaati hai,</w:t>
      </w:r>
    </w:p>
    <w:p>
      <w:pPr>
        <w:jc w:val="right"/>
      </w:pPr>
      <w:r>
        <w:t>۔ السلام علیکم۔ جو مولانا نے ابھی کہا ہے، میں نے پندرہ سال سے میں مشن میں ہوں، اور میں نے practically دیکھا ہے کہ اگر ہم کچھ ہو جائیں اور ہمیں یہ لگے کہ یہ ہم نے کیا ہے، تو خدا کی help بس چلی جاتی ہے،</w:t>
      </w:r>
    </w:p>
    <w:p>
      <w:r>
        <w:rPr>
          <w:b/>
        </w:rPr>
        <w:t xml:space="preserve">[04:06] </w:t>
      </w:r>
      <w:r>
        <w:t>immediately, aur hamara kaam ruk jaata hai. to hum kuch bhi karein, hamein khuda pe bharosa karna chahiye, aur agar kuch ho raha hai positively, to shukr karna chahiye, aur humility mein rehna chahiye.</w:t>
      </w:r>
    </w:p>
    <w:p>
      <w:pPr>
        <w:jc w:val="right"/>
      </w:pPr>
      <w:r>
        <w:t>immediately، اور ہمارا کام رک جاتا ہے۔ تو ہم کچھ بھی کریں، ہمیں خدا پہ بھروسہ کرنا چاہیے، اور اگر کچھ ہو رہا ہے positively، تو شکر کرنا چاہیے، اور humility میں رہنا چاہیے۔</w:t>
      </w:r>
    </w:p>
    <w:p>
      <w:r>
        <w:rPr>
          <w:b/>
        </w:rPr>
        <w:t xml:space="preserve">[04:21] </w:t>
      </w:r>
      <w:r>
        <w:t>ye maine pandrah saal mein seekha hai. aur agar kuch achha ho raha hai, to yeh nahi karna chahiye ke maine kiya. saara khuda ke upar daalna.</w:t>
      </w:r>
    </w:p>
    <w:p>
      <w:pPr>
        <w:jc w:val="right"/>
      </w:pPr>
      <w:r>
        <w:t>یہ میں نے پندرہ سال میں سیکھا ہے۔ اور اگر کچھ اچھا ہو رہا ہے، تو یہ نہیں کرنا چاہیے کہ میں نے کیا۔ سارا خدا کے اوپر ڈالنا۔</w:t>
      </w:r>
    </w:p>
    <w:p>
      <w:r>
        <w:rPr>
          <w:b/>
        </w:rPr>
        <w:t xml:space="preserve">[04:31] </w:t>
      </w:r>
      <w:r>
        <w:t>aur nahi hua hai, to khuda se hi madad mangna. na koi complaint against team members, any nothing. only then things can move.</w:t>
      </w:r>
    </w:p>
    <w:p>
      <w:pPr>
        <w:jc w:val="right"/>
      </w:pPr>
      <w:r>
        <w:t>اور نہیں ہوا ہے، تو خدا سے ہی مدد مانگنا۔ نہ کوئی complaint against team members، any nothing۔ Only then things can move۔</w:t>
      </w:r>
    </w:p>
    <w:p>
      <w:r>
        <w:rPr>
          <w:b/>
        </w:rPr>
        <w:t xml:space="preserve">[04:40] </w:t>
      </w:r>
      <w:r>
        <w:t>this is just a personal experience i wanted to share with everybody. aur main bahut shukr karti hoon Maulana ka jinhone hamein is tarah se train kara hai ke hum is tarah se soch sakein.</w:t>
      </w:r>
    </w:p>
    <w:p>
      <w:pPr>
        <w:jc w:val="right"/>
      </w:pPr>
      <w:r>
        <w:t>This is just a personal experience I wanted to share with everybody۔ اور میں بہت شکر کرتی ہوں مولانا کا جنہوں نے ہمیں اس طرح سے train کرا ہے کہ ہم اس طرح سے سوچ سکیں۔</w:t>
      </w:r>
    </w:p>
    <w:p>
      <w:r>
        <w:rPr>
          <w:b/>
        </w:rPr>
        <w:t xml:space="preserve">[04:52] </w:t>
      </w:r>
      <w:r>
        <w:t>nahi to purey world mein yahi hai ke agar kuch kara to apna wo kehte thay hum ne kuch kar diya hai. aur isi tarah se poori dunya ja rahi hai.</w:t>
      </w:r>
    </w:p>
    <w:p>
      <w:pPr>
        <w:jc w:val="right"/>
      </w:pPr>
      <w:r>
        <w:t>نہیں تو پورے world میں یہی ہے کہ اگر کچھ کرا تو اپنا وہ کہتے تھے ہم نے کچھ کر دیا ہے۔ اور اسی طرح سے پوری دنیا جا رہی ہے۔</w:t>
      </w:r>
    </w:p>
    <w:p>
      <w:r>
        <w:rPr>
          <w:b/>
        </w:rPr>
        <w:t xml:space="preserve">[05:01] </w:t>
      </w:r>
      <w:r>
        <w:t>I think this is the only mission</w:t>
      </w:r>
    </w:p>
    <w:p>
      <w:pPr>
        <w:jc w:val="right"/>
      </w:pPr>
      <w:r>
        <w:t>I think this is the only mission</w:t>
      </w:r>
    </w:p>
    <w:p>
      <w:r>
        <w:rPr>
          <w:b/>
        </w:rPr>
        <w:t xml:space="preserve">[05:03] </w:t>
      </w:r>
      <w:r>
        <w:t>jo is poore khuda ke bharose pe khara hua hai, aur agar culmination pe pohnchega inshallah hoga, wo sirf khuda ke bharose hoga, aur humein shukr mein rehna hai, positive rehna hai, complaint free rehna hai.</w:t>
      </w:r>
    </w:p>
    <w:p>
      <w:pPr>
        <w:jc w:val="right"/>
      </w:pPr>
      <w:r>
        <w:t>جو اس پورے خدا کے بھروسے پہ کھڑا ہوا ہے، اور اگر culmination پہ پہنچے گا انشاءاللہ ہوگا، وہ صرف خدا کے بھروسے ہوگا، اور ہمیں شکر میں رہنا ہے، positive رہنا ہے، complaint free رہنا ہے۔</w:t>
      </w:r>
    </w:p>
    <w:p>
      <w:r>
        <w:rPr>
          <w:b/>
        </w:rPr>
        <w:t xml:space="preserve">[05:19] </w:t>
      </w:r>
      <w:r>
        <w:t>And practically tabhi results atay hain. This is in my fifteen year experience in doing various things.</w:t>
      </w:r>
    </w:p>
    <w:p>
      <w:pPr>
        <w:jc w:val="right"/>
      </w:pPr>
      <w:r>
        <w:t>And practically تبھی results آتے ہیں۔ This is in my fifteen year experience in doing various things۔</w:t>
      </w:r>
    </w:p>
    <w:p>
      <w:r>
        <w:rPr>
          <w:b/>
        </w:rPr>
        <w:t xml:space="preserve">[05:28] </w:t>
      </w:r>
      <w:r>
        <w:t>And this session is I think doctor sahib ka presentation that Maria gave was how to take the actual physical copies of the Quran to the world.</w:t>
      </w:r>
    </w:p>
    <w:p>
      <w:pPr>
        <w:jc w:val="right"/>
      </w:pPr>
      <w:r>
        <w:t>And this session is I think ڈاکٹر صاحب کا presentation that ماریہ gave was how to take the actual physical copies of the Quran to the world۔</w:t>
      </w:r>
    </w:p>
    <w:p>
      <w:r>
        <w:rPr>
          <w:b/>
        </w:rPr>
        <w:t xml:space="preserve">[05:38] </w:t>
      </w:r>
      <w:r>
        <w:t>And supporting literature with that.</w:t>
      </w:r>
    </w:p>
    <w:p>
      <w:pPr>
        <w:jc w:val="right"/>
      </w:pPr>
      <w:r>
        <w:t>And supporting literature with that۔</w:t>
      </w:r>
    </w:p>
    <w:p>
      <w:r>
        <w:rPr>
          <w:b/>
        </w:rPr>
        <w:t xml:space="preserve">[05:41] </w:t>
      </w:r>
      <w:r>
        <w:t>is ke baad jo Faraz aur Sohail ka hua ke kaise hum technology ko use kar ke aage barh sakte hain. In this session stuti malotra aankhein ya na aayi will be trying to show ways we can create opportunities through smart literature aur smart opportunities to take the Quran.</w:t>
      </w:r>
    </w:p>
    <w:p>
      <w:pPr>
        <w:jc w:val="right"/>
      </w:pPr>
      <w:r>
        <w:t>اس کے بعد جو فراز اور صہیب کا ہوا کہ کیسے ہم ٹیکنالوجی کو use کر کے آگے بڑھ سکتے ہیں۔ In this session ستوتی ملوترا آنکھیں یا نہ آئیں will be trying to show ways we can create opportunities through smart literature اور smart opportunities to take the Quran۔</w:t>
      </w:r>
    </w:p>
    <w:p>
      <w:r>
        <w:rPr>
          <w:b/>
        </w:rPr>
        <w:t xml:space="preserve">[06:04] </w:t>
      </w:r>
      <w:r>
        <w:t>Because ek yeh hai ke hum physical copies of the Quran dein ya sirf videos ya aah aah indirectly logon ko ja raha hai.</w:t>
      </w:r>
    </w:p>
    <w:p>
      <w:pPr>
        <w:jc w:val="right"/>
      </w:pPr>
      <w:r>
        <w:t>Because ایک یہ ہے کہ ہم physical copies of the Quran دیں یا صرف ویڈیوز یا آہ آہ indirectly لوگوں کو جا رہا ہے۔</w:t>
      </w:r>
    </w:p>
    <w:p>
      <w:r>
        <w:rPr>
          <w:b/>
        </w:rPr>
        <w:t xml:space="preserve">[06:13] </w:t>
      </w:r>
      <w:r>
        <w:t>But if we can reach out to people jin ko hum jante hain jo hamare aas paas hain, un ko hum mission introduce karein using technology and bringing both the Quran books and technology together, that is smart creating smart opportunities to take the</w:t>
      </w:r>
    </w:p>
    <w:p>
      <w:pPr>
        <w:jc w:val="right"/>
      </w:pPr>
      <w:r>
        <w:t>But if we can reach out to people جن کو ہم جانتے ہیں جو ہمارے آس پاس ہیں، ان کو ہم mission introduce کریں using ٹیکنالوجی and bringing both the Quran books and ٹیکنالوجی together، that is smart creating smart opportunities to take the</w:t>
      </w:r>
    </w:p>
    <w:p>
      <w:r>
        <w:rPr>
          <w:b/>
        </w:rPr>
        <w:t xml:space="preserve">[06:32] </w:t>
      </w:r>
      <w:r>
        <w:t>Quran to the world. That's what we will be sharing in this session. Jazakumullah. Jazakumullah. Maulana shuru se kehte hain ke yeh serious literature based movement hai.</w:t>
      </w:r>
    </w:p>
    <w:p>
      <w:pPr>
        <w:jc w:val="right"/>
      </w:pPr>
      <w:r>
        <w:t>Quran to the world۔ That's what we will be sharing in this session۔ جزاکم اللہ۔ جزاکم اللہ۔ مولانا شروع سے کہتے ہیں کہ یہ serious literature based movement ہے۔</w:t>
      </w:r>
    </w:p>
    <w:p>
      <w:r>
        <w:rPr>
          <w:b/>
        </w:rPr>
        <w:t xml:space="preserve">[06:44] </w:t>
      </w:r>
      <w:r>
        <w:t>aur agar humein internationally yeh le ke jana hai to lingua franca of today is English. Hundred years ago agar international language koi thi wo French thi.</w:t>
      </w:r>
    </w:p>
    <w:p>
      <w:pPr>
        <w:jc w:val="right"/>
      </w:pPr>
      <w:r>
        <w:t>اور اگر ہمیں internationally یہ لے کے جانا ہے تو lingua franca of today is انگلش۔ Hundred years ago اگر international language کوئی تھی وہ French تھی۔</w:t>
      </w:r>
    </w:p>
    <w:p>
      <w:r>
        <w:rPr>
          <w:b/>
        </w:rPr>
        <w:t xml:space="preserve">[06:56] </w:t>
      </w:r>
      <w:r>
        <w:t>But ab situation aa gaya English is that language. And I really want to thank doctor Fareeda khamnam for introducing the mission to us.</w:t>
      </w:r>
    </w:p>
    <w:p>
      <w:pPr>
        <w:jc w:val="right"/>
      </w:pPr>
      <w:r>
        <w:t>But اب situation آگیا انگلش is that language۔ And I really want to thank ڈاکٹر فریدہ خامن خانم for introducing the mission to us۔</w:t>
      </w:r>
    </w:p>
    <w:p>
      <w:r>
        <w:rPr>
          <w:b/>
        </w:rPr>
        <w:t xml:space="preserve">[07:08] </w:t>
      </w:r>
      <w:r>
        <w:t>ek baar Maulana ne humein, main aur kuch aur CPS members thay, un ko bulaya aur kaha ke agar Apa nahi hoti to aap log mission se mehroom hotay.</w:t>
      </w:r>
    </w:p>
    <w:p>
      <w:pPr>
        <w:jc w:val="right"/>
      </w:pPr>
      <w:r>
        <w:t>ایک بار مولانا نے ہمیں، میں اور کچھ اور CPS members تھے، ان کو بلایا اور کہا کہ اگر آپا نہیں ہوتی تو آپ لوگ مشن سے محروم ہوتے۔</w:t>
      </w:r>
    </w:p>
    <w:p>
      <w:r>
        <w:rPr>
          <w:b/>
        </w:rPr>
        <w:t xml:space="preserve">[07:19] </w:t>
      </w:r>
      <w:r>
        <w:t>kyun ke Urdu aap jante nahi hain. Aur English literature mein kar nahi sakta. It is Apa who has dedicated her life to create this material in</w:t>
      </w:r>
    </w:p>
    <w:p>
      <w:pPr>
        <w:jc w:val="right"/>
      </w:pPr>
      <w:r>
        <w:t>کیونکہ اردو آپ جانتے نہیں ہیں۔ اور انگلش literature میں کر نہیں سکتا۔ It is آپا who has dedicated her life to create this material in</w:t>
      </w:r>
    </w:p>
    <w:p>
      <w:r>
        <w:rPr>
          <w:b/>
        </w:rPr>
        <w:t xml:space="preserve">[07:31] </w:t>
      </w:r>
      <w:r>
        <w:t>English. And hum ne baar baar dekha hai ke she tries to jo Quran ke sath kiya aur sare translations ke sath kar rahi hain wo ke she tries to make it understandable</w:t>
      </w:r>
    </w:p>
    <w:p>
      <w:pPr>
        <w:jc w:val="right"/>
      </w:pPr>
      <w:r>
        <w:t>انگلش۔ And ہم نے بار بار دیکھا ہے کہ she tries to جو قرآن کے ساتھ کیا اور سارے translations کے ساتھ کر رہی ہیں وہ کہ she tries to make it understandable</w:t>
      </w:r>
    </w:p>
    <w:p>
      <w:r>
        <w:rPr>
          <w:b/>
        </w:rPr>
        <w:t xml:space="preserve">[07:41] </w:t>
      </w:r>
      <w:r>
        <w:t>. Ke ek reader ka kaise mind address ho jaye wo aur bhi kyun ke Maulana ne unhein bachpan se train kiya hai. To wo element wo daal deti hain English language mein.</w:t>
      </w:r>
    </w:p>
    <w:p>
      <w:pPr>
        <w:jc w:val="right"/>
      </w:pPr>
      <w:r>
        <w:t>۔ کہ ایک reader کا کیسے mind address ہو جائے وہ اور بھی کیونکہ مولانا نے انہیں بچپن سے train کیا ہے۔ تو وہ element وہ ڈال دیتی ہیں انگلش language میں۔</w:t>
      </w:r>
    </w:p>
    <w:p>
      <w:r>
        <w:rPr>
          <w:b/>
        </w:rPr>
        <w:t xml:space="preserve">[07:52] </w:t>
      </w:r>
      <w:r>
        <w:t>And Maulana says English mein bohat zyada words hain expression ke. Jo aur Apa dhoond dhoond ke she doesn't have an English background.</w:t>
      </w:r>
    </w:p>
    <w:p>
      <w:pPr>
        <w:jc w:val="right"/>
      </w:pPr>
      <w:r>
        <w:t>And مولانا says انگلش میں بہت زیادہ words ہیں expression کے۔ جو اور آپا ڈھونڈ ڈھونڈ کے she doesn't have an انگلش background۔</w:t>
      </w:r>
    </w:p>
    <w:p>
      <w:r>
        <w:rPr>
          <w:b/>
        </w:rPr>
        <w:t xml:space="preserve">[08:02] </w:t>
      </w:r>
      <w:r>
        <w:t>But unhone poora apne aap ko dedicate kar ke is mein lagaya hai. And I want to thank Apa doctor Fareeda khanam for doing this and introducing the mission to us.</w:t>
      </w:r>
    </w:p>
    <w:p>
      <w:pPr>
        <w:jc w:val="right"/>
      </w:pPr>
      <w:r>
        <w:t>But انہوں نے پورا اپنے آپ کو dedicate کر کے اس میں لگایا ہے۔ And I want to thank آپا ڈاکٹر فریدہ خانم for doing this and introducing the mission to us۔</w:t>
      </w:r>
    </w:p>
    <w:p>
      <w:r>
        <w:rPr>
          <w:b/>
        </w:rPr>
        <w:t xml:space="preserve">[08:13] </w:t>
      </w:r>
      <w:r>
        <w:t>And she is now has she has said ke ab main apni poori zindagi dedicate karti hoon translations karne mein. Jitna main kar sakoon. Lekin aur wo unhone ek system bana diya hai wo record kar deti hain translation and it goes to somebody they type it.</w:t>
      </w:r>
    </w:p>
    <w:p>
      <w:pPr>
        <w:jc w:val="right"/>
      </w:pPr>
      <w:r>
        <w:t>And she is now has she has said کہ اب میں اپنی پوری زندگی dedicate کرتی ہوں translations کرنے میں۔ جتنا میں کر سکی۔ لیکن اور وہ انہوں نے ایک سسٹم بنا دیا ہے وہ ریکارڈ کر دیتی ہیں translation and it goes to somebody they type it۔</w:t>
      </w:r>
    </w:p>
    <w:p>
      <w:r>
        <w:rPr>
          <w:b/>
        </w:rPr>
        <w:t xml:space="preserve">[08:30] </w:t>
      </w:r>
      <w:r>
        <w:t>And poora ek acha sa unhone bohat organized system kara hai which we try to help her in</w:t>
      </w:r>
    </w:p>
    <w:p>
      <w:pPr>
        <w:jc w:val="right"/>
      </w:pPr>
      <w:r>
        <w:t>And پورا ایک اچھا سا انہوں نے بہت organized سسٹم کرا ہے which we try to help her in</w:t>
      </w:r>
    </w:p>
    <w:p>
      <w:r>
        <w:rPr>
          <w:b/>
        </w:rPr>
        <w:t xml:space="preserve">[08:35] </w:t>
      </w:r>
      <w:r>
        <w:t>. Main hoon, Razia hain, Maria hain, aah aankhein hain, stuti hain, Shamazz hain, Abdul Aziz hain. Aur bhi bohat se log log involved hain.</w:t>
      </w:r>
    </w:p>
    <w:p>
      <w:pPr>
        <w:jc w:val="right"/>
      </w:pPr>
      <w:r>
        <w:t>۔ میں ہوں، راضیہ ہیں، ماریہ ہیں، آہ آنکھیں ہیں، ستوتی ہیں، شاماز ہیں، عبدالعزیز ہیں۔ اور بھی بہت سے لوگ لوگ involved ہیں۔</w:t>
      </w:r>
    </w:p>
    <w:p>
      <w:r>
        <w:rPr>
          <w:b/>
        </w:rPr>
        <w:t xml:space="preserve">[08:46] </w:t>
      </w:r>
      <w:r>
        <w:t>But abhi bhi Maulana ne jitna literature banaya hai Urdu mein us ka majority agar Apa poori apni life bhi dedicate kar dein to hum poora nahi translate kar payenge.</w:t>
      </w:r>
    </w:p>
    <w:p>
      <w:pPr>
        <w:jc w:val="right"/>
      </w:pPr>
      <w:r>
        <w:t>But ابھی بھی مولانا نے جتنا literature بنایا ہے اردو میں اس کا majority اگر آپا پوری اپنی life بھی dedicate کر دیں تو ہم پورا نہیں translate کر پائیں گے۔</w:t>
      </w:r>
    </w:p>
    <w:p>
      <w:r>
        <w:rPr>
          <w:b/>
        </w:rPr>
        <w:t xml:space="preserve">[08:57] </w:t>
      </w:r>
      <w:r>
        <w:t>Humein volunteers chahiye. Jo yeh English to Urdu to English translation Apa ke under train ho jayein. So I would request you all aap log ya aap ke aas paas aur log hon.</w:t>
      </w:r>
    </w:p>
    <w:p>
      <w:pPr>
        <w:jc w:val="right"/>
      </w:pPr>
      <w:r>
        <w:t>ہمیں volunteers چاہیے۔ جو یہ انگلش to اردو to انگلش translation آپا کے under train ہو جائیں۔ So I would request you all آپ لوگ یا آپ کے آس پاس اور لوگ ہوں۔</w:t>
      </w:r>
    </w:p>
    <w:p>
      <w:r>
        <w:rPr>
          <w:b/>
        </w:rPr>
        <w:t xml:space="preserve">[09:10] </w:t>
      </w:r>
      <w:r>
        <w:t>Tariq Bader sahib ne kaha hai ke wo is mein involve honge logon ko volunteer karwayenge. But humein bohat sare logon ki zaroorat hai. So I that mean translations is one thing because wohin se hum aah in in matlab material ikhatta karte hain to take to people.</w:t>
      </w:r>
    </w:p>
    <w:p>
      <w:pPr>
        <w:jc w:val="right"/>
      </w:pPr>
      <w:r>
        <w:t>طارق بدر صاحب نے کہا ہے کہ وہ اس میں involve ہوں گے لوگوں کو volunteer کروائیں گے۔ But ہمیں بہت سارے لوگوں کی ضرورت ہے۔ So I that mean translations is one thing because وہیں سے ہم آہ in in مطلب material اکٹھا کرتے ہیں to take to people۔</w:t>
      </w:r>
    </w:p>
    <w:p>
      <w:r>
        <w:rPr>
          <w:b/>
        </w:rPr>
        <w:t xml:space="preserve">[09:31] </w:t>
      </w:r>
      <w:r>
        <w:t>And the next thing is that we do translate aah compiling sorry. Besides translations we are doing a lot of compilations also.</w:t>
      </w:r>
    </w:p>
    <w:p>
      <w:pPr>
        <w:jc w:val="right"/>
      </w:pPr>
      <w:r>
        <w:t>And the next thing is that we do translate آہ compiling sorry۔ Besides translations we are doing a lot of compilations also۔</w:t>
      </w:r>
    </w:p>
    <w:p>
      <w:r>
        <w:rPr>
          <w:b/>
        </w:rPr>
        <w:t xml:space="preserve">[09:42] </w:t>
      </w:r>
      <w:r>
        <w:t>Maulana ne bohat kuch likha hai. Sutti will talk about share with you some of the work that is being done through compilations.</w:t>
      </w:r>
    </w:p>
    <w:p>
      <w:pPr>
        <w:jc w:val="right"/>
      </w:pPr>
      <w:r>
        <w:t>مولانا نے بہت کچھ لکھا ہے۔ ستوتی will talk about share with you some of the work that is being done through compilations۔</w:t>
      </w:r>
    </w:p>
    <w:p>
      <w:r>
        <w:rPr>
          <w:b/>
        </w:rPr>
        <w:t xml:space="preserve">[09:55] </w:t>
      </w:r>
      <w:r>
        <w:t>Coming on to English compilation aah we are blessed to have the material with us which is already available and ready. And it has been translated by Apa and Maulana has written on various topics.</w:t>
      </w:r>
    </w:p>
    <w:p>
      <w:pPr>
        <w:jc w:val="right"/>
      </w:pPr>
      <w:r>
        <w:t>Coming on to English compilation آہ we are blessed to have the material with us which is already available and ready۔ And it has been translated by آپا and مولانا has written on various topics۔</w:t>
      </w:r>
    </w:p>
    <w:p>
      <w:r>
        <w:rPr>
          <w:b/>
        </w:rPr>
        <w:t xml:space="preserve">[10:08] </w:t>
      </w:r>
      <w:r>
        <w:t>Maulana ne bohat saare topics pe alag alag cover kiya hai. And we have a plethora of articles.</w:t>
      </w:r>
    </w:p>
    <w:p>
      <w:pPr>
        <w:jc w:val="right"/>
      </w:pPr>
      <w:r>
        <w:t>مولانا نے بہت سارے topics پہ الگ الگ cover کیا ہے۔ And we have a plethora of articles۔</w:t>
      </w:r>
    </w:p>
    <w:p>
      <w:r>
        <w:rPr>
          <w:b/>
        </w:rPr>
        <w:t xml:space="preserve">[10:15] </w:t>
      </w:r>
      <w:r>
        <w:t>So hum book compilation ke andar jo bhi similar aah topics hain is ko compile kar ke and we can make a book out of it. Jis se ke hum logon ko address kar saken.</w:t>
      </w:r>
    </w:p>
    <w:p>
      <w:pPr>
        <w:jc w:val="right"/>
      </w:pPr>
      <w:r>
        <w:t>So ہم book compilation کے اندر جو بھی similar آہ topics ہیں اس کو compile کر کے and we can make a book out of it۔ جس سے کہ ہم لوگوں کو address کر سکیں۔</w:t>
      </w:r>
    </w:p>
    <w:p>
      <w:r>
        <w:rPr>
          <w:b/>
        </w:rPr>
        <w:t xml:space="preserve">[10:25] </w:t>
      </w:r>
      <w:r>
        <w:t>Jaise ke ek women and Islam jo book aaj kal chal rahi hai is mein hum women ko achhe tarah se address kar sakte hain. If we are compiling all the women articles.</w:t>
      </w:r>
    </w:p>
    <w:p>
      <w:pPr>
        <w:jc w:val="right"/>
      </w:pPr>
      <w:r>
        <w:t>جیسے کہ ایک women and اسلام جو book آج کل چل رہی ہے اس میں ہم women کو اچھے طرح سے address کر سکتے ہیں۔ If we are compiling all the women articles۔</w:t>
      </w:r>
    </w:p>
    <w:p>
      <w:r>
        <w:rPr>
          <w:b/>
        </w:rPr>
        <w:t xml:space="preserve">[10:35] </w:t>
      </w:r>
      <w:r>
        <w:t>So this is what we do in the English compilation.</w:t>
      </w:r>
    </w:p>
    <w:p>
      <w:pPr>
        <w:jc w:val="right"/>
      </w:pPr>
      <w:r>
        <w:t>So this is what we do in the English compilation۔</w:t>
      </w:r>
    </w:p>
    <w:p>
      <w:r>
        <w:rPr>
          <w:b/>
        </w:rPr>
        <w:t xml:space="preserve">[10:41] </w:t>
      </w:r>
      <w:r>
        <w:t>Masha Allah.</w:t>
      </w:r>
    </w:p>
    <w:p>
      <w:pPr>
        <w:jc w:val="right"/>
      </w:pPr>
      <w:r>
        <w:t>ماشاءاللہ۔</w:t>
      </w:r>
    </w:p>
    <w:p>
      <w:r>
        <w:rPr>
          <w:b/>
        </w:rPr>
        <w:t xml:space="preserve">[10:44] </w:t>
      </w:r>
      <w:r>
        <w:t>Ek Dr. Sana Naeem Khan ne hamein target diya hai ke reading habit ja rahi hai. To hamein what we need to do is we have to make small small books.</w:t>
      </w:r>
    </w:p>
    <w:p>
      <w:pPr>
        <w:jc w:val="right"/>
      </w:pPr>
      <w:r>
        <w:t>ایک ڈاکٹر ثانث نعیم خان نے ہمیں target دیا ہے کہ reading habit جا رہی ہے۔ تو ہمیں what we need to do is we have to make small small books۔</w:t>
      </w:r>
    </w:p>
    <w:p>
      <w:r>
        <w:rPr>
          <w:b/>
        </w:rPr>
        <w:t xml:space="preserve">[10:59] </w:t>
      </w:r>
      <w:r>
        <w:t>And for that aah hum compilation is the method to go. To chhote chhote material on creation plan on different aspects jo logon ki zaroorat hai us waqt woh bana rahe hain hum.</w:t>
      </w:r>
    </w:p>
    <w:p>
      <w:pPr>
        <w:jc w:val="right"/>
      </w:pPr>
      <w:r>
        <w:t>And for that آہ ہم compilation is the method to go۔ تو چھوٹے چھوٹے material on creation plan on different aspects جو لوگوں کی ضرورت ہے اس وقت وہ بنا رہے ہیں ہم۔</w:t>
      </w:r>
    </w:p>
    <w:p>
      <w:r>
        <w:rPr>
          <w:b/>
        </w:rPr>
        <w:t xml:space="preserve">[11:13] </w:t>
      </w:r>
      <w:r>
        <w:t>And another thing is ke physical reading habit ab halke halke kam ho rahi hai with the internet and social media.</w:t>
      </w:r>
    </w:p>
    <w:p>
      <w:pPr>
        <w:jc w:val="right"/>
      </w:pPr>
      <w:r>
        <w:t>And another thing is کہ physical reading habit اب ہلکے ہلکے کم ہو رہی ہے with the internet and social میڈیا۔</w:t>
      </w:r>
    </w:p>
    <w:p>
      <w:r>
        <w:rPr>
          <w:b/>
        </w:rPr>
        <w:t xml:space="preserve">[11:21] </w:t>
      </w:r>
      <w:r>
        <w:t>Reading kar rahe hain log lekin woh internet aur social media se reading ho rahi hai. To hum ne yeh kafi do teen saal se yeh effort ho rahi hai.</w:t>
      </w:r>
    </w:p>
    <w:p>
      <w:pPr>
        <w:jc w:val="right"/>
      </w:pPr>
      <w:r>
        <w:t>Reading کر رہے ہیں لوگ لیکن وہ internet اور social میڈیا سے reading ہو رہی ہے۔ تو ہم نے یہ کافی دو تین سال سے یہ effort ہو رہی ہے۔</w:t>
      </w:r>
    </w:p>
    <w:p>
      <w:r>
        <w:rPr>
          <w:b/>
        </w:rPr>
        <w:t xml:space="preserve">[11:30] </w:t>
      </w:r>
      <w:r>
        <w:t>To hum ne kya kara? Ek to hum ne sara literature Maulana ka English mein online kar diya hai. CPS site pe sara articles sari books sara chhota material everything is available online.</w:t>
      </w:r>
    </w:p>
    <w:p>
      <w:pPr>
        <w:jc w:val="right"/>
      </w:pPr>
      <w:r>
        <w:t>تو ہم نے کیا کرا؟ ایک تو ہم نے سارا literature مولانا کا انگلش میں آن لائن کر دیا ہے۔ سی پی ایس site پہ سارے articles ساری books سارے چھوٹا material everything is available آن لائن۔</w:t>
      </w:r>
    </w:p>
    <w:p>
      <w:r>
        <w:rPr>
          <w:b/>
        </w:rPr>
        <w:t xml:space="preserve">[11:44] </w:t>
      </w:r>
      <w:r>
        <w:t>Aur is ki compilations kar ke hum ne books banai hain. Aur phir hum ne yeh socha hum Bombay gaye the kuch saal pehle da'wa meet mein.</w:t>
      </w:r>
    </w:p>
    <w:p>
      <w:pPr>
        <w:jc w:val="right"/>
      </w:pPr>
      <w:r>
        <w:t>اور اس کی compilations کر کے ہم نے books بنائی ہیں۔ اور پھر ہم نے یہ سوچا ہم بمبئی گئے تھے کچھ سال پہلے دعویٰ میٹ میں۔</w:t>
      </w:r>
    </w:p>
    <w:p>
      <w:r>
        <w:rPr>
          <w:b/>
        </w:rPr>
        <w:t xml:space="preserve">[11:54] </w:t>
      </w:r>
      <w:r>
        <w:t>Maria ne remind kara ke wahan par kisi ne kaha tha and that was the beginning of the courses. Ke aap ke paas koi courses hain hum ne tab tak kuch socha nahi tha courses ke bare mein.</w:t>
      </w:r>
    </w:p>
    <w:p>
      <w:pPr>
        <w:jc w:val="right"/>
      </w:pPr>
      <w:r>
        <w:t>ماریہ نے remind کرا کہ وہاں پر کسی نے کہا تھا and that was the beginning of the courses۔ کہ آپ کے پاس کوئی courses ہیں ہم نے تب تک کچھ سوچا نہیں تھا courses کے بارے میں۔</w:t>
      </w:r>
    </w:p>
    <w:p>
      <w:r>
        <w:rPr>
          <w:b/>
        </w:rPr>
        <w:t xml:space="preserve">[12:04] </w:t>
      </w:r>
      <w:r>
        <w:t>But there is a need people are ready to read and study material as a course. But they are not really interested informally.</w:t>
      </w:r>
    </w:p>
    <w:p>
      <w:pPr>
        <w:jc w:val="right"/>
      </w:pPr>
      <w:r>
        <w:t>But there is a need people are ready to read and study material as a course۔ But they are not really interested informally۔</w:t>
      </w:r>
    </w:p>
    <w:p>
      <w:r>
        <w:rPr>
          <w:b/>
        </w:rPr>
        <w:t xml:space="preserve">[12:13] </w:t>
      </w:r>
      <w:r>
        <w:t>To ek hum informally kar rahe hain but we have also developed many courses. To hum ne ek culture of peace course develop kiya tha aur woh hum ne Delhi University pe is ki testing kari for almost three four months.</w:t>
      </w:r>
    </w:p>
    <w:p>
      <w:pPr>
        <w:jc w:val="right"/>
      </w:pPr>
      <w:r>
        <w:t>تو ایک ہم informally کر رہے ہیں but we have also developed many courses۔ تو ہم نے ایک کلچر آف پیس کورس develop کیا تھا اور وہ ہم نے دہلی یونیورسٹی پہ اس کی ٹیسٹنگ کری for almost three four months۔</w:t>
      </w:r>
    </w:p>
    <w:p>
      <w:r>
        <w:rPr>
          <w:b/>
        </w:rPr>
        <w:t xml:space="preserve">[12:25] </w:t>
      </w:r>
      <w:r>
        <w:t>Is ke process se hum ne jo nikala woh yeh hai ke chhote they don't have that much time. To hum ne two weeks ke courses banaye. And because social media is very important as Faraz and Sohaib have said videos ko integrate kiya hum ne.</w:t>
      </w:r>
    </w:p>
    <w:p>
      <w:pPr>
        <w:jc w:val="right"/>
      </w:pPr>
      <w:r>
        <w:t>اس کے process سے ہم نے جو نکالا وہ یہ ہے کہ چھوٹے they don't have that much time۔ تو ہم نے two weeks کے courses بنائے۔ And because social میڈیا is very important as فراز and صہیب have said ویڈیوز کو integrate کیا ہم نے۔</w:t>
      </w:r>
    </w:p>
    <w:p>
      <w:r>
        <w:rPr>
          <w:b/>
        </w:rPr>
        <w:t xml:space="preserve">[12:41] </w:t>
      </w:r>
      <w:r>
        <w:t>And to make it easy for the ease because hum log kam hain. Aur hamare paas zimmedariyan bohat hain. To hum ne kya kiya ke hum ne workshops banai.</w:t>
      </w:r>
    </w:p>
    <w:p>
      <w:pPr>
        <w:jc w:val="right"/>
      </w:pPr>
      <w:r>
        <w:t>And to make it easy for the ease because ہم لوگ کم ہیں۔ اور ہمارے پاس ذمہ داریاں بہت ہیں۔ تو ہم نے کیا کیا کہ ہم نے workshops بنائیں۔</w:t>
      </w:r>
    </w:p>
    <w:p>
      <w:r>
        <w:rPr>
          <w:b/>
        </w:rPr>
        <w:t xml:space="preserve">[12:54] </w:t>
      </w:r>
      <w:r>
        <w:t>Aap ko poora course bhi nahi karna. Courses two weeks ke hain. Lekin hum ne woh courses is tarah se karein woh self study material ho.</w:t>
      </w:r>
    </w:p>
    <w:p>
      <w:pPr>
        <w:jc w:val="right"/>
      </w:pPr>
      <w:r>
        <w:t>آپ کو پورا کورس بھی نہیں کرنا۔ Courses two weeks کے ہیں۔ لیکن ہم نے وہ courses اس طرح سے کریں وہ self study material ہو۔</w:t>
      </w:r>
    </w:p>
    <w:p>
      <w:r>
        <w:rPr>
          <w:b/>
        </w:rPr>
        <w:t xml:space="preserve">[13:03] </w:t>
      </w:r>
      <w:r>
        <w:t>Hum bas yeh chahte hain ke aap aah ek mein add karungi Dr. Sana Naeem Khan ne yeh kaha hai ke ab jo hamara target hona chahiye woh outreach hona chahiye.</w:t>
      </w:r>
    </w:p>
    <w:p>
      <w:pPr>
        <w:jc w:val="right"/>
      </w:pPr>
      <w:r>
        <w:t>ہم بس یہ چاہتے ہیں کہ آپ آہ ایک میں add کروں گی ڈاکٹر ثانث نعیم خان نے یہ کہا ہے کہ اب جو ہمارا target ہونا چاہیے وہ outreach ہونا چاہیے۔</w:t>
      </w:r>
    </w:p>
    <w:p>
      <w:r>
        <w:rPr>
          <w:b/>
        </w:rPr>
        <w:t xml:space="preserve">[13:14] </w:t>
      </w:r>
      <w:r>
        <w:t>Abhi hum chhote chhote areas mein kaam kar rahe hain apne. Ab hum jahan par bhi hain wahan ke sab logon ko hum reach out karna shuru kar dein.</w:t>
      </w:r>
    </w:p>
    <w:p>
      <w:pPr>
        <w:jc w:val="right"/>
      </w:pPr>
      <w:r>
        <w:t>ابھی ہم چھوٹے چھوٹے areas میں کام کر رہے ہیں اپنے۔ اب ہم جہاں پر بھی ہیں وہاں کے سب لوگوں کو ہم reach out کرنا شروع کر دیں۔</w:t>
      </w:r>
    </w:p>
    <w:p>
      <w:r>
        <w:rPr>
          <w:b/>
        </w:rPr>
        <w:t xml:space="preserve">[13:23] </w:t>
      </w:r>
      <w:r>
        <w:t>Chaahe woh schools hon colleges hon institutes hon. Hum kar rahe hain thoda thoda but is ko badhaein. To is ke liye hum ne aath workshops develop kari hain.</w:t>
      </w:r>
    </w:p>
    <w:p>
      <w:pPr>
        <w:jc w:val="right"/>
      </w:pPr>
      <w:r>
        <w:t>چاہے وہ schools ہوں colleges ہوں institutes ہوں۔ ہم کر رہے ہیں تھوڑا تھوڑا but اس کو بڑھائیں۔ تو اس کے لیے ہم نے آٹھ workshops develop کری ہیں۔</w:t>
      </w:r>
    </w:p>
    <w:p>
      <w:r>
        <w:rPr>
          <w:b/>
        </w:rPr>
        <w:t xml:space="preserve">[13:32] </w:t>
      </w:r>
      <w:r>
        <w:t>Which integrates videos and social media and we have for six of them we have even developed complete online courses.</w:t>
      </w:r>
    </w:p>
    <w:p>
      <w:pPr>
        <w:jc w:val="right"/>
      </w:pPr>
      <w:r>
        <w:t>Which integrates ویڈیوز and social میڈیا and we have for six of them we have even developed complete آن لائن courses۔</w:t>
      </w:r>
    </w:p>
    <w:p>
      <w:r>
        <w:rPr>
          <w:b/>
        </w:rPr>
        <w:t xml:space="preserve">[13:41] </w:t>
      </w:r>
      <w:r>
        <w:t>To is se pehle main do aah workshops ki baat karungi. Because hamein realize hua ke hum agar aah courses banayein is mein time bohat lagta hai.</w:t>
      </w:r>
    </w:p>
    <w:p>
      <w:pPr>
        <w:jc w:val="right"/>
      </w:pPr>
      <w:r>
        <w:t>تو اس سے پہلے میں دو آہ workshops کی بات کروں گی۔ Because ہمیں realize ہوا کہ ہم اگر آہ courses بنائیں اس میں ٹائم بہت لگتا ہے۔</w:t>
      </w:r>
    </w:p>
    <w:p>
      <w:r>
        <w:rPr>
          <w:b/>
        </w:rPr>
        <w:t xml:space="preserve">[13:51] </w:t>
      </w:r>
      <w:r>
        <w:t>Lekin Maulana ki already kafi books hain. To do very important aah workshops nikli. Ek Islam religion of peace that I want to share about.</w:t>
      </w:r>
    </w:p>
    <w:p>
      <w:pPr>
        <w:jc w:val="right"/>
      </w:pPr>
      <w:r>
        <w:t>لیکن مولانا کی already کافی books ہیں۔ تو دو very important آہ workshops نکلیں۔ ایک اسلام religion of peace that I want to share about۔</w:t>
      </w:r>
    </w:p>
    <w:p>
      <w:r>
        <w:rPr>
          <w:b/>
        </w:rPr>
        <w:t xml:space="preserve">[14:02] </w:t>
      </w:r>
      <w:r>
        <w:t>maulana says that islam is has become known as a religion that sections violence. yeh hamein sab ko pata hai. and there is an urgent need to correct that image.</w:t>
      </w:r>
    </w:p>
    <w:p>
      <w:pPr>
        <w:jc w:val="right"/>
      </w:pPr>
      <w:r>
        <w:t>مولانا says that اسلام is has become known as اے religion that سیکشنز violence۔ یہ ہمیں سب کو پتا ہے۔ And there is anurgent need to correct that image۔</w:t>
      </w:r>
    </w:p>
    <w:p>
      <w:r>
        <w:rPr>
          <w:b/>
        </w:rPr>
        <w:t xml:space="preserve">[14:13] </w:t>
      </w:r>
      <w:r>
        <w:t>is ke liye maulana khud aaye have gone with him sai international aur bohat organizations pe ja kar islam ki image correct karte thay.</w:t>
      </w:r>
    </w:p>
    <w:p>
      <w:pPr>
        <w:jc w:val="right"/>
      </w:pPr>
      <w:r>
        <w:t>اس کے لیے مولانا خود آئے have gone with him سائی international اور بہت organizations پہ جا کر اسلام کی image correct کرتے تھے۔</w:t>
      </w:r>
    </w:p>
    <w:p>
      <w:r>
        <w:rPr>
          <w:b/>
        </w:rPr>
        <w:t xml:space="preserve">[14:22] </w:t>
      </w:r>
      <w:r>
        <w:t>aur phir hum log daawa material quran aur chota material logon ko dete thay. because un jo un ke andar mail hai against islam woh nikal jata tha.</w:t>
      </w:r>
    </w:p>
    <w:p>
      <w:pPr>
        <w:jc w:val="right"/>
      </w:pPr>
      <w:r>
        <w:t>اور پھر ہم لوگ دعویٰ material قرآن اور چھوٹا material لوگوں کو دیتے تھے۔ Because ان جو ان کے اندر میل ہے against اسلام وہ نکل جاتا تھا۔</w:t>
      </w:r>
    </w:p>
    <w:p>
      <w:r>
        <w:rPr>
          <w:b/>
        </w:rPr>
        <w:t xml:space="preserve">[14:31] </w:t>
      </w:r>
      <w:r>
        <w:t>and they were willing to accept the message of islam</w:t>
      </w:r>
    </w:p>
    <w:p>
      <w:pPr>
        <w:jc w:val="right"/>
      </w:pPr>
      <w:r>
        <w:t>And they were willing to accept the message of اسلام</w:t>
      </w:r>
    </w:p>
    <w:p>
      <w:r>
        <w:rPr>
          <w:b/>
        </w:rPr>
        <w:t xml:space="preserve">[14:35] </w:t>
      </w:r>
      <w:r>
        <w:t>to hum sirf quran dein without clearing the image of islam woh nahi hoga. hoga to woh kab kabhi parhein ge kabhi nahi parhein ge lekin agar hum un ko clearly samjhayein ke islam religion of peace hai they will be more susceptible to read.</w:t>
      </w:r>
    </w:p>
    <w:p>
      <w:pPr>
        <w:jc w:val="right"/>
      </w:pPr>
      <w:r>
        <w:t>۔ تو ہم صرف قرآن دیں without clearing the image of اسلام وہ نہیں ہوگا۔ ہوگا تو وہ کب کبھی پڑھیں گے کبھی نہیں پڑھیں گے لیکن اگر ہم ان کو clearly سمجھائیں کہ اسلام religion of peace ہے they will be more susceptible to read۔</w:t>
      </w:r>
    </w:p>
    <w:p>
      <w:r>
        <w:rPr>
          <w:b/>
        </w:rPr>
        <w:t xml:space="preserve">[14:51] </w:t>
      </w:r>
      <w:r>
        <w:t>so what we did was instead of creating a course maulana ki ek wonderful kitab hai islam world of peace. islam and world peace. to hum ne is ko hi study material bana diya.</w:t>
      </w:r>
    </w:p>
    <w:p>
      <w:pPr>
        <w:jc w:val="right"/>
      </w:pPr>
      <w:r>
        <w:t>So what we did was instead of creating a course مولانا کی ایک wonderful کتاب ہے اسلام world of peace۔ اسلام and world peace۔ تو ہم نے اس کو ہی study material بنا دیا۔</w:t>
      </w:r>
    </w:p>
    <w:p>
      <w:r>
        <w:rPr>
          <w:b/>
        </w:rPr>
        <w:t xml:space="preserve">[15:02] </w:t>
      </w:r>
      <w:r>
        <w:t>and what we want you to do is that aadha din ka do ghante ka workshop plan karein. is ke hum ne presentations bana di hain.</w:t>
      </w:r>
    </w:p>
    <w:p>
      <w:pPr>
        <w:jc w:val="right"/>
      </w:pPr>
      <w:r>
        <w:t>And what we want you to do is that آدھا دن کا دو گھنٹے کا workshop plan کریے۔ اس کے ہم نے presentations بنا دی ہیں۔</w:t>
      </w:r>
    </w:p>
    <w:p>
      <w:r>
        <w:rPr>
          <w:b/>
        </w:rPr>
        <w:t xml:space="preserve">[15:11] </w:t>
      </w:r>
      <w:r>
        <w:t>yeh material hai. sab kuch hum ne bana diya hai. and we will be sharing that link google pe daal diye hain sab kuch. aur aap ko pahunch jayengi.</w:t>
      </w:r>
    </w:p>
    <w:p>
      <w:pPr>
        <w:jc w:val="right"/>
      </w:pPr>
      <w:r>
        <w:t>یہ material ہے۔ سب کچھ ہم نے بنا دیا ہے۔ اور we will be sharing that لنک گوگل پہ ڈال دیے ہیں سب کچھ۔ اور آپ کو پہنچ جائیں گی۔</w:t>
      </w:r>
    </w:p>
    <w:p>
      <w:r>
        <w:rPr>
          <w:b/>
        </w:rPr>
        <w:t xml:space="preserve">[15:19] </w:t>
      </w:r>
      <w:r>
        <w:t>I want somebody to re</w:t>
      </w:r>
    </w:p>
    <w:p>
      <w:pPr>
        <w:jc w:val="right"/>
      </w:pPr>
      <w:r>
        <w:t>I want somebody to re</w:t>
      </w:r>
    </w:p>
    <w:p>
      <w:r>
        <w:rPr>
          <w:b/>
        </w:rPr>
        <w:t xml:space="preserve">[15:21] </w:t>
      </w:r>
      <w:r>
        <w:t>ad it. Somebody from each team to read it at least and go through aur jab questions hon</w:t>
      </w:r>
    </w:p>
    <w:p>
      <w:pPr>
        <w:jc w:val="right"/>
      </w:pPr>
      <w:r>
        <w:t>ad it۔ Somebody from each team to read it at least and go through اور جب questions ہوں</w:t>
      </w:r>
    </w:p>
    <w:p>
      <w:r>
        <w:rPr>
          <w:b/>
        </w:rPr>
        <w:t xml:space="preserve">[15:24] </w:t>
      </w:r>
      <w:r>
        <w:t>ge puchhen. Because yeh ek dum se samajh mein nahi aayega hum jitna bhi samjhaen.</w:t>
      </w:r>
    </w:p>
    <w:p>
      <w:pPr>
        <w:jc w:val="right"/>
      </w:pPr>
      <w:r>
        <w:t>گے پوچھیں۔ Because یہ ایک دم سے سمجھ میں نہیں آئے گا ہم جتنا بھی سمجھائیں۔</w:t>
      </w:r>
    </w:p>
    <w:p>
      <w:r>
        <w:rPr>
          <w:b/>
        </w:rPr>
        <w:t xml:space="preserve">[15:29] </w:t>
      </w:r>
      <w:r>
        <w:t>to yeh aap jahan par bhi hain aap assess kariye khud ke mujhe yeh islam world peace le</w:t>
      </w:r>
    </w:p>
    <w:p>
      <w:pPr>
        <w:jc w:val="right"/>
      </w:pPr>
      <w:r>
        <w:t>تو یہ آپ جہاں پر بھی ہیں آپ assess کریے خود کہ مجھے یہ اسلام world peace لے</w:t>
      </w:r>
    </w:p>
    <w:p>
      <w:r>
        <w:rPr>
          <w:b/>
        </w:rPr>
        <w:t xml:space="preserve">[15:38] </w:t>
      </w:r>
      <w:r>
        <w:t>le ke jana hai ya mujhe culture of peace le ke jana hai schools aur colleges hon wahan</w:t>
      </w:r>
    </w:p>
    <w:p>
      <w:pPr>
        <w:jc w:val="right"/>
      </w:pPr>
      <w:r>
        <w:t>لے کے جانا ہے یا مجھے کلچر آف peace لے کے جانا ہے schools اور colleges ہوں وہاں</w:t>
      </w:r>
    </w:p>
    <w:p>
      <w:r>
        <w:rPr>
          <w:b/>
        </w:rPr>
        <w:t xml:space="preserve">[15:44] </w:t>
      </w:r>
      <w:r>
        <w:t>culture of peace chalega nation first matlab nation building kafi log sochte hain islam nation building mein</w:t>
      </w:r>
    </w:p>
    <w:p>
      <w:pPr>
        <w:jc w:val="right"/>
      </w:pPr>
      <w:r>
        <w:t>کلچر آف peace چلے گا nation first مطلب nation building کافی لوگ سوچتے ہیں اسلام nation building میں</w:t>
      </w:r>
    </w:p>
    <w:p>
      <w:r>
        <w:rPr>
          <w:b/>
        </w:rPr>
        <w:t xml:space="preserve">[15:49] </w:t>
      </w:r>
      <w:r>
        <w:t>believe nahi karta to nation building pe ek course banaya hai interfaith dialogue and peace making mein ek</w:t>
      </w:r>
    </w:p>
    <w:p>
      <w:pPr>
        <w:jc w:val="right"/>
      </w:pPr>
      <w:r>
        <w:t>believe نہیں کرتا تو nation building پہ ایک کورس بنایا ہے interfaith dialogue and peace making میں ایک</w:t>
      </w:r>
    </w:p>
    <w:p>
      <w:r>
        <w:rPr>
          <w:b/>
        </w:rPr>
        <w:t xml:space="preserve">[15:56] </w:t>
      </w:r>
      <w:r>
        <w:t>course banaya hai to aise different different hain aap apne aap assess kariye ke meri kya need hai</w:t>
      </w:r>
    </w:p>
    <w:p>
      <w:pPr>
        <w:jc w:val="right"/>
      </w:pPr>
      <w:r>
        <w:t>کورس بنایا ہے تو ایسے different different ہیں آپ اپنے آپ assess کریے کہ میری کیا need ہے</w:t>
      </w:r>
    </w:p>
    <w:p>
      <w:r>
        <w:rPr>
          <w:b/>
        </w:rPr>
        <w:t xml:space="preserve">[16:01] </w:t>
      </w:r>
      <w:r>
        <w:t>with yeh opportunity hai meri aur main in in ke wahan ja kar aadha din ka workshop to</w:t>
      </w:r>
    </w:p>
    <w:p>
      <w:pPr>
        <w:jc w:val="right"/>
      </w:pPr>
      <w:r>
        <w:t>with یہ opportunity ہے میری اور میں ان ان کے وہاں جا کر آدھا دن کا workshop تو</w:t>
      </w:r>
    </w:p>
    <w:p>
      <w:r>
        <w:rPr>
          <w:b/>
        </w:rPr>
        <w:t xml:space="preserve">[16:06] </w:t>
      </w:r>
      <w:r>
        <w:t>aap kar sakte hain</w:t>
      </w:r>
    </w:p>
    <w:p>
      <w:pPr>
        <w:jc w:val="right"/>
      </w:pPr>
      <w:r>
        <w:t>آپ کر سکتے ہیں</w:t>
      </w:r>
    </w:p>
    <w:p>
      <w:r>
        <w:rPr>
          <w:b/>
        </w:rPr>
        <w:t xml:space="preserve">[16:08] </w:t>
      </w:r>
      <w:r>
        <w:t>the second is thing was kafi dinon se log keh rahe hain da'wah calling people to God ka</w:t>
      </w:r>
    </w:p>
    <w:p>
      <w:pPr>
        <w:jc w:val="right"/>
      </w:pPr>
      <w:r>
        <w:t>the سیکنڈ اس thing was کافی دنوں سے لوگ کہہ رہے ہیں دعویٰ calling people to God کا</w:t>
      </w:r>
    </w:p>
    <w:p>
      <w:r>
        <w:rPr>
          <w:b/>
        </w:rPr>
        <w:t xml:space="preserve">[16:13] </w:t>
      </w:r>
      <w:r>
        <w:t>ek training course banaya jaye wo we have been working on it for some time aur hum ne</w:t>
      </w:r>
    </w:p>
    <w:p>
      <w:pPr>
        <w:jc w:val="right"/>
      </w:pPr>
      <w:r>
        <w:t>ایک training کورس بنایا جائے وہ we have been working on it for some time اور ہم نے</w:t>
      </w:r>
    </w:p>
    <w:p>
      <w:r>
        <w:rPr>
          <w:b/>
        </w:rPr>
        <w:t xml:space="preserve">[16:21] </w:t>
      </w:r>
      <w:r>
        <w:t>Maulana ki the call of the Quran ko le kar is workshop ko course ko develop karaya hai</w:t>
      </w:r>
    </w:p>
    <w:p>
      <w:pPr>
        <w:jc w:val="right"/>
      </w:pPr>
      <w:r>
        <w:t>مولانا کی the call of the قرآن کو لے کر اس workshop کو کورس کو develop کرا ہے</w:t>
      </w:r>
    </w:p>
    <w:p>
      <w:r>
        <w:rPr>
          <w:b/>
        </w:rPr>
        <w:t xml:space="preserve">[16:27] </w:t>
      </w:r>
      <w:r>
        <w:t>these books become self study material jo bhi kuch hum den manuals banaye hain ya kuch bhi kara</w:t>
      </w:r>
    </w:p>
    <w:p>
      <w:pPr>
        <w:jc w:val="right"/>
      </w:pPr>
      <w:r>
        <w:t>these books become self study material جو بھی کچھ ہم دیں manuals بنائے ہیں یا کچھ بھی کرا</w:t>
      </w:r>
    </w:p>
    <w:p>
      <w:r>
        <w:rPr>
          <w:b/>
        </w:rPr>
        <w:t xml:space="preserve">[16:32] </w:t>
      </w:r>
      <w:r>
        <w:t>hai hum ne aur hum aadhe din ke workshop mein jis mein hum ne presentations bana rakhi hain</w:t>
      </w:r>
    </w:p>
    <w:p>
      <w:pPr>
        <w:jc w:val="right"/>
      </w:pPr>
      <w:r>
        <w:t>ہے ہم نے اور ہم آدھے دن کے workshop میں جس میں ہم نے presentations بنا رکھی ہیں</w:t>
      </w:r>
    </w:p>
    <w:p>
      <w:r>
        <w:rPr>
          <w:b/>
        </w:rPr>
        <w:t xml:space="preserve">[16:37] </w:t>
      </w:r>
      <w:r>
        <w:t>aap wahan ja kar logon ko pehle CPS ke bare mein bataiye phir Maulana ke bare</w:t>
      </w:r>
    </w:p>
    <w:p>
      <w:pPr>
        <w:jc w:val="right"/>
      </w:pPr>
      <w:r>
        <w:t>آپ وہاں جا کے لوگوں کو پہلے سی پی ایس کے بارے میں بتائیے پھر مولانا کے بارے</w:t>
      </w:r>
    </w:p>
    <w:p>
      <w:r>
        <w:rPr>
          <w:b/>
        </w:rPr>
        <w:t xml:space="preserve">[16:42] </w:t>
      </w:r>
      <w:r>
        <w:t>mein bataiye phir need of that particular course ke bare mein bataiye aur us ke baad wo course</w:t>
      </w:r>
    </w:p>
    <w:p>
      <w:pPr>
        <w:jc w:val="right"/>
      </w:pPr>
      <w:r>
        <w:t>میں بتائیے پھر need of that particular کورس کے بارے میں بتائیے اور اس کے بعد وہ کورس</w:t>
      </w:r>
    </w:p>
    <w:p>
      <w:r>
        <w:rPr>
          <w:b/>
        </w:rPr>
        <w:t xml:space="preserve">[16:49] </w:t>
      </w:r>
      <w:r>
        <w:t>ke bare mein introduction dijiye aur hum ne</w:t>
      </w:r>
    </w:p>
    <w:p>
      <w:pPr>
        <w:jc w:val="right"/>
      </w:pPr>
      <w:r>
        <w:t>کے بارے میں introduction دیجیے اور ہم نے</w:t>
      </w:r>
    </w:p>
    <w:p>
      <w:r>
        <w:rPr>
          <w:b/>
        </w:rPr>
        <w:t xml:space="preserve">[16:52] </w:t>
      </w:r>
      <w:r>
        <w:t>kafi courses online daal rakhe hain which I will tell you about</w:t>
      </w:r>
    </w:p>
    <w:p>
      <w:pPr>
        <w:jc w:val="right"/>
      </w:pPr>
      <w:r>
        <w:t>کافی courses آن لائن ڈال رکھے ہیں which I will tell you about</w:t>
      </w:r>
    </w:p>
    <w:p>
      <w:r>
        <w:rPr>
          <w:b/>
        </w:rPr>
        <w:t xml:space="preserve">[16:55] </w:t>
      </w:r>
      <w:r>
        <w:t>aur in this particular call of the quran mein aap ko jahan jahan par log ja rahe hain aap aap ko volunteers barhane padenge look for volunteers aur jab volunteers milen un ke whatsapp group banaiye as a volunteer group</w:t>
      </w:r>
    </w:p>
    <w:p>
      <w:pPr>
        <w:jc w:val="right"/>
      </w:pPr>
      <w:r>
        <w:t>اور in this particular call of the قرآن میں آپ کو جہاں جہاں پر لوگ جا رہے ہیں آپ آپ کو volunteers بڑھانے پڑیں گے look for volunteers اور جب volunteers ملیں ان کے واٹس ایپ گروپ بنائیے as اے volunteer گرو</w:t>
      </w:r>
    </w:p>
    <w:p>
      <w:r>
        <w:rPr>
          <w:b/>
        </w:rPr>
        <w:t xml:space="preserve">[17:10] </w:t>
      </w:r>
      <w:r>
        <w:t>p unhon ne already is ki importance batai hai ek broadcast aah banaiye list whatsapp ki jo</w:t>
      </w:r>
    </w:p>
    <w:p>
      <w:pPr>
        <w:jc w:val="right"/>
      </w:pPr>
      <w:r>
        <w:t>پ انہوں نے already اس کی importance بتائی ہے ایک broadcast آہ بنائیے list واٹس ایپ کی جو</w:t>
      </w:r>
    </w:p>
    <w:p>
      <w:r>
        <w:rPr>
          <w:b/>
        </w:rPr>
        <w:t xml:space="preserve">[17:17] </w:t>
      </w:r>
      <w:r>
        <w:t>sab ko de rahe hain aur jo aap ko lagta hai yeh panch das pandrah jitne halke halke</w:t>
      </w:r>
    </w:p>
    <w:p>
      <w:pPr>
        <w:jc w:val="right"/>
      </w:pPr>
      <w:r>
        <w:t>سب کو دے رہے ہیں اور جو آپ کو لگتا ہے یہ پانچ دس پندرہ جتنے ہلکے ہلکے</w:t>
      </w:r>
    </w:p>
    <w:p>
      <w:r>
        <w:rPr>
          <w:b/>
        </w:rPr>
        <w:t xml:space="preserve">[17:21] </w:t>
      </w:r>
      <w:r>
        <w:t>badhenge un ko yeh da'wah course de ke aur un ko apne sath lagaiye</w:t>
      </w:r>
    </w:p>
    <w:p>
      <w:pPr>
        <w:jc w:val="right"/>
      </w:pPr>
      <w:r>
        <w:t>بڑھیں گے ان کو یہ دعویٰ کورس دے کے اور ان کو اپنے ساتھ لگائیے</w:t>
      </w:r>
    </w:p>
    <w:p>
      <w:r>
        <w:rPr>
          <w:b/>
        </w:rPr>
        <w:t xml:space="preserve">[17:26] </w:t>
      </w:r>
      <w:r>
        <w:t>to yeh do workshops is is tarah se hum ne develop kari hain aur</w:t>
      </w:r>
    </w:p>
    <w:p>
      <w:pPr>
        <w:jc w:val="right"/>
      </w:pPr>
      <w:r>
        <w:t>تو یہ دو workshops اس اس طرح سے ہم نے develop کری ہیں اور</w:t>
      </w:r>
    </w:p>
    <w:p>
      <w:r>
        <w:rPr>
          <w:b/>
        </w:rPr>
        <w:t xml:space="preserve">[17:31] </w:t>
      </w:r>
      <w:r>
        <w:t>the most and biggest woh aah course jo hum bana paye hain Khuda ki madad se</w:t>
      </w:r>
    </w:p>
    <w:p>
      <w:pPr>
        <w:jc w:val="right"/>
      </w:pPr>
      <w:r>
        <w:t>the most and biggest وہ آئی think آہ کورس جو ہم بنا پائے ہیں خدا کی مدد سے</w:t>
      </w:r>
    </w:p>
    <w:p>
      <w:r>
        <w:rPr>
          <w:b/>
        </w:rPr>
        <w:t xml:space="preserve">[17:37] </w:t>
      </w:r>
      <w:r>
        <w:t>has been the Quran study course one way is to just give copies of the Quran but if</w:t>
      </w:r>
    </w:p>
    <w:p>
      <w:pPr>
        <w:jc w:val="right"/>
      </w:pPr>
      <w:r>
        <w:t>has been the قرآن study کورس one way is to just give copies of the قرآن but if</w:t>
      </w:r>
    </w:p>
    <w:p>
      <w:r>
        <w:rPr>
          <w:b/>
        </w:rPr>
        <w:t xml:space="preserve">[17:42] </w:t>
      </w:r>
      <w:r>
        <w:t>we can make them aur tadabbur is the main way to understand the Quran so if we can</w:t>
      </w:r>
    </w:p>
    <w:p>
      <w:pPr>
        <w:jc w:val="right"/>
      </w:pPr>
      <w:r>
        <w:t>we can make them اور تدبر is the main way to understand the قرآن so if we can</w:t>
      </w:r>
    </w:p>
    <w:p>
      <w:r>
        <w:rPr>
          <w:b/>
        </w:rPr>
        <w:t xml:space="preserve">[17:49] </w:t>
      </w:r>
      <w:r>
        <w:t>help them to learn how to study the Quran through simple there are twelve step manuals this</w:t>
      </w:r>
    </w:p>
    <w:p>
      <w:pPr>
        <w:jc w:val="right"/>
      </w:pPr>
      <w:r>
        <w:t>help them to learn how to study the قرآن through simple there are twelve step manuals this</w:t>
      </w:r>
    </w:p>
    <w:p>
      <w:r>
        <w:rPr>
          <w:b/>
        </w:rPr>
        <w:t xml:space="preserve">[17:55] </w:t>
      </w:r>
      <w:r>
        <w:t>is Quran study manual bilkul patli si hai twelve steps mein hai aur hum ne is ko do</w:t>
      </w:r>
    </w:p>
    <w:p>
      <w:pPr>
        <w:jc w:val="right"/>
      </w:pPr>
      <w:r>
        <w:t>is قرآن study manual بالکل پتلی سی ہے twelve steps میں ہے اور ہم نے اس کو دو</w:t>
      </w:r>
    </w:p>
    <w:p>
      <w:r>
        <w:rPr>
          <w:b/>
        </w:rPr>
        <w:t xml:space="preserve">[18:01] </w:t>
      </w:r>
      <w:r>
        <w:t>versions mein banaya hai ek hai ke aap physical copy de sakte hain ya is ke PDF</w:t>
      </w:r>
    </w:p>
    <w:p>
      <w:pPr>
        <w:jc w:val="right"/>
      </w:pPr>
      <w:r>
        <w:t>versions میں بنایا ہے ایک ہے کہ آپ physical copy دے سکتے ہیں یا اس کے پی ڈی</w:t>
      </w:r>
    </w:p>
    <w:p>
      <w:r>
        <w:rPr>
          <w:b/>
        </w:rPr>
        <w:t xml:space="preserve">[18:06] </w:t>
      </w:r>
      <w:r>
        <w:t>hum ne saare Google Drive pe daal diye hain aap ke paas pohanch jayenge yeh aap</w:t>
      </w:r>
    </w:p>
    <w:p>
      <w:pPr>
        <w:jc w:val="right"/>
      </w:pPr>
      <w:r>
        <w:t>ایف ہم نے سارے گوگل ڈرائیو پہ ڈال دیے ہیں آپ کے پاس پہنچ جائیں گے یہ آپ</w:t>
      </w:r>
    </w:p>
    <w:p>
      <w:r>
        <w:rPr>
          <w:b/>
        </w:rPr>
        <w:t xml:space="preserve">[18:11] </w:t>
      </w:r>
      <w:r>
        <w:t>de sakte hain logon ko ya hum ne also Udemy dot com pe yeh course online</w:t>
      </w:r>
    </w:p>
    <w:p>
      <w:pPr>
        <w:jc w:val="right"/>
      </w:pPr>
      <w:r>
        <w:t>دے سکتے ہیں لوگوں کو یا ہم نے also یو ڈیمی ڈاٹ کام پہ یہ کورس آن لائن</w:t>
      </w:r>
    </w:p>
    <w:p>
      <w:r>
        <w:rPr>
          <w:b/>
        </w:rPr>
        <w:t xml:space="preserve">[18:18] </w:t>
      </w:r>
      <w:r>
        <w:t>kar diya hai saare courses jo hain chah in dono ke aah Islam religion of peace aur aah</w:t>
      </w:r>
    </w:p>
    <w:p>
      <w:pPr>
        <w:jc w:val="right"/>
      </w:pPr>
      <w:r>
        <w:t>کر دیا ہے سارے courses جو ہیں چھ ان دونوں کے آہ اسلام religion of peace اور آہ</w:t>
      </w:r>
    </w:p>
    <w:p>
      <w:r>
        <w:rPr>
          <w:b/>
        </w:rPr>
        <w:t xml:space="preserve">[18:24] </w:t>
      </w:r>
      <w:r>
        <w:t>daawa ke course ke ilawa hum ne chah courses online daale hue hain yahan par is ke</w:t>
      </w:r>
    </w:p>
    <w:p>
      <w:pPr>
        <w:jc w:val="right"/>
      </w:pPr>
      <w:r>
        <w:t>دعویٰ کے کورس کے علاوہ ہم نے چھ courses آن لائن ڈالے ہوئے ہیں یہاں پر اس کے</w:t>
      </w:r>
    </w:p>
    <w:p>
      <w:r>
        <w:rPr>
          <w:b/>
        </w:rPr>
        <w:t xml:space="preserve">[18:28] </w:t>
      </w:r>
      <w:r>
        <w:t>links aap ko Google Drive mein dale hue hain you can go there presentation is with you manuals</w:t>
      </w:r>
    </w:p>
    <w:p>
      <w:pPr>
        <w:jc w:val="right"/>
      </w:pPr>
      <w:r>
        <w:t>لنکس آپ کو گوگل ڈرائیو میں ڈلے ہوئے ہیں you can go there presentation is with you manuals</w:t>
      </w:r>
    </w:p>
    <w:p>
      <w:r>
        <w:rPr>
          <w:b/>
        </w:rPr>
        <w:t xml:space="preserve">[18:34] </w:t>
      </w:r>
      <w:r>
        <w:t>hum ne wahan daal diye hain jo jo dene hain as PDF if you want printed</w:t>
      </w:r>
    </w:p>
    <w:p>
      <w:pPr>
        <w:jc w:val="right"/>
      </w:pPr>
      <w:r>
        <w:t>ہم نے وہاں ڈال دیے ہیں جو جو دینے ہیں as پی ڈی ایف if you want printed</w:t>
      </w:r>
    </w:p>
    <w:p>
      <w:r>
        <w:rPr>
          <w:b/>
        </w:rPr>
        <w:t xml:space="preserve">[18:38] </w:t>
      </w:r>
      <w:r>
        <w:t>you can aah order from doctor doctor</w:t>
      </w:r>
    </w:p>
    <w:p>
      <w:pPr>
        <w:jc w:val="right"/>
      </w:pPr>
      <w:r>
        <w:t>you can آہ order from ڈاکٹر ڈاکٹر</w:t>
      </w:r>
    </w:p>
    <w:p>
      <w:r>
        <w:rPr>
          <w:b/>
        </w:rPr>
        <w:t xml:space="preserve">[18:40] </w:t>
      </w:r>
      <w:r>
        <w:t>sahib at good word and aap woh workshop karein logon ko yeh message le ke jaiye jo quran study karna chahta hai woh is se karein jo aur courses hain woh aap matlab choose kar ke you give those courses and ek cheez hum ne bohat interesting woh kari hai as I was talking about making smart literature to if you just give it as a book then people they will read it inshallah because the message is so powerful</w:t>
      </w:r>
    </w:p>
    <w:p>
      <w:pPr>
        <w:jc w:val="right"/>
      </w:pPr>
      <w:r>
        <w:t>صاحب at good word and آپ وہ workshop کریے لوگوں کو یہ message لے کے جائیے جو قرآن study کرنا چاہتا ہے وہ اس سے کریے جو اور courses ہیں وہ آپ مطلب choose کر کے you give those courses and ایک چیز ہم نے بہت interesting وہ کری ہے as آئی was talking about making smart literature تو if you just give it as اے book then people they will read it انشاءاللہ because the message is so powerful</w:t>
      </w:r>
    </w:p>
    <w:p>
      <w:r>
        <w:rPr>
          <w:b/>
        </w:rPr>
        <w:t xml:space="preserve">[19:09] </w:t>
      </w:r>
      <w:r>
        <w:t>but hum ne yahan par QR codes videos hum ne har step ka ek video banaya hai</w:t>
      </w:r>
    </w:p>
    <w:p>
      <w:pPr>
        <w:jc w:val="right"/>
      </w:pPr>
      <w:r>
        <w:t>but ہم نے یہاں پر کیو آر codes ویڈیوز ہم نے ہر step کا ایک ویڈیو بنایا ہے</w:t>
      </w:r>
    </w:p>
    <w:p>
      <w:r>
        <w:rPr>
          <w:b/>
        </w:rPr>
        <w:t xml:space="preserve">[19:15] </w:t>
      </w:r>
      <w:r>
        <w:t>aur hum ne Google woh YouTube pe dala hai is ke QR codes yahan par har</w:t>
      </w:r>
    </w:p>
    <w:p>
      <w:pPr>
        <w:jc w:val="right"/>
      </w:pPr>
      <w:r>
        <w:t>اور ہم نے گوگل وہ یو یوٹیوب پہ ڈالا ہے اس کے کیو آر codes یہاں پر ہر</w:t>
      </w:r>
    </w:p>
    <w:p>
      <w:r>
        <w:rPr>
          <w:b/>
        </w:rPr>
        <w:t xml:space="preserve">[19:20] </w:t>
      </w:r>
      <w:r>
        <w:t>step ke saath dale hue hain all of most people are carrying a smartphone woh yahan par</w:t>
      </w:r>
    </w:p>
    <w:p>
      <w:pPr>
        <w:jc w:val="right"/>
      </w:pPr>
      <w:r>
        <w:t>step کے ساتھ ڈلے ہوئے ہیں all of most people are carrying اے smart فون وہ یہاں پر</w:t>
      </w:r>
    </w:p>
    <w:p>
      <w:r>
        <w:rPr>
          <w:b/>
        </w:rPr>
        <w:t xml:space="preserve">[19:25] </w:t>
      </w:r>
      <w:r>
        <w:t>is ko scan karenge to video saamne aa jayega so along with this the video is</w:t>
      </w:r>
    </w:p>
    <w:p>
      <w:pPr>
        <w:jc w:val="right"/>
      </w:pPr>
      <w:r>
        <w:t>اس کو scan کریں گے تو ویڈیو سامنے آ جائے گا so along with this the ویڈیو is</w:t>
      </w:r>
    </w:p>
    <w:p>
      <w:r>
        <w:rPr>
          <w:b/>
        </w:rPr>
        <w:t xml:space="preserve">[19:29] </w:t>
      </w:r>
      <w:r>
        <w:t>with them and if they want to study the full course online is jagah par poora course</w:t>
      </w:r>
    </w:p>
    <w:p>
      <w:pPr>
        <w:jc w:val="right"/>
      </w:pPr>
      <w:r>
        <w:t>with them and if they want to study the full course آن لائن اس جگہ پر پورا کورس</w:t>
      </w:r>
    </w:p>
    <w:p>
      <w:r>
        <w:rPr>
          <w:b/>
        </w:rPr>
        <w:t xml:space="preserve">[19:36] </w:t>
      </w:r>
      <w:r>
        <w:t>Quran study ka available hai similarly</w:t>
      </w:r>
    </w:p>
    <w:p>
      <w:pPr>
        <w:jc w:val="right"/>
      </w:pPr>
      <w:r>
        <w:t>قرآن study کا available ہے similarly</w:t>
      </w:r>
    </w:p>
    <w:p>
      <w:r>
        <w:rPr>
          <w:b/>
        </w:rPr>
        <w:t xml:space="preserve">[19:39] </w:t>
      </w:r>
      <w:r>
        <w:t>we have created nation first</w:t>
      </w:r>
    </w:p>
    <w:p>
      <w:pPr>
        <w:jc w:val="right"/>
      </w:pPr>
      <w:r>
        <w:t>we have created nation first</w:t>
      </w:r>
    </w:p>
    <w:p>
      <w:r>
        <w:rPr>
          <w:b/>
        </w:rPr>
        <w:t xml:space="preserve">[19:43] </w:t>
      </w:r>
      <w:r>
        <w:t>this is also a twelve step manual is ke andar bhi you have got the videos as QR</w:t>
      </w:r>
    </w:p>
    <w:p>
      <w:pPr>
        <w:jc w:val="right"/>
      </w:pPr>
      <w:r>
        <w:t>this is also اے twelve step manual اس کے اندر بھی you have got the ویڈیوز as کیو</w:t>
      </w:r>
    </w:p>
    <w:p>
      <w:r>
        <w:rPr>
          <w:b/>
        </w:rPr>
        <w:t xml:space="preserve">[19:49] </w:t>
      </w:r>
      <w:r>
        <w:t>codes aur you can go online and actually take the full course</w:t>
      </w:r>
    </w:p>
    <w:p>
      <w:pPr>
        <w:jc w:val="right"/>
      </w:pPr>
      <w:r>
        <w:t>آر codes اور you can go آن لائن and actually take the full course</w:t>
      </w:r>
    </w:p>
    <w:p>
      <w:r>
        <w:rPr>
          <w:b/>
        </w:rPr>
        <w:t xml:space="preserve">[19:54] </w:t>
      </w:r>
      <w:r>
        <w:t>it takes around two weeks but you can do it at your convenience aur in abhi aankhen jo</w:t>
      </w:r>
    </w:p>
    <w:p>
      <w:pPr>
        <w:jc w:val="right"/>
      </w:pPr>
      <w:r>
        <w:t>it takes around two weeks but you can do it at your convenience اور ان ابھی آنکھیں جو</w:t>
      </w:r>
    </w:p>
    <w:p>
      <w:r>
        <w:rPr>
          <w:b/>
        </w:rPr>
        <w:t xml:space="preserve">[19:59] </w:t>
      </w:r>
      <w:r>
        <w:t>batayengi ke practically hum ne Delhi University mein kiya kiya for one of the courses they basically</w:t>
      </w:r>
    </w:p>
    <w:p>
      <w:pPr>
        <w:jc w:val="right"/>
      </w:pPr>
      <w:r>
        <w:t>بتائیں گی کہ practically ہم نے دہلی یونیورسٹی میں کیا کیا for one of the courses they basically</w:t>
      </w:r>
    </w:p>
    <w:p>
      <w:r>
        <w:rPr>
          <w:b/>
        </w:rPr>
        <w:t xml:space="preserve">[20:05] </w:t>
      </w:r>
      <w:r>
        <w:t>aap ko yeh apne area mein ja kar outreach karni hai schools colleges institutions</w:t>
      </w:r>
    </w:p>
    <w:p>
      <w:pPr>
        <w:jc w:val="right"/>
      </w:pPr>
      <w:r>
        <w:t>آپ کو یہ اپنے area میں جا کر outreach کرنی ہے schools colleges institutions</w:t>
      </w:r>
    </w:p>
    <w:p>
      <w:r>
        <w:rPr>
          <w:b/>
        </w:rPr>
        <w:t xml:space="preserve">[20:13] </w:t>
      </w:r>
      <w:r>
        <w:t>peace institutes secular institutes religious institutes government</w:t>
      </w:r>
    </w:p>
    <w:p>
      <w:pPr>
        <w:jc w:val="right"/>
      </w:pPr>
      <w:r>
        <w:t>peace institutes سیکولر institutes religious institutes government</w:t>
      </w:r>
    </w:p>
    <w:p>
      <w:r>
        <w:rPr>
          <w:b/>
        </w:rPr>
        <w:t xml:space="preserve">[20:19] </w:t>
      </w:r>
      <w:r>
        <w:t>administrations anywhere you can go there is a course for them the third course that we have is</w:t>
      </w:r>
    </w:p>
    <w:p>
      <w:pPr>
        <w:jc w:val="right"/>
      </w:pPr>
      <w:r>
        <w:t>administrations anywhere you can go there is اے کورس for them the third course that we have is</w:t>
      </w:r>
    </w:p>
    <w:p>
      <w:r>
        <w:rPr>
          <w:b/>
        </w:rPr>
        <w:t xml:space="preserve">[20:25] </w:t>
      </w:r>
      <w:r>
        <w:t>conflict resolution this is we have tried to make international jo need hai answers ki woh courses hum</w:t>
      </w:r>
    </w:p>
    <w:p>
      <w:pPr>
        <w:jc w:val="right"/>
      </w:pPr>
      <w:r>
        <w:t>conflict resolution this is we have tried to make international جو need ہے answers کی وہ courses ہم</w:t>
      </w:r>
    </w:p>
    <w:p>
      <w:r>
        <w:rPr>
          <w:b/>
        </w:rPr>
        <w:t xml:space="preserve">[20:33] </w:t>
      </w:r>
      <w:r>
        <w:t>ne banane ki koshish kari hai and the best part of this is yeh khuda ke</w:t>
      </w:r>
    </w:p>
    <w:p>
      <w:pPr>
        <w:jc w:val="right"/>
      </w:pPr>
      <w:r>
        <w:t>نے بنانے کی کوشش کری ہے and the best part of this is یہ خدا کے</w:t>
      </w:r>
    </w:p>
    <w:p>
      <w:r>
        <w:rPr>
          <w:b/>
        </w:rPr>
        <w:t xml:space="preserve">[20:39] </w:t>
      </w:r>
      <w:r>
        <w:t>realistic</w:t>
      </w:r>
    </w:p>
    <w:p>
      <w:pPr>
        <w:jc w:val="right"/>
      </w:pPr>
      <w:r>
        <w:t>realistic</w:t>
      </w:r>
    </w:p>
    <w:p>
      <w:r>
        <w:rPr>
          <w:b/>
        </w:rPr>
        <w:t xml:space="preserve">[20:40] </w:t>
      </w:r>
      <w:r>
        <w:t>approach ke basis par bani hain jo Maulana ne hamein samjhaya hai to agar conflict resolution hai to</w:t>
      </w:r>
    </w:p>
    <w:p>
      <w:pPr>
        <w:jc w:val="right"/>
      </w:pPr>
      <w:r>
        <w:t>approach کے basis پر بنی ہیں جو مولانا نے ہمیں سمجھایا ہے تو اگر conflict resolution ہے تو</w:t>
      </w:r>
    </w:p>
    <w:p>
      <w:r>
        <w:rPr>
          <w:b/>
        </w:rPr>
        <w:t xml:space="preserve">[20:47] </w:t>
      </w:r>
      <w:r>
        <w:t>log kehte hain development karo is matlab development karo sustainable development karo ideal bana do tab ja kar</w:t>
      </w:r>
    </w:p>
    <w:p>
      <w:pPr>
        <w:jc w:val="right"/>
      </w:pPr>
      <w:r>
        <w:t>لوگ کہتے ہیں development کرو اس مطلب development کرو sustainable development کرو ideal بنا دو تب جا کر</w:t>
      </w:r>
    </w:p>
    <w:p>
      <w:r>
        <w:rPr>
          <w:b/>
        </w:rPr>
        <w:t xml:space="preserve">[20:54] </w:t>
      </w:r>
      <w:r>
        <w:t>conflicts resolve honge jab koi need hi nahi hogi conflicts ki tab conflict resolution hoga and peace</w:t>
      </w:r>
    </w:p>
    <w:p>
      <w:pPr>
        <w:jc w:val="right"/>
      </w:pPr>
      <w:r>
        <w:t>conflicts resolve ہوں گے جب کوئی need ہی نہیں ہوگی conflicts کی تب conflict resolution ہوگا and peace</w:t>
      </w:r>
    </w:p>
    <w:p>
      <w:r>
        <w:rPr>
          <w:b/>
        </w:rPr>
        <w:t xml:space="preserve">[21:01] </w:t>
      </w:r>
      <w:r>
        <w:t>building ko woh kehte hain ke aap jab jahan par war hai wahan par ja kar un ko</w:t>
      </w:r>
    </w:p>
    <w:p>
      <w:pPr>
        <w:jc w:val="right"/>
      </w:pPr>
      <w:r>
        <w:t>building کو وہ کہتے ہیں کہ آپ جب جہاں پر war ہے وہاں پر جا کر ان کو</w:t>
      </w:r>
    </w:p>
    <w:p>
      <w:r>
        <w:rPr>
          <w:b/>
        </w:rPr>
        <w:t xml:space="preserve">[21:09] </w:t>
      </w:r>
      <w:r>
        <w:t>under army kar ke peaceful banao aur phir un ki development karo these are unrealistic approaches to all</w:t>
      </w:r>
    </w:p>
    <w:p>
      <w:pPr>
        <w:jc w:val="right"/>
      </w:pPr>
      <w:r>
        <w:t>under آرمی کر کے peaceful بناؤ اور پھر ان کی development کرو these are unrealistic approaches to all</w:t>
      </w:r>
    </w:p>
    <w:p>
      <w:r>
        <w:rPr>
          <w:b/>
        </w:rPr>
        <w:t xml:space="preserve">[21:16] </w:t>
      </w:r>
      <w:r>
        <w:t>these conflict resolution nation building interfaith dialogue so these are realistic approaches aap CPS ka mission</w:t>
      </w:r>
    </w:p>
    <w:p>
      <w:pPr>
        <w:jc w:val="right"/>
      </w:pPr>
      <w:r>
        <w:t>these conflict resolution nation building interfaith dialogue so these are realistic approaches آپ سی پی ایس کا mission</w:t>
      </w:r>
    </w:p>
    <w:p>
      <w:r>
        <w:rPr>
          <w:b/>
        </w:rPr>
        <w:t xml:space="preserve">[21:25] </w:t>
      </w:r>
      <w:r>
        <w:t>khuda</w:t>
      </w:r>
    </w:p>
    <w:p>
      <w:pPr>
        <w:jc w:val="right"/>
      </w:pPr>
      <w:r>
        <w:t>خدا</w:t>
      </w:r>
    </w:p>
    <w:p>
      <w:r>
        <w:rPr>
          <w:b/>
        </w:rPr>
        <w:t xml:space="preserve">[21:25] </w:t>
      </w:r>
      <w:r>
        <w:t>ka jo creation plan hai woh de sakte hain sab ko aur hum ne har presentation mein yeh karaya hai ke hum pehle cps ke bare mein bolte hain phir maulana ke phir peace ka aspect aur quran ka aur quran ka doctor sahib ne ek e book ban rakhi hai woh is ka link dete hain so if you want you can share that link with people</w:t>
      </w:r>
    </w:p>
    <w:p>
      <w:pPr>
        <w:jc w:val="right"/>
      </w:pPr>
      <w:r>
        <w:t>کا جو creation plan ہے وہ دے سکتے ہیں سب کو اور ہم نے ہر presentation میں یہ کرا ہے کہ ہم پہلے سی پی ایس کے بارے میں بولتے ہیں پھر مولانا کے پھر peace کا aspect اور قرآن کا اور قرآن کا ڈاکٹر صاحب نے ایک ای بک بنا رکھی ہے وہ اس کا لنک دیتے ہیں so if you want you can share that لنک with people</w:t>
      </w:r>
    </w:p>
    <w:p>
      <w:r>
        <w:rPr>
          <w:b/>
        </w:rPr>
        <w:t xml:space="preserve">[21:48] </w:t>
      </w:r>
      <w:r>
        <w:t>and on the phone woh bohat simple ho jata hai to read</w:t>
      </w:r>
    </w:p>
    <w:p>
      <w:pPr>
        <w:jc w:val="right"/>
      </w:pPr>
      <w:r>
        <w:t>and on the فون وہ بہت simple ہو جاتا ہے to read</w:t>
      </w:r>
    </w:p>
    <w:p>
      <w:r>
        <w:rPr>
          <w:b/>
        </w:rPr>
        <w:t xml:space="preserve">[21:52] </w:t>
      </w:r>
      <w:r>
        <w:t>to main objective hoga kisi bhi course ka woh course chalana is not your main objective is ke</w:t>
      </w:r>
    </w:p>
    <w:p>
      <w:pPr>
        <w:jc w:val="right"/>
      </w:pPr>
      <w:r>
        <w:t>تو main objective ہوگا کسی بھی کورس کا وہ کورس چلانا is not your main objective اس کے</w:t>
      </w:r>
    </w:p>
    <w:p>
      <w:r>
        <w:rPr>
          <w:b/>
        </w:rPr>
        <w:t xml:space="preserve">[21:58] </w:t>
      </w:r>
      <w:r>
        <w:t>through logon ko reach karna aur tell about creation plan and the Quran and give them some literature</w:t>
      </w:r>
    </w:p>
    <w:p>
      <w:pPr>
        <w:jc w:val="right"/>
      </w:pPr>
      <w:r>
        <w:t>through لوگوں کو reach کرنا اور tell about creation plan and the قرآن and give them some literature</w:t>
      </w:r>
    </w:p>
    <w:p>
      <w:r>
        <w:rPr>
          <w:b/>
        </w:rPr>
        <w:t xml:space="preserve">[22:04] </w:t>
      </w:r>
      <w:r>
        <w:t>to read when they finish this give them agar kuch na kuch to niklenge is mein jo</w:t>
      </w:r>
    </w:p>
    <w:p>
      <w:pPr>
        <w:jc w:val="right"/>
      </w:pPr>
      <w:r>
        <w:t>to read when they finish this give them if کچھ نہ کچھ تو نکلیں گے اس میں جو</w:t>
      </w:r>
    </w:p>
    <w:p>
      <w:r>
        <w:rPr>
          <w:b/>
        </w:rPr>
        <w:t xml:space="preserve">[22:08] </w:t>
      </w:r>
      <w:r>
        <w:t>zyada interested honge un ko phir aap aur literature dijiye depending on the day we what they</w:t>
      </w:r>
    </w:p>
    <w:p>
      <w:pPr>
        <w:jc w:val="right"/>
      </w:pPr>
      <w:r>
        <w:t>زیادہ interested ہوں گے ان کو پھر آپ اور literature دیجیے depending on the day we what they</w:t>
      </w:r>
    </w:p>
    <w:p>
      <w:r>
        <w:rPr>
          <w:b/>
        </w:rPr>
        <w:t xml:space="preserve">[22:14] </w:t>
      </w:r>
      <w:r>
        <w:t>need and interactions mein aap volunteers banaiye aur volunteer ka whatsapp group alag banaiye un se interact</w:t>
      </w:r>
    </w:p>
    <w:p>
      <w:pPr>
        <w:jc w:val="right"/>
      </w:pPr>
      <w:r>
        <w:t>need and interactions میں آپ volunteers بنائیے اور volunteer کا واٹس ایپ گروپ الگ بنائیے ان سے interact</w:t>
      </w:r>
    </w:p>
    <w:p>
      <w:r>
        <w:rPr>
          <w:b/>
        </w:rPr>
        <w:t xml:space="preserve">[22:21] </w:t>
      </w:r>
      <w:r>
        <w:t>kar ke aap apni cheez phailaiye they can take the next course to other people</w:t>
      </w:r>
    </w:p>
    <w:p>
      <w:pPr>
        <w:jc w:val="right"/>
      </w:pPr>
      <w:r>
        <w:t>کر کے آپ اپنی چیز پھیلائیے they can take the next course to other people</w:t>
      </w:r>
    </w:p>
    <w:p>
      <w:r>
        <w:rPr>
          <w:b/>
        </w:rPr>
        <w:t xml:space="preserve">[22:26] </w:t>
      </w:r>
      <w:r>
        <w:t>aur third this is the conflict resolution Udemy pe jo course karaya hua hai yeh link saare</w:t>
      </w:r>
    </w:p>
    <w:p>
      <w:pPr>
        <w:jc w:val="right"/>
      </w:pPr>
      <w:r>
        <w:t>اور third this is the conflict resolution یو ڈیمی پہ جو کورس کرا ہوا ہے یہ لنک سارے</w:t>
      </w:r>
    </w:p>
    <w:p>
      <w:r>
        <w:rPr>
          <w:b/>
        </w:rPr>
        <w:t xml:space="preserve">[22:31] </w:t>
      </w:r>
      <w:r>
        <w:t>hum ne wahan par daal rakhe hain</w:t>
      </w:r>
    </w:p>
    <w:p>
      <w:pPr>
        <w:jc w:val="right"/>
      </w:pPr>
      <w:r>
        <w:t>ہم نے وہاں پر ڈال رکھے ہیں</w:t>
      </w:r>
    </w:p>
    <w:p>
      <w:r>
        <w:rPr>
          <w:b/>
        </w:rPr>
        <w:t xml:space="preserve">[22:34] </w:t>
      </w:r>
      <w:r>
        <w:t>next is interfaith dialogue ek doctor sahib ne kaha hai ke religious institutions mein jaiye stuti has left</w:t>
      </w:r>
    </w:p>
    <w:p>
      <w:pPr>
        <w:jc w:val="right"/>
      </w:pPr>
      <w:r>
        <w:t>next is interfaith dialogue ایک ڈاکٹر صاحب نے کہا ہے کہ religious institutions میں جائیے ستوتی has left</w:t>
      </w:r>
    </w:p>
    <w:p>
      <w:r>
        <w:rPr>
          <w:b/>
        </w:rPr>
        <w:t xml:space="preserve">[22:42] </w:t>
      </w:r>
      <w:r>
        <w:t>American Express and she is join the mission full time she said I will take this</w:t>
      </w:r>
    </w:p>
    <w:p>
      <w:pPr>
        <w:jc w:val="right"/>
      </w:pPr>
      <w:r>
        <w:t>American Express and she is join the mission full time she said آئی will take this</w:t>
      </w:r>
    </w:p>
    <w:p>
      <w:r>
        <w:rPr>
          <w:b/>
        </w:rPr>
        <w:t xml:space="preserve">[22:48] </w:t>
      </w:r>
      <w:r>
        <w:t>I will go to gurdwara doctor sahib said chen maya mission jao sab jagah jahan religious woh hai</w:t>
      </w:r>
    </w:p>
    <w:p>
      <w:pPr>
        <w:jc w:val="right"/>
      </w:pPr>
      <w:r>
        <w:t>آئی will go to گوردوارہ ڈاکٹر صاحب said چن مایا mission جاؤ سب جگہ جہاں religious وہ ہے</w:t>
      </w:r>
    </w:p>
    <w:p>
      <w:r>
        <w:rPr>
          <w:b/>
        </w:rPr>
        <w:t xml:space="preserve">[22:53] </w:t>
      </w:r>
      <w:r>
        <w:t>and this is a way we can go in a secular way to them and Maulana ne interfaith</w:t>
      </w:r>
    </w:p>
    <w:p>
      <w:pPr>
        <w:jc w:val="right"/>
      </w:pPr>
      <w:r>
        <w:t>and this is اے way we can go in اے سیکولر way to them and مولانا نے interfaith</w:t>
      </w:r>
    </w:p>
    <w:p>
      <w:r>
        <w:rPr>
          <w:b/>
        </w:rPr>
        <w:t xml:space="preserve">[22:58] </w:t>
      </w:r>
      <w:r>
        <w:t>dialogue ko kya bataya hai ke it is not debate it is not establishing your superiority it is</w:t>
      </w:r>
    </w:p>
    <w:p>
      <w:pPr>
        <w:jc w:val="right"/>
      </w:pPr>
      <w:r>
        <w:t>dialogue کو کیا بتایا ہے کہ it is not debate it is not establishing your superiority it is</w:t>
      </w:r>
    </w:p>
    <w:p>
      <w:r>
        <w:rPr>
          <w:b/>
        </w:rPr>
        <w:t xml:space="preserve">[23:05] </w:t>
      </w:r>
      <w:r>
        <w:t>not even ke sare dharm ek hain it is ke aap mutual</w:t>
      </w:r>
    </w:p>
    <w:p>
      <w:pPr>
        <w:jc w:val="right"/>
      </w:pPr>
      <w:r>
        <w:t>not even کہ سارے دھرم ایک ہیں it is کہ آپ mutual</w:t>
      </w:r>
    </w:p>
    <w:p>
      <w:r>
        <w:rPr>
          <w:b/>
        </w:rPr>
        <w:t xml:space="preserve">[23:11] </w:t>
      </w:r>
      <w:r>
        <w:t>learning ke liye ek dialogue kariye aur peaceful atmosphere mein to is tarah se mission ka ek message</w:t>
      </w:r>
    </w:p>
    <w:p>
      <w:pPr>
        <w:jc w:val="right"/>
      </w:pPr>
      <w:r>
        <w:t>learning کے لیے ایک dialogue کریے اور peaceful atmosphere میں تو اس طرح سے mission کا ایک message</w:t>
      </w:r>
    </w:p>
    <w:p>
      <w:r>
        <w:rPr>
          <w:b/>
        </w:rPr>
        <w:t xml:space="preserve">[23:18] </w:t>
      </w:r>
      <w:r>
        <w:t>logon ko jata hai woh kehte hain yeh itne positive log hain chalo in ka aur padhein so</w:t>
      </w:r>
    </w:p>
    <w:p>
      <w:pPr>
        <w:jc w:val="right"/>
      </w:pPr>
      <w:r>
        <w:t>لوگوں کو جاتا ہے وہ کہتے ہیں یہ اتنے positive لوگ ہیں چلو ان کا اور پڑھیں so</w:t>
      </w:r>
    </w:p>
    <w:p>
      <w:r>
        <w:rPr>
          <w:b/>
        </w:rPr>
        <w:t xml:space="preserve">[23:23] </w:t>
      </w:r>
      <w:r>
        <w:t>these are small small courses that will help you go i mean ek na ek course to kisi</w:t>
      </w:r>
    </w:p>
    <w:p>
      <w:pPr>
        <w:jc w:val="right"/>
      </w:pPr>
      <w:r>
        <w:t>these are small small courses that will help you go آئی mean ایک نہ ایک کورس تو کسی</w:t>
      </w:r>
    </w:p>
    <w:p>
      <w:r>
        <w:rPr>
          <w:b/>
        </w:rPr>
        <w:t xml:space="preserve">[23:27] </w:t>
      </w:r>
      <w:r>
        <w:t>ke liye hoga</w:t>
      </w:r>
    </w:p>
    <w:p>
      <w:pPr>
        <w:jc w:val="right"/>
      </w:pPr>
      <w:r>
        <w:t>کے لیے ہوگا</w:t>
      </w:r>
    </w:p>
    <w:p>
      <w:r>
        <w:rPr>
          <w:b/>
        </w:rPr>
        <w:t xml:space="preserve">[23:29] </w:t>
      </w:r>
      <w:r>
        <w:t>again this is ek hum ne banaya hai countering violent extremism yeh bohat important hai ek baar Maulana</w:t>
      </w:r>
    </w:p>
    <w:p>
      <w:pPr>
        <w:jc w:val="right"/>
      </w:pPr>
      <w:r>
        <w:t>again this is ایک ہم نے بنایا ہے countering violent extremism یہ بہت important ہے ایک بار مولانا</w:t>
      </w:r>
    </w:p>
    <w:p>
      <w:r>
        <w:rPr>
          <w:b/>
        </w:rPr>
        <w:t xml:space="preserve">[23:37] </w:t>
      </w:r>
      <w:r>
        <w:t>ka phone aaya tha koi kaafi koi ah extremism ke kuch activities hui thi to media mein bohat</w:t>
      </w:r>
    </w:p>
    <w:p>
      <w:pPr>
        <w:jc w:val="right"/>
      </w:pPr>
      <w:r>
        <w:t>کا فون آیا تھا کوئی کافی کوئی آہ extremism کے کچھ activities ہوئی تھیں تو میڈیا میں بہت</w:t>
      </w:r>
    </w:p>
    <w:p>
      <w:r>
        <w:rPr>
          <w:b/>
        </w:rPr>
        <w:t xml:space="preserve">[23:45] </w:t>
      </w:r>
      <w:r>
        <w:t>news tha and koi scholar se interview kara ja raha tha to Maulana ranga na scholar ko pata</w:t>
      </w:r>
    </w:p>
    <w:p>
      <w:pPr>
        <w:jc w:val="right"/>
      </w:pPr>
      <w:r>
        <w:t>news تھا and کوئی scholar سے interview کرا جا رہا تھا تو مولانا رنگا نہ scholar کو پتا</w:t>
      </w:r>
    </w:p>
    <w:p>
      <w:r>
        <w:rPr>
          <w:b/>
        </w:rPr>
        <w:t xml:space="preserve">[23:51] </w:t>
      </w:r>
      <w:r>
        <w:t>hai yeh issue kya hai na media ko pata hai ke kaise woh to kya karein ya kya</w:t>
      </w:r>
    </w:p>
    <w:p>
      <w:pPr>
        <w:jc w:val="right"/>
      </w:pPr>
      <w:r>
        <w:t>ہے یہ issue کیا ہے نہ میڈیا کو پتا ہے کہ کیسے وہ تو کیا کریں یا کیا</w:t>
      </w:r>
    </w:p>
    <w:p>
      <w:r>
        <w:rPr>
          <w:b/>
        </w:rPr>
        <w:t xml:space="preserve">[23:56] </w:t>
      </w:r>
      <w:r>
        <w:t>kaise</w:t>
      </w:r>
    </w:p>
    <w:p>
      <w:pPr>
        <w:jc w:val="right"/>
      </w:pPr>
      <w:r>
        <w:t>کیسے</w:t>
      </w:r>
    </w:p>
    <w:p>
      <w:r>
        <w:rPr>
          <w:b/>
        </w:rPr>
        <w:t xml:space="preserve">[23:56] </w:t>
      </w:r>
      <w:r>
        <w:t>karein un ko issue hi nahi pata hai tab yeh dimagh mein aaya ke countering violent extremism for a journalists for a media houses for government even police they all need military they</w:t>
      </w:r>
    </w:p>
    <w:p>
      <w:pPr>
        <w:jc w:val="right"/>
      </w:pPr>
      <w:r>
        <w:t>کریں ان کو issue ہی نہیں پتا ہے تب یہ دماغ میں آیا کہ countering violent extremism for آہ journalists for آہ میڈیا houses for government even police they all need military they</w:t>
      </w:r>
    </w:p>
    <w:p>
      <w:r>
        <w:rPr>
          <w:b/>
        </w:rPr>
        <w:t xml:space="preserve">[24:13] </w:t>
      </w:r>
      <w:r>
        <w:t>need to know hum do ek aah aah is mein gaye the jahan par aah vikka in the institute mein military ke bohat log the hum ne jab is ke bare mein bataya they said aap jab bhi yeh course karna chahein hamein bataiye hum apne logon ko bhejenge kyun ke hamein pata karna hai yeh kya hai hamein karna padta hai lekin hamein samajh mein hi nahi aata so these are many courses that have been developed the last is culture of peace</w:t>
      </w:r>
    </w:p>
    <w:p>
      <w:pPr>
        <w:jc w:val="right"/>
      </w:pPr>
      <w:r>
        <w:t>need to know ہم دو ایک آہ آہ اس میں گئے تھے جہاں پر آہ وویکا in the انسٹیٹیوٹ میں military کے بہت لوگ تھے ہم نے جب اس کے بارے میں بتایا they said آپ جب بھی یہ کورس کرنا چاہیں ہمیں بتائیے ہم اپنے لوگوں کو بھیجیں گے کیونکہ ہمیں پتا کرنا ہے یہ کیا ہے ہمیں کرنا پڑتا ہے لیکن ہمیں سمجھ میں ہی نہیں آتا so these are many courses that have been developed the last is culture of peace</w:t>
      </w:r>
    </w:p>
    <w:p>
      <w:r>
        <w:rPr>
          <w:b/>
        </w:rPr>
        <w:t xml:space="preserve">[24:36] </w:t>
      </w:r>
      <w:r>
        <w:t>aankhein and aai worked in delhi university to take this aah to test these courses so aankhein you can come and</w:t>
      </w:r>
    </w:p>
    <w:p>
      <w:pPr>
        <w:jc w:val="right"/>
      </w:pPr>
      <w:r>
        <w:t>آنکھیں and آئی worked in دہلی یونیورسٹی to take this آہ to test these courses so آنکھیں you can come and</w:t>
      </w:r>
    </w:p>
    <w:p>
      <w:r>
        <w:rPr>
          <w:b/>
        </w:rPr>
        <w:t xml:space="preserve">[24:51] </w:t>
      </w:r>
      <w:r>
        <w:t>in today's world peace is the most prevailing concept at the individual level as well as the at the collective level the culture of peace program helps to re-engineer minds of the participants towards a culture of peace it trains the participants in primary principles of the culture of pe</w:t>
      </w:r>
    </w:p>
    <w:p>
      <w:pPr>
        <w:jc w:val="right"/>
      </w:pPr>
      <w:r>
        <w:t>in today's world peace is the most prevailing concept at the individual level as well as the at the collective level the culture of peace program helps to re-engineer minds of the participants towards a culture of peace it trains the participants in primary principles of the culture of pe</w:t>
      </w:r>
    </w:p>
    <w:p>
      <w:r>
        <w:rPr>
          <w:b/>
        </w:rPr>
        <w:t xml:space="preserve">[25:13] </w:t>
      </w:r>
      <w:r>
        <w:t>ace for example peace for the sake of peace which maulana actually emphasizes always that it has to be on the on an unilateral basis non-confrontation avoidance art of conversion reconciliation personality development stress and anger management and many things like that</w:t>
      </w:r>
    </w:p>
    <w:p>
      <w:pPr>
        <w:jc w:val="right"/>
      </w:pPr>
      <w:r>
        <w:t>ace for example peace for the sake of peace which مولانا actually emphasizes always that it has to be on the on an unilateral basis non-confrontation avoidance art of conversion reconciliation personality development stress and anger management and many things like that</w:t>
      </w:r>
    </w:p>
    <w:p>
      <w:r>
        <w:rPr>
          <w:b/>
        </w:rPr>
        <w:t xml:space="preserve">[25:39] </w:t>
      </w:r>
      <w:r>
        <w:t>in order to achieve harmony in this world which is full of differences one has to inculcate this culture of peace within oneself</w:t>
      </w:r>
    </w:p>
    <w:p>
      <w:pPr>
        <w:jc w:val="right"/>
      </w:pPr>
      <w:r>
        <w:t>in order to achieve harmony in this world which is full of differences one has to inculcate this culture of peace within oneself</w:t>
      </w:r>
    </w:p>
    <w:p>
      <w:r>
        <w:rPr>
          <w:b/>
        </w:rPr>
        <w:t xml:space="preserve">[25:49] </w:t>
      </w:r>
      <w:r>
        <w:t>when we nurture positivity at the individual level it leads to spirituality</w:t>
      </w:r>
    </w:p>
    <w:p>
      <w:pPr>
        <w:jc w:val="right"/>
      </w:pPr>
      <w:r>
        <w:t>when we nurture positivity at the individual level it leads to spirituality</w:t>
      </w:r>
    </w:p>
    <w:p>
      <w:r>
        <w:rPr>
          <w:b/>
        </w:rPr>
        <w:t xml:space="preserve">[25:55] </w:t>
      </w:r>
      <w:r>
        <w:t>and when we ah similarly when we foster this positivity the positive thinking at the collective level it</w:t>
      </w:r>
    </w:p>
    <w:p>
      <w:pPr>
        <w:jc w:val="right"/>
      </w:pPr>
      <w:r>
        <w:t>and when we آہ similarly when we foster this positivity the positive thinking at the collective level it</w:t>
      </w:r>
    </w:p>
    <w:p>
      <w:r>
        <w:rPr>
          <w:b/>
        </w:rPr>
        <w:t xml:space="preserve">[26:03] </w:t>
      </w:r>
      <w:r>
        <w:t>results in establishing peace in the society as a whole the target audience for the culture of peace</w:t>
      </w:r>
    </w:p>
    <w:p>
      <w:pPr>
        <w:jc w:val="right"/>
      </w:pPr>
      <w:r>
        <w:t>results in establishing peace in the society as a whole the target audience for the culture of peace</w:t>
      </w:r>
    </w:p>
    <w:p>
      <w:r>
        <w:rPr>
          <w:b/>
        </w:rPr>
        <w:t xml:space="preserve">[26:10] </w:t>
      </w:r>
      <w:r>
        <w:t>program can be different schools colleges and other institutions where there is a considerable gathering of the youth</w:t>
      </w:r>
    </w:p>
    <w:p>
      <w:pPr>
        <w:jc w:val="right"/>
      </w:pPr>
      <w:r>
        <w:t>program can be different schools colleges and other institutions where there is a considerable gathering of the youth</w:t>
      </w:r>
    </w:p>
    <w:p>
      <w:r>
        <w:rPr>
          <w:b/>
        </w:rPr>
        <w:t xml:space="preserve">[26:19] </w:t>
      </w:r>
      <w:r>
        <w:t>because it is the individual mindset of the young generation that needs to be transformed</w:t>
      </w:r>
    </w:p>
    <w:p>
      <w:pPr>
        <w:jc w:val="right"/>
      </w:pPr>
      <w:r>
        <w:t>because it is the individual mindset of the young generation that needs to be transformed</w:t>
      </w:r>
    </w:p>
    <w:p>
      <w:r>
        <w:rPr>
          <w:b/>
        </w:rPr>
        <w:t xml:space="preserve">[26:26] </w:t>
      </w:r>
      <w:r>
        <w:t>the present and ah other workshops have been developed so that you can reach out to new people</w:t>
      </w:r>
    </w:p>
    <w:p>
      <w:pPr>
        <w:jc w:val="right"/>
      </w:pPr>
      <w:r>
        <w:t>the present and آہ other workshops have been developed so that you can reach out to new people</w:t>
      </w:r>
    </w:p>
    <w:p>
      <w:r>
        <w:rPr>
          <w:b/>
        </w:rPr>
        <w:t xml:space="preserve">[26:33] </w:t>
      </w:r>
      <w:r>
        <w:t>to give the message</w:t>
      </w:r>
    </w:p>
    <w:p>
      <w:pPr>
        <w:jc w:val="right"/>
      </w:pPr>
      <w:r>
        <w:t>to give the message</w:t>
      </w:r>
    </w:p>
    <w:p>
      <w:r>
        <w:rPr>
          <w:b/>
        </w:rPr>
        <w:t xml:space="preserve">[26:34] </w:t>
      </w:r>
      <w:r>
        <w:t>of peace also to transform participants on positive lines using the material of the mission and to find</w:t>
      </w:r>
    </w:p>
    <w:p>
      <w:pPr>
        <w:jc w:val="right"/>
      </w:pPr>
      <w:r>
        <w:t>of peace also to transform participants on positive lines using the material of the mission and to find</w:t>
      </w:r>
    </w:p>
    <w:p>
      <w:r>
        <w:rPr>
          <w:b/>
        </w:rPr>
        <w:t xml:space="preserve">[26:45] </w:t>
      </w:r>
      <w:r>
        <w:t>volunteers to take such programs and other tasks further in your area</w:t>
      </w:r>
    </w:p>
    <w:p>
      <w:pPr>
        <w:jc w:val="right"/>
      </w:pPr>
      <w:r>
        <w:t>volunteers to take such programs and other tasks further in your area</w:t>
      </w:r>
    </w:p>
    <w:p>
      <w:r>
        <w:rPr>
          <w:b/>
        </w:rPr>
        <w:t xml:space="preserve">[26:52] </w:t>
      </w:r>
      <w:r>
        <w:t>before you start these workshops it is most important that you take this course you undergo this course</w:t>
      </w:r>
    </w:p>
    <w:p>
      <w:pPr>
        <w:jc w:val="right"/>
      </w:pPr>
      <w:r>
        <w:t>before you start these workshops it is most important that you take this course you undergo this course</w:t>
      </w:r>
    </w:p>
    <w:p>
      <w:r>
        <w:rPr>
          <w:b/>
        </w:rPr>
        <w:t xml:space="preserve">[27:01] </w:t>
      </w:r>
      <w:r>
        <w:t>yourself so that you are in a position to conduct these courses along with other people along with</w:t>
      </w:r>
    </w:p>
    <w:p>
      <w:pPr>
        <w:jc w:val="right"/>
      </w:pPr>
      <w:r>
        <w:t>yourself so that you are in a position to conduct these courses along with other people along with</w:t>
      </w:r>
    </w:p>
    <w:p>
      <w:r>
        <w:rPr>
          <w:b/>
        </w:rPr>
        <w:t xml:space="preserve">[27:09] </w:t>
      </w:r>
      <w:r>
        <w:t>other teams so ah all these courses have been put ah on ah online ah on youdemy</w:t>
      </w:r>
    </w:p>
    <w:p>
      <w:pPr>
        <w:jc w:val="right"/>
      </w:pPr>
      <w:r>
        <w:t>other teams so آہ all these courses have been put آہ on آہ online آہ on یو ڈیمی</w:t>
      </w:r>
    </w:p>
    <w:p>
      <w:r>
        <w:rPr>
          <w:b/>
        </w:rPr>
        <w:t xml:space="preserve">[27:17] </w:t>
      </w:r>
      <w:r>
        <w:t>culture of peace is there you can always ah</w:t>
      </w:r>
    </w:p>
    <w:p>
      <w:pPr>
        <w:jc w:val="right"/>
      </w:pPr>
      <w:r>
        <w:t>culture of peace is there you can always آہ</w:t>
      </w:r>
    </w:p>
    <w:p>
      <w:r>
        <w:rPr>
          <w:b/>
        </w:rPr>
        <w:t xml:space="preserve">[27:19] </w:t>
      </w:r>
      <w:r>
        <w:t>log on to youdemy and do this enroll on this free course and aah you will be able to understand what the course is all about how to go about it</w:t>
      </w:r>
    </w:p>
    <w:p>
      <w:pPr>
        <w:jc w:val="right"/>
      </w:pPr>
      <w:r>
        <w:t>log on to یو ڈیمی and do this enroll on this free course and آہ you will be able to understand what the course is all about how to go about it</w:t>
      </w:r>
    </w:p>
    <w:p>
      <w:r>
        <w:rPr>
          <w:b/>
        </w:rPr>
        <w:t xml:space="preserve">[27:30] </w:t>
      </w:r>
      <w:r>
        <w:t>and only then it will be possible for you to conduct these courses in in a in a</w:t>
      </w:r>
    </w:p>
    <w:p>
      <w:pPr>
        <w:jc w:val="right"/>
      </w:pPr>
      <w:r>
        <w:t>and only then it will be possible for you to conduct these courses in in a in a</w:t>
      </w:r>
    </w:p>
    <w:p>
      <w:r>
        <w:rPr>
          <w:b/>
        </w:rPr>
        <w:t xml:space="preserve">[27:35] </w:t>
      </w:r>
      <w:r>
        <w:t>school or a college or with an institution</w:t>
      </w:r>
    </w:p>
    <w:p>
      <w:pPr>
        <w:jc w:val="right"/>
      </w:pPr>
      <w:r>
        <w:t>school or a college or with an institution</w:t>
      </w:r>
    </w:p>
    <w:p>
      <w:r>
        <w:rPr>
          <w:b/>
        </w:rPr>
        <w:t xml:space="preserve">[27:40] </w:t>
      </w:r>
      <w:r>
        <w:t>to save time aah we suggest that you organize a half day workshop to present the program through</w:t>
      </w:r>
    </w:p>
    <w:p>
      <w:pPr>
        <w:jc w:val="right"/>
      </w:pPr>
      <w:r>
        <w:t>to save time آہ we suggest that you organize a half day workshop to present the program through</w:t>
      </w:r>
    </w:p>
    <w:p>
      <w:r>
        <w:rPr>
          <w:b/>
        </w:rPr>
        <w:t xml:space="preserve">[27:47] </w:t>
      </w:r>
      <w:r>
        <w:t>its presentation and then followed by an interaction with the participants you can collect the names and the</w:t>
      </w:r>
    </w:p>
    <w:p>
      <w:pPr>
        <w:jc w:val="right"/>
      </w:pPr>
      <w:r>
        <w:t>its presentation and then followed by an interaction with the participants you can collect the names and the</w:t>
      </w:r>
    </w:p>
    <w:p>
      <w:r>
        <w:rPr>
          <w:b/>
        </w:rPr>
        <w:t xml:space="preserve">[27:54] </w:t>
      </w:r>
      <w:r>
        <w:t>phone numbers of the interested participants and you can aah make aah you know offline and aah online</w:t>
      </w:r>
    </w:p>
    <w:p>
      <w:pPr>
        <w:jc w:val="right"/>
      </w:pPr>
      <w:r>
        <w:t>phone numbers of the interested participants and you can آہ make آہ you know offline and آہ online</w:t>
      </w:r>
    </w:p>
    <w:p>
      <w:r>
        <w:rPr>
          <w:b/>
        </w:rPr>
        <w:t xml:space="preserve">[28:00] </w:t>
      </w:r>
      <w:r>
        <w:t>candidates the online participants they can enroll themselves with the program aah on udemy where all the</w:t>
      </w:r>
    </w:p>
    <w:p>
      <w:pPr>
        <w:jc w:val="right"/>
      </w:pPr>
      <w:r>
        <w:t>candidates the online participants they can enroll themselves with the program آہ on یو ڈیمی where all the</w:t>
      </w:r>
    </w:p>
    <w:p>
      <w:r>
        <w:rPr>
          <w:b/>
        </w:rPr>
        <w:t xml:space="preserve">[28:07] </w:t>
      </w:r>
      <w:r>
        <w:t>courses all the six courses have been put up</w:t>
      </w:r>
    </w:p>
    <w:p>
      <w:pPr>
        <w:jc w:val="right"/>
      </w:pPr>
      <w:r>
        <w:t>courses all the six courses have been put up</w:t>
      </w:r>
    </w:p>
    <w:p>
      <w:r>
        <w:rPr>
          <w:b/>
        </w:rPr>
        <w:t xml:space="preserve">[28:10] </w:t>
      </w:r>
      <w:r>
        <w:t>the manual can be provided the physical manual</w:t>
      </w:r>
    </w:p>
    <w:p>
      <w:pPr>
        <w:jc w:val="right"/>
      </w:pPr>
      <w:r>
        <w:t>the manual can be provided the physical manual</w:t>
      </w:r>
    </w:p>
    <w:p>
      <w:r>
        <w:rPr>
          <w:b/>
        </w:rPr>
        <w:t xml:space="preserve">[28:14] </w:t>
      </w:r>
      <w:r>
        <w:t>aah can be provided to aah the interested participants</w:t>
      </w:r>
    </w:p>
    <w:p>
      <w:pPr>
        <w:jc w:val="right"/>
      </w:pPr>
      <w:r>
        <w:t>آہ can be provided to آہ the interested participants</w:t>
      </w:r>
    </w:p>
    <w:p>
      <w:r>
        <w:rPr>
          <w:b/>
        </w:rPr>
        <w:t xml:space="preserve">[28:19] </w:t>
      </w:r>
      <w:r>
        <w:t>and after two weeks when the program has come to an end an interaction can be conducted with</w:t>
      </w:r>
    </w:p>
    <w:p>
      <w:pPr>
        <w:jc w:val="right"/>
      </w:pPr>
      <w:r>
        <w:t>and after two weeks when the program has come to an end an interaction can be conducted with</w:t>
      </w:r>
    </w:p>
    <w:p>
      <w:r>
        <w:rPr>
          <w:b/>
        </w:rPr>
        <w:t xml:space="preserve">[28:26] </w:t>
      </w:r>
      <w:r>
        <w:t>the offline participants and you can arrange to conduct the post test the aim is to get them</w:t>
      </w:r>
    </w:p>
    <w:p>
      <w:pPr>
        <w:jc w:val="right"/>
      </w:pPr>
      <w:r>
        <w:t>the offline participants and you can arrange to conduct the post test the aim is to get them</w:t>
      </w:r>
    </w:p>
    <w:p>
      <w:r>
        <w:rPr>
          <w:b/>
        </w:rPr>
        <w:t xml:space="preserve">[28:33] </w:t>
      </w:r>
      <w:r>
        <w:t>to join your team and to take the message further so when you conduct the entire program in</w:t>
      </w:r>
    </w:p>
    <w:p>
      <w:pPr>
        <w:jc w:val="right"/>
      </w:pPr>
      <w:r>
        <w:t>to join your team and to take the message further so when you conduct the entire program in</w:t>
      </w:r>
    </w:p>
    <w:p>
      <w:r>
        <w:rPr>
          <w:b/>
        </w:rPr>
        <w:t xml:space="preserve">[28:40] </w:t>
      </w:r>
      <w:r>
        <w:t>over a period of two weeks and then you conduct a post test and you have an interaction</w:t>
      </w:r>
    </w:p>
    <w:p>
      <w:pPr>
        <w:jc w:val="right"/>
      </w:pPr>
      <w:r>
        <w:t>over a period of two weeks and then you conduct a post test and you have an interaction</w:t>
      </w:r>
    </w:p>
    <w:p>
      <w:r>
        <w:rPr>
          <w:b/>
        </w:rPr>
        <w:t xml:space="preserve">[28:44] </w:t>
      </w:r>
      <w:r>
        <w:t>you are in a position to understand who can be your potential aah candidates who can take this</w:t>
      </w:r>
    </w:p>
    <w:p>
      <w:pPr>
        <w:jc w:val="right"/>
      </w:pPr>
      <w:r>
        <w:t>you are in a position to understand who can be your potential آہ candidates who can take this</w:t>
      </w:r>
    </w:p>
    <w:p>
      <w:r>
        <w:rPr>
          <w:b/>
        </w:rPr>
        <w:t xml:space="preserve">[28:52] </w:t>
      </w:r>
      <w:r>
        <w:t>program forward</w:t>
      </w:r>
    </w:p>
    <w:p>
      <w:pPr>
        <w:jc w:val="right"/>
      </w:pPr>
      <w:r>
        <w:t>program forward</w:t>
      </w:r>
    </w:p>
    <w:p>
      <w:r>
        <w:rPr>
          <w:b/>
        </w:rPr>
        <w:t xml:space="preserve">[28:53] </w:t>
      </w:r>
      <w:r>
        <w:t>so this is a good way to identify possible volunteers the culture of peace program has been aah successfully tested in ramanujan college of delhi university in february two thousand eighteen first the permission was obtained from the aah director of the college to conduct the program with the undergraduate students so we were looking for really young people</w:t>
      </w:r>
    </w:p>
    <w:p>
      <w:pPr>
        <w:jc w:val="right"/>
      </w:pPr>
      <w:r>
        <w:t>so this is a good way to identify possible volunteers the culture of peace program has been آہ successfully tested in Ramanujan College of Delhi University in February two thousand eighteen first the permission was obtained from the آہ director of the college to conduct the program with the undergraduate students so we were looking for really young people</w:t>
      </w:r>
    </w:p>
    <w:p>
      <w:r>
        <w:rPr>
          <w:b/>
        </w:rPr>
        <w:t xml:space="preserve">[29:18] </w:t>
      </w:r>
      <w:r>
        <w:t>on a specified day uh date the pre-test was conducted with the interested participants and the culture of</w:t>
      </w:r>
    </w:p>
    <w:p>
      <w:pPr>
        <w:jc w:val="right"/>
      </w:pPr>
      <w:r>
        <w:t>on a specified day uh date the pre-test was conducted with the interested participants and the culture of</w:t>
      </w:r>
    </w:p>
    <w:p>
      <w:r>
        <w:rPr>
          <w:b/>
        </w:rPr>
        <w:t xml:space="preserve">[29:25] </w:t>
      </w:r>
      <w:r>
        <w:t>peace program was presented to them through the ppt next the manuals were provided to the candidates for</w:t>
      </w:r>
    </w:p>
    <w:p>
      <w:pPr>
        <w:jc w:val="right"/>
      </w:pPr>
      <w:r>
        <w:t>peace program was presented to them through the PPT next the manuals were provided to the candidates for</w:t>
      </w:r>
    </w:p>
    <w:p>
      <w:r>
        <w:rPr>
          <w:b/>
        </w:rPr>
        <w:t xml:space="preserve">[29:32] </w:t>
      </w:r>
      <w:r>
        <w:t>their thorough understanding of the course then next we collected the names and phone numbers and added them</w:t>
      </w:r>
    </w:p>
    <w:p>
      <w:pPr>
        <w:jc w:val="right"/>
      </w:pPr>
      <w:r>
        <w:t>their thorough understanding of the course then next we collected the names and phone numbers and added them</w:t>
      </w:r>
    </w:p>
    <w:p>
      <w:r>
        <w:rPr>
          <w:b/>
        </w:rPr>
        <w:t xml:space="preserve">[29:40] </w:t>
      </w:r>
      <w:r>
        <w:t>to a whatsapp group wherein they received daily course posters and videos related to the culture of</w:t>
      </w:r>
    </w:p>
    <w:p>
      <w:pPr>
        <w:jc w:val="right"/>
      </w:pPr>
      <w:r>
        <w:t>to a واٹس ایپ گروپ wherein they received daily course posters and videos related to the culture of</w:t>
      </w:r>
    </w:p>
    <w:p>
      <w:r>
        <w:rPr>
          <w:b/>
        </w:rPr>
        <w:t xml:space="preserve">[29:47] </w:t>
      </w:r>
      <w:r>
        <w:t>peace program on a regular basis after the completion of each step the candidates were required to undergo</w:t>
      </w:r>
    </w:p>
    <w:p>
      <w:pPr>
        <w:jc w:val="right"/>
      </w:pPr>
      <w:r>
        <w:t>peace program on a regular basis after the completion of each step the candidates were required to undergo</w:t>
      </w:r>
    </w:p>
    <w:p>
      <w:r>
        <w:rPr>
          <w:b/>
        </w:rPr>
        <w:t xml:space="preserve">[29:55] </w:t>
      </w:r>
      <w:r>
        <w:t>an online assessment</w:t>
      </w:r>
    </w:p>
    <w:p>
      <w:pPr>
        <w:jc w:val="right"/>
      </w:pPr>
      <w:r>
        <w:t>an online assessment</w:t>
      </w:r>
    </w:p>
    <w:p>
      <w:r>
        <w:rPr>
          <w:b/>
        </w:rPr>
        <w:t xml:space="preserve">[29:58] </w:t>
      </w:r>
      <w:r>
        <w:t>once the entire program was completed which was of twelve steps the candidates were assembled again wherein a</w:t>
      </w:r>
    </w:p>
    <w:p>
      <w:pPr>
        <w:jc w:val="right"/>
      </w:pPr>
      <w:r>
        <w:t>once the entire program was completed which was of twelve steps the candidates were assembled again wherein a</w:t>
      </w:r>
    </w:p>
    <w:p>
      <w:r>
        <w:rPr>
          <w:b/>
        </w:rPr>
        <w:t xml:space="preserve">[30:05] </w:t>
      </w:r>
      <w:r>
        <w:t>formal interaction took place between the coordinators and the participants it was really heartening to hear their experiences</w:t>
      </w:r>
    </w:p>
    <w:p>
      <w:pPr>
        <w:jc w:val="right"/>
      </w:pPr>
      <w:r>
        <w:t>formal interaction took place between the coordinators and the participants it was really heartening to hear their experiences</w:t>
      </w:r>
    </w:p>
    <w:p>
      <w:r>
        <w:rPr>
          <w:b/>
        </w:rPr>
        <w:t xml:space="preserve">[30:14] </w:t>
      </w:r>
      <w:r>
        <w:t>that all the participants had undergone considerable changes in their aah outlook they shared how the culture of</w:t>
      </w:r>
    </w:p>
    <w:p>
      <w:pPr>
        <w:jc w:val="right"/>
      </w:pPr>
      <w:r>
        <w:t>that all the participants had undergone considerable changes in their آہ outlook they shared how the culture of</w:t>
      </w:r>
    </w:p>
    <w:p>
      <w:r>
        <w:rPr>
          <w:b/>
        </w:rPr>
        <w:t xml:space="preserve">[30:22] </w:t>
      </w:r>
      <w:r>
        <w:t>peace program has effectively helped them to convert their negative approaches to positivity in their day to day</w:t>
      </w:r>
    </w:p>
    <w:p>
      <w:pPr>
        <w:jc w:val="right"/>
      </w:pPr>
      <w:r>
        <w:t>peace program has effectively helped them to convert their negative approaches to positivity in their day to day</w:t>
      </w:r>
    </w:p>
    <w:p>
      <w:r>
        <w:rPr>
          <w:b/>
        </w:rPr>
        <w:t xml:space="preserve">[30:30] </w:t>
      </w:r>
      <w:r>
        <w:t>life and how they could manage differences better than before</w:t>
      </w:r>
    </w:p>
    <w:p>
      <w:pPr>
        <w:jc w:val="right"/>
      </w:pPr>
      <w:r>
        <w:t>life and how they could manage differences better than before</w:t>
      </w:r>
    </w:p>
    <w:p>
      <w:r>
        <w:rPr>
          <w:b/>
        </w:rPr>
        <w:t xml:space="preserve">[30:37] </w:t>
      </w:r>
      <w:r>
        <w:t>further the post test was conducted to measure and record the actual transformation that had taken</w:t>
      </w:r>
    </w:p>
    <w:p>
      <w:pPr>
        <w:jc w:val="right"/>
      </w:pPr>
      <w:r>
        <w:t>further the post test was conducted to measure and record the actual transformation that had taken</w:t>
      </w:r>
    </w:p>
    <w:p>
      <w:r>
        <w:rPr>
          <w:b/>
        </w:rPr>
        <w:t xml:space="preserve">[30:43] </w:t>
      </w:r>
      <w:r>
        <w:t>place in the participants</w:t>
      </w:r>
    </w:p>
    <w:p>
      <w:pPr>
        <w:jc w:val="right"/>
      </w:pPr>
      <w:r>
        <w:t>place in the participants</w:t>
      </w:r>
    </w:p>
    <w:p>
      <w:r>
        <w:rPr>
          <w:b/>
        </w:rPr>
        <w:t xml:space="preserve">[30:45] </w:t>
      </w:r>
      <w:r>
        <w:t>at uh at the end of the program the certificates uh were issued by the director of the</w:t>
      </w:r>
    </w:p>
    <w:p>
      <w:pPr>
        <w:jc w:val="right"/>
      </w:pPr>
      <w:r>
        <w:t>at uh at the end of the program the certificates uh were issued by the director of the</w:t>
      </w:r>
    </w:p>
    <w:p>
      <w:r>
        <w:rPr>
          <w:b/>
        </w:rPr>
        <w:t xml:space="preserve">[30:51] </w:t>
      </w:r>
      <w:r>
        <w:t>college himself and uh their experiences uh the experiences of the participants were video recorded at the end</w:t>
      </w:r>
    </w:p>
    <w:p>
      <w:pPr>
        <w:jc w:val="right"/>
      </w:pPr>
      <w:r>
        <w:t>college himself and uh their experiences uh the experiences of the participants were video recorded at the end</w:t>
      </w:r>
    </w:p>
    <w:p>
      <w:r>
        <w:rPr>
          <w:b/>
        </w:rPr>
        <w:t xml:space="preserve">[31:00] </w:t>
      </w:r>
      <w:r>
        <w:t>of the program the quran and some other material of maulana were distributed after obtaining permission from the</w:t>
      </w:r>
    </w:p>
    <w:p>
      <w:pPr>
        <w:jc w:val="right"/>
      </w:pPr>
      <w:r>
        <w:t>of the program the قرآن and some other material of مولانا were distributed after obtaining permission from the</w:t>
      </w:r>
    </w:p>
    <w:p>
      <w:r>
        <w:rPr>
          <w:b/>
        </w:rPr>
        <w:t xml:space="preserve">[31:09] </w:t>
      </w:r>
      <w:r>
        <w:t>authorities because at certain places uh especially in schools and colleges uh it is not allowed to distribute</w:t>
      </w:r>
    </w:p>
    <w:p>
      <w:pPr>
        <w:jc w:val="right"/>
      </w:pPr>
      <w:r>
        <w:t>authorities because at certain places uh especially in schools and colleges uh it is not allowed to distribute</w:t>
      </w:r>
    </w:p>
    <w:p>
      <w:r>
        <w:rPr>
          <w:b/>
        </w:rPr>
        <w:t xml:space="preserve">[31:18] </w:t>
      </w:r>
      <w:r>
        <w:t>religious items so kindly we request you to obtain uh uh permission prior to distribute quran or any</w:t>
      </w:r>
    </w:p>
    <w:p>
      <w:pPr>
        <w:jc w:val="right"/>
      </w:pPr>
      <w:r>
        <w:t>religious items so kindly we request you to obtain uh uh permission prior to distribute قرآن or any</w:t>
      </w:r>
    </w:p>
    <w:p>
      <w:r>
        <w:rPr>
          <w:b/>
        </w:rPr>
        <w:t xml:space="preserve">[31:27] </w:t>
      </w:r>
      <w:r>
        <w:t>other uh</w:t>
      </w:r>
    </w:p>
    <w:p>
      <w:pPr>
        <w:jc w:val="right"/>
      </w:pPr>
      <w:r>
        <w:t>other uh</w:t>
      </w:r>
    </w:p>
    <w:p>
      <w:r>
        <w:rPr>
          <w:b/>
        </w:rPr>
        <w:t xml:space="preserve">[31:28] </w:t>
      </w:r>
      <w:r>
        <w:t>literature so we did that and there was no problem at all</w:t>
      </w:r>
    </w:p>
    <w:p>
      <w:pPr>
        <w:jc w:val="right"/>
      </w:pPr>
      <w:r>
        <w:t>literature so we did that and there was no problem at all</w:t>
      </w:r>
    </w:p>
    <w:p>
      <w:r>
        <w:rPr>
          <w:b/>
        </w:rPr>
        <w:t xml:space="preserve">[31:34] </w:t>
      </w:r>
      <w:r>
        <w:t>likewise now we suggest you to conduct this program and the other courses that aapa has talked about in various places and aah let us help to transform individual minds and develop peaceful people who can contribute to social peace</w:t>
      </w:r>
    </w:p>
    <w:p>
      <w:pPr>
        <w:jc w:val="right"/>
      </w:pPr>
      <w:r>
        <w:t>likewise now we suggest you to conduct this program and the other courses that آہ آپا has talked about in various places and آہ let us help to transform individual minds and develop peaceful people who can contribute to social peace</w:t>
      </w:r>
    </w:p>
    <w:p>
      <w:r>
        <w:rPr>
          <w:b/>
        </w:rPr>
        <w:t xml:space="preserve">[31:54] </w:t>
      </w:r>
      <w:r>
        <w:t>the whole idea behind all these courses is to convey the message of the quran and the creation plan of god through the various courses that has been developed aah so the aah you can just have a look this is aah this was the group that we did our culture of peace program in ramanujan college</w:t>
      </w:r>
    </w:p>
    <w:p>
      <w:pPr>
        <w:jc w:val="right"/>
      </w:pPr>
      <w:r>
        <w:t>the whole idea behind all these courses is to convey the message of the قرآن and the creation plan of God through the various courses that has been developed آہ so the آہ you can just have a look this is آہ this was the group that we did our culture of peace program in Ramanujan College</w:t>
      </w:r>
    </w:p>
    <w:p>
      <w:r>
        <w:rPr>
          <w:b/>
        </w:rPr>
        <w:t xml:space="preserve">[32:16] </w:t>
      </w:r>
      <w:r>
        <w:t>with and aah aah here the at the completion of the program you can see it was a</w:t>
      </w:r>
    </w:p>
    <w:p>
      <w:pPr>
        <w:jc w:val="right"/>
      </w:pPr>
      <w:r>
        <w:t>with and آہ آہ here the at the completion of the program you can see it was a</w:t>
      </w:r>
    </w:p>
    <w:p>
      <w:r>
        <w:rPr>
          <w:b/>
        </w:rPr>
        <w:t xml:space="preserve">[32:21] </w:t>
      </w:r>
      <w:r>
        <w:t>completely aah non-muslim aah gathering of students who had participated and who came up with such brilliant ideas</w:t>
      </w:r>
    </w:p>
    <w:p>
      <w:pPr>
        <w:jc w:val="right"/>
      </w:pPr>
      <w:r>
        <w:t>completely آہ non-Muslim آہ gathering of students who had participated and who came up with such brilliant ideas</w:t>
      </w:r>
    </w:p>
    <w:p>
      <w:r>
        <w:rPr>
          <w:b/>
        </w:rPr>
        <w:t xml:space="preserve">[32:32] </w:t>
      </w:r>
      <w:r>
        <w:t>and who who were who were so much interested to know about</w:t>
      </w:r>
    </w:p>
    <w:p>
      <w:pPr>
        <w:jc w:val="right"/>
      </w:pPr>
      <w:r>
        <w:t>and who who were who were so much interested to know about</w:t>
      </w:r>
    </w:p>
    <w:p>
      <w:r>
        <w:rPr>
          <w:b/>
        </w:rPr>
        <w:t xml:space="preserve">[32:37] </w:t>
      </w:r>
      <w:r>
        <w:t>spirituality more than islam it was their their their thinking pattern you know that was addressed and so</w:t>
      </w:r>
    </w:p>
    <w:p>
      <w:pPr>
        <w:jc w:val="right"/>
      </w:pPr>
      <w:r>
        <w:t>spirituality more than Islam it was their their their thinking pattern you know that was addressed and so</w:t>
      </w:r>
    </w:p>
    <w:p>
      <w:r>
        <w:rPr>
          <w:b/>
        </w:rPr>
        <w:t xml:space="preserve">[32:44] </w:t>
      </w:r>
      <w:r>
        <w:t>we had a great response from this group</w:t>
      </w:r>
    </w:p>
    <w:p>
      <w:pPr>
        <w:jc w:val="right"/>
      </w:pPr>
      <w:r>
        <w:t>we had a great response from this group</w:t>
      </w:r>
    </w:p>
    <w:p>
      <w:r>
        <w:rPr>
          <w:b/>
        </w:rPr>
        <w:t xml:space="preserve">[32:47] </w:t>
      </w:r>
      <w:r>
        <w:t>so how to go about this a quick glance on how to conduct the program aah we can</w:t>
      </w:r>
    </w:p>
    <w:p>
      <w:pPr>
        <w:jc w:val="right"/>
      </w:pPr>
      <w:r>
        <w:t>so how to go about this a quick glance on how to conduct the program آہ we can</w:t>
      </w:r>
    </w:p>
    <w:p>
      <w:r>
        <w:rPr>
          <w:b/>
        </w:rPr>
        <w:t xml:space="preserve">[32:53] </w:t>
      </w:r>
      <w:r>
        <w:t>have half day workshops where the target areas are mainly the schools colleges institutions and various government agencies</w:t>
      </w:r>
    </w:p>
    <w:p>
      <w:pPr>
        <w:jc w:val="right"/>
      </w:pPr>
      <w:r>
        <w:t>have half day workshops where the target areas are mainly the schools colleges institutions and various government agencies</w:t>
      </w:r>
    </w:p>
    <w:p>
      <w:r>
        <w:rPr>
          <w:b/>
        </w:rPr>
        <w:t xml:space="preserve">[33:01] </w:t>
      </w:r>
      <w:r>
        <w:t>for different aah programs the all the all these aah um all the places where you can aah</w:t>
      </w:r>
    </w:p>
    <w:p>
      <w:pPr>
        <w:jc w:val="right"/>
      </w:pPr>
      <w:r>
        <w:t>for different آہ programs the all the all these آہ um all the places where you can آہ</w:t>
      </w:r>
    </w:p>
    <w:p>
      <w:r>
        <w:rPr>
          <w:b/>
        </w:rPr>
        <w:t xml:space="preserve">[33:09] </w:t>
      </w:r>
      <w:r>
        <w:t>your target audience and aah the material that is required for every program everything is accessible to you</w:t>
      </w:r>
    </w:p>
    <w:p>
      <w:pPr>
        <w:jc w:val="right"/>
      </w:pPr>
      <w:r>
        <w:t>your target audience and آہ the material that is required for every program everything is accessible to you</w:t>
      </w:r>
    </w:p>
    <w:p>
      <w:r>
        <w:rPr>
          <w:b/>
        </w:rPr>
        <w:t xml:space="preserve">[33:16] </w:t>
      </w:r>
      <w:r>
        <w:t>the whole entire list is available as apa talked about on google drive so and all these will</w:t>
      </w:r>
    </w:p>
    <w:p>
      <w:pPr>
        <w:jc w:val="right"/>
      </w:pPr>
      <w:r>
        <w:t>the whole entire list is available as آپا talked about on Google Drive so and all these will</w:t>
      </w:r>
    </w:p>
    <w:p>
      <w:r>
        <w:rPr>
          <w:b/>
        </w:rPr>
        <w:t xml:space="preserve">[33:23] </w:t>
      </w:r>
      <w:r>
        <w:t>be shared with you at the end of this program</w:t>
      </w:r>
    </w:p>
    <w:p>
      <w:pPr>
        <w:jc w:val="right"/>
      </w:pPr>
      <w:r>
        <w:t>be shared with you at the end of this program</w:t>
      </w:r>
    </w:p>
    <w:p>
      <w:r>
        <w:rPr>
          <w:b/>
        </w:rPr>
        <w:t xml:space="preserve">[33:26] </w:t>
      </w:r>
      <w:r>
        <w:t>and aah so once you make a target aah that i'm going to conduct my program in this particular place a school or college or institute then you aah take the permission you need a formal permission to conduct the program so you set a date and then you take the pre-test first to see what the what is their aah actual level when they're entering into the</w:t>
      </w:r>
    </w:p>
    <w:p>
      <w:pPr>
        <w:jc w:val="right"/>
      </w:pPr>
      <w:r>
        <w:t>and آہ so once you make a target آہ that I'm going to conduct my program in this particular place a school or college or institute then you آہ take the permission you need a formal permission to conduct the program so you set a date and then you take the pre-test first to see what the what is their آہ actual level when they're entering into the</w:t>
      </w:r>
    </w:p>
    <w:p>
      <w:r>
        <w:rPr>
          <w:b/>
        </w:rPr>
        <w:t xml:space="preserve">[33:51] </w:t>
      </w:r>
      <w:r>
        <w:t>program that is very important and because only when you have a pre-test and at the end of</w:t>
      </w:r>
    </w:p>
    <w:p>
      <w:pPr>
        <w:jc w:val="right"/>
      </w:pPr>
      <w:r>
        <w:t>program that is very important and because only when you have a pre-test and at the end of</w:t>
      </w:r>
    </w:p>
    <w:p>
      <w:r>
        <w:rPr>
          <w:b/>
        </w:rPr>
        <w:t xml:space="preserve">[33:56] </w:t>
      </w:r>
      <w:r>
        <w:t>the program you conduct a post test you will be in a position to understand the transformation that</w:t>
      </w:r>
    </w:p>
    <w:p>
      <w:pPr>
        <w:jc w:val="right"/>
      </w:pPr>
      <w:r>
        <w:t>the program you conduct a post test you will be in a position to understand the transformation that</w:t>
      </w:r>
    </w:p>
    <w:p>
      <w:r>
        <w:rPr>
          <w:b/>
        </w:rPr>
        <w:t xml:space="preserve">[34:01] </w:t>
      </w:r>
      <w:r>
        <w:t>has taken place so the pre-test is important and then you can do the presentation wherein you introduce</w:t>
      </w:r>
    </w:p>
    <w:p>
      <w:pPr>
        <w:jc w:val="right"/>
      </w:pPr>
      <w:r>
        <w:t>has taken place so the pre-test is important and then you can do the presentation wherein you introduce</w:t>
      </w:r>
    </w:p>
    <w:p>
      <w:r>
        <w:rPr>
          <w:b/>
        </w:rPr>
        <w:t xml:space="preserve">[34:08] </w:t>
      </w:r>
      <w:r>
        <w:t>cps you introduce maulana wahiduddin khan and then you speak about the particular course that you're going</w:t>
      </w:r>
    </w:p>
    <w:p>
      <w:pPr>
        <w:jc w:val="right"/>
      </w:pPr>
      <w:r>
        <w:t>CPS you introduce مولانا وحید الدین خان and then you speak about the particular course that you're going</w:t>
      </w:r>
    </w:p>
    <w:p>
      <w:r>
        <w:rPr>
          <w:b/>
        </w:rPr>
        <w:t xml:space="preserve">[34:15] </w:t>
      </w:r>
      <w:r>
        <w:t>to conduct for online courses as we discussed you can log on to udemy.com</w:t>
      </w:r>
    </w:p>
    <w:p>
      <w:pPr>
        <w:jc w:val="right"/>
      </w:pPr>
      <w:r>
        <w:t>to conduct for online courses as we discussed you can log on to udemy.com</w:t>
      </w:r>
    </w:p>
    <w:p>
      <w:r>
        <w:rPr>
          <w:b/>
        </w:rPr>
        <w:t xml:space="preserve">[34:22] </w:t>
      </w:r>
      <w:r>
        <w:t>wherein all the all the courses are put up already and wherein the online participants they can just</w:t>
      </w:r>
    </w:p>
    <w:p>
      <w:pPr>
        <w:jc w:val="right"/>
      </w:pPr>
      <w:r>
        <w:t>wherein all the all the courses are put up already and wherein the online participants they can just</w:t>
      </w:r>
    </w:p>
    <w:p>
      <w:r>
        <w:rPr>
          <w:b/>
        </w:rPr>
        <w:t xml:space="preserve">[34:30] </w:t>
      </w:r>
      <w:r>
        <w:t>log in and they can take the course free of cost</w:t>
      </w:r>
    </w:p>
    <w:p>
      <w:pPr>
        <w:jc w:val="right"/>
      </w:pPr>
      <w:r>
        <w:t>log in and they can take the course free of cost</w:t>
      </w:r>
    </w:p>
    <w:p>
      <w:r>
        <w:rPr>
          <w:b/>
        </w:rPr>
        <w:t xml:space="preserve">[34:34] </w:t>
      </w:r>
      <w:r>
        <w:t>the next step for offline courses is to find out the aah aah sorry to conduct the post test at the end of the program and have an interaction and then it is also a platform to seek out volunteers who can join your local team and that is the best way to take these courses forward so that you can have you can you can have whatsapp group and you can also send these names and you can form the group</w:t>
      </w:r>
    </w:p>
    <w:p>
      <w:pPr>
        <w:jc w:val="right"/>
      </w:pPr>
      <w:r>
        <w:t>the next step for offline courses is to find out the آہ آہ sorry to conduct the post test at the end of the program and have an interaction and then it is also a platform to seek out volunteers who can join your local team and that is the best way to take these courses forward so that you can have you can you can have واٹس ایپ گروپ and you can also send these names and you can form the group</w:t>
      </w:r>
    </w:p>
    <w:p>
      <w:r>
        <w:rPr>
          <w:b/>
        </w:rPr>
        <w:t xml:space="preserve">[35:03] </w:t>
      </w:r>
      <w:r>
        <w:t>you can have their names their emails their whatsapp numbers and you can also send them to delhi so that we can also be in the loop and work can take place at a better level</w:t>
      </w:r>
    </w:p>
    <w:p>
      <w:pPr>
        <w:jc w:val="right"/>
      </w:pPr>
      <w:r>
        <w:t>you can have their names their emails their واٹس ایپ numbers and you can also send them to Delhi so that we can also be in the loop and work can take place at a better level</w:t>
      </w:r>
    </w:p>
    <w:p>
      <w:r>
        <w:rPr>
          <w:b/>
        </w:rPr>
        <w:t xml:space="preserve">[35:21] </w:t>
      </w:r>
      <w:r>
        <w:t>i'll just wind up in two minutes i just want to add what is this pre-test and post test</w:t>
      </w:r>
    </w:p>
    <w:p>
      <w:pPr>
        <w:jc w:val="right"/>
      </w:pPr>
      <w:r>
        <w:t>I'll just wind up in two minutes I just want to add what is this pre-test and post test</w:t>
      </w:r>
    </w:p>
    <w:p>
      <w:r>
        <w:rPr>
          <w:b/>
        </w:rPr>
        <w:t xml:space="preserve">[35:26] </w:t>
      </w:r>
      <w:r>
        <w:t>because you agar aap ko lagta hai ke audience aisi hai jo zyada matlab colleges mein high level</w:t>
      </w:r>
    </w:p>
    <w:p>
      <w:pPr>
        <w:jc w:val="right"/>
      </w:pPr>
      <w:r>
        <w:t>because you اگر آپ کو لگتا ہے کہ audience ایسی ہے جو زیادہ مطلب کالجز میں ہائی لیول</w:t>
      </w:r>
    </w:p>
    <w:p>
      <w:r>
        <w:rPr>
          <w:b/>
        </w:rPr>
        <w:t xml:space="preserve">[35:35] </w:t>
      </w:r>
      <w:r>
        <w:t>ki woh hai we felt ke ek pre-test dena which is nothing but ten questions</w:t>
      </w:r>
    </w:p>
    <w:p>
      <w:pPr>
        <w:jc w:val="right"/>
      </w:pPr>
      <w:r>
        <w:t>کی وہ ہے we felt کہ ایک pre-test دینا which is nothing but ten questions</w:t>
      </w:r>
    </w:p>
    <w:p>
      <w:r>
        <w:rPr>
          <w:b/>
        </w:rPr>
        <w:t xml:space="preserve">[35:40] </w:t>
      </w:r>
      <w:r>
        <w:t>woh multiple choice questions hain woh apna answer dein is se pata chal jata hai kya un ka</w:t>
      </w:r>
    </w:p>
    <w:p>
      <w:pPr>
        <w:jc w:val="right"/>
      </w:pPr>
      <w:r>
        <w:t>وہ multiple choice questions ہیں وہ اپنا answer دیں اس سے پتا چل جاتا ہے کیا ان کا</w:t>
      </w:r>
    </w:p>
    <w:p>
      <w:r>
        <w:rPr>
          <w:b/>
        </w:rPr>
        <w:t xml:space="preserve">[35:45] </w:t>
      </w:r>
      <w:r>
        <w:t>thought process hai and each question is we give ten marks so out of hundred un ko shuru</w:t>
      </w:r>
    </w:p>
    <w:p>
      <w:pPr>
        <w:jc w:val="right"/>
      </w:pPr>
      <w:r>
        <w:t>thought process ہے and each question is we give ten marks so out of hundred ان کو شروع</w:t>
      </w:r>
    </w:p>
    <w:p>
      <w:r>
        <w:rPr>
          <w:b/>
        </w:rPr>
        <w:t xml:space="preserve">[35:50] </w:t>
      </w:r>
      <w:r>
        <w:t>mein kya hua aur phir isi ke basis par woh presentation aur material padhenge then after two</w:t>
      </w:r>
    </w:p>
    <w:p>
      <w:pPr>
        <w:jc w:val="right"/>
      </w:pPr>
      <w:r>
        <w:t>میں کیا ہوا اور پھر اسی کے basis پر وہ presentation اور material پڑھیں گے then after two</w:t>
      </w:r>
    </w:p>
    <w:p>
      <w:r>
        <w:rPr>
          <w:b/>
        </w:rPr>
        <w:t xml:space="preserve">[35:56] </w:t>
      </w:r>
      <w:r>
        <w:t>weeks aur at the end of the course the post test is given out of hundred un ko</w:t>
      </w:r>
    </w:p>
    <w:p>
      <w:pPr>
        <w:jc w:val="right"/>
      </w:pPr>
      <w:r>
        <w:t>weeks اور at the end of the course the post test is given out of hundred ان کو</w:t>
      </w:r>
    </w:p>
    <w:p>
      <w:r>
        <w:rPr>
          <w:b/>
        </w:rPr>
        <w:t xml:space="preserve">[36:01] </w:t>
      </w:r>
      <w:r>
        <w:t>کتنے marks mile to humne quantify karaya hai transformation and humne matlab phir idhar suppose hundred</w:t>
      </w:r>
    </w:p>
    <w:p>
      <w:pPr>
        <w:jc w:val="right"/>
      </w:pPr>
      <w:r>
        <w:t>کتنے marks ملے تو ہم نے quantify کرایا ہے transformation and ہم نے مطلب پھر ادھر suppose hundred</w:t>
      </w:r>
    </w:p>
    <w:p>
      <w:r>
        <w:rPr>
          <w:b/>
        </w:rPr>
        <w:t xml:space="preserve">[36:09] </w:t>
      </w:r>
      <w:r>
        <w:t>mein se un ko twenty thirty average milta hai achhe</w:t>
      </w:r>
    </w:p>
    <w:p>
      <w:pPr>
        <w:jc w:val="right"/>
      </w:pPr>
      <w:r>
        <w:t>میں سے ان کو twenty thirty average ملتا ہے اچھے</w:t>
      </w:r>
    </w:p>
    <w:p>
      <w:r>
        <w:rPr>
          <w:b/>
        </w:rPr>
        <w:t xml:space="preserve">[36:12] </w:t>
      </w:r>
      <w:r>
        <w:t>koi hote hain sixty mein bhi chale jaate hain depends woh un ka kya thought process hai at</w:t>
      </w:r>
    </w:p>
    <w:p>
      <w:pPr>
        <w:jc w:val="right"/>
      </w:pPr>
      <w:r>
        <w:t>کوئی ہوتے ہیں sixty میں بھی چلے جاتے ہیں depends وہ ان کا کیا thought process ہے at</w:t>
      </w:r>
    </w:p>
    <w:p>
      <w:r>
        <w:rPr>
          <w:b/>
        </w:rPr>
        <w:t xml:space="preserve">[36:17] </w:t>
      </w:r>
      <w:r>
        <w:t>that time and end mein bhi we found eighty seventy one or two people even went to ninety</w:t>
      </w:r>
    </w:p>
    <w:p>
      <w:pPr>
        <w:jc w:val="right"/>
      </w:pPr>
      <w:r>
        <w:t>that time and end میں بھی we found eighty seventy one or two people even went to ninety</w:t>
      </w:r>
    </w:p>
    <w:p>
      <w:r>
        <w:rPr>
          <w:b/>
        </w:rPr>
        <w:t xml:space="preserve">[36:23] </w:t>
      </w:r>
      <w:r>
        <w:t>that means they understood those concepts and in then we took some testimonials and they are non-Muslim children</w:t>
      </w:r>
    </w:p>
    <w:p>
      <w:pPr>
        <w:jc w:val="right"/>
      </w:pPr>
      <w:r>
        <w:t>that means they understood those concepts and in then we took some testimonials and they are non-Muslim children</w:t>
      </w:r>
    </w:p>
    <w:p>
      <w:r>
        <w:rPr>
          <w:b/>
        </w:rPr>
        <w:t xml:space="preserve">[36:32] </w:t>
      </w:r>
      <w:r>
        <w:t>nineteen twenty and they are talking about God God realization being patient being unilateral aur hum ne koi</w:t>
      </w:r>
    </w:p>
    <w:p>
      <w:pPr>
        <w:jc w:val="right"/>
      </w:pPr>
      <w:r>
        <w:t>nineteen twenty and they are talking about God God realization being patient being unilateral اور ہم نے کوئی</w:t>
      </w:r>
    </w:p>
    <w:p>
      <w:r>
        <w:rPr>
          <w:b/>
        </w:rPr>
        <w:t xml:space="preserve">[36:41] </w:t>
      </w:r>
      <w:r>
        <w:t>interaction nahi karaya sirf material diya hai unho ne padha hai agar hum interaction aap log kar sakein</w:t>
      </w:r>
    </w:p>
    <w:p>
      <w:pPr>
        <w:jc w:val="right"/>
      </w:pPr>
      <w:r>
        <w:t>interaction نہیں کرایا صرف material دیا ہے انہوں نے پڑھا ہے اگر ہم interaction آپ لوگ کر سکیں</w:t>
      </w:r>
    </w:p>
    <w:p>
      <w:r>
        <w:rPr>
          <w:b/>
        </w:rPr>
        <w:t xml:space="preserve">[36:47] </w:t>
      </w:r>
      <w:r>
        <w:t>to sochiye kitna aap ko</w:t>
      </w:r>
    </w:p>
    <w:p>
      <w:pPr>
        <w:jc w:val="right"/>
      </w:pPr>
      <w:r>
        <w:t>تو سوچیے کتنا آپ کو</w:t>
      </w:r>
    </w:p>
    <w:p>
      <w:r>
        <w:rPr>
          <w:b/>
        </w:rPr>
        <w:t xml:space="preserve">[36:50] </w:t>
      </w:r>
      <w:r>
        <w:t>minds banenge aur aap un ko further use kar sakte hain as volunteers</w:t>
      </w:r>
    </w:p>
    <w:p>
      <w:pPr>
        <w:jc w:val="right"/>
      </w:pPr>
      <w:r>
        <w:t>minds بنیں گے اور آپ ان کو further use کر سکتے ہیں as volunteers</w:t>
      </w:r>
    </w:p>
    <w:p>
      <w:r>
        <w:rPr>
          <w:b/>
        </w:rPr>
        <w:t xml:space="preserve">[36:56] </w:t>
      </w:r>
      <w:r>
        <w:t>and these</w:t>
      </w:r>
    </w:p>
    <w:p>
      <w:pPr>
        <w:jc w:val="right"/>
      </w:pPr>
      <w:r>
        <w:t>and these</w:t>
      </w:r>
    </w:p>
    <w:p>
      <w:r>
        <w:rPr>
          <w:b/>
        </w:rPr>
        <w:t xml:space="preserve">[36:58] </w:t>
      </w:r>
      <w:r>
        <w:t>hum ne ek flyer yeh banaya hai which we will share with you now on that quran conference</w:t>
      </w:r>
    </w:p>
    <w:p>
      <w:pPr>
        <w:jc w:val="right"/>
      </w:pPr>
      <w:r>
        <w:t>ہم نے ایک flyer یہ بنایا ہے which we will share with you now on that قرآن conference</w:t>
      </w:r>
    </w:p>
    <w:p>
      <w:r>
        <w:rPr>
          <w:b/>
        </w:rPr>
        <w:t xml:space="preserve">[37:04] </w:t>
      </w:r>
      <w:r>
        <w:t>group aur kuch material hum ne leaders jo team leaders hain un ko ek yeh quran wali di</w:t>
      </w:r>
    </w:p>
    <w:p>
      <w:pPr>
        <w:jc w:val="right"/>
      </w:pPr>
      <w:r>
        <w:t>گروپ اور کچھ material ہم نے leaders جو ٹیم leaders ہیں ان کو ایک یہ قرآن والی دی</w:t>
      </w:r>
    </w:p>
    <w:p>
      <w:r>
        <w:rPr>
          <w:b/>
        </w:rPr>
        <w:t xml:space="preserve">[37:11] </w:t>
      </w:r>
      <w:r>
        <w:t>hai so to get get an idea what it is and ah hum ne udemy ke courses</w:t>
      </w:r>
    </w:p>
    <w:p>
      <w:pPr>
        <w:jc w:val="right"/>
      </w:pPr>
      <w:r>
        <w:t>ہے so to get get an idea what it is and آہ ہم نے یو ڈیمی کے courses</w:t>
      </w:r>
    </w:p>
    <w:p>
      <w:r>
        <w:rPr>
          <w:b/>
        </w:rPr>
        <w:t xml:space="preserve">[37:16] </w:t>
      </w:r>
      <w:r>
        <w:t>yeh link saare idhar hain saare yeh chhe courses ke aap khud dekhein ise aur hum ne yahan</w:t>
      </w:r>
    </w:p>
    <w:p>
      <w:pPr>
        <w:jc w:val="right"/>
      </w:pPr>
      <w:r>
        <w:t>یہ لنک سارے ادھر ہیں سارے یہ چھ courses کے آپ خود دیکھیں اسے اور ہم نے یہاں</w:t>
      </w:r>
    </w:p>
    <w:p>
      <w:r>
        <w:rPr>
          <w:b/>
        </w:rPr>
        <w:t xml:space="preserve">[37:22] </w:t>
      </w:r>
      <w:r>
        <w:t>par neeche ek ah downloadable yeh ah google drive ka link hai aap wahan ja ke sara</w:t>
      </w:r>
    </w:p>
    <w:p>
      <w:pPr>
        <w:jc w:val="right"/>
      </w:pPr>
      <w:r>
        <w:t>پر نیچے ایک آہ ڈاؤن لوڈیبل یہ آہ گوگل ڈرائیو کا لنک ہے آپ وہاں جا کے سارا</w:t>
      </w:r>
    </w:p>
    <w:p>
      <w:r>
        <w:rPr>
          <w:b/>
        </w:rPr>
        <w:t xml:space="preserve">[37:29] </w:t>
      </w:r>
      <w:r>
        <w:t>kuch dekh sakte hain if you are interested dedicate at least one person to go through the material</w:t>
      </w:r>
    </w:p>
    <w:p>
      <w:pPr>
        <w:jc w:val="right"/>
      </w:pPr>
      <w:r>
        <w:t>کچھ دیکھ سکتے ہیں if you are interested dedicate at least one person to go through the material</w:t>
      </w:r>
    </w:p>
    <w:p>
      <w:r>
        <w:rPr>
          <w:b/>
        </w:rPr>
        <w:t xml:space="preserve">[37:35] </w:t>
      </w:r>
      <w:r>
        <w:t>and dekhein aap kaise use kar sakte hain we are abhi hum is ko testing woh kar rahe</w:t>
      </w:r>
    </w:p>
    <w:p>
      <w:pPr>
        <w:jc w:val="right"/>
      </w:pPr>
      <w:r>
        <w:t>and دیکھیں آپ کیسے use کر سکتے ہیں we are ابھی ہم اس کو testing وہ کر رہے</w:t>
      </w:r>
    </w:p>
    <w:p>
      <w:r>
        <w:rPr>
          <w:b/>
        </w:rPr>
        <w:t xml:space="preserve">[37:40] </w:t>
      </w:r>
      <w:r>
        <w:t>the ab hum is ko actually different different jagahon pe le ke jayenge</w:t>
      </w:r>
    </w:p>
    <w:p>
      <w:pPr>
        <w:jc w:val="right"/>
      </w:pPr>
      <w:r>
        <w:t>تھے اب ہم اس کو actually different different جگہوں پہ لے کے جائیں</w:t>
      </w:r>
    </w:p>
    <w:p>
      <w:r>
        <w:rPr>
          <w:b/>
        </w:rPr>
        <w:t xml:space="preserve">[37:44] </w:t>
      </w:r>
      <w:r>
        <w:t>ge delhi mein and ah yeh hum ne study material bhi is mein woh sara kuch wahan par</w:t>
      </w:r>
    </w:p>
    <w:p>
      <w:pPr>
        <w:jc w:val="right"/>
      </w:pPr>
      <w:r>
        <w:t>گے دہلی میں and آہ یہ ہم نے study material بھی اس میں وہ سارا کچھ وہاں پر</w:t>
      </w:r>
    </w:p>
    <w:p>
      <w:r>
        <w:rPr>
          <w:b/>
        </w:rPr>
        <w:t xml:space="preserve">[37:49] </w:t>
      </w:r>
      <w:r>
        <w:t>de diya hai agar aap ko jo chahiye aap ko use milega wahan par agar nahi chahiye</w:t>
      </w:r>
    </w:p>
    <w:p>
      <w:pPr>
        <w:jc w:val="right"/>
      </w:pPr>
      <w:r>
        <w:t>دے دیا ہے اگر آپ کو جو چاہیے آپ کو use ملے گا وہاں پر اگر نہیں چاہیے</w:t>
      </w:r>
    </w:p>
    <w:p>
      <w:r>
        <w:rPr>
          <w:b/>
        </w:rPr>
        <w:t xml:space="preserve">[37:54] </w:t>
      </w:r>
      <w:r>
        <w:t>you can always contact me my email id is already given here and i at the</w:t>
      </w:r>
    </w:p>
    <w:p>
      <w:pPr>
        <w:jc w:val="right"/>
      </w:pPr>
      <w:r>
        <w:t>you can always contact me my ای میل آئی ڈی is already given here and آئی at the</w:t>
      </w:r>
    </w:p>
    <w:p>
      <w:r>
        <w:rPr>
          <w:b/>
        </w:rPr>
        <w:t xml:space="preserve">[37:59] </w:t>
      </w:r>
      <w:r>
        <w:t>end i want to talk about aah aah whatsapp women's group because the women power has been</w:t>
      </w:r>
    </w:p>
    <w:p>
      <w:pPr>
        <w:jc w:val="right"/>
      </w:pPr>
      <w:r>
        <w:t>end آئی want to talk about آہ آہ واٹس ایپ women's گروپ because the women power has been</w:t>
      </w:r>
    </w:p>
    <w:p>
      <w:r>
        <w:rPr>
          <w:b/>
        </w:rPr>
        <w:t xml:space="preserve">[38:07] </w:t>
      </w:r>
      <w:r>
        <w:t>involved in making these courses and i feel that main Maulana ke paas jab aayi thi is se</w:t>
      </w:r>
    </w:p>
    <w:p>
      <w:pPr>
        <w:jc w:val="right"/>
      </w:pPr>
      <w:r>
        <w:t>involved in making these courses and آئی feel that میں مولانا کے پاس جب آئی تھی اس سے</w:t>
      </w:r>
    </w:p>
    <w:p>
      <w:r>
        <w:rPr>
          <w:b/>
        </w:rPr>
        <w:t xml:space="preserve">[38:13] </w:t>
      </w:r>
      <w:r>
        <w:t>pehlay main kafi muslim organization ke paas gayi thi aur main ne un se kaha tha mujhe koi</w:t>
      </w:r>
    </w:p>
    <w:p>
      <w:pPr>
        <w:jc w:val="right"/>
      </w:pPr>
      <w:r>
        <w:t>پہلے میں کافی مسلم organization کے پاس گئی تھی اور میں نے ان سے کہا تھا مجھے کوئی</w:t>
      </w:r>
    </w:p>
    <w:p>
      <w:r>
        <w:rPr>
          <w:b/>
        </w:rPr>
        <w:t xml:space="preserve">[38:18] </w:t>
      </w:r>
      <w:r>
        <w:t>kaam de dijiye mujhe proof reading de dijiye main pn ka kaam bhi karne ko tayar hoon</w:t>
      </w:r>
    </w:p>
    <w:p>
      <w:pPr>
        <w:jc w:val="right"/>
      </w:pPr>
      <w:r>
        <w:t>کام دے دیجیے مجھے proof reading دے دیجیے میں پی این کا کام بھی کرنے کو تیار ہوں</w:t>
      </w:r>
    </w:p>
    <w:p>
      <w:r>
        <w:rPr>
          <w:b/>
        </w:rPr>
        <w:t xml:space="preserve">[38:22] </w:t>
      </w:r>
      <w:r>
        <w:t>kisi ne mujhe opportunity nahi di lekin Maulana ke paas aayi unhon ne immediately kaha poora main ne</w:t>
      </w:r>
    </w:p>
    <w:p>
      <w:pPr>
        <w:jc w:val="right"/>
      </w:pPr>
      <w:r>
        <w:t>کسی نے مجھے opportunity نہیں دی لیکن مولانا کے پاس آئی انہوں نے immediately کہا پورا میں نے</w:t>
      </w:r>
    </w:p>
    <w:p>
      <w:r>
        <w:rPr>
          <w:b/>
        </w:rPr>
        <w:t xml:space="preserve">[38:28] </w:t>
      </w:r>
      <w:r>
        <w:t>kaha Maulana</w:t>
      </w:r>
    </w:p>
    <w:p>
      <w:pPr>
        <w:jc w:val="right"/>
      </w:pPr>
      <w:r>
        <w:t>کہا مولانا</w:t>
      </w:r>
    </w:p>
    <w:p>
      <w:r>
        <w:rPr>
          <w:b/>
        </w:rPr>
        <w:t xml:space="preserve">[38:29] </w:t>
      </w:r>
      <w:r>
        <w:t>aap aik kamre mein sirf das logon ko kyun de rahe hain yeh course kehte hain aap ko kaun rok raha hai aap le ke jaiye the field was all open for me aur aise molana gives this opportunity to all women so we want to create a whatsapp women group</w:t>
      </w:r>
    </w:p>
    <w:p>
      <w:pPr>
        <w:jc w:val="right"/>
      </w:pPr>
      <w:r>
        <w:t>آپ ایک کمرے میں صرف دس لوگوں کو کیوں دے رہے ہیں یہ کورس کہتے ہیں آپ کو کون روک رہا ہے آپ لے کے جائیے the field was all open for me اور ایسے مولانا gives this opportunity to all women so we want to create a واٹس ایپ women گروپ</w:t>
      </w:r>
    </w:p>
    <w:p>
      <w:r>
        <w:rPr>
          <w:b/>
        </w:rPr>
        <w:t xml:space="preserve">[38:45] </w:t>
      </w:r>
      <w:r>
        <w:t>aamir mori sahib hain mention this and we want to take it further for intellectual awakening kuch questions</w:t>
      </w:r>
    </w:p>
    <w:p>
      <w:pPr>
        <w:jc w:val="right"/>
      </w:pPr>
      <w:r>
        <w:t>عامر موری صاحب ہیں mention this and we want to take it further for intellectual awakening کچھ questions</w:t>
      </w:r>
    </w:p>
    <w:p>
      <w:r>
        <w:rPr>
          <w:b/>
        </w:rPr>
        <w:t xml:space="preserve">[38:51] </w:t>
      </w:r>
      <w:r>
        <w:t>hain jo main group pe nahi baat kar sakti daawa experiences woh kar sakte hain and we want</w:t>
      </w:r>
    </w:p>
    <w:p>
      <w:pPr>
        <w:jc w:val="right"/>
      </w:pPr>
      <w:r>
        <w:t>ہیں جو main گروپ پہ نہیں بات کر سکتیں دعویٰ experiences وہ کر سکتے ہیں and we want</w:t>
      </w:r>
    </w:p>
    <w:p>
      <w:r>
        <w:rPr>
          <w:b/>
        </w:rPr>
        <w:t xml:space="preserve">[38:56] </w:t>
      </w:r>
      <w:r>
        <w:t>to again see volunteers hamara bohat important kaam hai ke hum aage barhayen if we have to take</w:t>
      </w:r>
    </w:p>
    <w:p>
      <w:pPr>
        <w:jc w:val="right"/>
      </w:pPr>
      <w:r>
        <w:t>to again see volunteers ہمارا بہت important کام ہے کہ ہم آگے بڑھائیں if we have to take</w:t>
      </w:r>
    </w:p>
    <w:p>
      <w:r>
        <w:rPr>
          <w:b/>
        </w:rPr>
        <w:t xml:space="preserve">[39:02] </w:t>
      </w:r>
      <w:r>
        <w:t>it to the world hum itnay logon se nahi kar sakte online bhi karen but we need</w:t>
      </w:r>
    </w:p>
    <w:p>
      <w:pPr>
        <w:jc w:val="right"/>
      </w:pPr>
      <w:r>
        <w:t>it to the world ہم اتنے لوگوں سے نہیں کر سکتے آن لائن بھی کریں but we need</w:t>
      </w:r>
    </w:p>
    <w:p>
      <w:r>
        <w:rPr>
          <w:b/>
        </w:rPr>
        <w:t xml:space="preserve">[39:07] </w:t>
      </w:r>
      <w:r>
        <w:t>more people and these courses these workshops are easy ways to go to reach out to people give</w:t>
      </w:r>
    </w:p>
    <w:p>
      <w:pPr>
        <w:jc w:val="right"/>
      </w:pPr>
      <w:r>
        <w:t>more people and these courses these workshops are easy ways to go to reach out to people give</w:t>
      </w:r>
    </w:p>
    <w:p>
      <w:r>
        <w:rPr>
          <w:b/>
        </w:rPr>
        <w:t xml:space="preserve">[39:14] </w:t>
      </w:r>
      <w:r>
        <w:t>the message and see who you can change and get as volunteers to take the quran to the</w:t>
      </w:r>
    </w:p>
    <w:p>
      <w:pPr>
        <w:jc w:val="right"/>
      </w:pPr>
      <w:r>
        <w:t>the message and see who you can change and get as volunteers to take the قرآن to the</w:t>
      </w:r>
    </w:p>
    <w:p>
      <w:r>
        <w:rPr>
          <w:b/>
        </w:rPr>
        <w:t xml:space="preserve">[39:20] </w:t>
      </w:r>
      <w:r>
        <w:t>world</w:t>
      </w:r>
    </w:p>
    <w:p>
      <w:pPr>
        <w:jc w:val="right"/>
      </w:pPr>
      <w:r>
        <w:t>world</w:t>
      </w:r>
    </w:p>
    <w:p>
      <w:r>
        <w:rPr>
          <w:b/>
        </w:rPr>
        <w:t xml:space="preserve">[39:22] </w:t>
      </w:r>
      <w:r>
        <w:t>jazak allah thank you for giving me this time.</w:t>
      </w:r>
    </w:p>
    <w:p>
      <w:pPr>
        <w:jc w:val="right"/>
      </w:pPr>
      <w:r>
        <w:t>جزاک اللہ thank you for giving me this time.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