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Peace Conference 2019 Sunday Lecture</w:t>
      </w:r>
    </w:p>
    <w:p>
      <w:r>
        <w:t>https://www.youtube.com/watch?v=aat_BoVRRFQ</w:t>
      </w:r>
    </w:p>
    <w:p>
      <w:r>
        <w:rPr>
          <w:b/>
        </w:rPr>
        <w:t xml:space="preserve">[00:08] </w:t>
      </w:r>
      <w:r>
        <w:t>bismillah rahman rahim, wa salli allah ala nabiyyil karim.</w:t>
      </w:r>
    </w:p>
    <w:p>
      <w:pPr>
        <w:jc w:val="right"/>
      </w:pPr>
      <w:r>
        <w:t>بسم اللہ الرحمن الرحیم، وصلی اللہ علی النبی الکریم.</w:t>
      </w:r>
    </w:p>
    <w:p>
      <w:r>
        <w:rPr>
          <w:b/>
        </w:rPr>
        <w:t xml:space="preserve">[00:17]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[00:32] </w:t>
      </w:r>
      <w:r>
        <w:t>28 april 2019.</w:t>
      </w:r>
    </w:p>
    <w:p>
      <w:pPr>
        <w:jc w:val="right"/>
      </w:pPr>
      <w:r>
        <w:t>28 اپریل 2019.</w:t>
      </w:r>
    </w:p>
    <w:p>
      <w:r>
        <w:rPr>
          <w:b/>
        </w:rPr>
        <w:t xml:space="preserve">[00:40] </w:t>
      </w:r>
      <w:r>
        <w:t>aaj ke program mein is waqt quran ka dars rakha gaya hai.</w:t>
      </w:r>
    </w:p>
    <w:p>
      <w:pPr>
        <w:jc w:val="right"/>
      </w:pPr>
      <w:r>
        <w:t>آج کے پروگرام میں اس وقت قرآن کا درس رکھا گیا ہے۔</w:t>
      </w:r>
    </w:p>
    <w:p>
      <w:r>
        <w:rPr>
          <w:b/>
        </w:rPr>
        <w:t xml:space="preserve">[00:52] </w:t>
      </w:r>
      <w:r>
        <w:t>pehle kuch ayaten quran ki aap ke samne parhi jayengi, phir is ki wazahat ki jayegi, inshallah.</w:t>
      </w:r>
    </w:p>
    <w:p>
      <w:pPr>
        <w:jc w:val="right"/>
      </w:pPr>
      <w:r>
        <w:t>پہلے کچھ آیتیں قرآن کی آپ کے سامنے پڑھی جائیں گی، پھر اس کی وضاحت کی جائے گی، انشاءاللہ۔</w:t>
      </w:r>
    </w:p>
    <w:p>
      <w:r>
        <w:rPr>
          <w:b/>
        </w:rPr>
        <w:t xml:space="preserve">[01:06] </w:t>
      </w:r>
      <w:r>
        <w:t>chaliye. bismillah rahman rahim. wa lamma jaa Musa li miqaatina wa kallamahu rabbuh. qala rabbi arni anzur ilaik.</w:t>
      </w:r>
    </w:p>
    <w:p>
      <w:pPr>
        <w:jc w:val="right"/>
      </w:pPr>
      <w:r>
        <w:t>چلیے۔ بسم اللہ الرحمن الرحیم۔ ولما جاء موسیٰ لميقاتنا وکلمہ ربہ۔ قال رب ارنی انظر الیک۔</w:t>
      </w:r>
    </w:p>
    <w:p>
      <w:r>
        <w:rPr>
          <w:b/>
        </w:rPr>
        <w:t xml:space="preserve">[01:16] </w:t>
      </w:r>
      <w:r>
        <w:t>qala lan tarani wa lakin anzur ilal jabali fa in istarra makanahu fa sawfa tarani. falamma tajalla rabbuhu lil jabali ja'alahu dakkaw wa kharra Musa sa'iqa.</w:t>
      </w:r>
    </w:p>
    <w:p>
      <w:pPr>
        <w:jc w:val="right"/>
      </w:pPr>
      <w:r>
        <w:t>قال لن ترانی ولكن انظر الی الجبل فان استقر مکانہ فسوف ترانی۔ فلما تجلی ربہ للجبل جعله دکا وخر موسیٰ سعیقا۔</w:t>
      </w:r>
    </w:p>
    <w:p>
      <w:r>
        <w:rPr>
          <w:b/>
        </w:rPr>
        <w:t xml:space="preserve">[01:29] </w:t>
      </w:r>
      <w:r>
        <w:t>falamma afaqa qala subhanaka tubtu ilaika wa ana awwalul mu'minin. aur jab Musa hamare waqt par aagaya aur us ke rab ne us se kalam kiya to us ne kaha: "mujhe apne ko dikha de ke mein tujh ko dekhun." farmaya: "tum mujh ko hargiz nahi dekh sakte.</w:t>
      </w:r>
    </w:p>
    <w:p>
      <w:pPr>
        <w:jc w:val="right"/>
      </w:pPr>
      <w:r>
        <w:t>فلما افاق قال سبحانک تبت الیک وانا اول المومنین۔ اور جب موسیٰ ہمارے وقت پر آگیا اور اس کے رب نے اس سے کلام کیا تو اس نے کہا: "مجھے اپنے کو دکھا دے کہ میں تجھ کو دیکھوں۔" فرمایا: "تم مجھ کو ہرگز نہیں دیکھ سکتے۔</w:t>
      </w:r>
    </w:p>
    <w:p>
      <w:r>
        <w:rPr>
          <w:b/>
        </w:rPr>
        <w:t xml:space="preserve">[01:50] </w:t>
      </w:r>
      <w:r>
        <w:t>albata pahad ki taraf dekho, agar woh apni jagah qaim reh jaye to tum bhi mujh ko dekh sakoge." phir jab us ke rab ne pahad par apni tajalli dali to us ko reza reza kar diya aur Musa be hosh ho kar gir pada.</w:t>
      </w:r>
    </w:p>
    <w:p>
      <w:pPr>
        <w:jc w:val="right"/>
      </w:pPr>
      <w:r>
        <w:t>البتہ پہاڑ کی طرف دیکھو، اگر وہ اپنی جگہ قائم رہ جائے تو تم بھی مجھ کو دیکھ سکو گے۔" پھر جب اس کے رب نے پہاڑ پر اپنی تجلی ڈالی تو اس کو ریزہ ریزہ کر دیا اور موسیٰ بے ہوش ہو کر گر پڑا۔</w:t>
      </w:r>
    </w:p>
    <w:p>
      <w:r>
        <w:rPr>
          <w:b/>
        </w:rPr>
        <w:t xml:space="preserve">[02:06] </w:t>
      </w:r>
      <w:r>
        <w:t>phir jab hosh aaya to bola: "tu pak hai, maine teri taraf rujoo kiya aur mein sab se pehle iman lane wala hoon." surah al araf, surah number 7, ayat number 143.</w:t>
      </w:r>
    </w:p>
    <w:p>
      <w:pPr>
        <w:jc w:val="right"/>
      </w:pPr>
      <w:r>
        <w:t>پھر جب ہوش آیا تو بولا: "تو پاک ہے، میں نے تیری طرف رجوع کیا اور میں سب سے پہلے ایمان لانے والا ہوں۔" سورہ الاعراف، سورہ نمبر 7، آیت نمبر 143۔</w:t>
      </w:r>
    </w:p>
    <w:p>
      <w:r>
        <w:rPr>
          <w:b/>
        </w:rPr>
        <w:t xml:space="preserve">[02:25] </w:t>
      </w:r>
      <w:r>
        <w:t>dekhiye, yeh surah araf ki ayaten hain.</w:t>
      </w:r>
    </w:p>
    <w:p>
      <w:pPr>
        <w:jc w:val="right"/>
      </w:pPr>
      <w:r>
        <w:t>دیکھئے، یہ سورہ اعراف کی آیتیں ہیں۔</w:t>
      </w:r>
    </w:p>
    <w:p>
      <w:r>
        <w:rPr>
          <w:b/>
        </w:rPr>
        <w:t xml:space="preserve">[02:33] </w:t>
      </w:r>
      <w:r>
        <w:t>aik lambi ayat hai.</w:t>
      </w:r>
    </w:p>
    <w:p>
      <w:pPr>
        <w:jc w:val="right"/>
      </w:pPr>
      <w:r>
        <w:t>ایک لمبی آیت ہے۔</w:t>
      </w:r>
    </w:p>
    <w:p>
      <w:r>
        <w:rPr>
          <w:b/>
        </w:rPr>
        <w:t xml:space="preserve">[02:40] </w:t>
      </w:r>
      <w:r>
        <w:t>is mein bazahir to hazrat Musa ka aik waqia hai, lekin yeh bohat hi bari haqeeqat ka ailan tha jo taqreeban shayad teen hazar saal pehle hazrat Musa ki zuban se kiya gaya.</w:t>
      </w:r>
    </w:p>
    <w:p>
      <w:pPr>
        <w:jc w:val="right"/>
      </w:pPr>
      <w:r>
        <w:t>اس میں بظاہر تو حضرت موسیٰ کا ایک واقعہ ہے، لیکن یہ بہت ہی بڑی حقیقت کا اعلان تھا جو تقریباً شاید تین ہزار سال پہلے حضرت موسیٰ کی زبان سے کیا گیا۔</w:t>
      </w:r>
    </w:p>
    <w:p>
      <w:r>
        <w:rPr>
          <w:b/>
        </w:rPr>
        <w:t xml:space="preserve">[03:01] </w:t>
      </w:r>
      <w:r>
        <w:t>koh toor par, jo sahra e sina mein aik buland choti hai.</w:t>
      </w:r>
    </w:p>
    <w:p>
      <w:pPr>
        <w:jc w:val="right"/>
      </w:pPr>
      <w:r>
        <w:t>کوہ طور پر، جو صحرائے سینا میں ایک بلند چوٹی ہے۔</w:t>
      </w:r>
    </w:p>
    <w:p>
      <w:r>
        <w:rPr>
          <w:b/>
        </w:rPr>
        <w:t xml:space="preserve">[03:12] </w:t>
      </w:r>
      <w:r>
        <w:t>phir is mein farmaya ke is mein bataya gaya hai ke hazrat Musa jab pahunche wahan to Allah ne un se kalam kiya.</w:t>
      </w:r>
    </w:p>
    <w:p>
      <w:pPr>
        <w:jc w:val="right"/>
      </w:pPr>
      <w:r>
        <w:t>پھر اس میں فرمایا کہ اس میں بتایا گیا ہے کہ حضرت موسیٰ جب پہنچے وہاں تو اللہ نے ان سے کلام کیا۔</w:t>
      </w:r>
    </w:p>
    <w:p>
      <w:r>
        <w:rPr>
          <w:b/>
        </w:rPr>
        <w:t xml:space="preserve">[03:25] </w:t>
      </w:r>
      <w:r>
        <w:t>hazrat Musa ko yaano ki sifat mili, phir Allah se un ka direct kalam hua. lekin yeh kalam is tarah tha ke hazrat Musa Allah rab ul alameen ko dekh nahi rahe the,</w:t>
      </w:r>
    </w:p>
    <w:p>
      <w:pPr>
        <w:jc w:val="right"/>
      </w:pPr>
      <w:r>
        <w:t>حضرت موسیٰ کو یعنوکی صفت ملی، پھر اللہ سے ان کا ڈائریکٹ کلام ہوا۔ لیکن یہ کلام اس طرح تھا کہ حضرت موسیٰ اللہ رب العالمین کو دیکھ نہیں رہے تھے،</w:t>
      </w:r>
    </w:p>
    <w:p>
      <w:r>
        <w:rPr>
          <w:b/>
        </w:rPr>
        <w:t xml:space="preserve">[03:44] </w:t>
      </w:r>
      <w:r>
        <w:t>awaz sun rahe the, dekh nahi rahe the. to unhon ne kaha: "rab arni anzur ilaik." khuda</w:t>
      </w:r>
    </w:p>
    <w:p>
      <w:pPr>
        <w:jc w:val="right"/>
      </w:pPr>
      <w:r>
        <w:t>آواز سن رہے تھے، دیکھ نہیں رہے تھے۔ تو انہوں نے کہا: "رب ارنی انظر الیک۔" خد</w:t>
      </w:r>
    </w:p>
    <w:p>
      <w:r>
        <w:rPr>
          <w:b/>
        </w:rPr>
        <w:t xml:space="preserve">[03:55] </w:t>
      </w:r>
      <w:r>
        <w:t>aya! mein teri awaz sun raha hoon, mein chahta hoon ke tujh ko dekhun, to jo mera rab hai, tujh ko dekhun.</w:t>
      </w:r>
    </w:p>
    <w:p>
      <w:pPr>
        <w:jc w:val="right"/>
      </w:pPr>
      <w:r>
        <w:t>ایا! میں تیری آواز سن رہا ہوں، میں چاہتا ہوں کہ تجھ کو دیکھوں، تو جو میرا رب ہے، تجھ کو دیکھوں۔</w:t>
      </w:r>
    </w:p>
    <w:p>
      <w:r>
        <w:rPr>
          <w:b/>
        </w:rPr>
        <w:t xml:space="preserve">[04:05] </w:t>
      </w:r>
      <w:r>
        <w:t>to Allah ne kaha ke: "ae Musa!</w:t>
      </w:r>
    </w:p>
    <w:p>
      <w:pPr>
        <w:jc w:val="right"/>
      </w:pPr>
      <w:r>
        <w:t>تو اللہ نے کہا کہ: "اے موسیٰ!</w:t>
      </w:r>
    </w:p>
    <w:p>
      <w:r>
        <w:rPr>
          <w:b/>
        </w:rPr>
        <w:t xml:space="preserve">[04:09] </w:t>
      </w:r>
      <w:r>
        <w:t>tum mujh ko dekh nahi sakte. sirf yeh ho sakta hai ke mein apni tajalli pahad par dalunga</w:t>
      </w:r>
    </w:p>
    <w:p>
      <w:pPr>
        <w:jc w:val="right"/>
      </w:pPr>
      <w:r>
        <w:t>تم مجھ کو دیکھ نہیں سکتے۔ صرف یہ ہو سکتا ہے کہ میں اپنی تجلی پہاڑ پر ڈالوں گا</w:t>
      </w:r>
    </w:p>
    <w:p>
      <w:r>
        <w:rPr>
          <w:b/>
        </w:rPr>
        <w:t xml:space="preserve">[04:21] </w:t>
      </w:r>
      <w:r>
        <w:t>aur pahaad ki taraf dekho tum.</w:t>
      </w:r>
    </w:p>
    <w:p>
      <w:pPr>
        <w:jc w:val="right"/>
      </w:pPr>
      <w:r>
        <w:t>اور پہاڑ کی طرف دیکھو تم۔"</w:t>
      </w:r>
    </w:p>
    <w:p>
      <w:r>
        <w:rPr>
          <w:b/>
        </w:rPr>
        <w:t xml:space="preserve">[04:26] </w:t>
      </w:r>
      <w:r>
        <w:t>to Allah ne apni tajalli daali pahaad par to pahaad tukre tukre ho gaya aur Musa ghush kha kar gir pade.</w:t>
      </w:r>
    </w:p>
    <w:p>
      <w:pPr>
        <w:jc w:val="right"/>
      </w:pPr>
      <w:r>
        <w:t>تو اللہ نے اپنی تجلی ڈالی پہاڑ پر تو پہاڑ ٹکڑے ٹکڑے ہو گیا اور موسیٰ غش کھا کر گر پڑے۔</w:t>
      </w:r>
    </w:p>
    <w:p>
      <w:r>
        <w:rPr>
          <w:b/>
        </w:rPr>
        <w:t xml:space="preserve">[04:40] </w:t>
      </w:r>
      <w:r>
        <w:t>dekhiye, yeh koi saada baat nahi hai. Ek poori tareekh ka alamati khulasa hai.</w:t>
      </w:r>
    </w:p>
    <w:p>
      <w:pPr>
        <w:jc w:val="right"/>
      </w:pPr>
      <w:r>
        <w:t>دیکھئے، یہ کوئی سادہ بات نہیں ہے۔ ایک پوری تاریخ کا علامتی خلاصہ ہے۔</w:t>
      </w:r>
    </w:p>
    <w:p>
      <w:r>
        <w:rPr>
          <w:b/>
        </w:rPr>
        <w:t xml:space="preserve">[04:52] </w:t>
      </w:r>
      <w:r>
        <w:t>saari tareekh mein yeh hua hai ke logon ne Allah ko direct taur par dekha dekhna chaha, lekin koi shakhs dekh nahi saka.</w:t>
      </w:r>
    </w:p>
    <w:p>
      <w:pPr>
        <w:jc w:val="right"/>
      </w:pPr>
      <w:r>
        <w:t>ساری تاریخ میں یہ ہوا ہے کہ لوگوں نے اللہ کو ڈائریکٹ طور پر دیکھا دیکھنا چاہا، لیکن کوئی شخص دیکھ نہیں سکا۔</w:t>
      </w:r>
    </w:p>
    <w:p>
      <w:r>
        <w:rPr>
          <w:b/>
        </w:rPr>
        <w:t xml:space="preserve">[05:05] </w:t>
      </w:r>
      <w:r>
        <w:t>dekhiye, insaan jab paida hota hai to fitri taur par iske zehan mein yeh sawal aata hai ke isko kis ne banaya?</w:t>
      </w:r>
    </w:p>
    <w:p>
      <w:pPr>
        <w:jc w:val="right"/>
      </w:pPr>
      <w:r>
        <w:t>دیکھئے، انسان جب پیدا ہوتا ہے تو فطری طور پر اس کے ذہن میں یہ سوال آتا ہے کہ اس کو کس نے بنایا؟</w:t>
      </w:r>
    </w:p>
    <w:p>
      <w:r>
        <w:rPr>
          <w:b/>
        </w:rPr>
        <w:t xml:space="preserve">[05:17] </w:t>
      </w:r>
      <w:r>
        <w:t>who is my creator? Yeh fitri sawal hai. Sab se pehle yeh sawal un logon ke zehan mein aaya jin ko duniya mein seeker kaha jaata hai, seeker.</w:t>
      </w:r>
    </w:p>
    <w:p>
      <w:pPr>
        <w:jc w:val="right"/>
      </w:pPr>
      <w:r>
        <w:t>ہو از مائی کریٹر؟ یہ فطری سوال ہے۔ سب سے پہلے یہ سوال ان لوگوں کے ذہن میں آیا جن کو دنیا میں سیکر کہا جاتا ہے، سیکر۔</w:t>
      </w:r>
    </w:p>
    <w:p>
      <w:r>
        <w:rPr>
          <w:b/>
        </w:rPr>
        <w:t xml:space="preserve">[05:33] </w:t>
      </w:r>
      <w:r>
        <w:t>phir yeh sawal bana philosophers ka, philosopher. Philosopher ki saari door dhoop sach poochhein to reality ke naam par Allah Rabbul Alameen ki talash talash thi.</w:t>
      </w:r>
    </w:p>
    <w:p>
      <w:pPr>
        <w:jc w:val="right"/>
      </w:pPr>
      <w:r>
        <w:t>پھر یہ سوال بنا فلاسفرز کا، فلاسفر۔ فلاسفر کی ساری دور دھوپ سچ پوچھیں تو ریلیٹی کے نام پر اللہ رب العالمین کی تلاش تلاش تھی۔</w:t>
      </w:r>
    </w:p>
    <w:p>
      <w:r>
        <w:rPr>
          <w:b/>
        </w:rPr>
        <w:t xml:space="preserve">[05:51] </w:t>
      </w:r>
      <w:r>
        <w:t>bataur woh reality ko dhoondh rahe the, lekin sachi baat yeh hai ke woh Khuda ko dhoondh rahe the. Lekin koi bhi philosopher apni talash ko end tak pouncha nahi saka.</w:t>
      </w:r>
    </w:p>
    <w:p>
      <w:pPr>
        <w:jc w:val="right"/>
      </w:pPr>
      <w:r>
        <w:t>بظاہر وہ ریلیٹی کو ڈھونڈ رہے تھے، لیکن سچی بات یہ ہے کہ وہ خدا کو ڈھونڈ رہے تھے۔ لیکن کوئی بھی فلاسفر اپنی تلاش کو اینڈ تک پہنچا نہیں سکا۔</w:t>
      </w:r>
    </w:p>
    <w:p>
      <w:r>
        <w:rPr>
          <w:b/>
        </w:rPr>
        <w:t xml:space="preserve">[06:06] </w:t>
      </w:r>
      <w:r>
        <w:t>koi bhi philosopher. Barter Sell jo bada falsafa tha, uske baare mein uske ek commentator ne likha hai ke: "he was philosopher of no philosophy." he was philosopher of no philosophy.</w:t>
      </w:r>
    </w:p>
    <w:p>
      <w:pPr>
        <w:jc w:val="right"/>
      </w:pPr>
      <w:r>
        <w:t>کوئی بھی فلاسفر۔ برڈر سیل جو بڑا فلسفی تھا، اس کے بارے میں اس کے ایک کمنٹیٹر نے لکھا ہے کہ: "ہی واز فلاسفر آف نو فلاسفی۔" ہی واز فلاسفر آف نو فلاسفی۔</w:t>
      </w:r>
    </w:p>
    <w:p>
      <w:r>
        <w:rPr>
          <w:b/>
        </w:rPr>
        <w:t xml:space="preserve">[06:27] </w:t>
      </w:r>
      <w:r>
        <w:t>to maine is par ghhor kiya to maloom hua ke is yeh baat sirf Barter Sell ki nahi hai. Every philosopher was philosopher of no philosophy, without any exception.</w:t>
      </w:r>
    </w:p>
    <w:p>
      <w:pPr>
        <w:jc w:val="right"/>
      </w:pPr>
      <w:r>
        <w:t>تو میں نے اس پر غور کیا تو معلوم ہوا کہ اس یہ بات صرف برڈر سیل کی نہیں ہے۔ ایوری فلاسفر واز فلاسفر آف نو فلاسفی، ودا آؤٹ اینی ایکسیپشن۔</w:t>
      </w:r>
    </w:p>
    <w:p>
      <w:r>
        <w:rPr>
          <w:b/>
        </w:rPr>
        <w:t xml:space="preserve">[06:45] </w:t>
      </w:r>
      <w:r>
        <w:t>kyunke saare philosopher dhoondh rahe the ke reality kya hai, creator kaun hai, sachai apne aakhir surat mein kya hai.</w:t>
      </w:r>
    </w:p>
    <w:p>
      <w:pPr>
        <w:jc w:val="right"/>
      </w:pPr>
      <w:r>
        <w:t>کیونکہ سارے فلاسفر ڈھونڈ رہے تھے کہ ریلیٹی کیا ہے، کریٹر کون ہے، سچائی اپنے آخر صورت میں کیا ہے۔</w:t>
      </w:r>
    </w:p>
    <w:p>
      <w:r>
        <w:rPr>
          <w:b/>
        </w:rPr>
        <w:t xml:space="preserve">[06:56] </w:t>
      </w:r>
      <w:r>
        <w:t>to kisi ne paya nahi. Bewilderment logon ko mila. To every philosopher was philosopher of no philosophy.</w:t>
      </w:r>
    </w:p>
    <w:p>
      <w:pPr>
        <w:jc w:val="right"/>
      </w:pPr>
      <w:r>
        <w:t>تو کسی نے پایا نہیں۔ بیولڈرمنٹ لوگوں کو ملا۔ تو ایوری فلاسفر واز فلاسفر آف نو فلاسفی۔</w:t>
      </w:r>
    </w:p>
    <w:p>
      <w:r>
        <w:rPr>
          <w:b/>
        </w:rPr>
        <w:t xml:space="preserve">[07:07] </w:t>
      </w:r>
      <w:r>
        <w:t>to kyun aisa hua? Aisa kyun hua? Dekhiye, tamam seeker, tamam philosopher, tamam mystic, tamam sufi,</w:t>
      </w:r>
    </w:p>
    <w:p>
      <w:pPr>
        <w:jc w:val="right"/>
      </w:pPr>
      <w:r>
        <w:t>تو کیوں ایسا ہوا؟ ایسا کیوں ہوا؟ دیکھئے، تمام سیکر، تمام فلاسفر، تمام مسٹک، تمام صوفی،</w:t>
      </w:r>
    </w:p>
    <w:p>
      <w:r>
        <w:rPr>
          <w:b/>
        </w:rPr>
        <w:t xml:space="preserve">[07:25] </w:t>
      </w:r>
      <w:r>
        <w:t>tamam seeker, jitne bhi paida hue is line ke log, sab nakaam rahe.</w:t>
      </w:r>
    </w:p>
    <w:p>
      <w:pPr>
        <w:jc w:val="right"/>
      </w:pPr>
      <w:r>
        <w:t>تمام سیکر، جتنے بھی پیدا ہوئے اس لائن کے لوگ، سب ناکام رہے۔</w:t>
      </w:r>
    </w:p>
    <w:p>
      <w:r>
        <w:rPr>
          <w:b/>
        </w:rPr>
        <w:t xml:space="preserve">[07:36] </w:t>
      </w:r>
      <w:r>
        <w:t>yaani dhoondhte dhoondhte ek blind alley pounch gaye jahan kuch mila nahi un ko. Maarifat se mehroom rahe.</w:t>
      </w:r>
    </w:p>
    <w:p>
      <w:pPr>
        <w:jc w:val="right"/>
      </w:pPr>
      <w:r>
        <w:t>یعنی ڈھونڈتے ڈھونڈتے ایک بلائنڈ ایلیم پہنچ گئے جہاں کچھ ملا نہیں ان کو۔ معرفت سے محروم رہے۔</w:t>
      </w:r>
    </w:p>
    <w:p>
      <w:r>
        <w:rPr>
          <w:b/>
        </w:rPr>
        <w:t xml:space="preserve">[07:50] </w:t>
      </w:r>
      <w:r>
        <w:t>to Allah Ta'ala ne Hazrat Musa ke zariye se yeh ek rehnumai di thi saade teen hazar saal pehle. Woh kya?</w:t>
      </w:r>
    </w:p>
    <w:p>
      <w:pPr>
        <w:jc w:val="right"/>
      </w:pPr>
      <w:r>
        <w:t>تو اللہ تعالیٰ نے حضرت موسیٰ کے ذریعے سے یہ ایک رہنمائی دی تھی ساڑھے تین ہزار سال پہلے۔ وہ کیا؟</w:t>
      </w:r>
    </w:p>
    <w:p>
      <w:r>
        <w:rPr>
          <w:b/>
        </w:rPr>
        <w:t xml:space="preserve">[08:01] </w:t>
      </w:r>
      <w:r>
        <w:t>ke Khuda ko tum direct nahi dekh sakte, indirect dekh sakte ho. Yaani creator ko creation ke andar dekh sakte ho.</w:t>
      </w:r>
    </w:p>
    <w:p>
      <w:pPr>
        <w:jc w:val="right"/>
      </w:pPr>
      <w:r>
        <w:t>کہ خدا کو تم ڈائریکٹ نہیں دیکھ سکتے، ان ڈائریکٹ دیکھ سکتے ہو۔ یعنی کریٹر کو کریشن کے اندر دیکھ سکتے ہو۔</w:t>
      </w:r>
    </w:p>
    <w:p>
      <w:r>
        <w:rPr>
          <w:b/>
        </w:rPr>
        <w:t xml:space="preserve">[08:15] </w:t>
      </w:r>
      <w:r>
        <w:t>creator ko creation mein daryaft karo, khalique ko makhlooq mein daryaft karo. Lekin is raaz ko koi samjha nahi, phir bhi woh khalique ko barah e raast dekhne ki koshish karte rahe.</w:t>
      </w:r>
    </w:p>
    <w:p>
      <w:pPr>
        <w:jc w:val="right"/>
      </w:pPr>
      <w:r>
        <w:t>کریٹر کو کریشن میں دریافت کرو، خالق کو مخلوق میں دریافت کرو۔ لیکن اس راز کو کوئی سمجھا نہیں، پھر بھی وہ خالق کو براہ راست دیکھنے کی کوشش کرتے رہے۔</w:t>
      </w:r>
    </w:p>
    <w:p>
      <w:r>
        <w:rPr>
          <w:b/>
        </w:rPr>
        <w:t xml:space="preserve">[08:32] </w:t>
      </w:r>
      <w:r>
        <w:t>one to all sab ko sab. Tamam philosopher, tamam seeker, tamam mystic, tamam sufi, tamam log jo is line mein padhe, woh sab isi ka shikar hue.</w:t>
      </w:r>
    </w:p>
    <w:p>
      <w:pPr>
        <w:jc w:val="right"/>
      </w:pPr>
      <w:r>
        <w:t>ون ٹو آل سب کو سب۔ تمام فلاسفر، تمام سیکر، تمام مسٹک، تمام صوفی، تمام لوگ جو اس لائن میں پڑھے، وہ سب اسی کا شکار ہوئے۔</w:t>
      </w:r>
    </w:p>
    <w:p>
      <w:r>
        <w:rPr>
          <w:b/>
        </w:rPr>
        <w:t xml:space="preserve">[08:50] </w:t>
      </w:r>
      <w:r>
        <w:t>yeh tareekh chalti rahi, chalti rahi, chalti rahi. To aap ko maloom hoga ke modern science shuru hoti hai Galileo ke daur se.</w:t>
      </w:r>
    </w:p>
    <w:p>
      <w:pPr>
        <w:jc w:val="right"/>
      </w:pPr>
      <w:r>
        <w:t>یہ تاریخ چلتی رہی، چلتی رہی، چلتی رہی۔ تو آپ کو معلوم ہوگا کہ ماڈرن سائنس شروع ہوتی ہے گلیلیو کے دور سے۔</w:t>
      </w:r>
    </w:p>
    <w:p>
      <w:r>
        <w:rPr>
          <w:b/>
        </w:rPr>
        <w:t xml:space="preserve">[09:06] </w:t>
      </w:r>
      <w:r>
        <w:t>Einstein jo top ka scientist tha, us ne kaha tha ke: "Galileo was the founder of modern science."</w:t>
      </w:r>
    </w:p>
    <w:p>
      <w:pPr>
        <w:jc w:val="right"/>
      </w:pPr>
      <w:r>
        <w:t>آئنسٹائن جو ٹاپ کا سائنٹسٹ تھا، اس نے کہا تھا کہ: "گلیلیو واز دی فاؤنڈر آف ماڈرن سائنس۔"</w:t>
      </w:r>
    </w:p>
    <w:p>
      <w:r>
        <w:rPr>
          <w:b/>
        </w:rPr>
        <w:t xml:space="preserve">[09:20] </w:t>
      </w:r>
      <w:r>
        <w:t>Galileo was father of modern science. Yeh kis jaise mein kaha tha us ne? Bahut dino tak maine socha ke Einstein ne iska initially iska statement ek ambiguous statement tha mere liye.</w:t>
      </w:r>
    </w:p>
    <w:p>
      <w:pPr>
        <w:jc w:val="right"/>
      </w:pPr>
      <w:r>
        <w:t>گلیلیو واز فادر آف ماڈرن سائنس۔ یہ کس جیسے میں کہا تھا اس نے؟ بہت دنوں تک میں نے سوچا کہ آئنسٹائن نے اس کا انیشلی اس کا اسٹیٹمنٹ ایک ایمبیگوس اسٹیٹمنٹ تھا میرے لیے۔</w:t>
      </w:r>
    </w:p>
    <w:p>
      <w:r>
        <w:rPr>
          <w:b/>
        </w:rPr>
        <w:t xml:space="preserve">[09:40] </w:t>
      </w:r>
      <w:r>
        <w:t>initially Einstein ka statement ek ambiguous statement tha ke kaise aisa hua ke Galileo father of modern science ban gaya aur iska matlab kya hai?</w:t>
      </w:r>
    </w:p>
    <w:p>
      <w:pPr>
        <w:jc w:val="right"/>
      </w:pPr>
      <w:r>
        <w:t>انیشلی آئنسٹائن کا اسٹیٹمنٹ ایک ایمبیگوس اسٹیٹمنٹ تھا کہ کیسے ایسا ہوا کہ گلیلیو فادر آف ماڈرن سائنس بن گیا اور اس کا مطلب کیا ہے؟</w:t>
      </w:r>
    </w:p>
    <w:p>
      <w:r>
        <w:rPr>
          <w:b/>
        </w:rPr>
        <w:t xml:space="preserve">[09:57] </w:t>
      </w:r>
      <w:r>
        <w:t>Galileo, Galileo ka karname shuru hota hai telescope ki daryaft se. Galileo ko pehli baar mili telescope universe ka study karne ke liye.</w:t>
      </w:r>
    </w:p>
    <w:p>
      <w:pPr>
        <w:jc w:val="right"/>
      </w:pPr>
      <w:r>
        <w:t>گلیلیو، گلیلیو کا کارنامہ شروع ہوتا ہے ٹیلیسکوپ کی دریافت سے۔ گلیلیو کو پہلی بار ملی ٹیلیسکوپ یونیورس کا اسٹڈی کرنے کے لیے۔</w:t>
      </w:r>
    </w:p>
    <w:p>
      <w:r>
        <w:rPr>
          <w:b/>
        </w:rPr>
        <w:t xml:space="preserve">[10:16] </w:t>
      </w:r>
      <w:r>
        <w:t>agarche telescope khud Galileo ne invent nahi kiya tha, lekin us ne is ko develop kiya. Us ne pehli baar baqayda taur par is se istemal kiya.</w:t>
      </w:r>
    </w:p>
    <w:p>
      <w:pPr>
        <w:jc w:val="right"/>
      </w:pPr>
      <w:r>
        <w:t>اگرچہ ٹیلیسکوپ خود گلیلیو نے انوینٹ نہیں کیا تھا، لیکن اس نے اس کو ڈیولپ کیا۔ اس نے پہلی بار باقاعدہ طور پر اس سے استعمال کیا۔</w:t>
      </w:r>
    </w:p>
    <w:p>
      <w:r>
        <w:rPr>
          <w:b/>
        </w:rPr>
        <w:t xml:space="preserve">[10:29] </w:t>
      </w:r>
      <w:r>
        <w:t>to telescope jo hai, woh kya cheez thi? that was tele</w:t>
      </w:r>
    </w:p>
    <w:p>
      <w:pPr>
        <w:jc w:val="right"/>
      </w:pPr>
      <w:r>
        <w:t>تو ٹیلیسکوپ جو ہے، وہ کیا چیز تھی؟ دیٹ واز ٹیلی</w:t>
      </w:r>
    </w:p>
    <w:p>
      <w:r>
        <w:rPr>
          <w:b/>
        </w:rPr>
        <w:t xml:space="preserve">[10:38] </w:t>
      </w:r>
      <w:r>
        <w:t>dhamaka.</w:t>
      </w:r>
    </w:p>
    <w:p>
      <w:pPr>
        <w:jc w:val="right"/>
      </w:pPr>
      <w:r>
        <w:t>دھماکہ۔</w:t>
      </w:r>
    </w:p>
    <w:p>
      <w:r>
        <w:rPr>
          <w:b/>
        </w:rPr>
        <w:t xml:space="preserve">[10:42] </w:t>
      </w:r>
      <w:r>
        <w:t>yani newton ke liye apple, apple shock ban gaya. apple shock se uski soch shuru hui, yahan tak ke usne gravity ko daryaft kiya.</w:t>
      </w:r>
    </w:p>
    <w:p>
      <w:pPr>
        <w:jc w:val="right"/>
      </w:pPr>
      <w:r>
        <w:t>یعنی نیوٹن کے لیے ایپل، ایپل شاک بن گیا۔ ایپل شاک سے اس کی سوچ شروع ہوئی، یہاں تک کہ اس نے گریویٹی کو دریافت کیا۔</w:t>
      </w:r>
    </w:p>
    <w:p>
      <w:r>
        <w:rPr>
          <w:b/>
        </w:rPr>
        <w:t xml:space="preserve">[10:57] </w:t>
      </w:r>
      <w:r>
        <w:t>to galileo jo tha, jab usne dekha telescope se to ek nayi duniya usne dekhi.</w:t>
      </w:r>
    </w:p>
    <w:p>
      <w:pPr>
        <w:jc w:val="right"/>
      </w:pPr>
      <w:r>
        <w:t>تو گلیلیو جو تھا، جب اس نے دیکھا ٹیلیسکوپ سے تو ایک نئی دنیا اس نے دیکھی۔</w:t>
      </w:r>
    </w:p>
    <w:p>
      <w:r>
        <w:rPr>
          <w:b/>
        </w:rPr>
        <w:t xml:space="preserve">[11:06] </w:t>
      </w:r>
      <w:r>
        <w:t>sooraj ki, chand ki, sitaron ki, sayaron ki ek nayi duniya. agarche woh jo dekha tha, unhein woh bohat hi ibtedai dekhna tha.</w:t>
      </w:r>
    </w:p>
    <w:p>
      <w:pPr>
        <w:jc w:val="right"/>
      </w:pPr>
      <w:r>
        <w:t>سورج کی، چاند کی، ستاروں کی، سیاروں کی ایک نئی دنیا۔ اگرچہ وہ جو دیکھا تھا، انہیں وہ بہت ہی ابتدائی دیکھنا تھا۔</w:t>
      </w:r>
    </w:p>
    <w:p>
      <w:r>
        <w:rPr>
          <w:b/>
        </w:rPr>
        <w:t xml:space="preserve">[11:18] </w:t>
      </w:r>
      <w:r>
        <w:t>aaj ka insaan, aaj ka scientist use billion time zyada dekh raha hai. to galileo ne kya socha?</w:t>
      </w:r>
    </w:p>
    <w:p>
      <w:pPr>
        <w:jc w:val="right"/>
      </w:pPr>
      <w:r>
        <w:t>آج کا انسان، آج کا سائنٹسٹ اسے بلین ٹائم زیادہ دیکھ رہا ہے۔ تو گلیلیو نے کیا سوچا؟</w:t>
      </w:r>
    </w:p>
    <w:p>
      <w:r>
        <w:rPr>
          <w:b/>
        </w:rPr>
        <w:t xml:space="preserve">[11:32] </w:t>
      </w:r>
      <w:r>
        <w:t>ke itne dinon se, hazaron saal se, tamam thinker, tamam thinker soch rahe hain, lekin kuch kuch daryaft nahi hua, kuch jana nahi hua.</w:t>
      </w:r>
    </w:p>
    <w:p>
      <w:pPr>
        <w:jc w:val="right"/>
      </w:pPr>
      <w:r>
        <w:t>کہ اتنے دنوں سے، ہزاروں سال سے، تمام تھنکر، تمام تھنکر سوچ رہے ہیں، لیکن کچھ کچھ دریافت نہیں ہوا، کچھ جانا نہیں ہوا۔</w:t>
      </w:r>
    </w:p>
    <w:p>
      <w:r>
        <w:rPr>
          <w:b/>
        </w:rPr>
        <w:t xml:space="preserve">[11:46] </w:t>
      </w:r>
      <w:r>
        <w:t>to galileo was the first to discover the real reason. woh tha ke do issue ko milana,</w:t>
      </w:r>
    </w:p>
    <w:p>
      <w:pPr>
        <w:jc w:val="right"/>
      </w:pPr>
      <w:r>
        <w:t>تو گلیلیو واز دا فرسٹ ٹو ڈسکور دا ریل ریزن۔ وہ تھا کہ دو ایشو کو ملانا،</w:t>
      </w:r>
    </w:p>
    <w:p>
      <w:r>
        <w:rPr>
          <w:b/>
        </w:rPr>
        <w:t xml:space="preserve">[11:58] </w:t>
      </w:r>
      <w:r>
        <w:t>yani creator aur creation dono ko milana.</w:t>
      </w:r>
    </w:p>
    <w:p>
      <w:pPr>
        <w:jc w:val="right"/>
      </w:pPr>
      <w:r>
        <w:t>یعنی کریٹر اور کریشن دونوں کو ملانا۔</w:t>
      </w:r>
    </w:p>
    <w:p>
      <w:r>
        <w:rPr>
          <w:b/>
        </w:rPr>
        <w:t xml:space="preserve">[12:06] </w:t>
      </w:r>
      <w:r>
        <w:t>yani saare log jo hain, dono ko milaye hue the. jaise philosopher hain, philosopher sochte the creator par, usi ke sath sath creation par milakar ke.</w:t>
      </w:r>
    </w:p>
    <w:p>
      <w:pPr>
        <w:jc w:val="right"/>
      </w:pPr>
      <w:r>
        <w:t>یعنی سارے لوگ جو ہیں، دونوں کو ملائے ہوئے تھے۔ جیسے فلاسفر ہیں، فلاسفر سوچتے تھے کریٹر پر، اسی کے ساتھ ساتھ کریشن پر ملا کر کے۔</w:t>
      </w:r>
    </w:p>
    <w:p>
      <w:r>
        <w:rPr>
          <w:b/>
        </w:rPr>
        <w:t xml:space="preserve">[12:20] </w:t>
      </w:r>
      <w:r>
        <w:t>to galileo ka jo karname hai, asal mein woh yeh hai ke usne dono ko dealing kar diya. is nuqtay ko khud einstein bhi bata nahi saka.</w:t>
      </w:r>
    </w:p>
    <w:p>
      <w:pPr>
        <w:jc w:val="right"/>
      </w:pPr>
      <w:r>
        <w:t>تو گلیلیو کا جو کارنامہ ہے، اصل میں وہ یہ ہے کہ اس نے دونوں کو ڈیلنگ کر دیا۔ اس نقطے کو خود آئنسٹائن بھی بتا نہیں سکا۔</w:t>
      </w:r>
    </w:p>
    <w:p>
      <w:r>
        <w:rPr>
          <w:b/>
        </w:rPr>
        <w:t xml:space="preserve">[12:32] </w:t>
      </w:r>
      <w:r>
        <w:t>yeh to ailan kiya is ne ke galileo was the founder of modern science, lekin raaz kya hai, us ko einstein bhi bata nahi saka.</w:t>
      </w:r>
    </w:p>
    <w:p>
      <w:pPr>
        <w:jc w:val="right"/>
      </w:pPr>
      <w:r>
        <w:t>یہ تو اعلان کیا اس نے کہ گلیلیو واز دا فاؤنڈر آف ماڈرن سائنس، لیکن راز کیا ہے، اس کو آئنسٹائن بھی بتا نہیں سکا۔</w:t>
      </w:r>
    </w:p>
    <w:p>
      <w:r>
        <w:rPr>
          <w:b/>
        </w:rPr>
        <w:t xml:space="preserve">[12:42] </w:t>
      </w:r>
      <w:r>
        <w:t>main ne barson is par ghor kiya. barson. to mere nazdeek galileo ka jo karname hai, woh yeh hai ke us ne god ke question ko creature ke question se dealing kar diya.</w:t>
      </w:r>
    </w:p>
    <w:p>
      <w:pPr>
        <w:jc w:val="right"/>
      </w:pPr>
      <w:r>
        <w:t>میں نے برسوں اس پر غور کیا۔ برسوں۔ تو میرے نزدیک گلیلیو کا جو کارنامہ ہے، وہ یہ ہے کہ اس نے گاڈ کے کوئسچن کو کریچر کے کوئسچن سے ڈیلنگ کر دیا۔</w:t>
      </w:r>
    </w:p>
    <w:p>
      <w:r>
        <w:rPr>
          <w:b/>
        </w:rPr>
        <w:t xml:space="preserve">[13:01] </w:t>
      </w:r>
      <w:r>
        <w:t>ab kya hua? ke galileo ke is condition ke baad logon ne yeh kiya ke god ko to rakh diya side mein, yani creator ko rakh diya side mein.</w:t>
      </w:r>
    </w:p>
    <w:p>
      <w:pPr>
        <w:jc w:val="right"/>
      </w:pPr>
      <w:r>
        <w:t>اب کیا ہوا؟ کہ گلیلیو کے اس کنڈیشن کے بعد لوگوں نے یہ کیا کہ گاڈ کو تو رکھ دیا سائیڈ میں، یعنی کریٹر کو رکھ دیا سائیڈ میں۔</w:t>
      </w:r>
    </w:p>
    <w:p>
      <w:r>
        <w:rPr>
          <w:b/>
        </w:rPr>
        <w:t xml:space="preserve">[13:15] </w:t>
      </w:r>
      <w:r>
        <w:t>ab sara focus ho kar chala gaya creation par, astronomy par, chemistry par, physics par, is par chal gaya.</w:t>
      </w:r>
    </w:p>
    <w:p>
      <w:pPr>
        <w:jc w:val="right"/>
      </w:pPr>
      <w:r>
        <w:t>اب سارا فوکس ہو کر چلا گیا کریشن پر، ایسٹرانومی پر، کیمسٹری پر، فزکس پر، اس پر چل گیا۔</w:t>
      </w:r>
    </w:p>
    <w:p>
      <w:r>
        <w:rPr>
          <w:b/>
        </w:rPr>
        <w:t xml:space="preserve">[13:27] </w:t>
      </w:r>
      <w:r>
        <w:t>to maloom hua ke yeh to duniya ki duniya padi hui thi, hum is ko discover nahi kar paate, aaj hum discover kar rahe hain. galileo ke baad discoveries ka silsila chal pada.</w:t>
      </w:r>
    </w:p>
    <w:p>
      <w:pPr>
        <w:jc w:val="right"/>
      </w:pPr>
      <w:r>
        <w:t>تو معلوم ہوا کہ یہ تو دنیا کی دنیا پڑی ہوئی تھی، ہم اس کو ڈسکور نہیں کر پاتے، آج ہم ڈسکور کر رہے ہیں۔ گلیلیو کے بعد ڈسکوریز کا سلسلہ چل پڑا۔</w:t>
      </w:r>
    </w:p>
    <w:p>
      <w:r>
        <w:rPr>
          <w:b/>
        </w:rPr>
        <w:t xml:space="preserve">[13:39] </w:t>
      </w:r>
      <w:r>
        <w:t>kyun ke jab aap ne creator ko alag kar diya aur sara focus aap ne daal diya creation par, makhlooq par, takhleeq par, to har cheez aap ke liye discoverable ban gayi.</w:t>
      </w:r>
    </w:p>
    <w:p>
      <w:pPr>
        <w:jc w:val="right"/>
      </w:pPr>
      <w:r>
        <w:t>کیونکہ جب آپ نے کریٹر کو الگ کر دیا اور سارا فوکس آپ نے ڈال دیا کریشن پر، مخلوق پر، تخلیق پر، تو ہر چیز آپ کے لیے ڈسکوریبل بن گئی۔</w:t>
      </w:r>
    </w:p>
    <w:p>
      <w:r>
        <w:rPr>
          <w:b/>
        </w:rPr>
        <w:t xml:space="preserve">[13:54] </w:t>
      </w:r>
      <w:r>
        <w:t>dono ko milane ki wajah se cheezein aap ke liye discoverable nahi theen. ab jab alag kar diya aap ne ke creator ko alag kar diya aur creation jo tha,</w:t>
      </w:r>
    </w:p>
    <w:p>
      <w:pPr>
        <w:jc w:val="right"/>
      </w:pPr>
      <w:r>
        <w:t>دونوں کو ملانے کی وجہ سے چیزیں آپ کے لیے ڈسکوریبل نہیں تھیں۔ اب جب الگ کر دیا آپ نے کہ کریٹر کو الگ کر دیا اور کریشن جو تھا،</w:t>
      </w:r>
    </w:p>
    <w:p>
      <w:r>
        <w:rPr>
          <w:b/>
        </w:rPr>
        <w:t xml:space="preserve">[14:08] </w:t>
      </w:r>
      <w:r>
        <w:t>takhleeq, us ko le kar aap lage research karne. har cheez discoverable ban gayi. har cheez.</w:t>
      </w:r>
    </w:p>
    <w:p>
      <w:pPr>
        <w:jc w:val="right"/>
      </w:pPr>
      <w:r>
        <w:t>تخلیق، اس کو لے کر آپ لگے ریسرچ کرنے۔ ہر چیز ڈسکوریبل بن گئی۔ ہر چیز۔</w:t>
      </w:r>
    </w:p>
    <w:p>
      <w:r>
        <w:rPr>
          <w:b/>
        </w:rPr>
        <w:t xml:space="preserve">[14:19] </w:t>
      </w:r>
      <w:r>
        <w:t>yeh hai woh karname galileo ka jo us ne anjam diya. aur isi ki quran mein us ne shadi ki gayi thi.</w:t>
      </w:r>
    </w:p>
    <w:p>
      <w:pPr>
        <w:jc w:val="right"/>
      </w:pPr>
      <w:r>
        <w:t>یہ ہے وہ کارنامہ گلیلیو کا جو اس نے انجام دیا۔ اور اسی کی قرآن میں اس نے شادی کی گئی تھی۔</w:t>
      </w:r>
    </w:p>
    <w:p>
      <w:r>
        <w:rPr>
          <w:b/>
        </w:rPr>
        <w:t xml:space="preserve">[14:29] </w:t>
      </w:r>
      <w:r>
        <w:t>isi ki. ab main ne jab hadith mein parha, hadith mein, to hadithon mein ek riwayat bohat zyada aayi hai.</w:t>
      </w:r>
    </w:p>
    <w:p>
      <w:pPr>
        <w:jc w:val="right"/>
      </w:pPr>
      <w:r>
        <w:t>اسی کی۔ اب میں نے جب حدیث میں پڑھا، حدیث میں، تو حدیثوں میں ایک روایت بہت زیادہ آئی ہے۔</w:t>
      </w:r>
    </w:p>
    <w:p>
      <w:r>
        <w:rPr>
          <w:b/>
        </w:rPr>
        <w:t xml:space="preserve">[14:40] </w:t>
      </w:r>
      <w:r>
        <w:t>har kitab mein. bukhari mein bhi. ke: "inna allaha la yuyyidu ad-deena bir-rajulil-fajir". yeh bukhari ke alfaaz hain.</w:t>
      </w:r>
    </w:p>
    <w:p>
      <w:pPr>
        <w:jc w:val="right"/>
      </w:pPr>
      <w:r>
        <w:t>ہر کتاب میں۔ بخاری میں بھی۔ کہ: "إن الله لا يَيِّدُهَا الدِّينُ بالرجل الفاجر"۔ یہ بخاری کے الفاظ ہیں۔</w:t>
      </w:r>
    </w:p>
    <w:p>
      <w:r>
        <w:rPr>
          <w:b/>
        </w:rPr>
        <w:t xml:space="preserve">[14:52] </w:t>
      </w:r>
      <w:r>
        <w:t>har har kitab mein aayi hai. "inna allaha la yuyyidu ad-deena bir-rajulil-fajir". yani Allah is deen ki madad karega fajar insaan ke zariye.</w:t>
      </w:r>
    </w:p>
    <w:p>
      <w:pPr>
        <w:jc w:val="right"/>
      </w:pPr>
      <w:r>
        <w:t>ہر ہر کتاب میں آئی ہے۔ "إن الله لا يَيِّدُهَا الدِّينُ بالرجل الفاجر"۔ یعنی اللہ اس دین کی مدد کرے گا فاجر انسان کے ذریعے۔</w:t>
      </w:r>
    </w:p>
    <w:p>
      <w:r>
        <w:rPr>
          <w:b/>
        </w:rPr>
        <w:t xml:space="preserve">[15:04] </w:t>
      </w:r>
      <w:r>
        <w:t>to main ne yeh jana ke fajar se matlab hai secular. fajar ka matlab hai secular, non-realist.</w:t>
      </w:r>
    </w:p>
    <w:p>
      <w:pPr>
        <w:jc w:val="right"/>
      </w:pPr>
      <w:r>
        <w:t>تو میں نے یہ جانا کہ فاجر سے مطلب ہے سیکولر۔ فاجر کا معنی ہے سیکولر، نان ریلسٹ۔</w:t>
      </w:r>
    </w:p>
    <w:p>
      <w:r>
        <w:rPr>
          <w:b/>
        </w:rPr>
        <w:t xml:space="preserve">[15:14] </w:t>
      </w:r>
      <w:r>
        <w:t>to ek non-realist aadmi, ek secular-minded aadmi, is raaz ko kholega. yani woh ailan jo kiya gaya tha to musa ke zamane mein ke: "ae musa!</w:t>
      </w:r>
    </w:p>
    <w:p>
      <w:pPr>
        <w:jc w:val="right"/>
      </w:pPr>
      <w:r>
        <w:t>تو ایک نان ریلسٹ آدمی، ایک سیکولر مائنڈڈ آدمی، اس راز کو کھولے گا۔ یعنی وہ اعلان جو کیا گیا تھا تو موسیٰ کے زمانے میں کہ: "اے موسیٰ!</w:t>
      </w:r>
    </w:p>
    <w:p>
      <w:r>
        <w:rPr>
          <w:b/>
        </w:rPr>
        <w:t xml:space="preserve">[15:27] </w:t>
      </w:r>
      <w:r>
        <w:t>allah rab ul alameen ko direct dekhne ki koshish mat karo, balkay us ke us ke asar ko dekho".</w:t>
      </w:r>
    </w:p>
    <w:p>
      <w:pPr>
        <w:jc w:val="right"/>
      </w:pPr>
      <w:r>
        <w:t>اللہ رب العالمین کو ڈائریکٹ دیکھنے کی کوشش مت کرو، بلکہ اس کے اس کے اثر کو دیکھو"۔</w:t>
      </w:r>
    </w:p>
    <w:p>
      <w:r>
        <w:rPr>
          <w:b/>
        </w:rPr>
        <w:t xml:space="preserve">[15:39] </w:t>
      </w:r>
      <w:r>
        <w:t>yahi science, yahi physical science mein hua. physical science mein baad ko insan ne jana ke physical world jo hai, physical world hum direct tor par dekh nahi paate.</w:t>
      </w:r>
    </w:p>
    <w:p>
      <w:pPr>
        <w:jc w:val="right"/>
      </w:pPr>
      <w:r>
        <w:t>یہی سائنس، یہی فزیکل سائنس میں ہوا۔ فزیکل سائنس میں بعد کو انسان نے جانا کہ فزیکل ورلڈ جو ہے، فزیکل ورلڈ ہم ڈائریکٹ طور پر دیکھ نہیں پاتے۔</w:t>
      </w:r>
    </w:p>
    <w:p>
      <w:r>
        <w:rPr>
          <w:b/>
        </w:rPr>
        <w:t xml:space="preserve">[15:52] </w:t>
      </w:r>
      <w:r>
        <w:t>kyun ke aap research karte karte kahan pohnchte hain? meter tak. meter kahan pohnchta hai? atom tak. atom kahan? electron tak. phir aage barhte hain aap to electron disappear ho jata hai.</w:t>
      </w:r>
    </w:p>
    <w:p>
      <w:pPr>
        <w:jc w:val="right"/>
      </w:pPr>
      <w:r>
        <w:t>کیونکہ آپ ریسرچ کرتے کرتے کہاں پہنچتے ہیں؟ میٹر تک۔ میٹر کہاں پہنچتا ہے؟ ایٹم تک۔ ایٹم کہاں؟ الیکٹران تک۔ پھر آگے بڑھتے ہیں آپ تو الیکٹران ڈس ہیپر ہو جاتا ہے۔</w:t>
      </w:r>
    </w:p>
    <w:p>
      <w:r>
        <w:rPr>
          <w:b/>
        </w:rPr>
        <w:t xml:space="preserve">[16:04] </w:t>
      </w:r>
      <w:r>
        <w:t>kuch dikhai nahi deta. kuch bhi nahi. wahan par kya milta hai aap ko? wahan par milta hai aap ko sub atomic particle.</w:t>
      </w:r>
    </w:p>
    <w:p>
      <w:pPr>
        <w:jc w:val="right"/>
      </w:pPr>
      <w:r>
        <w:t>کچھ دکھائی نہیں دیتا۔ کچھ بھی نہیں۔ وہاں پر کیا ملتا ہے آپ کو؟ وہاں پر ملتا ہے آپ کو سب ایٹمک پارٹیکل۔</w:t>
      </w:r>
    </w:p>
    <w:p>
      <w:r>
        <w:rPr>
          <w:b/>
        </w:rPr>
        <w:t xml:space="preserve">[16:16] </w:t>
      </w:r>
      <w:r>
        <w:t>yani meter ka ya physical world ka mutala karte karte aap pohnchte hain wahan sub atomic particle. aur sub atomic particle observable nahi hai.</w:t>
      </w:r>
    </w:p>
    <w:p>
      <w:pPr>
        <w:jc w:val="right"/>
      </w:pPr>
      <w:r>
        <w:t>یعنی میٹر کا یا فزیکل ورلڈ کا مطالعہ کرتے کرتے آپ پہنچتے ہیں وہاں سب ایٹمک پارٹیکل۔ اور سب ایٹمک پارٹیکل ابزرویبل نہیں ہے۔</w:t>
      </w:r>
    </w:p>
    <w:p>
      <w:r>
        <w:rPr>
          <w:b/>
        </w:rPr>
        <w:t xml:space="preserve">[16:30] </w:t>
      </w:r>
      <w:r>
        <w:t>sub atomic particle wajood to hai is ka, aap dekh nahi sakte. ab sare scientist sub atomic particle ko mante hain.</w:t>
      </w:r>
    </w:p>
    <w:p>
      <w:pPr>
        <w:jc w:val="right"/>
      </w:pPr>
      <w:r>
        <w:t>سب ایٹمک پارٹیکل وجود تو ہے اس کا، آپ دیکھ نہیں سکتے۔ اب سارے سائنٹسٹ سب ایٹمک پارٹیکل کو مانتے ہیں۔</w:t>
      </w:r>
    </w:p>
    <w:p>
      <w:r>
        <w:rPr>
          <w:b/>
        </w:rPr>
        <w:t xml:space="preserve">[16:38] </w:t>
      </w:r>
      <w:r>
        <w:t>kyun? dekh kar nahi, is ke effect ki wajah se. sub atomic particle ka effect yeh hai ke woh rewalve kar raha hai, rewalve kar raha hai, bohat tezi se.</w:t>
      </w:r>
    </w:p>
    <w:p>
      <w:pPr>
        <w:jc w:val="right"/>
      </w:pPr>
      <w:r>
        <w:t>کیوں؟ دیکھ کر نہیں، اس کے ایفیکٹ کی وجہ سے۔ سب ایٹمک پارٹیکل کا ایفیکٹ یہ ہے کہ وہ ریوالو کر رہا ہے، ریوالو کر رہا ہے، بہت تیزی سے۔</w:t>
      </w:r>
    </w:p>
    <w:p>
      <w:r>
        <w:rPr>
          <w:b/>
        </w:rPr>
        <w:t xml:space="preserve">[16:52] </w:t>
      </w:r>
      <w:r>
        <w:t>aur rewalve karne ke darmiyan woh heat generate karta hai. bohat hi faint heat generate karta hai. is heat ko aap detect karte hain.</w:t>
      </w:r>
    </w:p>
    <w:p>
      <w:pPr>
        <w:jc w:val="right"/>
      </w:pPr>
      <w:r>
        <w:t>اور ریوالو کرنے کے دوران وہ ہیٹ جنریٹ کرتا ہے۔ بہت ہی فینٹ ہیٹ جنریٹ کرتا ہے۔ اس ہیٹ کو آپ ڈیٹیکٹ کرتے ہیں۔</w:t>
      </w:r>
    </w:p>
    <w:p>
      <w:r>
        <w:rPr>
          <w:b/>
        </w:rPr>
        <w:t xml:space="preserve">[17:06] </w:t>
      </w:r>
      <w:r>
        <w:t>is heat ko aap detect karte hain. to woh is is heat ko le kar aap guess karte hain, infer karte hain ke yahan par koi cheez hai maujood jis ko naam diya gaya sub atomic particle.</w:t>
      </w:r>
    </w:p>
    <w:p>
      <w:pPr>
        <w:jc w:val="right"/>
      </w:pPr>
      <w:r>
        <w:t>اس ہیٹ کو آپ ڈیٹیکٹ کرتے ہیں۔ تو وہ اس اس ہیٹ کو لے کر آپ گیس کرتے ہیں، انفر کرتے ہیں کہ یہاں پر کوئی چیز ہے موجود جس کو نام دیا گیا سب ایٹمک پارٹیکل۔</w:t>
      </w:r>
    </w:p>
    <w:p>
      <w:r>
        <w:rPr>
          <w:b/>
        </w:rPr>
        <w:t xml:space="preserve">[17:22] </w:t>
      </w:r>
      <w:r>
        <w:t>theek yahi mamla creator ka bhi hai. ke creator ko aap direct dekh nahi paate. lekin is ke wajood ke asraat, is ki takhleeq, is ke karname aap ko dikhai dete hain.</w:t>
      </w:r>
    </w:p>
    <w:p>
      <w:pPr>
        <w:jc w:val="right"/>
      </w:pPr>
      <w:r>
        <w:t>ٹھیک یہی معاملہ کریٹر کا بھی ہے۔ کہ کریٹر کو آپ ڈائریکٹ دیکھ نہیں پاتے۔ لیکن اس کے وجود کے اثرات، اس کی تخلیق، اس کے کارنامے آپ کو دکھائی دیتے ہیں۔</w:t>
      </w:r>
    </w:p>
    <w:p>
      <w:r>
        <w:rPr>
          <w:b/>
        </w:rPr>
        <w:t xml:space="preserve">[17:38] </w:t>
      </w:r>
      <w:r>
        <w:t>aap suraj ko dekhte hain, chand ko dekhte hain, stars ko dekhte hain, galaxy ko dekhte hain. through telescope, through.</w:t>
      </w:r>
    </w:p>
    <w:p>
      <w:pPr>
        <w:jc w:val="right"/>
      </w:pPr>
      <w:r>
        <w:t>آپ سورج کو دیکھتے ہیں، چاند کو دیکھتے ہیں، اسٹارز کو دیکھتے ہیں، گیلیکسی کو دیکھتے ہیں۔ تھرو ٹیلیسکوپ، تھرو۔</w:t>
      </w:r>
    </w:p>
    <w:p>
      <w:r>
        <w:rPr>
          <w:b/>
        </w:rPr>
        <w:t xml:space="preserve">[17:49] </w:t>
      </w:r>
      <w:r>
        <w:t>to telescope ka karname na ke Galileo ka. Galileo ka karname nahi hai. Galileo ke zamanay mein Holland mein kisi ne daryaft kiya telescope.</w:t>
      </w:r>
    </w:p>
    <w:p>
      <w:pPr>
        <w:jc w:val="right"/>
      </w:pPr>
      <w:r>
        <w:t>تو ٹیلیسکوپ کا کارنامہ نہ کہ گلیلیو کا۔ گلیلیو کا کارنامہ نہیں ہے۔ گلیلیو کے زمانے میں ہالینڈ میں کسی نے دریافت کیا ٹیلیسکوپ۔</w:t>
      </w:r>
    </w:p>
    <w:p>
      <w:r>
        <w:rPr>
          <w:b/>
        </w:rPr>
        <w:t xml:space="preserve">[18:04] </w:t>
      </w:r>
      <w:r>
        <w:t>phir Galileo ne is ko develop kiya. to to is se ek naya revolution aaya is science mein.</w:t>
      </w:r>
    </w:p>
    <w:p>
      <w:pPr>
        <w:jc w:val="right"/>
      </w:pPr>
      <w:r>
        <w:t>پھر گلیلیو نے اس کو ڈیولپ کیا۔ تو تو اس سے ایک نیا ریولوشن آیا اس سائنس میں۔</w:t>
      </w:r>
    </w:p>
    <w:p>
      <w:r>
        <w:rPr>
          <w:b/>
        </w:rPr>
        <w:t xml:space="preserve">[18:16] </w:t>
      </w:r>
      <w:r>
        <w:t>to woh tele revolution tha. Galileo revolution nahi tha woh. Galileo ne to is ko istemal kiya.</w:t>
      </w:r>
    </w:p>
    <w:p>
      <w:pPr>
        <w:jc w:val="right"/>
      </w:pPr>
      <w:r>
        <w:t>تو وہ ٹیلی ریولوشن تھا۔ گلیلیو ریولوشن نہیں تھا وہ۔ گلیلیو نے تو اس کو استعمال کیا۔</w:t>
      </w:r>
    </w:p>
    <w:p>
      <w:r>
        <w:rPr>
          <w:b/>
        </w:rPr>
        <w:t xml:space="preserve">[18:26] </w:t>
      </w:r>
      <w:r>
        <w:t>to jab yeh maloom hua ke ek duniya ki duniya hai jo hamein telescope se, microscope se aur scientific apparatus se hamare ilm mein aati hai, to is par focus kiya insan ne.</w:t>
      </w:r>
    </w:p>
    <w:p>
      <w:pPr>
        <w:jc w:val="right"/>
      </w:pPr>
      <w:r>
        <w:t>تو جب یہ معلوم ہوا کہ ایک دنیا کی دنیا ہے جو ہمیں ٹیلیسکوپ سے، مائیکروسکوپ سے اور سائنٹیفک اپیز سے ہمارے علم میں آتی ہے، تو اس پر فوکس کیا انسان نے۔</w:t>
      </w:r>
    </w:p>
    <w:p>
      <w:r>
        <w:rPr>
          <w:b/>
        </w:rPr>
        <w:t xml:space="preserve">[18:41] </w:t>
      </w:r>
      <w:r>
        <w:t>aur phir scientific world daryaft ho gayi. phir applied sciences bani. aur beshumar item science ne diya hum ko.</w:t>
      </w:r>
    </w:p>
    <w:p>
      <w:pPr>
        <w:jc w:val="right"/>
      </w:pPr>
      <w:r>
        <w:t>اور پھر سائنٹیفک ورلڈ دریافت ہو گئی۔ پھر اپلائیڈ سائنسز بنی۔ اور بے شمار آئٹم سائنس نے دیا ہم کو۔</w:t>
      </w:r>
    </w:p>
    <w:p>
      <w:r>
        <w:rPr>
          <w:b/>
        </w:rPr>
        <w:t xml:space="preserve">[18:53] </w:t>
      </w:r>
      <w:r>
        <w:t>is ka aaghaz hua Galileo se. is ka ishara kiya gaya tha to Musa ke zamanay mein. lekin insan samajh nahi paya.</w:t>
      </w:r>
    </w:p>
    <w:p>
      <w:pPr>
        <w:jc w:val="right"/>
      </w:pPr>
      <w:r>
        <w:t>اس کا آغاز ہوا گلیلیو سے۔ اس کا اشارہ کیا گیا تھا تو موسیٰ کے زمانے میں۔ لیکن انسان سمجھ نہیں پایا۔</w:t>
      </w:r>
    </w:p>
    <w:p>
      <w:r>
        <w:rPr>
          <w:b/>
        </w:rPr>
        <w:t xml:space="preserve">[19:04] </w:t>
      </w:r>
      <w:r>
        <w:t>to yeh hai marifat ka darwaza. kisi sufi ko marifat hui nahi. kisi research karne wale ko marifat hui nahi.</w:t>
      </w:r>
    </w:p>
    <w:p>
      <w:pPr>
        <w:jc w:val="right"/>
      </w:pPr>
      <w:r>
        <w:t>تو یہ ہے معرفت کا دروازہ۔ کسی صوفی کو معرفت ہوئی نہیں۔ کسی ریسرچ کرنے والے کو معرفت ہوئی نہیں۔</w:t>
      </w:r>
    </w:p>
    <w:p>
      <w:r>
        <w:rPr>
          <w:b/>
        </w:rPr>
        <w:t xml:space="preserve">[19:15] </w:t>
      </w:r>
      <w:r>
        <w:t>kisi philosophy ko hui nahi. kisi mutakallim, mutakallimeen ko nahi hui. main ne bohat parha hai. kisi bhi muslim mutakallim ko allah rab ul alameen ki marifat aati rahi hai.</w:t>
      </w:r>
    </w:p>
    <w:p>
      <w:pPr>
        <w:jc w:val="right"/>
      </w:pPr>
      <w:r>
        <w:t>کسی فلاسفی کو ہوئی نہیں۔ کسی متکلم، متکلمین کو نہیں ہوئی۔ میں نے بہت پڑھا ہے۔ کسی بھی مسلم متکلم کو اللہ رب العالمین کی معرفت آتی رہی ہے۔</w:t>
      </w:r>
    </w:p>
    <w:p>
      <w:r>
        <w:rPr>
          <w:b/>
        </w:rPr>
        <w:t xml:space="preserve">[19:31] </w:t>
      </w:r>
      <w:r>
        <w:t>kyun? woh direct janne ki koshish karte rahe. direct khuda ko dekhne ki koshish karte rahe. to jis tarah Musa ko yeh mumkin nahi hua ke woh direct khuda ko dekhen, waise hi kisi philosophers ko, kisi mutakallim ko yeh nahi mila ke woh khuda ko barah e rast daryaft kar sake.</w:t>
      </w:r>
    </w:p>
    <w:p>
      <w:pPr>
        <w:jc w:val="right"/>
      </w:pPr>
      <w:r>
        <w:t>کیوں؟ وہ ڈائریکٹ جاننے کی کوشش کرتے رہے۔ ڈائریکٹ خدا کو دیکھنے کی کوشش کرتے رہے۔ تو جس طرح موسیٰ کو یہ ممکن نہیں ہوا کہ وہ ڈائریکٹ خدا کو دیکھیں، ویسے ہی کسی فلاسفرز کو، کسی متکلم کو یہ نہیں ملا کہ وہ خدا کو براہ راست دریافت کرے۔</w:t>
      </w:r>
    </w:p>
    <w:p>
      <w:r>
        <w:rPr>
          <w:b/>
        </w:rPr>
        <w:t xml:space="preserve">[19:56] </w:t>
      </w:r>
      <w:r>
        <w:t>to yeh Galileo se ek naya daur shuru hua. Galileo se ek naya daur shuru hua. aur beshumar kitabein likhi gayeen science par.</w:t>
      </w:r>
    </w:p>
    <w:p>
      <w:pPr>
        <w:jc w:val="right"/>
      </w:pPr>
      <w:r>
        <w:t>تو یہ گلیلیو سے ایک نیا دور شروع ہوا۔ گلیلیو سے ایک نیا دور شروع ہوا۔ اور بے شمار کتابیں لکھی گئیں سائنس پر۔</w:t>
      </w:r>
    </w:p>
    <w:p>
      <w:r>
        <w:rPr>
          <w:b/>
        </w:rPr>
        <w:t xml:space="preserve">[20:07] </w:t>
      </w:r>
      <w:r>
        <w:t>beshumar kitabein. isi mein aise bhi scientist the jinhone is raaz ko jana aur creation ke through creator ko daryaft kiya unhone.</w:t>
      </w:r>
    </w:p>
    <w:p>
      <w:pPr>
        <w:jc w:val="right"/>
      </w:pPr>
      <w:r>
        <w:t>بے شمار کتابیں۔ اسی میں ایسے بھی سائنٹسٹ تھے جنہوں نے اس راز کو جانا اور کریشن کے تھرو کریٹر کو دریافت کیا انہوں نے۔</w:t>
      </w:r>
    </w:p>
    <w:p>
      <w:r>
        <w:rPr>
          <w:b/>
        </w:rPr>
        <w:t xml:space="preserve">[20:20] </w:t>
      </w:r>
      <w:r>
        <w:t>main samajhta hoon ke is ka aaghaz hua Sir James Jeans se. ke creation ke through creator ki daryaft.</w:t>
      </w:r>
    </w:p>
    <w:p>
      <w:pPr>
        <w:jc w:val="right"/>
      </w:pPr>
      <w:r>
        <w:t>میں سمجھتا ہوں کہ اس کا آغاز ہوا سر جیمز جینز سے۔ کہ کریشن کے تھرو کریٹر کی دریافت۔</w:t>
      </w:r>
    </w:p>
    <w:p>
      <w:r>
        <w:rPr>
          <w:b/>
        </w:rPr>
        <w:t xml:space="preserve">[20:32] </w:t>
      </w:r>
      <w:r>
        <w:t>yeh shuru hua. aur bohat kitabein likhi gayeen. sab se pehli kitab jo unhone parhi thi woh thi Mysterious Universe.</w:t>
      </w:r>
    </w:p>
    <w:p>
      <w:pPr>
        <w:jc w:val="right"/>
      </w:pPr>
      <w:r>
        <w:t>یہ شروع ہوا۔ اور بہت کتابیں لکھی گئیں۔ سب سے پہلی کتاب جو انہوں نے پڑھی تھی وہ تھی مسٹیریس یونیورس۔</w:t>
      </w:r>
    </w:p>
    <w:p>
      <w:r>
        <w:rPr>
          <w:b/>
        </w:rPr>
        <w:t xml:space="preserve">[20:44] </w:t>
      </w:r>
      <w:r>
        <w:t>is ke baad tehqiqat huin aur bohat se science danon ne kitabein likhin. un mein se main ek kitab ka hawala deta hoon aap ko jo kai science, kai scientific mind ne likhi hai.</w:t>
      </w:r>
    </w:p>
    <w:p>
      <w:pPr>
        <w:jc w:val="right"/>
      </w:pPr>
      <w:r>
        <w:t>اس کے بعد تحقیقات ہوئیں اور بہت سے سائنس دانوں نے کتابیں لکھیں۔ ان میں سے میں ایک کتاب کا حوالہ دیتا ہوں آپ کو جو کئی سائنس، کئی سائنٹیفک مائنڈ نے لکھی ہے۔</w:t>
      </w:r>
    </w:p>
    <w:p>
      <w:r>
        <w:rPr>
          <w:b/>
        </w:rPr>
        <w:t xml:space="preserve">[20:58] </w:t>
      </w:r>
      <w:r>
        <w:t>is ka naam hai: "the evidence of God in an expanding universe".</w:t>
      </w:r>
    </w:p>
    <w:p>
      <w:pPr>
        <w:jc w:val="right"/>
      </w:pPr>
      <w:r>
        <w:t>اس کا نام ہے: "دا ایویڈنس آف گاڈ ان این ایکسپینڈنگ یونیورس"۔</w:t>
      </w:r>
    </w:p>
    <w:p>
      <w:r>
        <w:rPr>
          <w:b/>
        </w:rPr>
        <w:t xml:space="preserve">[21:07] </w:t>
      </w:r>
      <w:r>
        <w:t>"The evidence of God." Yeh jo dealing ki ki policy shuru hui, is ke baad jo aakhir daryaft hui to khuda ka keh creation ko insaan ne daryaft kiya, isi se insaan pohancha ke there must be a creator.</w:t>
      </w:r>
    </w:p>
    <w:p>
      <w:pPr>
        <w:jc w:val="right"/>
      </w:pPr>
      <w:r>
        <w:t>"دا ایویڈنس آف گاڈ"۔ یہ جو ڈیلنگ کی کی پالیسی شروع ہوئی، اس کے بعد جو آخر دریافت ہوئی تو خدا کا کہ کریشن کو انسان نے دریافت کیا، اسی سے انسان پہنچا کہ دیر مسٹ بی اے کریٹر۔</w:t>
      </w:r>
    </w:p>
    <w:p>
      <w:r>
        <w:rPr>
          <w:b/>
        </w:rPr>
        <w:t xml:space="preserve">[21:30] </w:t>
      </w:r>
      <w:r>
        <w:t>to is par yeh mein samajhta hoon ke ek bohat hi qabil e zikar kitaab chhapi hai:</w:t>
      </w:r>
    </w:p>
    <w:p>
      <w:pPr>
        <w:jc w:val="right"/>
      </w:pPr>
      <w:r>
        <w:t>تو اس پر یہ میں سمجھتا ہوں کہ ایک بہت ہی قابل ذکر کتاب چھپی ہے:</w:t>
      </w:r>
    </w:p>
    <w:p>
      <w:r>
        <w:rPr>
          <w:b/>
        </w:rPr>
        <w:t xml:space="preserve">[21:38] </w:t>
      </w:r>
      <w:r>
        <w:t>"The Evidence of God in an Expanding Universe". is kitaab ka tarjuma arabi zabaan mein ho chuka hai aur mukhtalif zabaanon mein.</w:t>
      </w:r>
    </w:p>
    <w:p>
      <w:pPr>
        <w:jc w:val="right"/>
      </w:pPr>
      <w:r>
        <w:t>"دا ایویڈنس آف گاڈ ان ایکسپینڈنگ یونیورس"۔ اس کتاب کا ترجمہ عربی زبان میں ہو چکا ہے اور مختلف زبانوں میں۔</w:t>
      </w:r>
    </w:p>
    <w:p>
      <w:r>
        <w:rPr>
          <w:b/>
        </w:rPr>
        <w:t xml:space="preserve">[21:49] </w:t>
      </w:r>
      <w:r>
        <w:t>arabi mein is ka title hai: "allah yatajalla fi asr". "allah yatajalla fi asr".</w:t>
      </w:r>
    </w:p>
    <w:p>
      <w:pPr>
        <w:jc w:val="right"/>
      </w:pPr>
      <w:r>
        <w:t>عربی میں اس کا ٹائٹل ہے: "اللہ یتجلی فی عصر"۔ "اللہ یتجلی فی عصر"۔</w:t>
      </w:r>
    </w:p>
    <w:p>
      <w:r>
        <w:rPr>
          <w:b/>
        </w:rPr>
        <w:t xml:space="preserve">[21:58] </w:t>
      </w:r>
      <w:r>
        <w:t>yani allah ka izhaar, allah ka proof haqaaq, yani sciencee haqaaq ke zariye.</w:t>
      </w:r>
    </w:p>
    <w:p>
      <w:pPr>
        <w:jc w:val="right"/>
      </w:pPr>
      <w:r>
        <w:t>یعنی اللہ کا اظہار، اللہ کا پروف حقائق، یعنی سائنسی حقائق کے ذریعے۔</w:t>
      </w:r>
    </w:p>
    <w:p>
      <w:r>
        <w:rPr>
          <w:b/>
        </w:rPr>
        <w:t xml:space="preserve">[22:09] </w:t>
      </w:r>
      <w:r>
        <w:t>to aap chahein to is ko parhiye English mein: "The Evidence of God Expanding Universe" ya is ko parhiye aap arabi mein: "allah yatajalla fi asr".</w:t>
      </w:r>
    </w:p>
    <w:p>
      <w:pPr>
        <w:jc w:val="right"/>
      </w:pPr>
      <w:r>
        <w:t>تو آپ چاہیں تو اس کو پڑھیے انگلش میں: "دا ایویڈنس آف گاڈ ان ایکسپینڈنگ یونیورس" یا اس کو پڑھیے آپ عربی میں: "اللہ یتجلی فی عصر"۔</w:t>
      </w:r>
    </w:p>
    <w:p>
      <w:r>
        <w:rPr>
          <w:b/>
        </w:rPr>
        <w:t xml:space="preserve">[22:24] </w:t>
      </w:r>
      <w:r>
        <w:t>is ka khulasa aap meri kitaab mein dekh sakte hain: "god arise". "god arise". to yeh jo bewilderment tha, khatam hua is waqt jab ke musa ke zamane mein allah ne rehnumai di ke: "ae musa</w:t>
      </w:r>
    </w:p>
    <w:p>
      <w:pPr>
        <w:jc w:val="right"/>
      </w:pPr>
      <w:r>
        <w:t>اس کا خلاصہ آپ میری کتاب میں دیکھ سکتے ہیں: "گاڈ ارائز"۔ "گاڈ ارائز"۔ تو یہ جو بیورڈمنٹ تھا، ختم ہوا اس وقت جب کہ موسیٰ کے زمانے میں اللہ نے رہنمائی دی کہ: "اے موسیٰ</w:t>
      </w:r>
    </w:p>
    <w:p>
      <w:r>
        <w:rPr>
          <w:b/>
        </w:rPr>
        <w:t xml:space="preserve">[22:42] </w:t>
      </w:r>
      <w:r>
        <w:t>! mujh ko tum direct nahi dekh sakte. meri creation ke through tum mujh ko pa sakte ho". lekin hazrat musa ke zamane mein telescope nahi tha.</w:t>
      </w:r>
    </w:p>
    <w:p>
      <w:pPr>
        <w:jc w:val="right"/>
      </w:pPr>
      <w:r>
        <w:t>! مجھ کو تم ڈائریکٹ نہیں دیکھ سکتے۔ میری کریشن کے تھرو تم مجھ کو پا سکتے ہو"۔ لیکن حضرت موسیٰ کے زمانے میں ٹیلیسکوپ نہیں تھا۔</w:t>
      </w:r>
    </w:p>
    <w:p>
      <w:r>
        <w:rPr>
          <w:b/>
        </w:rPr>
        <w:t xml:space="preserve">[22:54] </w:t>
      </w:r>
      <w:r>
        <w:t>to yeh rehnumai materialize nahi hui. yeh rehnumai jo hai materialize nahi hui. yeh char sau saal pehle, yani galileo ka zamana, char sau saal pehle ka zamana hai.</w:t>
      </w:r>
    </w:p>
    <w:p>
      <w:pPr>
        <w:jc w:val="right"/>
      </w:pPr>
      <w:r>
        <w:t>تو یہ رہنمائی مٹیریلائز نہیں ہوئی۔ یہ رہنمائی جو ہے مٹیریلائز نہیں ہوئی۔ یہ چار سو سال پہلے، یعنی گلیلیو کا زمانہ، چار سو سال پہلے کا زمانہ ہے۔</w:t>
      </w:r>
    </w:p>
    <w:p>
      <w:r>
        <w:rPr>
          <w:b/>
        </w:rPr>
        <w:t xml:space="preserve">[23:10] </w:t>
      </w:r>
      <w:r>
        <w:t>us waqt insaan ne pehli baar baqaida taur par sahih maano mein telescope ko istemal kiya aur phir is ko dikhaya gaya.</w:t>
      </w:r>
    </w:p>
    <w:p>
      <w:pPr>
        <w:jc w:val="right"/>
      </w:pPr>
      <w:r>
        <w:t>اس وقت انسان نے پہلی بار باقاعدہ طور پر صحیح معنوں میں ٹیلیسکوپ کو استعمال کیا اور پھر اس کو دکھایا گیا۔</w:t>
      </w:r>
    </w:p>
    <w:p>
      <w:r>
        <w:rPr>
          <w:b/>
        </w:rPr>
        <w:t xml:space="preserve">[23:22] </w:t>
      </w:r>
      <w:r>
        <w:t>aur phir is ne kaha: "yeh to ek bohat bari dunya hai jo agarche mein direct nahi dekh sakta, lekin mein telescope se, microscope se dekh sakta hoon".</w:t>
      </w:r>
    </w:p>
    <w:p>
      <w:pPr>
        <w:jc w:val="right"/>
      </w:pPr>
      <w:r>
        <w:t>اور پھر اس نے کہا: "یہ تو ایک بہت بڑی دنیا ہے جو اگرچہ میں ڈائریکٹ نہیں دیکھ سکتا، لیکن میں ٹیلیسکوپ سے، مائیکروسکوپ سے دیکھ سکتا ہوں"۔</w:t>
      </w:r>
    </w:p>
    <w:p>
      <w:r>
        <w:rPr>
          <w:b/>
        </w:rPr>
        <w:t xml:space="preserve">[23:34] </w:t>
      </w:r>
      <w:r>
        <w:t>wo silsila shuru hua. yeh saara kaam dekhiye, musalmanon ne kuch bhi nahi kiya. ek khaas baat yeh hai ke bohat si hadeesein aayi hain, is mein yeh baat hai ke: "inna allaha yu'ayyidu hadha ad-deen".</w:t>
      </w:r>
    </w:p>
    <w:p>
      <w:pPr>
        <w:jc w:val="right"/>
      </w:pPr>
      <w:r>
        <w:t>وہ سلسلہ شروع ہوا۔ یہ سارا کام دیکھیے، مسلمانوں نے کچھ بھی نہیں کیا۔ ایک خاص بات یہ ہے کہ بہت سی حدیثیں آئیں ہیں، اس میں یہ بات ہے کہ: "إن الله لا يَيِّدُهَا الدِّينُ"۔</w:t>
      </w:r>
    </w:p>
    <w:p>
      <w:r>
        <w:rPr>
          <w:b/>
        </w:rPr>
        <w:t xml:space="preserve">[23:54] </w:t>
      </w:r>
      <w:r>
        <w:t>allah is deen ki madad karega un logon ke zariye jo momin nahi honge. momin nahi honge.</w:t>
      </w:r>
    </w:p>
    <w:p>
      <w:pPr>
        <w:jc w:val="right"/>
      </w:pPr>
      <w:r>
        <w:t>اللہ اس دین کی مدد کرے گا ان لوگوں کے ذریعے جو مومن نہیں ہوں گے۔ مومن نہیں ہوں گے۔</w:t>
      </w:r>
    </w:p>
    <w:p>
      <w:r>
        <w:rPr>
          <w:b/>
        </w:rPr>
        <w:t xml:space="preserve">[24:02] </w:t>
      </w:r>
      <w:r>
        <w:t>bohat si hadeesein hain. mein sochta tha bohat dinon se, ab bohat parha bane ke ghair momin kiya madad karenge?</w:t>
      </w:r>
    </w:p>
    <w:p>
      <w:pPr>
        <w:jc w:val="right"/>
      </w:pPr>
      <w:r>
        <w:t>بہت سی حدیثیں ہیں۔ میں سوچتا تھا بہت دنوں سے، اب بہت پڑھا بنے کہ غیر مومن کیا مدد کریں گے؟</w:t>
      </w:r>
    </w:p>
    <w:p>
      <w:r>
        <w:rPr>
          <w:b/>
        </w:rPr>
        <w:t xml:space="preserve">[24:12] </w:t>
      </w:r>
      <w:r>
        <w:t>ghair momin kiya madad karenge? to kisi ne bhi is baat ko pakda nahi.</w:t>
      </w:r>
    </w:p>
    <w:p>
      <w:pPr>
        <w:jc w:val="right"/>
      </w:pPr>
      <w:r>
        <w:t>غیر مومن کیا مدد کریں گے؟ تو کسی نے بھی اس بات کو پکڑا نہیں۔</w:t>
      </w:r>
    </w:p>
    <w:p>
      <w:r>
        <w:rPr>
          <w:b/>
        </w:rPr>
        <w:t xml:space="preserve">[24:21] </w:t>
      </w:r>
      <w:r>
        <w:t>na ibn taimiya ne, na ibn ghazali ne, na ibn qaiyim ne, na shah waliullah ne. hadees mein maujood tha ke ghair momin qoumein islam deen ki madad karengi, taeed karengi.</w:t>
      </w:r>
    </w:p>
    <w:p>
      <w:pPr>
        <w:jc w:val="right"/>
      </w:pPr>
      <w:r>
        <w:t>نہ ابن تیمیہ نے، نہ ابن غزالی نے، نہ ابن قیم نے، نہ شاہ اللہ نے۔ حدیث میں موجود تھا کہ غیر مومن قومیں اسلام دین کی مدد کریں گی، تائید کریں گی۔</w:t>
      </w:r>
    </w:p>
    <w:p>
      <w:r>
        <w:rPr>
          <w:b/>
        </w:rPr>
        <w:t xml:space="preserve">[24:38] </w:t>
      </w:r>
      <w:r>
        <w:t>koi ek shakhs bhi mere ilm mein nahi hai jo is raaz ko paya hai ke ghair momin qoumein kaise madad karengi.</w:t>
      </w:r>
    </w:p>
    <w:p>
      <w:pPr>
        <w:jc w:val="right"/>
      </w:pPr>
      <w:r>
        <w:t>کوئی ایک شخص بھی میرے علم میں نہیں ہے جو اس راز کو پایا ہے کہ غیر مومن قومیں کیسے مدد کریں گی۔</w:t>
      </w:r>
    </w:p>
    <w:p>
      <w:r>
        <w:rPr>
          <w:b/>
        </w:rPr>
        <w:t xml:space="preserve">[24:51] </w:t>
      </w:r>
      <w:r>
        <w:t>wo yahi tha. mein samajhta hoon ke is ka aaghaz kiya wo galileo ne. yeh jo tasawwur, yeh jo ek process chala, process ke non muslim ya secular log islam ki taeed karein,</w:t>
      </w:r>
    </w:p>
    <w:p>
      <w:pPr>
        <w:jc w:val="right"/>
      </w:pPr>
      <w:r>
        <w:t>وہ یہی تھا۔ میں سمجھتا ہوں کہ اس کا آغاز کیا وہ گلیلیو نے۔ یہ جو تصور، یہ جو ایک پراسیس چلا، پراسیس کہ نان مسلم یا سیکولر لوگ اسلام کی تائید کریں،</w:t>
      </w:r>
    </w:p>
    <w:p>
      <w:r>
        <w:rPr>
          <w:b/>
        </w:rPr>
        <w:t xml:space="preserve">[25:09] </w:t>
      </w:r>
      <w:r>
        <w:t>is is line par jis ki rehnumai di thi hazrat musa ke zamane mein. to ek process chala. saade tees hazar saal ke process ke baad wo materialize hua.</w:t>
      </w:r>
    </w:p>
    <w:p>
      <w:pPr>
        <w:jc w:val="right"/>
      </w:pPr>
      <w:r>
        <w:t>اس اس رائن پر جس کی رہنمائی دی تھی حضرت موسیٰ کے زمانے میں۔ تو ایک پراسیس چلا۔ ساڑھے تیس ہزار سال کے پراسیس کے بعد وہ مٹیریلائز ہوا۔</w:t>
      </w:r>
    </w:p>
    <w:p>
      <w:r>
        <w:rPr>
          <w:b/>
        </w:rPr>
        <w:t xml:space="preserve">[25:22] </w:t>
      </w:r>
      <w:r>
        <w:t>ibtedai taur par galileo ke zamane mein. phir bohat scientists paida hue. bohat kitaabein likhi gayi. to aaj jab aap ko hum ikkasveen sadi mein hain, hamein mauqa hai ke allah ki marifat aala tareen darje mein hasil karein.</w:t>
      </w:r>
    </w:p>
    <w:p>
      <w:pPr>
        <w:jc w:val="right"/>
      </w:pPr>
      <w:r>
        <w:t>ابتدائی طور پر گلیلیو کے زمانے میں۔ پھر بہت سائنسدان پیدا ہوئے۔ بہت کتابیں لکھی گئیں۔ تو آج جب آپ کو ہم اکیسویں صدی میں ہیں، ہمیں موقع ہے کہ اللہ کی معرفت اعلیٰ ترین درجے میں حاصل کریں۔</w:t>
      </w:r>
    </w:p>
    <w:p>
      <w:r>
        <w:rPr>
          <w:b/>
        </w:rPr>
        <w:t xml:space="preserve">[25:43] </w:t>
      </w:r>
      <w:r>
        <w:t>allah ki marifat jo hai galaxy ki satah par, solar system ki satah par, universe ki satah par. jo aakhri satah hai, is satah par hum allah ki azmat ko, allah ke wajood ko, allah ke kamalat ko daryaft karein aur is ka dunya mein ailaan karein.</w:t>
      </w:r>
    </w:p>
    <w:p>
      <w:pPr>
        <w:jc w:val="right"/>
      </w:pPr>
      <w:r>
        <w:t>اللہ کی معرفت جو ہے گیلیکسی کی سطح پر، سولر سسٹم کی سطح پر، یونیورس کی سطح پر۔ جو آخری سطح ہے، اس سطح پر ہم اللہ کی عظمت کو، اللہ کے وجود کو، اللہ کے کمالات کو دریافت کریں اور اس کا دنیا میں اعلان کریں۔</w:t>
      </w:r>
    </w:p>
    <w:p>
      <w:r>
        <w:rPr>
          <w:b/>
        </w:rPr>
        <w:t xml:space="preserve">[26:05] </w:t>
      </w:r>
      <w:r>
        <w:t>yeh hamara mission hai. hamara mission yeh hai ke jo rehnumai di gayi thi hazrat musa ke zamane mein, jis mein bhatak rahe the saare afraad par, saare mutakallimeen, saare secret, kuch pa nahi rahe the woh.</w:t>
      </w:r>
    </w:p>
    <w:p>
      <w:pPr>
        <w:jc w:val="right"/>
      </w:pPr>
      <w:r>
        <w:t>یہ ہمارا مشن ہے۔ ہمارا مشن یہ ہے کہ جو رہنمائی دی گئی تھی حضرت موسیٰ کے زمانے میں، جس میں بھٹک رہے تھے سارے افراد پر، سارے متکلمین، سارے سیکرٹ، کچھ پا نہیں رہے تھے وہ۔</w:t>
      </w:r>
    </w:p>
    <w:p>
      <w:r>
        <w:rPr>
          <w:b/>
        </w:rPr>
        <w:t xml:space="preserve">[26:20] </w:t>
      </w:r>
      <w:r>
        <w:t>to allah taala ne direct taur par hazrat musa ko bataya ke rasta kya hai. lead diya. hazrat musa ka jo parha gaya wo divine lead tha.</w:t>
      </w:r>
    </w:p>
    <w:p>
      <w:pPr>
        <w:jc w:val="right"/>
      </w:pPr>
      <w:r>
        <w:t>تو اللہ تعالیٰ نے ڈائریکٹ طور پر حضرت موسیٰ کو بتایا کہ راستہ کیا ہے۔ لیڈ دیا۔ حضرت موسیٰ کا جو پڑھا گیا وہ ڈیوائن لیڈ تھا۔</w:t>
      </w:r>
    </w:p>
    <w:p>
      <w:r>
        <w:rPr>
          <w:b/>
        </w:rPr>
        <w:t xml:space="preserve">[26:31] </w:t>
      </w:r>
      <w:r>
        <w:t>wo lekin wo bhi materialize hua galileo ke zamane mein. phir bohat saare scientists ne is par kaam kiya.</w:t>
      </w:r>
    </w:p>
    <w:p>
      <w:pPr>
        <w:jc w:val="right"/>
      </w:pPr>
      <w:r>
        <w:t>وہ لیکن وہ بھی مٹیریلائز ہوا گلیلیو کے زمانے میں۔ پھر بہت سارے سائنس دانوں نے اس پر کام کیا۔</w:t>
      </w:r>
    </w:p>
    <w:p>
      <w:r>
        <w:rPr>
          <w:b/>
        </w:rPr>
        <w:t xml:space="preserve">[26:42] </w:t>
      </w:r>
      <w:r>
        <w:t>to agar log samajhte hain ke science khuda ka inkar karti hai, yeh bilkul galat baat hai. science khuda ka eteraf karti hai indirect way mein.</w:t>
      </w:r>
    </w:p>
    <w:p>
      <w:pPr>
        <w:jc w:val="right"/>
      </w:pPr>
      <w:r>
        <w:t>تو اگر لوگ سمجھتے ہیں کہ سائنس خدا کا انکار کرتی ہے، یہ بالکل غلط بات ہے۔ سائنس خدا کا اعتراف کرتی ہے ان ڈائریکٹ وے میں۔</w:t>
      </w:r>
    </w:p>
    <w:p>
      <w:r>
        <w:rPr>
          <w:b/>
        </w:rPr>
        <w:t xml:space="preserve">[26:59] </w:t>
      </w:r>
      <w:r>
        <w:t>indirect way mein. science khuda ka inkar karti hai indirect way mein. yaani takhleeq mein khuda khaliq ko daryaft karo.</w:t>
      </w:r>
    </w:p>
    <w:p>
      <w:pPr>
        <w:jc w:val="right"/>
      </w:pPr>
      <w:r>
        <w:t>ان ڈائریکٹ وے میں۔ سائنس خدا کا انکار کرتی ہے ان ڈائریکٹ وے میں۔ یعنی تخلیق میں خدا خالق کو دریافت کرو۔</w:t>
      </w:r>
    </w:p>
    <w:p>
      <w:r>
        <w:rPr>
          <w:b/>
        </w:rPr>
        <w:t xml:space="preserve">[27:10] </w:t>
      </w:r>
      <w:r>
        <w:t>log jo the hazaron saal se khaliq mein khaliq ko daryaft karne ki koshish karte rahe. saare sufia aur saare mutakallimeen, saare philosophers.</w:t>
      </w:r>
    </w:p>
    <w:p>
      <w:pPr>
        <w:jc w:val="right"/>
      </w:pPr>
      <w:r>
        <w:t>لوگ جو تھے ہزاروں سال سے خالق میں خالق کو دریافت کرنے کی کوشش کرتے رہے۔ سارے صوفیاء اور سارے متکلمین، سارے فلاسفرز۔</w:t>
      </w:r>
    </w:p>
    <w:p>
      <w:r>
        <w:rPr>
          <w:b/>
        </w:rPr>
        <w:t xml:space="preserve">[27:24] </w:t>
      </w:r>
      <w:r>
        <w:t>khaliq ko khaliq ke zariye nahi, khaliq ko takhleeq ke zariye daryaft karo. yeh tha Galileo ka ke daur mein Allah taala ne Galileo ko istemal kiya ke Hazrat Musa ke ka jo rehnumai thi woh materialize ho.</w:t>
      </w:r>
    </w:p>
    <w:p>
      <w:pPr>
        <w:jc w:val="right"/>
      </w:pPr>
      <w:r>
        <w:t>خالق کو خالق کے ذریعے نہیں، خالق کو تخلیق کے ذریعے دریافت کرو۔ یہ تھا گلیلیو کا کہ دور میں اللہ تعالیٰ نے گلیلیو کو استعمال کیا کہ حضرت موسیٰ کے کا جو رہنمائی تھی وہ مٹیریلائز ہو۔</w:t>
      </w:r>
    </w:p>
    <w:p>
      <w:r>
        <w:rPr>
          <w:b/>
        </w:rPr>
        <w:t xml:space="preserve">[27:45] </w:t>
      </w:r>
      <w:r>
        <w:t>yaani saare teen hazar saal pehle jo rehnumai di gayi thi Hazrat Musa ke zariye se, woh materialize hui Galileo ke zariye se.</w:t>
      </w:r>
    </w:p>
    <w:p>
      <w:pPr>
        <w:jc w:val="right"/>
      </w:pPr>
      <w:r>
        <w:t>یعنی ساڑھے تین ہزار سال پہلے جو رہنمائی دی گئی تھی حضرت موسیٰ کے ذریعے سے، وہ مٹیریلائز ہوئی گلیلیو کے ذریعے سے۔</w:t>
      </w:r>
    </w:p>
    <w:p>
      <w:r>
        <w:rPr>
          <w:b/>
        </w:rPr>
        <w:t xml:space="preserve">[27:55] </w:t>
      </w:r>
      <w:r>
        <w:t>phir bohat se log is par aaye aur bohat zyada kitabein likhi gayeen. to maine aap ko hawala diya.</w:t>
      </w:r>
    </w:p>
    <w:p>
      <w:pPr>
        <w:jc w:val="right"/>
      </w:pPr>
      <w:r>
        <w:t>پھر بہت سے لوگ اس پر آئے اور بہت زیادہ کتابیں لکھی گئیں۔ تو میں نے آپ کو حوالہ دیا۔</w:t>
      </w:r>
    </w:p>
    <w:p>
      <w:r>
        <w:rPr>
          <w:b/>
        </w:rPr>
        <w:t xml:space="preserve">[28:04] </w:t>
      </w:r>
      <w:r>
        <w:t>ek to evidence of God in expanding universe aur khud bari kitab jo hai God Arises, woh isi mozu par hai.</w:t>
      </w:r>
    </w:p>
    <w:p>
      <w:pPr>
        <w:jc w:val="right"/>
      </w:pPr>
      <w:r>
        <w:t>ایک تو ایویڈنس آف گاڈ ان ایکسپینڈنگ یونیورس اور خود بڑی کتاب جو ہے گاڈ ارائزز، وہ اسی موضوع پر ہے۔</w:t>
      </w:r>
    </w:p>
    <w:p>
      <w:r>
        <w:rPr>
          <w:b/>
        </w:rPr>
        <w:t xml:space="preserve">[28:16] </w:t>
      </w:r>
      <w:r>
        <w:t>to hum ko Allah ne tofeeq di ke hum is daur mein paida kiye gaye jabke Khuda ki marifat ek mumkin cheez ban gayi.</w:t>
      </w:r>
    </w:p>
    <w:p>
      <w:pPr>
        <w:jc w:val="right"/>
      </w:pPr>
      <w:r>
        <w:t>تو ہم کو اللہ نے توفیق دی کہ ہم اس دور میں پیدا کیے گئے جبکہ خدا کی معرفت ایک ممکن چیز بن گئی۔</w:t>
      </w:r>
    </w:p>
    <w:p>
      <w:r>
        <w:rPr>
          <w:b/>
        </w:rPr>
        <w:t xml:space="preserve">[28:27] </w:t>
      </w:r>
      <w:r>
        <w:t>Khuda ki marifat ek in log pohnchte the kahan tak? extensi tak pohnchte the. pichle zamanon mein jin logon ne Khuda ko talash kiya, woh bas wajd par, wajd tak,</w:t>
      </w:r>
    </w:p>
    <w:p>
      <w:pPr>
        <w:jc w:val="right"/>
      </w:pPr>
      <w:r>
        <w:t>خدا کی معرفت ایک ان لوگ پہنچتے تھے کہاں تک؟ ایکسٹینسی تک پہنچتے تھے۔ پچھلے زمانوں میں جن لوگوں نے خدا کو تلاش کیا، وہ بس وجد پر، وجد تک،</w:t>
      </w:r>
    </w:p>
    <w:p>
      <w:r>
        <w:rPr>
          <w:b/>
        </w:rPr>
        <w:t xml:space="preserve">[28:42] </w:t>
      </w:r>
      <w:r>
        <w:t>extensi tak pohnche the. khud marifat tak nahi pohnche. isi liye koi ek kitab bhi sahi maano mein aisi likhi nahi gayi hai jo Allah ki marifat par ho.</w:t>
      </w:r>
    </w:p>
    <w:p>
      <w:pPr>
        <w:jc w:val="right"/>
      </w:pPr>
      <w:r>
        <w:t>ایکسٹینسی تک پہنچے تھے۔ خود معرفت تک نہیں پہنچے۔ اسی لیے کوئی ایک کتاب بھی صحیح معنوں میں ایسی لکھی نہیں گئی ہے جو اللہ کی معرفت پر ہو۔</w:t>
      </w:r>
    </w:p>
    <w:p>
      <w:r>
        <w:rPr>
          <w:b/>
        </w:rPr>
        <w:t xml:space="preserve">[28:53] </w:t>
      </w:r>
      <w:r>
        <w:t>kyun ke un ko marifat hasil nahi hui thi. kya likhte hain? kitab likhte ho? kitab kya likhte ho? to</w:t>
      </w:r>
    </w:p>
    <w:p>
      <w:pPr>
        <w:jc w:val="right"/>
      </w:pPr>
      <w:r>
        <w:t>کیونکہ ان کو معرفت حاصل نہیں ہوئی تھی۔ کیا لکھتے ہیں؟ کتاب لکھتے ہو؟ کتاب کیا لکھتے ہو؟ تو</w:t>
      </w:r>
    </w:p>
    <w:p>
      <w:r>
        <w:rPr>
          <w:b/>
        </w:rPr>
        <w:t xml:space="preserve">[29:05] </w:t>
      </w:r>
      <w:r>
        <w:t>misalan</w:t>
      </w:r>
    </w:p>
    <w:p>
      <w:pPr>
        <w:jc w:val="right"/>
      </w:pPr>
      <w:r>
        <w:t>مثلاً</w:t>
      </w:r>
    </w:p>
    <w:p>
      <w:r>
        <w:rPr>
          <w:b/>
        </w:rPr>
        <w:t xml:space="preserve">[29:09] </w:t>
      </w:r>
      <w:r>
        <w:t>ibn ibn Qayyim bohat bare scholar ban jaate hain jo Tatari daur ke baad paida hue. unhone likha hai ke qalb al-momin arsh al-rahman.</w:t>
      </w:r>
    </w:p>
    <w:p>
      <w:pPr>
        <w:jc w:val="right"/>
      </w:pPr>
      <w:r>
        <w:t>ابن ابن قیم بہت بڑے اسکالر بن جاتے ہیں جو تاتاری دور کے بعد پیدا ہوئے۔ انہوں نے لکھا ہے کہ قلب المومن عرش الرحمن۔</w:t>
      </w:r>
    </w:p>
    <w:p>
      <w:r>
        <w:rPr>
          <w:b/>
        </w:rPr>
        <w:t xml:space="preserve">[29:25] </w:t>
      </w:r>
      <w:r>
        <w:t>qalb al-momin arsh al-rahman. yaani momin ka dil Allah ka arsh hai. ab kitni afsurda baat hai!</w:t>
      </w:r>
    </w:p>
    <w:p>
      <w:pPr>
        <w:jc w:val="right"/>
      </w:pPr>
      <w:r>
        <w:t>قلب المومن عرش الرحمن۔ یعنی مومن کا دل اللہ کا عرش ہے۔ اب کتنی افسردہ بات ہے!</w:t>
      </w:r>
    </w:p>
    <w:p>
      <w:r>
        <w:rPr>
          <w:b/>
        </w:rPr>
        <w:t xml:space="preserve">[29:35] </w:t>
      </w:r>
      <w:r>
        <w:t>kitni afsurda baat</w:t>
      </w:r>
    </w:p>
    <w:p>
      <w:pPr>
        <w:jc w:val="right"/>
      </w:pPr>
      <w:r>
        <w:t>کتنی افسردہ بات</w:t>
      </w:r>
    </w:p>
    <w:p>
      <w:r>
        <w:rPr>
          <w:b/>
        </w:rPr>
        <w:t xml:space="preserve">[29:36] </w:t>
      </w:r>
      <w:r>
        <w:t>hai! Quran mein to hai ke Allah ka takht saare zameen o aasman par chhaya hua hai. Kursi al-samawat wal ard. Kursi ka alfaaz hain: wasi'a Kursi al-samawat wal ard.</w:t>
      </w:r>
    </w:p>
    <w:p>
      <w:pPr>
        <w:jc w:val="right"/>
      </w:pPr>
      <w:r>
        <w:t>ہے! قرآن میں تو ہے کہ اللہ کا تخت سارے زمین و آسمان پر چھایا ہوا ہے۔ کرسی السماوات والارض۔ کرسی کا الفاظ ہیں: وسیع کرسی السماوات والارض۔</w:t>
      </w:r>
    </w:p>
    <w:p>
      <w:r>
        <w:rPr>
          <w:b/>
        </w:rPr>
        <w:t xml:space="preserve">[29:50] </w:t>
      </w:r>
      <w:r>
        <w:t>Allah ka takht iqtadar saare zameen o aasman par phaila hua hai aur aap is ko momin ke pe uthaye hue hain. bilkul afsurda baat hai yeh.</w:t>
      </w:r>
    </w:p>
    <w:p>
      <w:pPr>
        <w:jc w:val="right"/>
      </w:pPr>
      <w:r>
        <w:t>اللہ کا تخت اقتدار سارے زمین و آسمان پر پھیلا ہوا ہے اور آپ اس کو مومن کے پہ اٹھائے ہوئے ہیں۔ بالکل افسردہ بات ہے یہ۔</w:t>
      </w:r>
    </w:p>
    <w:p>
      <w:r>
        <w:rPr>
          <w:b/>
        </w:rPr>
        <w:t xml:space="preserve">[30:02] </w:t>
      </w:r>
      <w:r>
        <w:t>to is ko janiye ke marifat darwaza khula tha Hazrat Musa ke zamane mein lekin woh materialize hua Galileo ke zamane mein aur phir mazeed woh barha baat ko sciences ke daur mein.</w:t>
      </w:r>
    </w:p>
    <w:p>
      <w:pPr>
        <w:jc w:val="right"/>
      </w:pPr>
      <w:r>
        <w:t>تو اس کو جانیے کہ معرفت دروازہ کھلا تھا حضرت موسیٰ کے زمانے میں لیکن وہ مٹیریلائز ہوا گلیلیو کے زمانے میں اور پھر مزید وہ بڑھا بات کو سائنسز کے دور میں۔</w:t>
      </w:r>
    </w:p>
    <w:p>
      <w:r>
        <w:rPr>
          <w:b/>
        </w:rPr>
        <w:t xml:space="preserve">[30:22] </w:t>
      </w:r>
      <w:r>
        <w:t>hamara mission yeh hai ke hum is daur rehmat ko istemal karein, Allah ke marifat ko dunya tak pohnchayein aur Allah ke marifat ka jo wahid khurak kitab hai woh Quran hai.</w:t>
      </w:r>
    </w:p>
    <w:p>
      <w:pPr>
        <w:jc w:val="right"/>
      </w:pPr>
      <w:r>
        <w:t>ہمارا مشن یہ ہے کہ ہم اس دور رحمت کو استعمال کریں، اللہ کے معرفت کو دنیا تک پہنچائیں اور اللہ کے معرفت کا جو واحد خوراک کتاب ہے وہ قرآن ہے۔</w:t>
      </w:r>
    </w:p>
    <w:p>
      <w:r>
        <w:rPr>
          <w:b/>
        </w:rPr>
        <w:t xml:space="preserve">[30:37] </w:t>
      </w:r>
      <w:r>
        <w:t>Allah ki marifat ka jo kitab hai wahid woh Quran hai. Qurani mein padha gaya aap ke samne. aap ke samne padha gaya.</w:t>
      </w:r>
    </w:p>
    <w:p>
      <w:pPr>
        <w:jc w:val="right"/>
      </w:pPr>
      <w:r>
        <w:t>اللہ کی معرفت کا جو کتاب ہے واحد وہ قرآن ہے۔ قرآنی میں پڑھا گیا آپ کے سامنے۔ آپ کے سامنے پڑھا گیا۔</w:t>
      </w:r>
    </w:p>
    <w:p>
      <w:r>
        <w:rPr>
          <w:b/>
        </w:rPr>
        <w:t xml:space="preserve">[30:48] </w:t>
      </w:r>
      <w:r>
        <w:t>to main Allah se dua karta hoon ke Allah taala hum sab ko tofeeq de aur humein Allah ki marifat hasil ho.</w:t>
      </w:r>
    </w:p>
    <w:p>
      <w:pPr>
        <w:jc w:val="right"/>
      </w:pPr>
      <w:r>
        <w:t>تو میں اللہ سے دعا کرتا ہوں کہ اللہ تعالیٰ ہم سب کو توفیق دے اور ہمیں اللہ کی معرفت حاصل ہو۔</w:t>
      </w:r>
    </w:p>
    <w:p>
      <w:r>
        <w:rPr>
          <w:b/>
        </w:rPr>
        <w:t xml:space="preserve">[30:57] </w:t>
      </w:r>
      <w:r>
        <w:t>hum dunya ko Allah ka عارف banayein aur dunya ko jannat ka rasta dikhayein. Assalamualaikum Warahmatullahi.</w:t>
      </w:r>
    </w:p>
    <w:p>
      <w:pPr>
        <w:jc w:val="right"/>
      </w:pPr>
      <w:r>
        <w:t>ہم دنیا کو اللہ کا عارف بنائیں اور دنیا کو جنت کا راستہ دکھائیں۔ السلام علیکم ورحمۃ اللہ۔</w:t>
      </w:r>
    </w:p>
    <w:p>
      <w:r>
        <w:rPr>
          <w:b/>
        </w:rPr>
        <w:t xml:space="preserve">[31:19] </w:t>
      </w:r>
      <w:r>
        <w:t>okay, ah, before we get into the ah open house interaction with all of you, some ah very great announcement which i wanted to share with everyone present here and also all those ah people who are watching this program live.</w:t>
      </w:r>
    </w:p>
    <w:p>
      <w:pPr>
        <w:jc w:val="right"/>
      </w:pPr>
      <w:r>
        <w:t>اوکے، آہ، بیفور وی گیٹ انٹو دی آہ اوپن ہاؤس انٹریکشن ود ال اف یو، سم آہ ویری گریٹ اناؤنسمنٹ وچ ائی وانٹڈ ٹو شیئر ود ایوری ون پریزنٹ ہیر اینڈ السو ال دوز آہ پیپل ہو آر واچنگ دس پروگرام لائیو۔</w:t>
      </w:r>
    </w:p>
    <w:p>
      <w:r>
        <w:rPr>
          <w:b/>
        </w:rPr>
        <w:t xml:space="preserve">[31:36] </w:t>
      </w:r>
      <w:r>
        <w:t>ah, what can be great ah in a Quran conference ah then launching you know another translation of Quran ah here in this platform?</w:t>
      </w:r>
    </w:p>
    <w:p>
      <w:pPr>
        <w:jc w:val="right"/>
      </w:pPr>
      <w:r>
        <w:t>آہ، واٹ کین بی گریٹ آہ ان ا قرآن کانفرنس آہ دین لانچنگ یو نو انادر ٹرانسلیشن اف قرآن آہ ہیر ان دس پلیٹ فارم؟</w:t>
      </w:r>
    </w:p>
    <w:p>
      <w:r>
        <w:rPr>
          <w:b/>
        </w:rPr>
        <w:t xml:space="preserve">[31:46] </w:t>
      </w:r>
      <w:r>
        <w:t>so we are very pleased to share with everyone that one more translation of Quran has been completed by great efforts of Rejouri team or jo Quran ka translation kiya hai woh ah muhtarma Azra Chaudhry ne kiya hai jo Rejouri team ah mein hai aur she is an MA in Dogri and an MA in Hindi.</w:t>
      </w:r>
    </w:p>
    <w:p>
      <w:pPr>
        <w:jc w:val="right"/>
      </w:pPr>
      <w:r>
        <w:t>سو وی آر ویری پلیز ٹو شیئر ود ایوری ون دیٹ ون مور ٹرانسلیشن اف قرآن ہیز بین کمپلیٹڈ بائے گریٹ ایفرٹس اف رجوری ٹیم اور جو قرآن کا ٹرانسلیشن کیا ہے وہ آہ محترمہ ازرا چوہدری نے کیا ہے جو رجوری ٹیم آہ میں ہے اور شی از ا ایم اے ان ڈوگری اینڈ این ایم اے ان ہندی۔</w:t>
      </w:r>
    </w:p>
    <w:p>
      <w:r>
        <w:rPr>
          <w:b/>
        </w:rPr>
        <w:t xml:space="preserve">[32:11] </w:t>
      </w:r>
      <w:r>
        <w:t>she hez also compiled dogri dictionary. she waz also the editor of hindi magazine shiraza aah of jammu kashmir academy of art college and languages.</w:t>
      </w:r>
    </w:p>
    <w:p>
      <w:pPr>
        <w:jc w:val="right"/>
      </w:pPr>
      <w:r>
        <w:t>شی ہیز السو کمپائلڈ ڈوگری ڈکشنری۔ شی واز السو دی ایڈیٹر اف ہندی میگزین شیرازہ آہ اف جموں کشمیر اکیڈمی اف آرٹ کالج اینڈ لینگویجز۔</w:t>
      </w:r>
    </w:p>
    <w:p>
      <w:r>
        <w:rPr>
          <w:b/>
        </w:rPr>
        <w:t xml:space="preserve">[32:24] </w:t>
      </w:r>
      <w:r>
        <w:t>dis translation is based on maulana wahiduddin khan translation of the quran aah including tazkir al-quran aur aah mein dawat dena chahunga aah muhtarama azra chaudhry ko jo is waqt maujood hain yahan pe.</w:t>
      </w:r>
    </w:p>
    <w:p>
      <w:pPr>
        <w:jc w:val="right"/>
      </w:pPr>
      <w:r>
        <w:t>دس ٹرانسلیشن از بیسڈ ان مولانا وحید الدین خان ٹرانسلیشن اف دا قرآن آہ انکلوڈنگ تذکر القرآن اور آہ میں دعوت دینا چاہوں گا آہ محترمہ ازرا چوہدری کو جو اس وقت موجود ہیں یہاں پہ۔</w:t>
      </w:r>
    </w:p>
    <w:p>
      <w:r>
        <w:rPr>
          <w:b/>
        </w:rPr>
        <w:t xml:space="preserve">[32:42] </w:t>
      </w:r>
      <w:r>
        <w:t>aah maulana will be launching the dogri translation of quran. dogri is a language which is spoken by almost five million people in india and pakistan.</w:t>
      </w:r>
    </w:p>
    <w:p>
      <w:pPr>
        <w:jc w:val="right"/>
      </w:pPr>
      <w:r>
        <w:t>آہ مولانا ول بی لانچنگ دی ڈوگری ٹرانسلیشن اف قرآن۔ ڈوگری از ا لینگویج وچ از سپوکن بائے الموسٹ فائیو ملین پیپل ان انڈیا اینڈ پاکستان۔</w:t>
      </w:r>
    </w:p>
    <w:p>
      <w:r>
        <w:rPr>
          <w:b/>
        </w:rPr>
        <w:t xml:space="preserve">[32:52] </w:t>
      </w:r>
      <w:r>
        <w:t>so it waz a very important translation aah which needed to be done. to mein un ko invite karunga sath mein un ke husband chaudhry salman ullah sahib ko.</w:t>
      </w:r>
    </w:p>
    <w:p>
      <w:pPr>
        <w:jc w:val="right"/>
      </w:pPr>
      <w:r>
        <w:t>سو اٹ واز ا ویری امپورٹنٹ ٹرانسلیشن آہ وچ نیڈڈ ٹو بی ڈن۔ تو میں ان کو انوائٹ کروں گا ساتھ میں ان کے ہسبینڈ چوہدری سلمان اللہ صاحب کو۔</w:t>
      </w:r>
    </w:p>
    <w:p>
      <w:r>
        <w:rPr>
          <w:b/>
        </w:rPr>
        <w:t xml:space="preserve">[33:03] </w:t>
      </w:r>
      <w:r>
        <w:t>assalam o alaikum salamat ullah sahib ko aah aur un ke sath associate rahi hain muhtarama shamima akhtar, maulana abdul qayyum nadvi sahib, farooq master sahib and doctor saniya sanain khan sahib to come here on the stage and and launch dogri language translation of quran.</w:t>
      </w:r>
    </w:p>
    <w:p>
      <w:pPr>
        <w:jc w:val="right"/>
      </w:pPr>
      <w:r>
        <w:t>السلام علیکم سلامت اللہ صاحب کو آہ اور ان کے ساتھ ایسوسیٹ رہی ہیں محترمہ شمیمہ اختر، مولانا عبدالقیوم ندوی صاحب، فاروق مستر صاحب اینڈ ڈاکٹر سانیا سنین خان صاحب ٹو کم ہیر ان دا سٹیج اینڈ اینڈ لانچ ڈوگری لینگویج ٹرانسلیشن اف قرآن۔</w:t>
      </w:r>
    </w:p>
    <w:p>
      <w:r>
        <w:rPr>
          <w:b/>
        </w:rPr>
        <w:t xml:space="preserve">[33:26] </w:t>
      </w:r>
      <w:r>
        <w:t>dekhiye, mein samajhta hoon ke</w:t>
      </w:r>
    </w:p>
    <w:p>
      <w:pPr>
        <w:jc w:val="right"/>
      </w:pPr>
      <w:r>
        <w:t>دیکھیے، میں سمجھتا ہوں کہ</w:t>
      </w:r>
    </w:p>
    <w:p>
      <w:r>
        <w:rPr>
          <w:b/>
        </w:rPr>
        <w:t xml:space="preserve">[33:33] </w:t>
      </w:r>
      <w:r>
        <w:t>allah taala ka yeh bohat hi bari blessing hai ke hamari team ke logon mein aik aag lagi hui hai.</w:t>
      </w:r>
    </w:p>
    <w:p>
      <w:pPr>
        <w:jc w:val="right"/>
      </w:pPr>
      <w:r>
        <w:t>اللہ تعالیٰ کا یہ بہت ہی بڑی بلیسنگ ہے کہ ہماری ٹیم کے لوگوں میں ایک اگ لگی ہوئی ہے۔</w:t>
      </w:r>
    </w:p>
    <w:p>
      <w:r>
        <w:rPr>
          <w:b/>
        </w:rPr>
        <w:t xml:space="preserve">[33:47] </w:t>
      </w:r>
      <w:r>
        <w:t>chahe yahan kahoon ya america kahoon, new zealand kahoon, logon ke dil mein aik aag lagi hui hai ke woh allah ki kitab ko logon ki understandable language mein,</w:t>
      </w:r>
    </w:p>
    <w:p>
      <w:pPr>
        <w:jc w:val="right"/>
      </w:pPr>
      <w:r>
        <w:t>چاہے یہاں کہوں یا امریکہ کہوں، نیوزی لینڈ کہوں، لوگوں کے دلوں میں ایک اگ لگی ہوئی ہے کہ وہ اللہ کی کتاب کو لوگوں کی انڈرسٹینڈیبل لینگویج میں،</w:t>
      </w:r>
    </w:p>
    <w:p>
      <w:r>
        <w:rPr>
          <w:b/>
        </w:rPr>
        <w:t xml:space="preserve">[34:01] </w:t>
      </w:r>
      <w:r>
        <w:t>logon ke understandable language mein logon tak pohanchayen. isi liye abhi time lagate hain, energy lagate hain, paisa lagate hain, sochte hain, planning karte hain.</w:t>
      </w:r>
    </w:p>
    <w:p>
      <w:pPr>
        <w:jc w:val="right"/>
      </w:pPr>
      <w:r>
        <w:t>لوگوں کے انڈرسٹینڈیبل لینگویج میں لوگوں تک پہنچائیں۔ اسی لیے ابھی ٹائم لگاتے ہیں، انرجی لگاتے ہیں، پیسہ لگاتے ہیں، سوچتے ہیں، پلاننگ کرتے ہیں۔</w:t>
      </w:r>
    </w:p>
    <w:p>
      <w:r>
        <w:rPr>
          <w:b/>
        </w:rPr>
        <w:t xml:space="preserve">[34:13] </w:t>
      </w:r>
      <w:r>
        <w:t>to mein apni dua ke sath in ki is kitab ko release kar raha hoon aur dua karta hoon ke allah taala is ko khoob khoob qabooliyat ata farmaye aur is se logon ko hidayat milay.</w:t>
      </w:r>
    </w:p>
    <w:p>
      <w:pPr>
        <w:jc w:val="right"/>
      </w:pPr>
      <w:r>
        <w:t>تو میں اپنی دعا کے ساتھ ان کی اس کتاب کو ریلیز کر رہا ہوں اور دعا کرتا ہوں کہ اللہ تعالیٰ اس کو خوب خوب قبولیت عطا فرمائے اور اس سے لوگوں کو ہدایت ملے۔</w:t>
      </w:r>
    </w:p>
    <w:p>
      <w:r>
        <w:rPr>
          <w:b/>
        </w:rPr>
        <w:t xml:space="preserve">[34:29] </w:t>
      </w:r>
      <w:r>
        <w:t>okay, yesterday there are more some important releases to be done by maulana sahib. yesterday you all heard doctor naghma siddiqui on the courses that have been completed.</w:t>
      </w:r>
    </w:p>
    <w:p>
      <w:pPr>
        <w:jc w:val="right"/>
      </w:pPr>
      <w:r>
        <w:t>اوکے، یسٹرڈے دیر آر مور سم امپورٹنٹ ریلیزز ٹو بی ڈن بائے مولانا صاحب۔ یسٹرڈے یو آل ہرڈ ڈاکٹر نغمہ صدیقی ان دی کورسز دیٹ ہیو بین کمپلیٹڈ۔</w:t>
      </w:r>
    </w:p>
    <w:p>
      <w:r>
        <w:rPr>
          <w:b/>
        </w:rPr>
        <w:t xml:space="preserve">[34:41] </w:t>
      </w:r>
      <w:r>
        <w:t>so six courses have been fully completed and they are also available on udemy.com. the flyer has also been shared on the quran conference group and maulana sahib, will request maulana sahib to launch all the six courses.</w:t>
      </w:r>
    </w:p>
    <w:p>
      <w:pPr>
        <w:jc w:val="right"/>
      </w:pPr>
      <w:r>
        <w:t>سو سکس کورسز ہیو بین فلی کمپلیٹڈ اینڈ دے آر السو اویلیبل ان یو ڈیمی ڈاٹ کام۔ دا فلائر ہیز السو بین شیئرڈ ان دا قرآن کانفرنس گروپ اینڈ مولانا صاحب، ول ریکویسٹ مولانا صاحب ٹو لانچ ال دی سکس کورسز۔</w:t>
      </w:r>
    </w:p>
    <w:p>
      <w:r>
        <w:rPr>
          <w:b/>
        </w:rPr>
        <w:t xml:space="preserve">[34:58] </w:t>
      </w:r>
      <w:r>
        <w:t>you can also contact later on doctor naghma on her email id naghma at cpsglobal.org. aur agar aap is ko apne local universities, apne area mein colleges hain, wahan pe aap yeh course launch karna chahte hain to please contact her and we will get back to you with all the details.</w:t>
      </w:r>
    </w:p>
    <w:p>
      <w:pPr>
        <w:jc w:val="right"/>
      </w:pPr>
      <w:r>
        <w:t>یو کین السو کانٹیکٹ لیٹر ان ڈاکٹر نغمہ ان ہر ای میل ائی ڈی نغمہ ایٹ سی پی ایس گلوبل ڈاٹ او آر جی۔ اور اگر آپ اس کو اپنے لوکل یونیورسٹیز، اپنے ایریا میں کالجز ہیں، وہاں پہ آپ یہ کورس لانچ کرنا چاہتے ہیں تو پلیز کانٹیکٹ ہر اینڈ وی ول گیٹ بیک ٹو یو ود ال دی ڈیٹیلز۔</w:t>
      </w:r>
    </w:p>
    <w:p>
      <w:r>
        <w:rPr>
          <w:b/>
        </w:rPr>
        <w:t xml:space="preserve">[35:18] </w:t>
      </w:r>
      <w:r>
        <w:t>aah, mein one by one maulana sahib ko request karunga ke is ko launch karein. pehla jo course hai woh hai quran study ka.</w:t>
      </w:r>
    </w:p>
    <w:p>
      <w:pPr>
        <w:jc w:val="right"/>
      </w:pPr>
      <w:r>
        <w:t>آہ، میں ون بائی ون مولانا صاحب کو ریکویسٹ کروں گا کہ اس کو لانچ کریں۔ پہلا جو کورس ہے وہ ہے قرآن سٹڈی کا۔</w:t>
      </w:r>
    </w:p>
    <w:p>
      <w:r>
        <w:rPr>
          <w:b/>
        </w:rPr>
        <w:t xml:space="preserve">[35:33] </w:t>
      </w:r>
      <w:r>
        <w:t>mein apni duaon ke sath is kitab ko launch kar raha hoon. allah taala is ko qabool farmaye, is ke zariye logon ko faida pohanchaye, allah ki kitab ka un ko ilm ho.</w:t>
      </w:r>
    </w:p>
    <w:p>
      <w:pPr>
        <w:jc w:val="right"/>
      </w:pPr>
      <w:r>
        <w:t>میں اپنی دعاؤں کے ساتھ اس کتاب کو لانچ کر رہا ہوں۔ اللہ تعالیٰ اس کو قبول فرمائے، اس کے ذریعے لوگوں کو فائدہ پہنچائے، اللہ کی کتاب کا ان کو علم ہو۔</w:t>
      </w:r>
    </w:p>
    <w:p>
      <w:r>
        <w:rPr>
          <w:b/>
        </w:rPr>
        <w:t xml:space="preserve">[35:53] </w:t>
      </w:r>
      <w:r>
        <w:t>masha allah. the next one is culture of peace.</w:t>
      </w:r>
    </w:p>
    <w:p>
      <w:pPr>
        <w:jc w:val="right"/>
      </w:pPr>
      <w:r>
        <w:t>ماشاءاللہ۔ دا نیکسٹ ون از کلچر اف پیس۔</w:t>
      </w:r>
    </w:p>
    <w:p>
      <w:r>
        <w:rPr>
          <w:b/>
        </w:rPr>
        <w:t xml:space="preserve">[36:03] </w:t>
      </w:r>
      <w:r>
        <w:t>yeh kitab bhi dekhiye, bohat hi important hai, bohat ziyada important hai. jin logon ne is ko kitab ko tayyar kiya hai, mein un ke liye khaas duaen karta hoon.</w:t>
      </w:r>
    </w:p>
    <w:p>
      <w:pPr>
        <w:jc w:val="right"/>
      </w:pPr>
      <w:r>
        <w:t>یہ کتاب بھی دیکھیے، بہت ہی امپورٹنٹ ہے، بہت زیادہ امپورٹنٹ ہے۔ جن لوگوں نے اس کو کتاب کو تیار کیا ہے، میں ان کے لیے خاص دعائیں کرتا ہوں۔</w:t>
      </w:r>
    </w:p>
    <w:p>
      <w:r>
        <w:rPr>
          <w:b/>
        </w:rPr>
        <w:t xml:space="preserve">[36:15] </w:t>
      </w:r>
      <w:r>
        <w:t>allah taala is ko qabool farmaye, inshallah.</w:t>
      </w:r>
    </w:p>
    <w:p>
      <w:pPr>
        <w:jc w:val="right"/>
      </w:pPr>
      <w:r>
        <w:t>اللہ تعالیٰ اس کو قبول فرمائے، انشاءاللہ۔</w:t>
      </w:r>
    </w:p>
    <w:p>
      <w:r>
        <w:rPr>
          <w:b/>
        </w:rPr>
        <w:t xml:space="preserve">[36:21] </w:t>
      </w:r>
      <w:r>
        <w:t>nation first.</w:t>
      </w:r>
    </w:p>
    <w:p>
      <w:pPr>
        <w:jc w:val="right"/>
      </w:pPr>
      <w:r>
        <w:t>نیشن فرسٹ۔</w:t>
      </w:r>
    </w:p>
    <w:p>
      <w:r>
        <w:rPr>
          <w:b/>
        </w:rPr>
        <w:t xml:space="preserve">[36:26] </w:t>
      </w:r>
      <w:r>
        <w:t>yeh kitab bhi bohat hi important hai. is ke musannifeen ko mein dua karta hoon ke allah taala un ki koshish ko qabool farmaye aur is kitab ko qabool aam ata farmaye.</w:t>
      </w:r>
    </w:p>
    <w:p>
      <w:pPr>
        <w:jc w:val="right"/>
      </w:pPr>
      <w:r>
        <w:t>یہ کتاب بھی بہت ہی امپورٹنٹ ہے۔ اس کے مصنفین کو میں دعا کرتا ہوں کہ اللہ تعالیٰ ان کی کوشش کو قبول فرمائے اور اس کتاب کو قبول عام عطا فرمائے۔</w:t>
      </w:r>
    </w:p>
    <w:p>
      <w:r>
        <w:rPr>
          <w:b/>
        </w:rPr>
        <w:t xml:space="preserve">[36:43] </w:t>
      </w:r>
      <w:r>
        <w:t>countering violent extremism.</w:t>
      </w:r>
    </w:p>
    <w:p>
      <w:pPr>
        <w:jc w:val="right"/>
      </w:pPr>
      <w:r>
        <w:t>کاؤنٹرنگ وائلنٹ ایکسٹریمزم۔</w:t>
      </w:r>
    </w:p>
    <w:p>
      <w:r>
        <w:rPr>
          <w:b/>
        </w:rPr>
        <w:t xml:space="preserve">[36:49] </w:t>
      </w:r>
      <w:r>
        <w:t>yeh kitab bhi bohat hi important subject pe hai, bohat hi important. mein dua karta hoon ke allah taala is ke musannifeen ko ajr jazeel ata farmayen aur is kitab ko qabooliyat hasil ho.</w:t>
      </w:r>
    </w:p>
    <w:p>
      <w:pPr>
        <w:jc w:val="right"/>
      </w:pPr>
      <w:r>
        <w:t>یہ کتاب بھی بہت ہی امپورٹنٹ سبجیکٹ پہ ہے، بہت ہی امپورٹنٹ۔ میں دعا کرتا ہوں کہ اللہ تعالیٰ اس کے مصنفین کو اجر جزیل عطا فرمائیں اور اس کتاب کو قبولیت حاصل ہو۔</w:t>
      </w:r>
    </w:p>
    <w:p>
      <w:r>
        <w:rPr>
          <w:b/>
        </w:rPr>
        <w:t xml:space="preserve">[37:09] </w:t>
      </w:r>
      <w:r>
        <w:t>do courses aur hain: conflict resolution and peace building. masha allah, yeh kitab bhi bohat hi important subject pe hai aur zaroor allah taala is ko qabool farmayenge aur is ke jin logon ne is ko tayyar kiya hai,</w:t>
      </w:r>
    </w:p>
    <w:p>
      <w:pPr>
        <w:jc w:val="right"/>
      </w:pPr>
      <w:r>
        <w:t>دو کورسز اور ہیں: کنفلکٹ ریزولیوشن اینڈ پیس بلڈنگ۔ ماشاءاللہ، یہ کتاب بھی بہت ہی امپورٹنٹ سبجیکٹ پہ ہے اور ضرور اللہ تعالیٰ اس کو قبول فرمائیں گے اور اس کے جن لوگوں نے اس کو تیار کیا ہے،</w:t>
      </w:r>
    </w:p>
    <w:p>
      <w:r>
        <w:rPr>
          <w:b/>
        </w:rPr>
        <w:t xml:space="preserve">[37:34] </w:t>
      </w:r>
      <w:r>
        <w:t>un ko allah ki khaas madad hasil hogi. and the last one: interfaith dialogue for peace making. dekhiye, yeh kitab bhi bohat hi important subject pe hai aur yeh bohat hi important hai quran ko aam karne ke liye.</w:t>
      </w:r>
    </w:p>
    <w:p>
      <w:pPr>
        <w:jc w:val="right"/>
      </w:pPr>
      <w:r>
        <w:t>ان کو اللہ کی خاص مدد حاصل ہوگی۔ اینڈ دا لاسٹ ون: انٹرفیٹ ڈائیلاگ فار پیس میکنگ۔ دیکھیے، یہ کتاب بھی بہت ہی امپورٹنٹ سبجیکٹ پہ ہے اور یہ بہت ہی امپورٹنٹ ہے قرآن کو عام کرنے کے لیے۔</w:t>
      </w:r>
    </w:p>
    <w:p>
      <w:r>
        <w:rPr>
          <w:b/>
        </w:rPr>
        <w:t xml:space="preserve">[37:57] </w:t>
      </w:r>
      <w:r>
        <w:t>allah taala qabool farmaye.</w:t>
      </w:r>
    </w:p>
    <w:p>
      <w:pPr>
        <w:jc w:val="right"/>
      </w:pPr>
      <w:r>
        <w:t>اللہ تعالیٰ قبول فرمائے۔</w:t>
      </w:r>
    </w:p>
    <w:p>
      <w:r>
        <w:rPr>
          <w:b/>
        </w:rPr>
        <w:t xml:space="preserve">[38:01] </w:t>
      </w:r>
      <w:r>
        <w:t>molana sahib ne ek bar hi ek bat kahi thi ke every person is a born seeker, but every seeker is a not a finder.</w:t>
      </w:r>
    </w:p>
    <w:p>
      <w:pPr>
        <w:jc w:val="right"/>
      </w:pPr>
      <w:r>
        <w:t>مولانا صاحب نے ایک بار ہی ایک بات کہی تھی کہ ایوری پرسن از ا بورن سیکر، بٹ ایوری سیکر از ا ناٹ ا فائنڈر۔</w:t>
      </w:r>
    </w:p>
    <w:p>
      <w:r>
        <w:rPr>
          <w:b/>
        </w:rPr>
        <w:t xml:space="preserve">[38:12] </w:t>
      </w:r>
      <w:r>
        <w:t>molana sahib ki yeh koshish rahi hai ke aise questions jo spirituality, existence, hereafter ko le ke answer karein.</w:t>
      </w:r>
    </w:p>
    <w:p>
      <w:pPr>
        <w:jc w:val="right"/>
      </w:pPr>
      <w:r>
        <w:t>مولانا صاحب کی یہ کوشش رہی ہے کہ ایسے کوئسچنز جو سپرچویلٹی، ایگزسٹنس، ایئر افٹر کو لے کے انسر کریں۔</w:t>
      </w:r>
    </w:p>
    <w:p>
      <w:r>
        <w:rPr>
          <w:b/>
        </w:rPr>
        <w:t xml:space="preserve">[38:21] </w:t>
      </w:r>
      <w:r>
        <w:t>ek koshish bhi shuru ki gayi thi quora mein, jahan molana sahib questions ko answer karte the aur bohat questions aate the pure world se.</w:t>
      </w:r>
    </w:p>
    <w:p>
      <w:pPr>
        <w:jc w:val="right"/>
      </w:pPr>
      <w:r>
        <w:t>ایک کوشش بھی شروع کی گئی تھی کورا میں، جہاں مولانا صاحب کوئسچنز کو انسر کرتے تھے اور بہت کوئسچنز آتے تھے پورے ورلڈ سے۔</w:t>
      </w:r>
    </w:p>
    <w:p>
      <w:r>
        <w:rPr>
          <w:b/>
        </w:rPr>
        <w:t xml:space="preserve">[38:32] </w:t>
      </w:r>
      <w:r>
        <w:t>In fact, 2018 mein Quora declared Maulana Wahiduddin Khan Sahib as the top writer in the Quora and isi koshish ko book mein tabdeel kiya gaya hai with the help of the editorial team comprising of Professor Farida Khanum, Miss Raziya Siddiqui, Muhammad Asad Pervez and Miss Mariya Khan.</w:t>
      </w:r>
    </w:p>
    <w:p>
      <w:pPr>
        <w:jc w:val="right"/>
      </w:pPr>
      <w:r>
        <w:t>ان فیکٹ، 2018 میں کورا ڈیکلیئرڈ مولانا وحید الدین خان صاحب ایز دا ٹاپ رائٹر ان دی کورا اینڈ اسی کوشش کو بک میں تبدیل کیا گیا ہے ود دی ہیلپ اف دی ایڈیٹوریل ٹیم کمپرائزنگ اف پروفیسر فریدہ خانم، مس راضیہ صدیقی، محمد اسد پرویز اینڈ مس ماریہ خان۔</w:t>
      </w:r>
    </w:p>
    <w:p>
      <w:r>
        <w:rPr>
          <w:b/>
        </w:rPr>
        <w:t xml:space="preserve">[38:55] </w:t>
      </w:r>
      <w:r>
        <w:t>and this is a book which answers questions on god, islam, peace and spirituality and wisdom. so if any person is a seeker, this book is a ready manual for him to understand the concept of god and what is wisdom.</w:t>
      </w:r>
    </w:p>
    <w:p>
      <w:pPr>
        <w:jc w:val="right"/>
      </w:pPr>
      <w:r>
        <w:t>اینڈ دس از ا بک وچ انسرز کوئسچنز ان گاڈ، اسلام، پیس اینڈ سپرچویلٹی اینڈ وزڈم۔ سو اف اینی پرسن از ا سیکر، دس بک از ا ریڈی مینول فار ہم ٹو انڈرسٹینڈ دی کانسیپٹ اف گاڈ اینڈ واٹ از وزڈم۔</w:t>
      </w:r>
    </w:p>
    <w:p>
      <w:r>
        <w:rPr>
          <w:b/>
        </w:rPr>
        <w:t xml:space="preserve">[39:11] </w:t>
      </w:r>
      <w:r>
        <w:t>its a a book with one one page question and answer, but it explains beautifully the questions that comes into the mind of any ordinary person with respect to spirituality and existential questions.</w:t>
      </w:r>
    </w:p>
    <w:p>
      <w:pPr>
        <w:jc w:val="right"/>
      </w:pPr>
      <w:r>
        <w:t>اٹس ا ا بک ود ون ون پیج کوئسچن اینڈ انسر، بٹ اٹ ایکسپلینز بیوٹیفلی دی کوئسچنز دیٹ کمز انٹو دی مائنڈ اف اینی ارڈینری پرسن ود ریسپیکٹ ٹو سپرچویلٹی اینڈ ایگزسٹینشل کوئسچنز۔</w:t>
      </w:r>
    </w:p>
    <w:p>
      <w:r>
        <w:rPr>
          <w:b/>
        </w:rPr>
        <w:t xml:space="preserve">[39:27] </w:t>
      </w:r>
      <w:r>
        <w:t>ah, yeh abhi publish hui hai and this is book which is available for all of you world wide to distribute. and i will request molana sahib to launch this book titled "the seeker's guide: questions on god, islam, peace, spirituality and wisdom".</w:t>
      </w:r>
    </w:p>
    <w:p>
      <w:pPr>
        <w:jc w:val="right"/>
      </w:pPr>
      <w:r>
        <w:t>اہ، یہ ابھی پبلش ہوئی ہے اینڈ دس از بک وچ از اویلیبل فار ال اف یو ورلڈ وائیڈ ٹو ڈسٹریبیوٹ۔ اینڈ ائی ول ریکویسٹ مولانا صاحب ٹو لانچ دس بک ٹائٹلڈ "دا سیکرز گائیڈ: کوئسچنز ان گاڈ، اسلام، پیس، سپرچویلٹی اینڈ وزڈم"۔</w:t>
      </w:r>
    </w:p>
    <w:p>
      <w:r>
        <w:rPr>
          <w:b/>
        </w:rPr>
        <w:t xml:space="preserve">[39:48] </w:t>
      </w:r>
      <w:r>
        <w:t>masha allah, yeh kitab waqai bohat hi anokhi kitab hai aur bohat zyada logon ke liye faide wali hai.</w:t>
      </w:r>
    </w:p>
    <w:p>
      <w:pPr>
        <w:jc w:val="right"/>
      </w:pPr>
      <w:r>
        <w:t>ماشاءاللہ، یہ کتاب واقعی بہت ہی انوکھی کتاب ہے اور بہت زیادہ لوگوں کے لیے فائدے والی ہے۔</w:t>
      </w:r>
    </w:p>
    <w:p>
      <w:r>
        <w:rPr>
          <w:b/>
        </w:rPr>
        <w:t xml:space="preserve">[39:58] </w:t>
      </w:r>
      <w:r>
        <w:t>aap sab logon ko yeh karna hai ke is kitab ko padhein aur phir is ko phailayein, inshallah.</w:t>
      </w:r>
    </w:p>
    <w:p>
      <w:pPr>
        <w:jc w:val="right"/>
      </w:pPr>
      <w:r>
        <w:t>آپ سب لوگوں کو یہ کرنا ہے کہ اس کتاب کو پڑھیں اور پھر اس کو پھیلائیں، انشاءاللہ۔</w:t>
      </w:r>
    </w:p>
    <w:p>
      <w:r>
        <w:rPr>
          <w:b/>
        </w:rPr>
        <w:t xml:space="preserve">[40:11] </w:t>
      </w:r>
      <w:r>
        <w:t>as we all know and most of you have given this feedback ke sab se zyada jo bhi zaroorat hai woh hai molana ki ideology ko hindi mein available karna.</w:t>
      </w:r>
    </w:p>
    <w:p>
      <w:pPr>
        <w:jc w:val="right"/>
      </w:pPr>
      <w:r>
        <w:t>ایز وی آل نو اینڈ موسٹ اف یو ہیو گیون دس فیڈ بیک کہ سب سے زیادہ جو بھی ضرورت ہے وہ ہے مولانا کی آئیڈیالوجی کو ہندی میں اویلیبل کرنا۔</w:t>
      </w:r>
    </w:p>
    <w:p>
      <w:r>
        <w:rPr>
          <w:b/>
        </w:rPr>
        <w:t xml:space="preserve">[40:24] </w:t>
      </w:r>
      <w:r>
        <w:t>and this is a one request which had been coming for very long. so yeh ek cps international ki priority bhi thi aur is mein poori koshish ki ja rahi hai.</w:t>
      </w:r>
    </w:p>
    <w:p>
      <w:pPr>
        <w:jc w:val="right"/>
      </w:pPr>
      <w:r>
        <w:t>اینڈ دس از ا ون ریکویسٹ وچ ہیڈ بین کمنگ فار ویری لانگ۔ سو یہ ایک سی پی ایس انٹرنیشنل کی پرائرٹی بھی تھی اور اس میں پوری کوشش کی جا رہی ہے۔</w:t>
      </w:r>
    </w:p>
    <w:p>
      <w:r>
        <w:rPr>
          <w:b/>
        </w:rPr>
        <w:t xml:space="preserve">[40:34] </w:t>
      </w:r>
      <w:r>
        <w:t>aur main bohat khushi ke sath aap sab ke sath yeh share karna chahta hoon ke qareeb aath kitabein jo hain woh hindi mein ab available hain jo molana wahiduddin khan sahib abhi launch kareinge.</w:t>
      </w:r>
    </w:p>
    <w:p>
      <w:pPr>
        <w:jc w:val="right"/>
      </w:pPr>
      <w:r>
        <w:t>اور میں بہت خوشی کے ساتھ آپ سب کے ساتھ یہ شیئر کرنا چاہتا ہوں کہ قریب اٹھ کتابیں جو ہیں وہ ہندی میں اب اویلیبل ہیں جو مولانا وحید الدین خان صاحب ابھی لانچ کریں گے۔</w:t>
      </w:r>
    </w:p>
    <w:p>
      <w:r>
        <w:rPr>
          <w:b/>
        </w:rPr>
        <w:t xml:space="preserve">[40:47] </w:t>
      </w:r>
      <w:r>
        <w:t>aur jo char in mein se main batana chahunga ke kis ne yeh translate kiya hai. to char kitabein jo hain woh kolkata team ke tanveer ahmed sahib hain, ah jo jinhone translate kiya.</w:t>
      </w:r>
    </w:p>
    <w:p>
      <w:pPr>
        <w:jc w:val="right"/>
      </w:pPr>
      <w:r>
        <w:t>اور جو چار ان میں سے میں بتانا چاہوں گا کہ کس نے یہ ٹرانسلیٹ کیا ہے۔ تو چار کتابیں جو ہیں وہ کلکتہ ٹیم کے تنویر احمد صاحب ہیں، اہ جو جنہوں نے ٹرانسلیٹ کیا۔</w:t>
      </w:r>
    </w:p>
    <w:p>
      <w:r>
        <w:rPr>
          <w:b/>
        </w:rPr>
        <w:t xml:space="preserve">[41:00] </w:t>
      </w:r>
      <w:r>
        <w:t>he is an engineer, ah by profession with indian railways. aur un ka bohat hi interesting journey rahi hai ke woh bachpan se jab school mein the to molana sahib ko padhte the jab hindi al risala aata tha.</w:t>
      </w:r>
    </w:p>
    <w:p>
      <w:pPr>
        <w:jc w:val="right"/>
      </w:pPr>
      <w:r>
        <w:t>ہی از این انجینئر، اہ بائی پروفیشن ود انڈین ریلویز۔ اور ان کا بہت ہی انٹرسٹنگ جرنی رہی ہے کہ وہ بچپن سے جب سکول میں تھے تو مولانا صاحب کو پڑھتے تھے جب ہندی ال رسالہ آتا تھا۔</w:t>
      </w:r>
    </w:p>
    <w:p>
      <w:r>
        <w:rPr>
          <w:b/>
        </w:rPr>
        <w:t xml:space="preserve">[41:13] </w:t>
      </w:r>
      <w:r>
        <w:t>jab hindi al risala band ho gaya to unhone padhna bhi band kar diya. lekin phir ek un ke sath hadsa pesh aaya, ek accident hua aur hospital mein unhone phir urdu padhni seekhi.</w:t>
      </w:r>
    </w:p>
    <w:p>
      <w:pPr>
        <w:jc w:val="right"/>
      </w:pPr>
      <w:r>
        <w:t>جب ہندی ال رسالہ بند ہو گیا تو انہوں نے پڑھنا بھی بند کر دیا۔ لیکن پھر ایک ان کے ساتھ حادثہ پیش آیا، ایک ایکسیڈنٹ ہوا اور ہاسپٹل میں انہوں نے پھر اردو پڑھنی سیکھی۔</w:t>
      </w:r>
    </w:p>
    <w:p>
      <w:r>
        <w:rPr>
          <w:b/>
        </w:rPr>
        <w:t xml:space="preserve">[41:25] </w:t>
      </w:r>
      <w:r>
        <w:t>aur yahan tak ke woh jab bohat zyada urdu mein mahir ho gaye to woh urdu literature padhne lage aur molana ki ideology ko phir se follow karne lage.</w:t>
      </w:r>
    </w:p>
    <w:p>
      <w:pPr>
        <w:jc w:val="right"/>
      </w:pPr>
      <w:r>
        <w:t>اور یہاں تک کہ وہ جب بہت زیادہ اردو میں ماہر ہو گئے تو وہ اردو لٹریچر پڑھنے لگے اور مولانا کی آئیڈیالوجی کو پھر سے فالو کرنے لگے۔</w:t>
      </w:r>
    </w:p>
    <w:p>
      <w:r>
        <w:rPr>
          <w:b/>
        </w:rPr>
        <w:t xml:space="preserve">[41:34] </w:t>
      </w:r>
      <w:r>
        <w:t>baad mein un ko realize hua ke aise bohat se log hain jo un ki tarah hain jo sirf hindi mein samajh sakte hain. aur kyunke woh mission se bachpan se taluq rakhte the, molana ka jo mission hai bohat gehrai se samajhte the to unhone yeh initiative liya ke main is ko hindi mein translate karunga.</w:t>
      </w:r>
    </w:p>
    <w:p>
      <w:pPr>
        <w:jc w:val="right"/>
      </w:pPr>
      <w:r>
        <w:t>بعد میں ان کو ریلائز ہوا کہ ایسے بہت سے لوگ ہیں جو ان کی طرح ہیں جو صرف ہندی میں سمجھ سکتے ہیں۔ اور کیونکہ وہ مشن سے بچپن سے تعلق رکھتے تھے، مولانا کا جو مشن ہے بہت گہرائی سے سمجھتے تھے تو انہوں نے یہ انیشیٹیو لیا کہ میں اس کو ہندی میں ٹرانسلیٹ کروں گا۔</w:t>
      </w:r>
    </w:p>
    <w:p>
      <w:r>
        <w:rPr>
          <w:b/>
        </w:rPr>
        <w:t xml:space="preserve">[41:53] </w:t>
      </w:r>
      <w:r>
        <w:t>to taqreeban char kitabein unhone kari hain jin ke titles hain: "ek ishwar vaad ki sachai", "jihad kya hai", "tazkiya atma ka shuddhikaran" aur chauthi kitab hai "maut ki yaad".</w:t>
      </w:r>
    </w:p>
    <w:p>
      <w:pPr>
        <w:jc w:val="right"/>
      </w:pPr>
      <w:r>
        <w:t>تو تقریباً چار کتابیں انہوں نے کری ہیں جن کے ٹائٹل ہیں: "ایک ایشور وات کی سچائی"، "جہاد کیا ہے"، "تزکیہ آتما کا شدی کرن" اور چوتھی کتاب ہے "موت کی یاد"۔</w:t>
      </w:r>
    </w:p>
    <w:p>
      <w:r>
        <w:rPr>
          <w:b/>
        </w:rPr>
        <w:t xml:space="preserve">[42:10] </w:t>
      </w:r>
      <w:r>
        <w:t>to main ek ek kar ke molana wahiduddin khan sahib ko request karunga ke bohat hi important yeh booklets hain jo ab hum sab ke paas available hain distribute karne ke liye, in ko launch karein.</w:t>
      </w:r>
    </w:p>
    <w:p>
      <w:pPr>
        <w:jc w:val="right"/>
      </w:pPr>
      <w:r>
        <w:t>تو میں ایک ایک کر کے مولانا وحید الدین خان صاحب کو ریکویسٹ کروں گا کہ بہت ہی امپورٹنٹ یہ بکلیٹس ہیں جو اب ہم سب کے پاس اویلیبل ہیں ڈسٹریبیوٹ کرنے کے لیے، ان کو لانچ کریں۔</w:t>
      </w:r>
    </w:p>
    <w:p>
      <w:r>
        <w:rPr>
          <w:b/>
        </w:rPr>
        <w:t xml:space="preserve">[42:22] </w:t>
      </w:r>
      <w:r>
        <w:t>sab se pehle jo kitab hai woh hai "ek ishwar vaad ki sachai". masha allah, masha allah, masha allah, ma</w:t>
      </w:r>
    </w:p>
    <w:p>
      <w:pPr>
        <w:jc w:val="right"/>
      </w:pPr>
      <w:r>
        <w:t>سب سے پہلے جو کتاب ہے وہ ہے "ایک ایشور وات کی سچائی"۔ ماشاءاللہ، ماشاءاللہ، ماشاءاللہ، ما</w:t>
      </w:r>
    </w:p>
    <w:p>
      <w:r>
        <w:rPr>
          <w:b/>
        </w:rPr>
        <w:t xml:space="preserve">[42:33] </w:t>
      </w:r>
      <w:r>
        <w:t>sha allah. main dua karta hoon ke yeh kitab jinhone banayi hai, un ko allah taala khoob khoob apna inaam dein aur yeh kitab logon tak khoob phailaye.</w:t>
      </w:r>
    </w:p>
    <w:p>
      <w:pPr>
        <w:jc w:val="right"/>
      </w:pPr>
      <w:r>
        <w:t>شاءاللہ۔ میں دعا کرتا ہوں کہ یہ کتاب جنہوں نے بنائی ہے، ان کو اللہ تعالیٰ خوب خوب اپنا انعام دیں اور یہ کتاب لوگوں تک خوب پھیلے۔</w:t>
      </w:r>
    </w:p>
    <w:p>
      <w:r>
        <w:rPr>
          <w:b/>
        </w:rPr>
        <w:t xml:space="preserve">[42:48] </w:t>
      </w:r>
      <w:r>
        <w:t>"jihad kya hai". is kitab ke logon ko bhi main dua karta hoon ke allah taala un ki is koshish ko qabool farmaye aur sahi jo soch hai woh logon tak pahuche.</w:t>
      </w:r>
    </w:p>
    <w:p>
      <w:pPr>
        <w:jc w:val="right"/>
      </w:pPr>
      <w:r>
        <w:t>"جہاد کیا ہے"۔ اس کتاب کے لوگوں کو بھی میں دعا کرتا ہوں کہ اللہ تعالیٰ ان کی اس کوشش کو قبول فرمائے اور صحیح جو سوچ ہے وہ لوگوں تک پہنچے۔</w:t>
      </w:r>
    </w:p>
    <w:p>
      <w:r>
        <w:rPr>
          <w:b/>
        </w:rPr>
        <w:t xml:space="preserve">[43:08] </w:t>
      </w:r>
      <w:r>
        <w:t>"tazkiya atma ka shuddhikaran". yeh kitab bohat hi important subject par hai.</w:t>
      </w:r>
    </w:p>
    <w:p>
      <w:pPr>
        <w:jc w:val="right"/>
      </w:pPr>
      <w:r>
        <w:t>"تزکیہ آتما کا شدی کرن"۔ یہ کتاب بہت ہی امپورٹنٹ سبجیکٹ پر ہے۔</w:t>
      </w:r>
    </w:p>
    <w:p>
      <w:r>
        <w:rPr>
          <w:b/>
        </w:rPr>
        <w:t xml:space="preserve">[43:17] </w:t>
      </w:r>
      <w:r>
        <w:t>meri dua hai ke allah taala is kitab ko logon ke liye hidayat ka zariya banaye.</w:t>
      </w:r>
    </w:p>
    <w:p>
      <w:pPr>
        <w:jc w:val="right"/>
      </w:pPr>
      <w:r>
        <w:t>میری دعا ہے کہ اللہ تعالیٰ اس کتاب کو لوگوں کے لیے ہدایت کا ذریعہ بنائے۔</w:t>
      </w:r>
    </w:p>
    <w:p>
      <w:r>
        <w:rPr>
          <w:b/>
        </w:rPr>
        <w:t xml:space="preserve">[43:28] </w:t>
      </w:r>
      <w:r>
        <w:t>"maut ki yaad".</w:t>
      </w:r>
    </w:p>
    <w:p>
      <w:pPr>
        <w:jc w:val="right"/>
      </w:pPr>
      <w:r>
        <w:t>"موت کی یاد"۔</w:t>
      </w:r>
    </w:p>
    <w:p>
      <w:r>
        <w:rPr>
          <w:b/>
        </w:rPr>
        <w:t xml:space="preserve">[43:32] </w:t>
      </w:r>
      <w:r>
        <w:t>aap jante hain ke yeh yeh to aik khaas subject hai jo har insaan, har insaan, har insaan ka subject hai, personal.</w:t>
      </w:r>
    </w:p>
    <w:p>
      <w:pPr>
        <w:jc w:val="right"/>
      </w:pPr>
      <w:r>
        <w:t>آپ جانتے ہیں کہ یہ یہ تو ایک خاص سبجیکٹ ہے جو ہر انسان، ہر انسان، ہر انسان کا سبجیکٹ ہے، پرسنل۔</w:t>
      </w:r>
    </w:p>
    <w:p>
      <w:r>
        <w:rPr>
          <w:b/>
        </w:rPr>
        <w:t xml:space="preserve">[43:43] </w:t>
      </w:r>
      <w:r>
        <w:t>to inshallah yeh kitaab bohat logon ko faida pohanchayegi. meri dua hai ke is ke musannifeen ko Allah taala bohat ziyada ajr ata farmaye.</w:t>
      </w:r>
    </w:p>
    <w:p>
      <w:pPr>
        <w:jc w:val="right"/>
      </w:pPr>
      <w:r>
        <w:t>تو انشاءاللہ یہ کتاب بہت لوگوں کو فائدہ پہنچائے گی۔ میری دعا ہے کہ اس کے مصنفین کو اللہ تعالیٰ بہت زیادہ اجر عطا فرمائے۔</w:t>
      </w:r>
    </w:p>
    <w:p>
      <w:r>
        <w:rPr>
          <w:b/>
        </w:rPr>
        <w:t xml:space="preserve">[43:58] </w:t>
      </w:r>
      <w:r>
        <w:t>der are three books which have been translated by Muhammad Khadim sahib. and Muhammad Khadim sahib is an Ayurvedic doctor in Meerut or Hindi mein un ki pakar mashallah bohat zabardast hai.</w:t>
      </w:r>
    </w:p>
    <w:p>
      <w:pPr>
        <w:jc w:val="right"/>
      </w:pPr>
      <w:r>
        <w:t>دیر آر تھری بکس وچ ہیو بین ٹرانسلیٹڈ بائے محمد خادم صاحب۔ اینڈ محمد خادم صاحب از این آیورویدک ڈاکٹر ان میرٹ اور ہندی میں ان کی پکڑ ماشاءاللہ بہت زبردست ہے۔</w:t>
      </w:r>
    </w:p>
    <w:p>
      <w:r>
        <w:rPr>
          <w:b/>
        </w:rPr>
        <w:t xml:space="preserve">[44:13] </w:t>
      </w:r>
      <w:r>
        <w:t>Maulana ke mission se woh bohat arsay se jure hue hain aur Hindi translation ka kaam unhon ne bohat hi achhe dil se kiya hai.</w:t>
      </w:r>
    </w:p>
    <w:p>
      <w:pPr>
        <w:jc w:val="right"/>
      </w:pPr>
      <w:r>
        <w:t>مولانا کے مشن سے وہ بہت عرصے سے جڑے ہوئے ہیں اور ہندی ٹرانسلیشن کا کام انہوں نے بہت ہی اچھے دل سے کیا ہے۔</w:t>
      </w:r>
    </w:p>
    <w:p>
      <w:r>
        <w:rPr>
          <w:b/>
        </w:rPr>
        <w:t xml:space="preserve">[44:22] </w:t>
      </w:r>
      <w:r>
        <w:t>aur un ke teen titles hain jo unhon ne translate kiye hain Maulana ki literature se: "insaan apne aap ko pehchan", "sufal jeevan ke siddhantik niyam", "ishwar aur insaan".</w:t>
      </w:r>
    </w:p>
    <w:p>
      <w:pPr>
        <w:jc w:val="right"/>
      </w:pPr>
      <w:r>
        <w:t>اور ان کے تین ٹائٹلز ہیں جو انہوں نے ٹرانسلیٹ کیے ہیں مولانا کی لٹریچر سے: "انسان اپنے آپ کو پہچان"، "سفل جیون کے سیدھانتک نیم"، "ایشور اور انسان"۔</w:t>
      </w:r>
    </w:p>
    <w:p>
      <w:r>
        <w:rPr>
          <w:b/>
        </w:rPr>
        <w:t xml:space="preserve">[44:36] </w:t>
      </w:r>
      <w:r>
        <w:t>to mein Maulana sahib ko kahunga ke in kitabon ko bhi woh launch karein. pehli kitaab: "insaan apne aap ko pehchan".</w:t>
      </w:r>
    </w:p>
    <w:p>
      <w:pPr>
        <w:jc w:val="right"/>
      </w:pPr>
      <w:r>
        <w:t>تو میں مولانا صاحب کو کہوں گا کہ ان کتابوں کو بھی وہ لانچ کریں۔ پہلی کتاب: "انسان اپنے آپ کو پہچان"۔</w:t>
      </w:r>
    </w:p>
    <w:p>
      <w:r>
        <w:rPr>
          <w:b/>
        </w:rPr>
        <w:t xml:space="preserve">[44:46] </w:t>
      </w:r>
      <w:r>
        <w:t>mashallah, mashallah, mashallah.</w:t>
      </w:r>
    </w:p>
    <w:p>
      <w:pPr>
        <w:jc w:val="right"/>
      </w:pPr>
      <w:r>
        <w:t>ماشاءاللہ، ماشاءاللہ، ماشاءاللہ۔</w:t>
      </w:r>
    </w:p>
    <w:p>
      <w:r>
        <w:rPr>
          <w:b/>
        </w:rPr>
        <w:t xml:space="preserve">[44:50] </w:t>
      </w:r>
      <w:r>
        <w:t>Allah taala qabool farmaye. "sufal jeevan ke siddhantik niyam".</w:t>
      </w:r>
    </w:p>
    <w:p>
      <w:pPr>
        <w:jc w:val="right"/>
      </w:pPr>
      <w:r>
        <w:t>اللہ تعالیٰ قبول فرمائے۔ "سفل جیون کے سیدھانتک نیم"۔</w:t>
      </w:r>
    </w:p>
    <w:p>
      <w:r>
        <w:rPr>
          <w:b/>
        </w:rPr>
        <w:t xml:space="preserve">[44:59] </w:t>
      </w:r>
      <w:r>
        <w:t>mashallah. Allah taala qabool farmaye is koshish ko.</w:t>
      </w:r>
    </w:p>
    <w:p>
      <w:pPr>
        <w:jc w:val="right"/>
      </w:pPr>
      <w:r>
        <w:t>ماشاءاللہ۔ اللہ تعالیٰ قبول فرمائے اس کوشش کو۔</w:t>
      </w:r>
    </w:p>
    <w:p>
      <w:r>
        <w:rPr>
          <w:b/>
        </w:rPr>
        <w:t xml:space="preserve">[45:07] </w:t>
      </w:r>
      <w:r>
        <w:t>"ishwar aur insaan". mashallah.</w:t>
      </w:r>
    </w:p>
    <w:p>
      <w:pPr>
        <w:jc w:val="right"/>
      </w:pPr>
      <w:r>
        <w:t>"ایشور اور انسان"۔ ماشاءاللہ۔</w:t>
      </w:r>
    </w:p>
    <w:p>
      <w:r>
        <w:rPr>
          <w:b/>
        </w:rPr>
        <w:t xml:space="preserve">[45:13] </w:t>
      </w:r>
      <w:r>
        <w:t>yeh kitaab zaroor qabool hogi Allah taala ke haan aur is se logon ko faida pohanchega. aur yeh aakhri Hindi ki kitaab hai jis ka title hai "sacha rasta" jis ko translate kiya hai Dr. Rafiq sahib ne.</w:t>
      </w:r>
    </w:p>
    <w:p>
      <w:pPr>
        <w:jc w:val="right"/>
      </w:pPr>
      <w:r>
        <w:t>یہ کتاب ضرور قبول ہوگی اللہ تعالیٰ کے ہاں اور اس سے لوگوں کو فائدہ پہنچے گا۔ اور یہ آخری ہندی کی کتاب ہے جس کا ٹائٹل ہے "سچا راستہ" جس کو ٹرانسلیٹ کیا ہے ڈاکٹر رفیق صاحب نے۔</w:t>
      </w:r>
    </w:p>
    <w:p>
      <w:r>
        <w:rPr>
          <w:b/>
        </w:rPr>
        <w:t xml:space="preserve">[45:30] </w:t>
      </w:r>
      <w:r>
        <w:t>mashallah, mashallah.</w:t>
      </w:r>
    </w:p>
    <w:p>
      <w:pPr>
        <w:jc w:val="right"/>
      </w:pPr>
      <w:r>
        <w:t>ماشاءاللہ، ماشاءاللہ۔</w:t>
      </w:r>
    </w:p>
    <w:p>
      <w:r>
        <w:rPr>
          <w:b/>
        </w:rPr>
        <w:t xml:space="preserve">[45:34] </w:t>
      </w:r>
      <w:r>
        <w:t>is kitaab ko Allah taala logon ki hidayat ka zariya banaye.</w:t>
      </w:r>
    </w:p>
    <w:p>
      <w:pPr>
        <w:jc w:val="right"/>
      </w:pPr>
      <w:r>
        <w:t>اس کتاب کو اللہ تعالیٰ لوگوں کی ہدایت کا ذریعہ بنائے۔</w:t>
      </w:r>
    </w:p>
    <w:p>
      <w:r>
        <w:rPr>
          <w:b/>
        </w:rPr>
        <w:t xml:space="preserve">[45:44] </w:t>
      </w:r>
      <w:r>
        <w:t>okay, so now we will have a interaction of Maulana sahib with all of you. sab se request hai ke jis ko sawal karna hai woh haath khada kare aur bohat hi short mein aap apna question Maulana sahib se poochein taake hum ziyada se ziyada questions le sakein.</w:t>
      </w:r>
    </w:p>
    <w:p>
      <w:pPr>
        <w:jc w:val="right"/>
      </w:pPr>
      <w:r>
        <w:t>اوکے، سو ناؤ وی ول ہیو ا انٹریکشن اف مولانا صاحب ود ال اف یو۔ سب سے ریکویسٹ ہے کہ جس کو سوال کرنا ہے وہ ہاتھ کھڑا کرے اور بہت ہی شارٹ میں آپ اپنا کوئسچن مولانا صاحب سے پوچھیں تاکہ ہم زیادہ سے زیادہ کوئسچنز لے سکیں۔</w:t>
      </w:r>
    </w:p>
    <w:p>
      <w:r>
        <w:rPr>
          <w:b/>
        </w:rPr>
        <w:t xml:space="preserve">[46:03] </w:t>
      </w:r>
      <w:r>
        <w:t>mera naam Anwar Imam Ghazali hai aur mein Patna Bihar se aaya hoon. mera sawal yeh hai ke peace ki tareef kya hai? yeh kaha gaya hai ke peace is not just the absence of war.</w:t>
      </w:r>
    </w:p>
    <w:p>
      <w:pPr>
        <w:jc w:val="right"/>
      </w:pPr>
      <w:r>
        <w:t>میرا نام انور امام غزالی ہے اور میں پٹنہ بہار سے آیا ہوں۔ میرا سوال یہ ہے کہ پیس کی تعریف کیا ہے؟ یہ کہا گیا ہے کہ پیس از ناٹ جسٹ دی ایبسنس اف وار۔</w:t>
      </w:r>
    </w:p>
    <w:p>
      <w:r>
        <w:rPr>
          <w:b/>
        </w:rPr>
        <w:t xml:space="preserve">[46:15] </w:t>
      </w:r>
      <w:r>
        <w:t>to aap ki nigah mein peace kya hai? aik to yeh aur doosra yeh ke kya peace apne aap mein aik end hai aur is it a means to an end?</w:t>
      </w:r>
    </w:p>
    <w:p>
      <w:pPr>
        <w:jc w:val="right"/>
      </w:pPr>
      <w:r>
        <w:t>تو آپ کی نگاہ میں پیس کیا ہے؟ ایک تو یہ اور دوسرا یہ کہ کیا پیس اپنے آپ میں ایک اینڈ ہے اور از اٹ ا مینز ٹو این اینڈ؟</w:t>
      </w:r>
    </w:p>
    <w:p>
      <w:r>
        <w:rPr>
          <w:b/>
        </w:rPr>
        <w:t xml:space="preserve">[46:26] </w:t>
      </w:r>
      <w:r>
        <w:t>aur agar yeh aik means hai to phir woh end kya hai? thank you. dekhiye, peace ki definition jo scholar log karte hain woh hai absence of war.</w:t>
      </w:r>
    </w:p>
    <w:p>
      <w:pPr>
        <w:jc w:val="right"/>
      </w:pPr>
      <w:r>
        <w:t>اور اگر یہ ایک مینز ہے تو پھر وہ اینڈ کیا ہے؟ تھینک یو۔ دیکھیے، پیس کی ڈیفینیشن جو سکالر لوگ کرتے ہیں وہ ہے ایبسنس اف وار۔</w:t>
      </w:r>
    </w:p>
    <w:p>
      <w:r>
        <w:rPr>
          <w:b/>
        </w:rPr>
        <w:t xml:space="preserve">[46:42] </w:t>
      </w:r>
      <w:r>
        <w:t>scholar ki definition yeh hai: absence of war. mein is ko nahi manta. mein manta hoon presence of opportunities, presence of opportunities.</w:t>
      </w:r>
    </w:p>
    <w:p>
      <w:pPr>
        <w:jc w:val="right"/>
      </w:pPr>
      <w:r>
        <w:t>سکالر کی ڈیفینیشن یہ ہے: ایبسنس اف وار۔ میں اس کو نہیں مانتا۔ میں مانتا ہوں پریزنس اف اپرچونیٹیز، پریزنس اف اپرچونیٹیز۔</w:t>
      </w:r>
    </w:p>
    <w:p>
      <w:r>
        <w:rPr>
          <w:b/>
        </w:rPr>
        <w:t xml:space="preserve">[46:58] </w:t>
      </w:r>
      <w:r>
        <w:t>yani to negative definition hai ke jang na ho to peace hai. mein kehta hoon ke peace agar ho to saare hi opportunity ke darwaze khulte hain.</w:t>
      </w:r>
    </w:p>
    <w:p>
      <w:pPr>
        <w:jc w:val="right"/>
      </w:pPr>
      <w:r>
        <w:t>یعنی تو نیگیٹیو ڈیفینیشن ہے کہ جنگ نہ ہو تو پیس ہے۔ میں کہتا ہوں کہ پیس اگر ہو تو سارے ہی اپرچونیٹی کے دروازے کھلتے ہیں۔</w:t>
      </w:r>
    </w:p>
    <w:p>
      <w:r>
        <w:rPr>
          <w:b/>
        </w:rPr>
        <w:t xml:space="preserve">[47:10] </w:t>
      </w:r>
      <w:r>
        <w:t>chahe education ho, chahe religion ho, chahe business ho, chahe family life ho, saare field mein jo opportunities hain is ko avail karne ke darwaze khulte hain.</w:t>
      </w:r>
    </w:p>
    <w:p>
      <w:pPr>
        <w:jc w:val="right"/>
      </w:pPr>
      <w:r>
        <w:t>چاہے ایجوکیشن ہو، چاہے ریلیجن ہو، چاہے بزنس ہو، چاہے فیملی لائف ہو، سارے فیلڈ میں جو اپرچونیٹیز ہیں اس کو اویل کرنے کے دروازے کھلتے ہیں۔</w:t>
      </w:r>
    </w:p>
    <w:p>
      <w:r>
        <w:rPr>
          <w:b/>
        </w:rPr>
        <w:t xml:space="preserve">[47:25] </w:t>
      </w:r>
      <w:r>
        <w:t>yeh hai peace ki meri tehqeeq ke mutabiq definition. Maulana un ke doosra sawal yeh tha is par ke peace yeh end hai ya means hai kisi doosre cheez ko achieve karne ka?</w:t>
      </w:r>
    </w:p>
    <w:p>
      <w:pPr>
        <w:jc w:val="right"/>
      </w:pPr>
      <w:r>
        <w:t>یہ ہے پیس کی میری تحقیق کے مطابق ڈیفینیشن۔ مولانا ان کے دوسرا سوال یہ تھا اس پر کہ پیس یہ اینڈ ہے یا مینز ہے کسی دوسرے چیز کو اچیو کرنے کا؟</w:t>
      </w:r>
    </w:p>
    <w:p>
      <w:r>
        <w:rPr>
          <w:b/>
        </w:rPr>
        <w:t xml:space="preserve">[47:38] </w:t>
      </w:r>
      <w:r>
        <w:t>yeh duniya mein kisi cheez ka end nahi hota, sirf beginning hoti hai. beginning aik process kholti hai, process jaise hum yeh program kar rahe hain, yeh end nahi hai,</w:t>
      </w:r>
    </w:p>
    <w:p>
      <w:pPr>
        <w:jc w:val="right"/>
      </w:pPr>
      <w:r>
        <w:t>یہ دنیا میں کسی چیز کا اینڈ نہیں ہوتا، صرف بگننگ ہوتی ہے۔ بگننگ ایک پراسیس کھولتی ہے، پراسیس جیسے ہم یہ پروگرام کر رہے ہیں، یہ اینڈ نہیں ہے،</w:t>
      </w:r>
    </w:p>
    <w:p>
      <w:r>
        <w:rPr>
          <w:b/>
        </w:rPr>
        <w:t xml:space="preserve">[47:52] </w:t>
      </w:r>
      <w:r>
        <w:t>yeh process hai. is process mein apne aap ko is ka part bana dijiye, bas yahi cheez chahiye aur yahi asal matloob cheez hai.</w:t>
      </w:r>
    </w:p>
    <w:p>
      <w:pPr>
        <w:jc w:val="right"/>
      </w:pPr>
      <w:r>
        <w:t>یہ پراسیس ہے۔ اس پراسیس میں اپنے آپ کو اس کا پارٹ بنا دیجئے، بس یہی چیز چاہیے اور یہی اصل مطلوب چیز ہے۔</w:t>
      </w:r>
    </w:p>
    <w:p>
      <w:r>
        <w:rPr>
          <w:b/>
        </w:rPr>
        <w:t xml:space="preserve">[48:06] </w:t>
      </w:r>
      <w:r>
        <w:t>Maulana, mera naam Ahmed Shanas hai, mein Jammu se hoon. mera sawal yeh hai ke mazhab walon ka concern hai Khuda ki daryaft aur us ki marifat, magar science abhi tak insaan ko daryaft nahi kar saki hai.</w:t>
      </w:r>
    </w:p>
    <w:p>
      <w:pPr>
        <w:jc w:val="right"/>
      </w:pPr>
      <w:r>
        <w:t>مولانا، میرا نام احمد شناس ہے، میں جموں سے ہوں۔ میرا سوال یہ ہے کہ مذہب والوں کا کنسرن ہے خدا کی دریافت اور اس کی معرفت، مگر سائنس ابھی تک انسان کو دریافت نہیں کر سکی ہے۔</w:t>
      </w:r>
    </w:p>
    <w:p>
      <w:r>
        <w:rPr>
          <w:b/>
        </w:rPr>
        <w:t xml:space="preserve">[48:21] </w:t>
      </w:r>
      <w:r>
        <w:t>aur pehle aik nazariya tha ke insani wajood aik maadi wajood hai aur yeh fana ho jata hai, magar ab science kehti hai jo quantum physics ki jo theory hai, us ke mutabiq yeh hai ke insani wajood man is made up of energy and energy can never be destroyed.</w:t>
      </w:r>
    </w:p>
    <w:p>
      <w:pPr>
        <w:jc w:val="right"/>
      </w:pPr>
      <w:r>
        <w:t>اور پہلے ایک نظریہ تھا کہ انسانی وجود ایک مادی وجود ہے اور یہ فنا ہو جاتا ہے، مگر اب سائنس کہتی ہے جو کوانٹم فزکس کی جو تھیوری ہے، اس کے مطابق یہ ہے کہ انسانی وجود مین از میڈ اپ اف انرجی اینڈ انرجی کین نیور بی ڈسٹرائڈ۔</w:t>
      </w:r>
    </w:p>
    <w:p>
      <w:r>
        <w:rPr>
          <w:b/>
        </w:rPr>
        <w:t xml:space="preserve">[48:38] </w:t>
      </w:r>
      <w:r>
        <w:t>insani wajood aik nafanā honay wali cheez hai. to mazhab ka mazhab is moamle ko kaisay address karega?</w:t>
      </w:r>
    </w:p>
    <w:p>
      <w:pPr>
        <w:jc w:val="right"/>
      </w:pPr>
      <w:r>
        <w:t>انسانی وجود ایک نافنا ہونے والی چیز ہے۔ تو مذہب کا مذہب اس معاملے کو کیسے ایڈریس کرے گا؟</w:t>
      </w:r>
    </w:p>
    <w:p>
      <w:r>
        <w:rPr>
          <w:b/>
        </w:rPr>
        <w:t xml:space="preserve">[48:48] </w:t>
      </w:r>
      <w:r>
        <w:t>to nahi, nahi, yeh yeh asal baat nahi hai. quantum physics ko aap phir se parhiye, phir se parhiye. quantum physics to bohat bari nemat hai hamare liye.</w:t>
      </w:r>
    </w:p>
    <w:p>
      <w:pPr>
        <w:jc w:val="right"/>
      </w:pPr>
      <w:r>
        <w:t>تو نہیں، نہیں، یہ یہ اصل بات نہیں ہے۔ کوانٹم فزکس کو آپ پھر سے پڑھیے، پھر سے پڑھیے۔ کوانٹم فزکس تو بہت بڑی نعمت ہے ہمارے لیے۔</w:t>
      </w:r>
    </w:p>
    <w:p>
      <w:r>
        <w:rPr>
          <w:b/>
        </w:rPr>
        <w:t xml:space="preserve">[49:00] </w:t>
      </w:r>
      <w:r>
        <w:t>quantum physics se hum ko rasta khula hai sachai ko janne ka. phir se parhiye aap. is par maine bohat likha hai, meri bhi parh sakte hain aur doosron ko bhi parh sakte hain.</w:t>
      </w:r>
    </w:p>
    <w:p>
      <w:pPr>
        <w:jc w:val="right"/>
      </w:pPr>
      <w:r>
        <w:t>کوانٹم فزکس سے ہم کو راستہ کھلا ہے سچائی کو جاننے کا۔ پھر سے پڑھیے آپ۔ اس پر میں نے بہت لکھا ہے، میری بھی پڑھ سکتے ہیں اور دوسروں کو بھی پڑھ سکتے ہیں۔</w:t>
      </w:r>
    </w:p>
    <w:p>
      <w:r>
        <w:rPr>
          <w:b/>
        </w:rPr>
        <w:t xml:space="preserve">[49:16] </w:t>
      </w:r>
      <w:r>
        <w:t>quantum physics ko aap ne understatement kiya. dekhiye, quantum physics ne tareekh mein sab se pehli bar yeh baat establish ki ke</w:t>
      </w:r>
    </w:p>
    <w:p>
      <w:pPr>
        <w:jc w:val="right"/>
      </w:pPr>
      <w:r>
        <w:t>کوانٹم فزکس کو آپ نے انڈرسٹیٹمنٹ کیا۔ دیکھیے، کوانٹم فزکس نے تاریخ میں سب سے پہلی بار یہ بات اسٹیبلش کی کہ</w:t>
      </w:r>
    </w:p>
    <w:p>
      <w:r>
        <w:rPr>
          <w:b/>
        </w:rPr>
        <w:t xml:space="preserve">[49:32] </w:t>
      </w:r>
      <w:r>
        <w:t>ilm mein hum sirf pohnch sakte hain kahan tak? certainty tak nahi pohnch sakte.</w:t>
      </w:r>
    </w:p>
    <w:p>
      <w:pPr>
        <w:jc w:val="right"/>
      </w:pPr>
      <w:r>
        <w:t>علم میں ہم صرف پہنچ سکتے ہیں کہاں تک؟ سرٹینٹی تک نہیں پہنچ سکتے۔</w:t>
      </w:r>
    </w:p>
    <w:p>
      <w:r>
        <w:rPr>
          <w:b/>
        </w:rPr>
        <w:t xml:space="preserve">[49:42] </w:t>
      </w:r>
      <w:r>
        <w:t>hum pohnchte hain sirf probability tak, probability tak pohnch sakte hain. yeh bohat hi bari dain hai, is ne unhein doubt nahi create kiya, woh yaqeen ka darwaza khola.</w:t>
      </w:r>
    </w:p>
    <w:p>
      <w:pPr>
        <w:jc w:val="right"/>
      </w:pPr>
      <w:r>
        <w:t>ہم پہنچتے ہیں صرف پراببلیٹی تک، پراببلیٹی تک پہنچ سکتے ہیں۔ یہ بہت ہی بڑی دین ہے، اس نے انہیں ڈاؤٹ نہیں کریٹ کیا، وہ یقین کا دروازہ کھولا۔</w:t>
      </w:r>
    </w:p>
    <w:p>
      <w:r>
        <w:rPr>
          <w:b/>
        </w:rPr>
        <w:t xml:space="preserve">[49:59] </w:t>
      </w:r>
      <w:r>
        <w:t>is par maine kafi likha, aap parh sakte hain. assalam o alaikum Maulana, mera naam doctor kamal hai, main bihar team se hoon aur aap ki kitabon ko aksar hum log parhte hain.</w:t>
      </w:r>
    </w:p>
    <w:p>
      <w:pPr>
        <w:jc w:val="right"/>
      </w:pPr>
      <w:r>
        <w:t>اس پر میں نے کافی لکھا، آپ پڑھ سکتے ہیں۔ السلام علیکم مولانا، میرا نام ڈاکٹر کمال ہے، میں بہار ٹیم سے ہوں اور آپ کی کتابوں کو اکثر ہم لوگ پڑھتے ہیں۔</w:t>
      </w:r>
    </w:p>
    <w:p>
      <w:r>
        <w:rPr>
          <w:b/>
        </w:rPr>
        <w:t xml:space="preserve">[50:11] </w:t>
      </w:r>
      <w:r>
        <w:t>to maine bhi aap ki kitabon mein parha hai ke aap fajar ki namaz ke baad aap ke ghar ke bahir aik spiritual tree hai, jahan pe aap ja ke sochte hain Khuda ke baray mein.</w:t>
      </w:r>
    </w:p>
    <w:p>
      <w:pPr>
        <w:jc w:val="right"/>
      </w:pPr>
      <w:r>
        <w:t>تو میں نے بھی آپ کی کتابوں میں پڑھا ہے کہ آپ فجر کی نماز کے بعد آپ کے گھر کے باہر ایک سپریچول ٹری ہے، جہاں پہ آپ جا کے سوچتے ہیں خدا کے بارے میں۔</w:t>
      </w:r>
    </w:p>
    <w:p>
      <w:r>
        <w:rPr>
          <w:b/>
        </w:rPr>
        <w:t xml:space="preserve">[50:22] </w:t>
      </w:r>
      <w:r>
        <w:t>to main bhi aisi koshish karta hoon ke fajar ki namaz ke baad main bhi bahir kahin baithoon aur Khuda ke baray mein sochoon, to kuch marifat hasil karne ki koshish karoon.</w:t>
      </w:r>
    </w:p>
    <w:p>
      <w:pPr>
        <w:jc w:val="right"/>
      </w:pPr>
      <w:r>
        <w:t>تو میں بھی ایسی کوشش کرتا ہوں کہ فجر کی نماز کے بعد میں بھی باہر کہیں بیٹھوں اور خدا کے بارے میں سوچوں، تو کچھ معرفت حاصل کرنے کی کوشش کروں۔</w:t>
      </w:r>
    </w:p>
    <w:p>
      <w:r>
        <w:rPr>
          <w:b/>
        </w:rPr>
        <w:t xml:space="preserve">[50:30] </w:t>
      </w:r>
      <w:r>
        <w:t>lekin main jab clinic jata hoon, patient mein ulajh jata hoon, to sham hotay hotay aisa lagta hai ke woh marifat kam ho gaya hai. to main yeh janna chahta hoon ke hum log apne aap ko kis tarah se yeh distraction se bachayein ke patient dekhna kuch kam kar dein ya kiya karein jo woh marifat hamara jo subah achieve hota hai, woh sham tak barhta rahe, bana rahe.</w:t>
      </w:r>
    </w:p>
    <w:p>
      <w:pPr>
        <w:jc w:val="right"/>
      </w:pPr>
      <w:r>
        <w:t>لیکن میں جب کلینک جاتا ہوں، پیشنٹ میں الجھ جاتا ہوں، تو شام ہوتے ہوتے ایسا لگتا ہے کہ وہ معرفت کم ہو گیا ہے۔ تو میں یہ جاننا چاہتا ہوں کہ ہم لوگ اپنے آپ کو کس طرح سے یہ ڈسٹریکشن سے بچائیں کہ پیشنٹ دیکھنا کچھ کم کر دیں یا کیا کریں جو وہ معرفت ہمارا جو صبح اچیو ہوتا ہے، وہ شام تک بڑھتا رہے، بنا رہے۔</w:t>
      </w:r>
    </w:p>
    <w:p>
      <w:r>
        <w:rPr>
          <w:b/>
        </w:rPr>
        <w:t xml:space="preserve">[50:49] </w:t>
      </w:r>
      <w:r>
        <w:t>is ke baray mein main janna chahta hoon. yeh aap ki report sahi nahi hai, yeh aap ki report sahi nahi hai. mujh ko dekhiye, woh main, main jo peṛ hai, woh wohi peṛ hai jo har jagah hota hai.</w:t>
      </w:r>
    </w:p>
    <w:p>
      <w:pPr>
        <w:jc w:val="right"/>
      </w:pPr>
      <w:r>
        <w:t>اس کے بارے میں میں جاننا چاہتا ہوں۔ یہ آپ کی رپورٹ صحیح نہیں ہے، یہ آپ کی رپورٹ صحیح نہیں ہے۔ مجھ کو دیکھیے، وہ میں، میں جو پیڑ ہے، وہ وہی پیڑ ہے جو ہر جگہ ہوتا ہے۔</w:t>
      </w:r>
    </w:p>
    <w:p>
      <w:r>
        <w:rPr>
          <w:b/>
        </w:rPr>
        <w:t xml:space="preserve">[51:03] </w:t>
      </w:r>
      <w:r>
        <w:t>kisi peṛ mein kuch nahi hota, hota hai aap ke way of thinking mein. khud peṛ mein kuch nahi hota, way of thinking ko develop karna parta hai, way of thinking ko develop karna parta hai,</w:t>
      </w:r>
    </w:p>
    <w:p>
      <w:pPr>
        <w:jc w:val="right"/>
      </w:pPr>
      <w:r>
        <w:t>کسی پیڑ میں کچھ نہیں ہوتا، ہوتا ہے آپ کے وے آف تھنکنگ میں۔ خود پیڑ میں کچھ نہیں ہوتا، وے آف تھنکنگ کو ڈیولپ کرنا پڑتا ہے، وے آف تھنکنگ کو ڈیولپ کرنا پڑتا ہے،</w:t>
      </w:r>
    </w:p>
    <w:p>
      <w:r>
        <w:rPr>
          <w:b/>
        </w:rPr>
        <w:t xml:space="preserve">[51:21] </w:t>
      </w:r>
      <w:r>
        <w:t>tab woh aap ke liye source banta hai. warna source nahi banega. first of all, you have develop the mind of of your case.</w:t>
      </w:r>
    </w:p>
    <w:p>
      <w:pPr>
        <w:jc w:val="right"/>
      </w:pPr>
      <w:r>
        <w:t>تب وہ آپ کے لیے سورس بنتا ہے۔ ورنہ سورس نہیں بنے گا۔ فرسٹ آف آل، یو ہیو ڈیولپ دا مائنڈ آف آف یور کیس۔</w:t>
      </w:r>
    </w:p>
    <w:p>
      <w:r>
        <w:rPr>
          <w:b/>
        </w:rPr>
        <w:t xml:space="preserve">[51:34] </w:t>
      </w:r>
      <w:r>
        <w:t>main javed khan hoon, amrati maharash se. main Maulana sahib ka bohat bara fan hoon, lekin aik yeh hai ke main thora</w:t>
      </w:r>
    </w:p>
    <w:p>
      <w:pPr>
        <w:jc w:val="right"/>
      </w:pPr>
      <w:r>
        <w:t>میں جاوید خان ہوں، امراتی مہاراش سے۔ میں مولانا صاحب کا بہت بڑا فین ہوں، لیکن ایک یہ ہے کہ میں تھوڑا</w:t>
      </w:r>
    </w:p>
    <w:p>
      <w:r>
        <w:rPr>
          <w:b/>
        </w:rPr>
        <w:t xml:space="preserve">[51:48] </w:t>
      </w:r>
      <w:r>
        <w:t>honay ke ehsas mein jeeta hoon, halankay main ne bohat kuch paya hai. to main Maulana sahib se yeh janna chahta hoon ke mujhe shukr guzar kis tarah banna chahiye?</w:t>
      </w:r>
    </w:p>
    <w:p>
      <w:pPr>
        <w:jc w:val="right"/>
      </w:pPr>
      <w:r>
        <w:t>ہونے کے احساس میں جیتا ہوں، حالانکہ میں نے بہت کچھ پایا ہے۔ تو میں مولانا صاحب سے یہ جاننا چاہتا ہوں کہ مجھے شکر گزار کس طرح بننا چاہیے؟</w:t>
      </w:r>
    </w:p>
    <w:p>
      <w:r>
        <w:rPr>
          <w:b/>
        </w:rPr>
        <w:t xml:space="preserve">[51:58] </w:t>
      </w:r>
      <w:r>
        <w:t>aap mujhe bataiye ke main shukr guzar kaise banoon? acha, yahan aye, aap mere pas aye.</w:t>
      </w:r>
    </w:p>
    <w:p>
      <w:pPr>
        <w:jc w:val="right"/>
      </w:pPr>
      <w:r>
        <w:t>آپ مجھے بتائیے کہ میں شکر گزار کیسے بنوں؟ اچھا، یہاں آئیے، آپ میرے پاس آئیے۔</w:t>
      </w:r>
    </w:p>
    <w:p>
      <w:r>
        <w:rPr>
          <w:b/>
        </w:rPr>
        <w:t xml:space="preserve">[52:12] </w:t>
      </w:r>
      <w:r>
        <w:t>halankay main ne bohat kuch paya hai,</w:t>
      </w:r>
    </w:p>
    <w:p>
      <w:pPr>
        <w:jc w:val="right"/>
      </w:pPr>
      <w:r>
        <w:t>حالانکہ میں نے بہت کچھ پایا ہے،</w:t>
      </w:r>
    </w:p>
    <w:p>
      <w:r>
        <w:rPr>
          <w:b/>
        </w:rPr>
        <w:t xml:space="preserve">[52:17] </w:t>
      </w:r>
      <w:r>
        <w:t>bohat saalon se main aap ka parh raha hoon.</w:t>
      </w:r>
    </w:p>
    <w:p>
      <w:pPr>
        <w:jc w:val="right"/>
      </w:pPr>
      <w:r>
        <w:t>بہت سالوں سے میں آپ کا پڑھ رہا ہوں۔</w:t>
      </w:r>
    </w:p>
    <w:p>
      <w:r>
        <w:rPr>
          <w:b/>
        </w:rPr>
        <w:t xml:space="preserve">[52:28] </w:t>
      </w:r>
      <w:r>
        <w:t>inshallah, aap kal subah se shukr guzar banda ban jayenge. sahi hai.</w:t>
      </w:r>
    </w:p>
    <w:p>
      <w:pPr>
        <w:jc w:val="right"/>
      </w:pPr>
      <w:r>
        <w:t>انشاءاللہ، آپ کل صبح سے شکر گزار بندہ بن جائیں گے۔ صحیح ہے۔</w:t>
      </w:r>
    </w:p>
    <w:p>
      <w:r>
        <w:rPr>
          <w:b/>
        </w:rPr>
        <w:t xml:space="preserve">[52:40] </w:t>
      </w:r>
      <w:r>
        <w:t>assalam o alaikum Maulana, mera naam imtiaz hai, main gaya bihar se hoon. maine aap ki sari kitabein parhi hain, aur dil laga kar parhta rehta hoon, sochta rehta hoon.</w:t>
      </w:r>
    </w:p>
    <w:p>
      <w:pPr>
        <w:jc w:val="right"/>
      </w:pPr>
      <w:r>
        <w:t>السلام علیکم مولانا، میرا نام امتیاز ہے، میں گیا بہار سے ہوں۔ میں نے آپ کی ساری کتابیں پڑھی ہیں، اور دل لگا کر پڑھتا رہتا ہوں، سوچتا رہتا ہوں۔</w:t>
      </w:r>
    </w:p>
    <w:p>
      <w:r>
        <w:rPr>
          <w:b/>
        </w:rPr>
        <w:t xml:space="preserve">[52:54] </w:t>
      </w:r>
      <w:r>
        <w:t>quran meri fikr ka mozu hai, aur quran par main mehnat karta rehta hoon. bohat sare sawalat hain yahan par, to itne sawalat kar nahi sakta hoon.</w:t>
      </w:r>
    </w:p>
    <w:p>
      <w:pPr>
        <w:jc w:val="right"/>
      </w:pPr>
      <w:r>
        <w:t>قرآن میری فکر کا موضوع ہے، اور قرآن پر میں محنت کرتا رہتا ہوں۔ بہت سارے سوالات ہیں یہاں پر، تو اتنے سوالات کر نہیں سکتا ہوں۔</w:t>
      </w:r>
    </w:p>
    <w:p>
      <w:r>
        <w:rPr>
          <w:b/>
        </w:rPr>
        <w:t xml:space="preserve">[53:04] </w:t>
      </w:r>
      <w:r>
        <w:t>aik sawal mere zehn mein jo bar bar ata hai, quran se related, woh quran ki aik ayat hai surah ahzab ki: "inna arzalna al amanata lil samawati wal ardi wal jibali, fa abaina an yahmilnaha wa ashfaqna minha wa hamalaha al insan,</w:t>
      </w:r>
    </w:p>
    <w:p>
      <w:pPr>
        <w:jc w:val="right"/>
      </w:pPr>
      <w:r>
        <w:t>ایک سوال میرے ذہن میں جو بار بار آتا ہے، قرآن سے ریلیٹڈ، وہ قرآن کی ایک آیت ہے سورہ احزاب کی: "إنّا أرزن الأمانة للسماوات والأرض والجبال، فآبينا أن يحملنها وأشفقن منها وحملها الإنسان،</w:t>
      </w:r>
    </w:p>
    <w:p>
      <w:r>
        <w:rPr>
          <w:b/>
        </w:rPr>
        <w:t xml:space="preserve">[53:21] </w:t>
      </w:r>
      <w:r>
        <w:t>innahu kana zalluman jahula". to hum ne amanat ko utha liya. assalam o alaikum Maulana, mera naam imtiaz hai, main gaya bihar se hoon.</w:t>
      </w:r>
    </w:p>
    <w:p>
      <w:pPr>
        <w:jc w:val="right"/>
      </w:pPr>
      <w:r>
        <w:t>إنه كان ظلوماً جهولاً"۔ تو ہم نے امانت کو اٹھا لیا۔ السلام علیکم مولانا، میرا نام امتیاز ہے، میں گیا بہار سے ہوں۔</w:t>
      </w:r>
    </w:p>
    <w:p>
      <w:r>
        <w:rPr>
          <w:b/>
        </w:rPr>
        <w:t xml:space="preserve">[53:35] </w:t>
      </w:r>
      <w:r>
        <w:t>maine aap ki sari kitabein parhi hain, aur dil laga kar parhta rehta hoon, sochta rehta hoon. quran meri fikr ka mozu hai, aur quran par main mehnat karta rehta hoon.</w:t>
      </w:r>
    </w:p>
    <w:p>
      <w:pPr>
        <w:jc w:val="right"/>
      </w:pPr>
      <w:r>
        <w:t>میں نے آپ کی ساری کتابیں پڑھی ہیں، اور دل لگا کر پڑھتا رہتا ہوں، سوچتا رہتا ہوں۔ قرآن میری فکر کا موضوع ہے، اور قرآن پر میں محنت کرتا رہتا ہوں۔</w:t>
      </w:r>
    </w:p>
    <w:p>
      <w:r>
        <w:rPr>
          <w:b/>
        </w:rPr>
        <w:t xml:space="preserve">[53:47] </w:t>
      </w:r>
      <w:r>
        <w:t>bohat sare sawalat hain yahan par, to itne sawalat kar nahi sakta hoon. aik sawal mere zehn mein jo bar bar ata hai, quran se related, woh quran ki aik ayat hai surah ahzab ki: "inna arzalna al amanata lil samawati wal ardi wal jibali,</w:t>
      </w:r>
    </w:p>
    <w:p>
      <w:pPr>
        <w:jc w:val="right"/>
      </w:pPr>
      <w:r>
        <w:t>بہت سارے سوالات ہیں یہاں پر، تو اتنے سوالات کر نہیں سکتا ہوں۔ ایک سوال میرے ذہن میں جو بار بار آتا ہے، قرآن سے ریلیٹڈ، وہ قرآن کی ایک آیت ہے سورہ احزاب کی: "إنّا أرزن الأمانة للسماوات والأرض والجبال،</w:t>
      </w:r>
    </w:p>
    <w:p>
      <w:r>
        <w:rPr>
          <w:b/>
        </w:rPr>
        <w:t xml:space="preserve">[54:04] </w:t>
      </w:r>
      <w:r>
        <w:t>fa abayna an yahmilnaha wa ashfaqna minha wa hamalahul insaanu innahu kaana zaluuman jahoolan" to hum ne amaanat ko utha liya, hum ne ikhtiyaar le liya, aur phir hum hi zalim aur jahil kaise ho gaye?</w:t>
      </w:r>
    </w:p>
    <w:p>
      <w:pPr>
        <w:jc w:val="right"/>
      </w:pPr>
      <w:r>
        <w:t>فآبينا أن يحملنها وأشفقن منها وحملها الإنسان، إنه كان ظلوماً جهولاً"۔ تو ہم نے امانت کو اٹھا لیا، ہم نے اختیار لے لیا، اور پھر ہم ہی ظالم اور جاہل کیسے ہو گئے؟</w:t>
      </w:r>
    </w:p>
    <w:p>
      <w:r>
        <w:rPr>
          <w:b/>
        </w:rPr>
        <w:t xml:space="preserve">[54:21] </w:t>
      </w:r>
      <w:r>
        <w:t>thoda sa yeh mujhe samajh mein nahin aa raha. is tarah ke aur bhi bahut saare sawaalaat hain, lekin yahan par is ko mein thoda sa clear karna cha raha tha, is ko thoda sa hum ko samjhaayein achhe se.</w:t>
      </w:r>
    </w:p>
    <w:p>
      <w:pPr>
        <w:jc w:val="right"/>
      </w:pPr>
      <w:r>
        <w:t>تھوڑا سا یہ مجھے سمجھ میں نہیں آ رہا۔ اس طرح کے اور بھی بہت سارے سوالات ہیں، لیکن یہاں پر اس کو میں تھوڑا سا کلیئر کرنا چاہ رہا تھا، اس کو تھوڑا سا ہم کو سمجھائیں اچھے سے۔</w:t>
      </w:r>
    </w:p>
    <w:p>
      <w:r>
        <w:rPr>
          <w:b/>
        </w:rPr>
        <w:t xml:space="preserve">[54:31] </w:t>
      </w:r>
      <w:r>
        <w:t>woh toh bohat badi nemmat hai, bohat badi nemmat hai. is ko zalim aur jahil mat kahiye, woh toh Allah ka lafz hai, hamara aap ka lafz nahin hai.</w:t>
      </w:r>
    </w:p>
    <w:p>
      <w:pPr>
        <w:jc w:val="right"/>
      </w:pPr>
      <w:r>
        <w:t>وہ تو بہت بڑی نعمت ہے، بہت بڑی نعمت ہے۔ اس کو ظالم اور جاہل مت کہیے، وہ تو اللہ کا لفظ ہے، ہمارا آپ کا لفظ نہیں ہے۔</w:t>
      </w:r>
    </w:p>
    <w:p>
      <w:r>
        <w:rPr>
          <w:b/>
        </w:rPr>
        <w:t xml:space="preserve">[54:42] </w:t>
      </w:r>
      <w:r>
        <w:t>wohin se toh maarifat ka darwaza khulta hai, kyunke wohin se soch ubharti hai, thinking develop hoti hai.</w:t>
      </w:r>
    </w:p>
    <w:p>
      <w:pPr>
        <w:jc w:val="right"/>
      </w:pPr>
      <w:r>
        <w:t>وہیں سے تو معرفت کا دروازہ کھلتا ہے، کیونکہ وہیں سے سوچ ابھرتی ہے، تھنکنگ ڈیولپ ہوتی ہے۔</w:t>
      </w:r>
    </w:p>
    <w:p>
      <w:r>
        <w:rPr>
          <w:b/>
        </w:rPr>
        <w:t xml:space="preserve">[54:52] </w:t>
      </w:r>
      <w:r>
        <w:t>is par aap padh lijiyey, aap tazkiratul quran ka woh safha padh lijiyey. Allah taala ki sab se badi nemmat insaan par yahi toh hai ke is ne hamare liye maarifat ka darwaza khol diya.</w:t>
      </w:r>
    </w:p>
    <w:p>
      <w:pPr>
        <w:jc w:val="right"/>
      </w:pPr>
      <w:r>
        <w:t>اس پر آپ پڑھ لیجئے، آپ تذکر القرآن کا وہ صفحہ پڑھ لیجئے۔ اللہ تعالیٰ کی سب سے بڑی نعمت انسان پر یہی تو ہے کہ اس نے ہمارے لیے معرفت کا دروازہ کھول دیا۔</w:t>
      </w:r>
    </w:p>
    <w:p>
      <w:r>
        <w:rPr>
          <w:b/>
        </w:rPr>
        <w:t xml:space="preserve">[55:07] </w:t>
      </w:r>
      <w:r>
        <w:t>aap is ko zaroor padhiye, aap tazkiratul quran ka woh safha. assalamu alaikum,</w:t>
      </w:r>
    </w:p>
    <w:p>
      <w:pPr>
        <w:jc w:val="right"/>
      </w:pPr>
      <w:r>
        <w:t>آپ اس کو ضرور پڑھیے، آپ تذکر القرآن کا وہ صفحہ۔ السلام علیکم،</w:t>
      </w:r>
    </w:p>
    <w:p>
      <w:r>
        <w:rPr>
          <w:b/>
        </w:rPr>
        <w:t xml:space="preserve">[55:16] </w:t>
      </w:r>
      <w:r>
        <w:t>mujhe yeh jaanna tha ke hum jo yahan jama hue hain, woh quran conference ke liye, quran ke liye thay, aur yahan par hum ne ek baat rakhi thi, mein ne ke quran ka translation various languages mein, is ke liye humein kaam karna padega.</w:t>
      </w:r>
    </w:p>
    <w:p>
      <w:pPr>
        <w:jc w:val="right"/>
      </w:pPr>
      <w:r>
        <w:t>مجھے یہ جاننا تھا کہ ہم جو یہاں جمع ہوئے ہیں، وہ قرآن کانفرنس کے لیے، قرآن کے لیے تھے، اور یہاں پر ہم نے ایک بات رکھی تھی، میں نے کہ قرآن کا ٹرانسلیشن ویریس لینگویجز میں، اس کے لیے ہمیں کام کرنا پڑے گا۔</w:t>
      </w:r>
    </w:p>
    <w:p>
      <w:r>
        <w:rPr>
          <w:b/>
        </w:rPr>
        <w:t xml:space="preserve">[55:36] </w:t>
      </w:r>
      <w:r>
        <w:t>but unfortunately, mujhe koi bhi response nahin mil raha hai. mein chahta tha ke hum bahar se toh translate kara lete hain, bahar se, lekin hamari team se agar koi khada hota, kehta hai ke mein yeh falan zabaan seekhoon ga.</w:t>
      </w:r>
    </w:p>
    <w:p>
      <w:pPr>
        <w:jc w:val="right"/>
      </w:pPr>
      <w:r>
        <w:t>بٹ انفارچونیٹلی، مجھے کوئی بھی رسپانس نہیں مل رہا ہے۔ میں چاہتا تھا کہ ہم باہر سے تو ٹرانسلیٹ کرا لیتے ہیں، باہر سے، لیکن ہماری ٹیم سے اگر کوئی کھڑا ہوتا، کہتا ہے کہ میں یہ فلاں زبان سیکھوں گا۔</w:t>
      </w:r>
    </w:p>
    <w:p>
      <w:r>
        <w:rPr>
          <w:b/>
        </w:rPr>
        <w:t xml:space="preserve">[55:48] </w:t>
      </w:r>
      <w:r>
        <w:t>surti, is learning groom ki, that's very good, but that language, I think, we got the translation. But some especially women should come up, and they should say ke we will take up one language or two language to learn, so that we have the knowledge of the language.</w:t>
      </w:r>
    </w:p>
    <w:p>
      <w:pPr>
        <w:jc w:val="right"/>
      </w:pPr>
      <w:r>
        <w:t>سروتی، اس لرننگ گروم کی، دیٹس ویری گڈ، بٹ دیٹ لینگویج، آئی تھنک، وی گاٹ دا ٹرانسلیشن۔ بٹ سم اسپیشلی وومن شوڈ کم اپ، اینڈ دے شوڈ سے کہ وی ویل ٹیک اپ ون لینگویج اور ٹو لینگویج ٹو لرن، سو دیٹ وی ہیو دا نالج اف دا لینگویج۔</w:t>
      </w:r>
    </w:p>
    <w:p>
      <w:r>
        <w:rPr>
          <w:b/>
        </w:rPr>
        <w:t xml:space="preserve">[56:05] </w:t>
      </w:r>
      <w:r>
        <w:t>so it is better when we are correcting the language, somebody else translates. so please emphasize on that, if you can. bhai, yeh toh aap ne mere dil ki baat keh di.</w:t>
      </w:r>
    </w:p>
    <w:p>
      <w:pPr>
        <w:jc w:val="right"/>
      </w:pPr>
      <w:r>
        <w:t>سو اٹ از بیٹر وین وی آر کریکٹنگ دا لینگویج، سمبڈی ایلس ٹرانسلیٹس۔ سو پلیز ایمفسائز ان دیٹ، اف یو کین۔ بھئی، یہ تو آپ نے میرے دل کی بات کہہ دی۔</w:t>
      </w:r>
    </w:p>
    <w:p>
      <w:r>
        <w:rPr>
          <w:b/>
        </w:rPr>
        <w:t xml:space="preserve">[56:17] </w:t>
      </w:r>
      <w:r>
        <w:t>dekhiye, yeh jo program ho raha hai, ek tareeqa yeh hai ke aap jo mind aap ke ghar mein tha, wohi mind le kar aaun mein aur chale jayein.</w:t>
      </w:r>
    </w:p>
    <w:p>
      <w:pPr>
        <w:jc w:val="right"/>
      </w:pPr>
      <w:r>
        <w:t>دیکھیے، یہ جو پروگرام ہو رہا ہے، ایک طریقہ یہ ہے کہ آپ جو مائنڈ آپ کے گھر میں تھا، وہی مائنڈ لے کر آؤں میں اور چلے جائیں۔</w:t>
      </w:r>
    </w:p>
    <w:p>
      <w:r>
        <w:rPr>
          <w:b/>
        </w:rPr>
        <w:t xml:space="preserve">[56:29] </w:t>
      </w:r>
      <w:r>
        <w:t>toh mujhe lag raha hai ke shayad yahi hua ke jo mind tha, wohi le ke aaye, wohi le ke wapas bhi ja rahe hain. jo mind diya gaya, masalan abhi mein ne aap ko dekhiye, maarifat ke bare mein ek bohat badi baat kahi, jo tareekh mein pehli baar kahi gayi hai, galileo ke hawale se.</w:t>
      </w:r>
    </w:p>
    <w:p>
      <w:pPr>
        <w:jc w:val="right"/>
      </w:pPr>
      <w:r>
        <w:t>تو مجھے لگ رہا ہے کہ شاید یہی ہوا کہ جو مائنڈ تھا، وہی لے کے آئے، وہی لے کے واپس بھی جا رہے ہیں۔ جو مائنڈ دیا گیا، مثلاً ابھی میں نے آپ کو دیکھیے، معرفت کے بارے میں ایک بہت بڑی بات کہی، جو تاریخ میں پہلی بار کہی گئی ہے، گلیلیو کے حوالے سے۔</w:t>
      </w:r>
    </w:p>
    <w:p>
      <w:r>
        <w:rPr>
          <w:b/>
        </w:rPr>
        <w:t xml:space="preserve">[56:47] </w:t>
      </w:r>
      <w:r>
        <w:t>aap mein se kisi ne is par sawaal hi nahin kiya. kaisi ajeeb baat hai!</w:t>
      </w:r>
    </w:p>
    <w:p>
      <w:pPr>
        <w:jc w:val="right"/>
      </w:pPr>
      <w:r>
        <w:t>آپ میں سے کسی نے اس پر سوال ہی نہیں کیا۔ کیسی عجیب بات ہے!</w:t>
      </w:r>
    </w:p>
    <w:p>
      <w:r>
        <w:rPr>
          <w:b/>
        </w:rPr>
        <w:t xml:space="preserve">[56:54] </w:t>
      </w:r>
      <w:r>
        <w:t>yeh toh hamare paas se badi baat thi, jis se aap ke mind ko thaka lagta. kisi ek speaker se ab tak is sawaal ko le kar, is baat ko le kar kuch kaha nahin.</w:t>
      </w:r>
    </w:p>
    <w:p>
      <w:pPr>
        <w:jc w:val="right"/>
      </w:pPr>
      <w:r>
        <w:t>یہ تو ہمارے پاس سے بڑی بات تھی، جس سے آپ کے مائنڈ کو تھکا لگتا۔ کسی ایک سپیکر سے اب تک اس سوال کو لے کر، اس بات کو لے کر کچھ کہا نہیں۔</w:t>
      </w:r>
    </w:p>
    <w:p>
      <w:r>
        <w:rPr>
          <w:b/>
        </w:rPr>
        <w:t xml:space="preserve">[57:07] </w:t>
      </w:r>
      <w:r>
        <w:t>toh yeh yeh jo tareeqa hai ke jo mind aap ghar mein tha, woh le kar aaye aur le ke chale gaye, nahin, aap ko take away milna chahiye, kuch take away, kuch new point, kuch nayi baat, tab aa</w:t>
      </w:r>
    </w:p>
    <w:p>
      <w:pPr>
        <w:jc w:val="right"/>
      </w:pPr>
      <w:r>
        <w:t>تو یہ یہ جو طریقہ ہے کہ جو مائنڈ آپ گھر میں تھا، وہ لے کر آئے اور لے کے چلے گئے، نہیں، آپ کو ٹیک اوے ملنا چاہیے، کچھ ٹیک اوے، کچھ نیو پوائنٹ، کچھ نئی بات، تب آ</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