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Peace Conference 2019, Day 1. Session 2 (Remembrance of God)</w:t>
      </w:r>
    </w:p>
    <w:p>
      <w:r>
        <w:t>https://www.youtube.com/watch?v=MaqHmFTbIqk</w:t>
      </w:r>
    </w:p>
    <w:p>
      <w:r>
        <w:rPr>
          <w:b/>
        </w:rPr>
        <w:t xml:space="preserve">[00:06] </w:t>
      </w:r>
      <w:r>
        <w:t>hadees padhi jayegi, is par mein kuch is ke baad kuch add karoon ga is mein inshallah. pehle aap hadees suniye.</w:t>
      </w:r>
    </w:p>
    <w:p>
      <w:pPr>
        <w:jc w:val="right"/>
      </w:pPr>
      <w:r>
        <w:t>حدیث پڑھی جائے گی، اس پر میں کچھ اس کے بعد کچھ ایڈ کروں گا اس میں انشاءاللہ۔ پہلے آپ حدیث سنیے۔</w:t>
      </w:r>
    </w:p>
    <w:p>
      <w:r>
        <w:rPr>
          <w:b/>
        </w:rPr>
        <w:t xml:space="preserve">[00:17] </w:t>
      </w:r>
      <w:r>
        <w:t>an abi huraira an nabiyyi sallallahu alaihi wasallam qala: "inna lillahi tabaraka wa taala malaikatan sayyaratan, fadlan yatatabba'u majalisa al-dhikr, fa idha wajadu majalisan fihi dhikr qaa'adu ma'ahum,</w:t>
      </w:r>
    </w:p>
    <w:p>
      <w:pPr>
        <w:jc w:val="right"/>
      </w:pPr>
      <w:r>
        <w:t>عن ابی ہریرہ عن النبی صلی اللہ علیہ وسلم قال: "إن لله تبارك وتعالى ملائكةً سيارة، فضلاً يتتبعون مجالس الذكر، فإذا وجدوا مجلساً فيه ذكر قعدوا معهم،</w:t>
      </w:r>
    </w:p>
    <w:p>
      <w:r>
        <w:rPr>
          <w:b/>
        </w:rPr>
        <w:t xml:space="preserve">[00:34] </w:t>
      </w:r>
      <w:r>
        <w:t>wa haf ba'dhuhum ba'dan bi ajnihatihim, hatta yamla'u ma baynahum wa bayna al-sama'i al-dunya, fa idha tafaraqu 'araju wa sa'adu ila al-sama', qala: fa yasaluhumullahu azza wa jall,</w:t>
      </w:r>
    </w:p>
    <w:p>
      <w:pPr>
        <w:jc w:val="right"/>
      </w:pPr>
      <w:r>
        <w:t>وحف بعضهم بعضاً بأجنحتهم، حتى يملأوا ما بينهم وبين السماء الدنيا، فإذا تفرقوا عرجوا وسعدوا إلى السماء، قال: فيسألهم الله عز وجل،</w:t>
      </w:r>
    </w:p>
    <w:p>
      <w:r>
        <w:rPr>
          <w:b/>
        </w:rPr>
        <w:t xml:space="preserve">[00:49] </w:t>
      </w:r>
      <w:r>
        <w:t>wa huwa a'lamu bihim: min ayna ji'tum? fa yaquluna: ji'na min 'indi 'ibadin lak fi al-ard, yusabbihunaka wa yukabbirunaka wa yuhallilunaka wa yahmadunaka wa yas'alunaka,</w:t>
      </w:r>
    </w:p>
    <w:p>
      <w:pPr>
        <w:jc w:val="right"/>
      </w:pPr>
      <w:r>
        <w:t>وهو أعلم بهم: من أين جئتم؟ فيقولون: جينا من عند عباد لك في الأرض، يسبحونك ويكبرونك ويهللونك ويحمدونك ويسألونك،</w:t>
      </w:r>
    </w:p>
    <w:p>
      <w:r>
        <w:rPr>
          <w:b/>
        </w:rPr>
        <w:t xml:space="preserve">[01:05] </w:t>
      </w:r>
      <w:r>
        <w:t>qala: wa madha yas'aluni? qalu: yas'alunaka jannati, qala: wa hal ra'aw jannati?</w:t>
      </w:r>
    </w:p>
    <w:p>
      <w:pPr>
        <w:jc w:val="right"/>
      </w:pPr>
      <w:r>
        <w:t>قال: وماذا يسألوني؟ قالوا: يسألونك جنتك، قال: وهل رأوا جنتي؟</w:t>
      </w:r>
    </w:p>
    <w:p>
      <w:r>
        <w:rPr>
          <w:b/>
        </w:rPr>
        <w:t xml:space="preserve">[01:14] </w:t>
      </w:r>
      <w:r>
        <w:t>qala: la, ay rabbi, qala: fa kayfa law ra'aw jannati? qalu: wa yastajirunaka, qala: wa mimma yastajirunani?</w:t>
      </w:r>
    </w:p>
    <w:p>
      <w:pPr>
        <w:jc w:val="right"/>
      </w:pPr>
      <w:r>
        <w:t>قال: لا، أي ربي، قال: فكيف لو رأوا جنتي؟ قالوا: ويستجيرونك، قال: ومما يستجيرونني؟</w:t>
      </w:r>
    </w:p>
    <w:p>
      <w:r>
        <w:rPr>
          <w:b/>
        </w:rPr>
        <w:t xml:space="preserve">[01:28] </w:t>
      </w:r>
      <w:r>
        <w:t>qala: min nari ya rabbi, qala: wa hal ra'aw nari? qalu: la, qala: fa kayfa law ra'aw nari?</w:t>
      </w:r>
    </w:p>
    <w:p>
      <w:pPr>
        <w:jc w:val="right"/>
      </w:pPr>
      <w:r>
        <w:t>قال: من نارك يا ربي، قال: وهل رأوا ناري؟ قالوا: لا، قال: فكيف لو رأوا ناري؟</w:t>
      </w:r>
    </w:p>
    <w:p>
      <w:r>
        <w:rPr>
          <w:b/>
        </w:rPr>
        <w:t xml:space="preserve">[01:39] </w:t>
      </w:r>
      <w:r>
        <w:t>qalu: wa yastaghfirunaka, qala: fa yaqulu: qad ghafartu lahum, qad ghafartu lahum, fa a'taytuhum ma sa'alu, wa ajartuhum mimma istajaru,</w:t>
      </w:r>
    </w:p>
    <w:p>
      <w:pPr>
        <w:jc w:val="right"/>
      </w:pPr>
      <w:r>
        <w:t>قالوا: ويستغفرونك، قال: فيقول: قد غفرت لهم، قد غفرت لهم، فأعطيتهم ما سألوا، وأجرتهم مما استجاروا،</w:t>
      </w:r>
    </w:p>
    <w:p>
      <w:r>
        <w:rPr>
          <w:b/>
        </w:rPr>
        <w:t xml:space="preserve">[01:52] </w:t>
      </w:r>
      <w:r>
        <w:t>qala: fa yaquluna: rabbi fihim fulan 'abdun khata'un, innama marra fa jallasa ma'ahum, qala: fa yaqulu: wa lahu ghafartu, hum al-qawmu la yashqa bihim jalisuhum.</w:t>
      </w:r>
    </w:p>
    <w:p>
      <w:pPr>
        <w:jc w:val="right"/>
      </w:pPr>
      <w:r>
        <w:t>قال: فيقولون: ربي فيهم فلان عبد خطاء، إنما مر فجلس معهم، قال: فيقول: وله غفرت، هم القوم لا يشقى بهم جليسهم۔</w:t>
      </w:r>
    </w:p>
    <w:p>
      <w:r>
        <w:rPr>
          <w:b/>
        </w:rPr>
        <w:t xml:space="preserve">[02:09] </w:t>
      </w:r>
      <w:r>
        <w:t>sahih muslim hadees number 2689. abu huraira se riwayat hai nabi sallallahu alaihi wasallam ne kaha: beshak Allah taala ke liye kuch ghoomne wale farishte hain,</w:t>
      </w:r>
    </w:p>
    <w:p>
      <w:pPr>
        <w:jc w:val="right"/>
      </w:pPr>
      <w:r>
        <w:t>صحیح مسلم حدیث نمبر 2689۔ ابوہریرہ سے روایت ہے نبی صلی اللہ علیہ وسلم نے کہا: بے شک اللہ تعالی کے لیے کچھ گھومنے والے فرشتے ہیں،</w:t>
      </w:r>
    </w:p>
    <w:p>
      <w:r>
        <w:rPr>
          <w:b/>
        </w:rPr>
        <w:t xml:space="preserve">[02:23] </w:t>
      </w:r>
      <w:r>
        <w:t>yeh extra farishtay hain, yeh log zikr ki majalis ko talash karte hain. jab woh paate hain kisi majlis ko jis mein zikr ho raha ho to us ke sath baith jatay hain aur apne paron se aik doosray ko dhank letay hain,</w:t>
      </w:r>
    </w:p>
    <w:p>
      <w:pPr>
        <w:jc w:val="right"/>
      </w:pPr>
      <w:r>
        <w:t>یہ ایکسٹرا فرشتے ہیں، یہ لوگ ذکر کی مجالس کو تلاش کرتے ہیں۔ جب وہ پاتے ہیں کسی مجلس کو جس میں ذکر ہو رہا ہو تو اس کے ساتھ بیٹھ جاتے ہیں اور اپنے پروں سے ایک دوسرے کو ڈھانک لیتے ہیں،</w:t>
      </w:r>
    </w:p>
    <w:p>
      <w:r>
        <w:rPr>
          <w:b/>
        </w:rPr>
        <w:t xml:space="preserve">[02:42] </w:t>
      </w:r>
      <w:r>
        <w:t>yahan tak ke in ke aur aasman ke darmiyan woh phul kar dete hain. jab yeh log mutafariq ho jatay hain to farishtay oopar chalay jatay hain, aasman mein charhtay hain to Allah taala un se sawal karta hai jabkay woh ziyada janta hai:</w:t>
      </w:r>
    </w:p>
    <w:p>
      <w:pPr>
        <w:jc w:val="right"/>
      </w:pPr>
      <w:r>
        <w:t>یہاں تک کہ ان کے اور آسمان کے درمیان وہ پھل کر دیتے ہیں۔ جب یہ لوگ متفرق ہو جاتے ہیں تو فرشتے اوپر چلے جاتے ہیں، آسمان میں چڑھتے ہیں تو اللہ تعالی ان سے سوال کرتا ہے جبکہ وہ زیادہ جانتا ہے:</w:t>
      </w:r>
    </w:p>
    <w:p>
      <w:r>
        <w:rPr>
          <w:b/>
        </w:rPr>
        <w:t xml:space="preserve">[03:03] </w:t>
      </w:r>
      <w:r>
        <w:t>tum kahan se aaye ho? farishtay kehtay hain: hum tumharay kuch bandon ke pas se aaye hain zameen mein, woh tumhari tasbeeh kar rahay thay, tumhari takbeer kar rahay thay, tumharay liye la ilaha illallah keh rahay thay, tumhara hamd bayan kar rahay thay aur tum se sawal kar rahay thay.</w:t>
      </w:r>
    </w:p>
    <w:p>
      <w:pPr>
        <w:jc w:val="right"/>
      </w:pPr>
      <w:r>
        <w:t>تم کہاں سے آئے ہو؟ فرشتے کہتے ہیں: ہم تمہارے کچھ بندوں کے پاس سے آئے ہیں زمین میں، وہ تمہاری تسبیح کر رہے تھے، تمہاری تکبیر کر رہے تھے، تمہارے لیے لا الہ الا اللہ کہہ رہے تھے، تمہارا حمد بیان کر رہے تھے اور تم سے سوال کر رہے تھے۔</w:t>
      </w:r>
    </w:p>
    <w:p>
      <w:r>
        <w:rPr>
          <w:b/>
        </w:rPr>
        <w:t xml:space="preserve">[03:24] </w:t>
      </w:r>
      <w:r>
        <w:t>Allah taala kehta hai: woh kya sawal kar rahay thay? farishtay kehtay hain: woh tum se jannat mang rahay thay.</w:t>
      </w:r>
    </w:p>
    <w:p>
      <w:pPr>
        <w:jc w:val="right"/>
      </w:pPr>
      <w:r>
        <w:t>اللہ تعالی کہتا ہے: وہ کیا سوال کر رہے تھے؟ فرشتے کہتے ہیں: وہ تم سے جنت مانگ رہے تھے۔</w:t>
      </w:r>
    </w:p>
    <w:p>
      <w:r>
        <w:rPr>
          <w:b/>
        </w:rPr>
        <w:t xml:space="preserve">[03:34] </w:t>
      </w:r>
      <w:r>
        <w:t>to Allah kehta hai: kya unhon ne meri jannat ko dekha? farishtay kehtay hain: nahin, aye rab. to Allah kehta hai: kya muamla hota agar woh hamari jannat ko dekh letay?</w:t>
      </w:r>
    </w:p>
    <w:p>
      <w:pPr>
        <w:jc w:val="right"/>
      </w:pPr>
      <w:r>
        <w:t>تو اللہ کہتا ہے: کیا انہوں نے میری جنت کو دیکھا؟ فرشتے کہتے ہیں: نہیں، اے رب۔ تو اللہ کہتا ہے: کیا معاملہ ہوتا اگر وہ ہماری جنت کو دیکھ لیتے؟</w:t>
      </w:r>
    </w:p>
    <w:p>
      <w:r>
        <w:rPr>
          <w:b/>
        </w:rPr>
        <w:t xml:space="preserve">[03:48] </w:t>
      </w:r>
      <w:r>
        <w:t>farishtay is ke baad kehtay hain ke woh tum se panah mang rahay thay. Allah kehta hai: kis cheez se woh meri panah chah rahay thay?</w:t>
      </w:r>
    </w:p>
    <w:p>
      <w:pPr>
        <w:jc w:val="right"/>
      </w:pPr>
      <w:r>
        <w:t>فرشتے اس کے بعد کہتے ہیں کہ وہ تم سے پناہ مانگ رہے تھے۔ اللہ کہتا ہے: کس چیز سے وہ میری پناہ چاہ رہے تھے؟</w:t>
      </w:r>
    </w:p>
    <w:p>
      <w:r>
        <w:rPr>
          <w:b/>
        </w:rPr>
        <w:t xml:space="preserve">[03:57] </w:t>
      </w:r>
      <w:r>
        <w:t>farishtay kehtay hain: tumharay aag se, aye rab. to Allah kehta hai: kya unhon ne meri aag ko dekha hai?</w:t>
      </w:r>
    </w:p>
    <w:p>
      <w:pPr>
        <w:jc w:val="right"/>
      </w:pPr>
      <w:r>
        <w:t>فرشتے کہتے ہیں: تمہارے آگ سے، اے رب۔ تو اللہ کہتا ہے: کیا انہوں نے میری آگ کو دیکھا ہے؟</w:t>
      </w:r>
    </w:p>
    <w:p>
      <w:r>
        <w:rPr>
          <w:b/>
        </w:rPr>
        <w:t xml:space="preserve">[04:06] </w:t>
      </w:r>
      <w:r>
        <w:t>farishtay kehtay hain: nahin. Allah kehta hai: kya muamla hota agar woh hamari aag ko dekhte? farishtay kehtay hain: woh tum se maghfirat talab karte hain.</w:t>
      </w:r>
    </w:p>
    <w:p>
      <w:pPr>
        <w:jc w:val="right"/>
      </w:pPr>
      <w:r>
        <w:t>فرشتے کہتے ہیں: نہیں۔ اللہ کہتا ہے: کیا معاملہ ہوتا اگر وہ ہماری آگ کو دیکھتے؟ فرشتے کہتے ہیں: وہ تم سے مغفرت طلب کرتے ہیں۔</w:t>
      </w:r>
    </w:p>
    <w:p>
      <w:r>
        <w:rPr>
          <w:b/>
        </w:rPr>
        <w:t xml:space="preserve">[04:18] </w:t>
      </w:r>
      <w:r>
        <w:t>rawi kehtay hain: Allah taala kehta hai: maine un ko maaf kar diya aur un ko woh cheez diya jo woh sawal jis ka unhon ne sawal kiya aur us se panah di jis se unhon ne panah chahi.</w:t>
      </w:r>
    </w:p>
    <w:p>
      <w:pPr>
        <w:jc w:val="right"/>
      </w:pPr>
      <w:r>
        <w:t>راوی کہتے ہیں: اللہ تعالی کہتا ہے: میں نے ان کو معاف کر دیا اور ان کو وہ چیز دیا جو وہ سوال جس کا انہوں نے سوال کیا اور اس سے پناہ دی جس سے انہوں نے پناہ چاہی۔</w:t>
      </w:r>
    </w:p>
    <w:p>
      <w:r>
        <w:rPr>
          <w:b/>
        </w:rPr>
        <w:t xml:space="preserve">[04:30] </w:t>
      </w:r>
      <w:r>
        <w:t>is waqt farishtay kehtay hain: aye rab, is mein aik aisa banda bhi tha jo bohat ziyada gunah karne wala tha, woh is majlis ke pas se guzra aur wahan baith gaya.</w:t>
      </w:r>
    </w:p>
    <w:p>
      <w:pPr>
        <w:jc w:val="right"/>
      </w:pPr>
      <w:r>
        <w:t>اس وقت فرشتے کہتے ہیں: اے رب، اس میں ایک ایسا بندہ بھی تھا جو بہت زیادہ گناہ کرنے والا تھا، وہ اس مجلس کے پاس سے گزرا اور وہاں بیٹھ گیا۔</w:t>
      </w:r>
    </w:p>
    <w:p>
      <w:r>
        <w:rPr>
          <w:b/>
        </w:rPr>
        <w:t xml:space="preserve">[04:44] </w:t>
      </w:r>
      <w:r>
        <w:t>to Allah taala kehta hai: is ke liye hum ne maghfirat bakhshish de di. woh aisay log hain ke un mein baithnay wala kabhi badbakht nahin hota.</w:t>
      </w:r>
    </w:p>
    <w:p>
      <w:pPr>
        <w:jc w:val="right"/>
      </w:pPr>
      <w:r>
        <w:t>تو اللہ تعالی کہتا ہے: اس کے لیے ہم نے مغفرت بخشش دے دی۔ وہ ایسے لوگ ہیں کہ ان میں بیٹھنے والا کبھی بدبخت نہیں ہوتا۔</w:t>
      </w:r>
    </w:p>
    <w:p>
      <w:r>
        <w:rPr>
          <w:b/>
        </w:rPr>
        <w:t xml:space="preserve">[05:00] </w:t>
      </w:r>
      <w:r>
        <w:t>dekhiye,</w:t>
      </w:r>
    </w:p>
    <w:p>
      <w:pPr>
        <w:jc w:val="right"/>
      </w:pPr>
      <w:r>
        <w:t>دیکھیے،</w:t>
      </w:r>
    </w:p>
    <w:p>
      <w:r>
        <w:rPr>
          <w:b/>
        </w:rPr>
        <w:t xml:space="preserve">[05:04] </w:t>
      </w:r>
      <w:r>
        <w:t>is hadith ko main is waqt se janta hoon jab ke main nojawan ki umer mein tha. aap jantay hain ke main boorha ho chuka hoon.</w:t>
      </w:r>
    </w:p>
    <w:p>
      <w:pPr>
        <w:jc w:val="right"/>
      </w:pPr>
      <w:r>
        <w:t>اس حدیث کو میں اس وقت سے جانتا ہوں جب کہ میں نوجوانی کی عمر میں تھا۔ آپ جانتے ہیں کہ میں بوڑھا ہو چکا ہوں۔</w:t>
      </w:r>
    </w:p>
    <w:p>
      <w:r>
        <w:rPr>
          <w:b/>
        </w:rPr>
        <w:t xml:space="preserve">[05:16] </w:t>
      </w:r>
      <w:r>
        <w:t>tab se main sochta raha hoon aik sawal ko le kar ke farishtay toot tootay kya hain? woh to har jagah hain, har basay, har masjid, har madrasa, har jalsay, har workshop, har magazine, har kitab mein charchay ho raha hai.</w:t>
      </w:r>
    </w:p>
    <w:p>
      <w:pPr>
        <w:jc w:val="right"/>
      </w:pPr>
      <w:r>
        <w:t>تب سے میں سوچتا رہا ہوں ایک سوال کو لے کر کہ فرشتے ٹوٹ ٹوٹتے کیا ہیں؟ وہ تو ہر جگہ ہیں، ہر بسے، ہر مسجد، ہر مدرسہ، ہر جلسہ، ہر ورکشاپ، ہر میگزین، ہر کتاب میں چرچہ ہو رہا ہے۔</w:t>
      </w:r>
    </w:p>
    <w:p>
      <w:r>
        <w:rPr>
          <w:b/>
        </w:rPr>
        <w:t xml:space="preserve">[05:40] </w:t>
      </w:r>
      <w:r>
        <w:t>to to har jagah ho raha hai to tootay kya hain? bohat dinon ke baad mujh par yeh cheez khuli ke charchay ho raha hai apni community ko le kar.</w:t>
      </w:r>
    </w:p>
    <w:p>
      <w:pPr>
        <w:jc w:val="right"/>
      </w:pPr>
      <w:r>
        <w:t>تو تو ہر جگہ ہو رہا ہے تو ٹوٹتے کیا ہیں؟ بہت دنوں کے بعد مجھ پر یہ چیز کھلی کہ چرچہ ہو رہا ہے اپنی کمیونٹی کو لے کر۔</w:t>
      </w:r>
    </w:p>
    <w:p>
      <w:r>
        <w:rPr>
          <w:b/>
        </w:rPr>
        <w:t xml:space="preserve">[05:54] </w:t>
      </w:r>
      <w:r>
        <w:t>farishtay dhoond rahay hain ke kya koi aisa bhi insan hai jo Allah rab ul alameen ko le kar is ko charchay kare?</w:t>
      </w:r>
    </w:p>
    <w:p>
      <w:pPr>
        <w:jc w:val="right"/>
      </w:pPr>
      <w:r>
        <w:t>فرشتے ڈھونڈ رہے ہیں کہ کیا کوئی ایسا بھی انسان ہے جو اللہ رب العالمین کو لے کر اس کو چرچہ کرے؟</w:t>
      </w:r>
    </w:p>
    <w:p>
      <w:r>
        <w:rPr>
          <w:b/>
        </w:rPr>
        <w:t xml:space="preserve">[06:06] </w:t>
      </w:r>
      <w:r>
        <w:t>to main nahin paya, kam az kam main nahin paya. jahan bhi gaya, main jahan bhi dekha, main jo bhi kitab parhi, jo bhi akhbar parha, sab mein apni community ke zulm ka charchay.</w:t>
      </w:r>
    </w:p>
    <w:p>
      <w:pPr>
        <w:jc w:val="right"/>
      </w:pPr>
      <w:r>
        <w:t>تو میں نہیں پایا، کم از کم میں نہیں پایا۔ جہاں بھی گیا، میں جہاں بھی دیکھا، میں جو بھی کتاب پڑھی، جو بھی اخبار پڑھا، سب میں اپنی کمیونٹی کے ظلم کا چرچہ۔</w:t>
      </w:r>
    </w:p>
    <w:p>
      <w:r>
        <w:rPr>
          <w:b/>
        </w:rPr>
        <w:t xml:space="preserve">[06:19] </w:t>
      </w:r>
      <w:r>
        <w:t>yeh zulm hai, woh dushmani hai, woh sazish hai, yahi sab.</w:t>
      </w:r>
    </w:p>
    <w:p>
      <w:pPr>
        <w:jc w:val="right"/>
      </w:pPr>
      <w:r>
        <w:t>یہ ظلم ہے، وہ دشمنی ہے، وہ سازش ہے، یہی سب۔</w:t>
      </w:r>
    </w:p>
    <w:p>
      <w:r>
        <w:rPr>
          <w:b/>
        </w:rPr>
        <w:t xml:space="preserve">[06:28] </w:t>
      </w:r>
      <w:r>
        <w:t>bohat dinon ke baad maine is cheez ko discover kiya ke farishtay dhoondtay hain is spot ko jahan log Allah ki glory band karte hon, Allah ki glory, Allah ki azmat.</w:t>
      </w:r>
    </w:p>
    <w:p>
      <w:pPr>
        <w:jc w:val="right"/>
      </w:pPr>
      <w:r>
        <w:t>بہت دنوں کے بعد میں نے اس چیز کو ڈسکور کیا کہ فرشتے ڈھونڈتے ہیں اس اسپاٹ کو جہاں لوگ اللہ کی گلوری بند کرتے ہوں، اللہ کی گلوری، اللہ کی عظمت۔</w:t>
      </w:r>
    </w:p>
    <w:p>
      <w:r>
        <w:rPr>
          <w:b/>
        </w:rPr>
        <w:t xml:space="preserve">[06:49] </w:t>
      </w:r>
      <w:r>
        <w:t>to main samajhta hoon ke yeh jo aaj aap ne aaye ijtima kiya hai, meri Allah se umeed hai ke woh is ijtima ko is mein shamil farmaye ga.</w:t>
      </w:r>
    </w:p>
    <w:p>
      <w:pPr>
        <w:jc w:val="right"/>
      </w:pPr>
      <w:r>
        <w:t>تو میں سمجھتا ہوں کہ یہ جو آج آپ نے آئے اجتماع کیا ہے، میری اللہ سے امید ہے کہ وہ اس اجتماع کو اس میں شامل فرمائے گا۔</w:t>
      </w:r>
    </w:p>
    <w:p>
      <w:r>
        <w:rPr>
          <w:b/>
        </w:rPr>
        <w:t xml:space="preserve">[07:06] </w:t>
      </w:r>
      <w:r>
        <w:t>aur farishtay dhoondtay dhoondtay jab yahan pohnchay gay to woh awaz lagayen gay: "halum alah hajatukum, halum alah hajatukum, aao yahan hai to woh cheez to jis ko dhoond rahay thay." kyunkay hamara koi na zulm ki dastan hai, na sazish ki dastan hai,</w:t>
      </w:r>
    </w:p>
    <w:p>
      <w:pPr>
        <w:jc w:val="right"/>
      </w:pPr>
      <w:r>
        <w:t>اور فرشتے ڈھونڈتے ڈھونڈتے جب یہاں پہنچیں گے تو وہ آواز لگائیں گے: "حلم الہ حاجتکم، حلم الہ حاجتکم، آؤ یہاں ہے تو وہ چیز تو جس کو ڈھونڈ رہے تھے۔" کیونکہ ہمارا کوئی نہ ظلم کی داستان ہے، نہ سازش کی داستان ہے،</w:t>
      </w:r>
    </w:p>
    <w:p>
      <w:r>
        <w:rPr>
          <w:b/>
        </w:rPr>
        <w:t xml:space="preserve">[07:24] </w:t>
      </w:r>
      <w:r>
        <w:t>na kisi political party ke khilaf koi parasto hai, kisi ke khilaf nahin, na dunya mein, na India mein.</w:t>
      </w:r>
    </w:p>
    <w:p>
      <w:pPr>
        <w:jc w:val="right"/>
      </w:pPr>
      <w:r>
        <w:t>نہ کسی پولیٹیکل پارٹی کے خلاف کوئی پرستو ہے، کسی کے خلاف نہیں، نہ دنیا میں، نہ انڈیا میں۔</w:t>
      </w:r>
    </w:p>
    <w:p>
      <w:r>
        <w:rPr>
          <w:b/>
        </w:rPr>
        <w:t xml:space="preserve">[07:35] </w:t>
      </w:r>
      <w:r>
        <w:t>hamaray dil mein kisi ke khilaf shikayat nahin, hamaray dil dil mein koi zulm ki dastan nahin, hum kisi ko apna dushman nahin samajhtay.</w:t>
      </w:r>
    </w:p>
    <w:p>
      <w:pPr>
        <w:jc w:val="right"/>
      </w:pPr>
      <w:r>
        <w:t>ہمارے دل میں کسی کے خلاف شکایت نہیں، ہمارے دل دل میں کوئی ظلم کی داستان نہیں، ہم کسی کو اپنا دشمن نہیں سمجھتے۔</w:t>
      </w:r>
    </w:p>
    <w:p>
      <w:r>
        <w:rPr>
          <w:b/>
        </w:rPr>
        <w:t xml:space="preserve">[07:46] </w:t>
      </w:r>
      <w:r>
        <w:t>hamara wahid concern, wahid concern, wahid concern Allah ki glory band karna hai.</w:t>
      </w:r>
    </w:p>
    <w:p>
      <w:pPr>
        <w:jc w:val="right"/>
      </w:pPr>
      <w:r>
        <w:t>ہمارا واحد کنسرن، واحد کنسرن، واحد کنسرن اللہ کی گلوری بند کرنا ہے۔</w:t>
      </w:r>
    </w:p>
    <w:p>
      <w:r>
        <w:rPr>
          <w:b/>
        </w:rPr>
        <w:t xml:space="preserve">[07:56] </w:t>
      </w:r>
      <w:r>
        <w:t>to aap log jo yahan tashreef laye hain, un ke liye meri Allah se dua hai ke is ko un mein shamil karain jin ke baray mein farishtay kahay gay: "halum alah hajatukum."</w:t>
      </w:r>
    </w:p>
    <w:p>
      <w:pPr>
        <w:jc w:val="right"/>
      </w:pPr>
      <w:r>
        <w:t>تو آپ لوگ جو یہاں تشریف لائے ہیں، ان کے لیے میری اللہ سے دعا ہے کہ اس کو ان میں شامل کریں جن کے بارے میں فرشتے کہیں گے: "حلم الہ حاجتکم۔"</w:t>
      </w:r>
    </w:p>
    <w:p>
      <w:r>
        <w:rPr>
          <w:b/>
        </w:rPr>
        <w:t xml:space="preserve">[08:10] </w:t>
      </w:r>
      <w:r>
        <w:t>to mujhe ek apna ek waqia yaad aaya.</w:t>
      </w:r>
    </w:p>
    <w:p>
      <w:pPr>
        <w:jc w:val="right"/>
      </w:pPr>
      <w:r>
        <w:t>تو مجھے ایک اپنا ایک واقعہ یاد آیا۔</w:t>
      </w:r>
    </w:p>
    <w:p>
      <w:r>
        <w:rPr>
          <w:b/>
        </w:rPr>
        <w:t xml:space="preserve">[08:17] </w:t>
      </w:r>
      <w:r>
        <w:t>ek martaba bahar kisi mulk mein gaya tha, wahan ek arab dictator, ek zamane mein un ka bara charcha tha arab dictator ka, us ka naam nahi loon ga main,</w:t>
      </w:r>
    </w:p>
    <w:p>
      <w:pPr>
        <w:jc w:val="right"/>
      </w:pPr>
      <w:r>
        <w:t>ایک مرتبہ باہر کسی ملک میں گیا تھا، وہاں ایک عرب ڈکٹیٹر، ایک زمانے میں ان کا بڑا چرچہ تھا عرب ڈکٹیٹر کا، اس کا نام نہیں لوں گا میں،</w:t>
      </w:r>
    </w:p>
    <w:p>
      <w:r>
        <w:rPr>
          <w:b/>
        </w:rPr>
        <w:t xml:space="preserve">[08:31] </w:t>
      </w:r>
      <w:r>
        <w:t>un ka woh jalsa tha. is mein woh aanay walay thay to bohat se log ekatha thay.</w:t>
      </w:r>
    </w:p>
    <w:p>
      <w:pPr>
        <w:jc w:val="right"/>
      </w:pPr>
      <w:r>
        <w:t>ان کا وہ جلسہ تھا۔ اس میں وہ آنے والے تھے تو بہت سے لوگ اکٹھا تھے۔</w:t>
      </w:r>
    </w:p>
    <w:p>
      <w:r>
        <w:rPr>
          <w:b/>
        </w:rPr>
        <w:t xml:space="preserve">[08:41] </w:t>
      </w:r>
      <w:r>
        <w:t>jab woh aaye to woh chha gaye, woh aadmi jo aaya, woh dictator jo hai, to poore jalsay mein woh chha gaya. lekin kisi ko bolnay ki himmat nahi ho rahi thi.</w:t>
      </w:r>
    </w:p>
    <w:p>
      <w:pPr>
        <w:jc w:val="right"/>
      </w:pPr>
      <w:r>
        <w:t>جب وہ آئے تو وہ چھا گئے، وہ آدمی جو آیا، وہ ڈکٹیٹر جو ہے، تو پورے جلسے میں وہ چھا گیا۔ لیکن کسی کو بولنے کی ہمت نہیں ہو رہی تھی۔</w:t>
      </w:r>
    </w:p>
    <w:p>
      <w:r>
        <w:rPr>
          <w:b/>
        </w:rPr>
        <w:t xml:space="preserve">[08:51] </w:t>
      </w:r>
      <w:r>
        <w:t>ab sawal tha ke is ke aanay par kaun is ko istiqbal kare, kaun is ko reception de? to kisi ki himmat nahi parti thi.</w:t>
      </w:r>
    </w:p>
    <w:p>
      <w:pPr>
        <w:jc w:val="right"/>
      </w:pPr>
      <w:r>
        <w:t>اب سوال تھا کہ اس کے آنے پر کون اس کو استقبال کرے، کون اس کو ریسیپشن دے؟ تو کسی کی ہمت نہیں پڑتی تھی۔</w:t>
      </w:r>
    </w:p>
    <w:p>
      <w:r>
        <w:rPr>
          <w:b/>
        </w:rPr>
        <w:t xml:space="preserve">[09:04] </w:t>
      </w:r>
      <w:r>
        <w:t>ek Kuwait ka ek senior aalim tha, woh khara hua. to aaj maine is baat ko jaana hai ke kya wajah hai ke doosre log himmat nahi parti kharay honay ki.</w:t>
      </w:r>
    </w:p>
    <w:p>
      <w:pPr>
        <w:jc w:val="right"/>
      </w:pPr>
      <w:r>
        <w:t>ایک کویت کا ایک سینئر عالم تھا، وہ کھڑا ہوا۔ تو آج میں نے اس بات کو جانا ہے کہ کیا وجہ ہے کہ دوسرے لوگ ہمت نہیں پڑتی کھڑے ہونے کی۔</w:t>
      </w:r>
    </w:p>
    <w:p>
      <w:r>
        <w:rPr>
          <w:b/>
        </w:rPr>
        <w:t xml:space="preserve">[09:15] </w:t>
      </w:r>
      <w:r>
        <w:t>wohi ek shakhs khara hua jo Kuwait ka ek senior aalim tha, senior scholar tha. to meri samajh mein aaya ke logon ke dilon mein tha apni shikayatein, apni maang, apne apne darkhwastain.</w:t>
      </w:r>
    </w:p>
    <w:p>
      <w:pPr>
        <w:jc w:val="right"/>
      </w:pPr>
      <w:r>
        <w:t>وہی ایک شخص کھڑا ہوا جو کویت کا ایک سینئر عالم تھا، سینئر اسکالر تھا۔ تو میری سمجھ میں آیا کہ لوگوں کے دلوں میں تھا اپنی شکایتیں، اپنی مانگ، اپنے اپنے درخواستیں۔</w:t>
      </w:r>
    </w:p>
    <w:p>
      <w:r>
        <w:rPr>
          <w:b/>
        </w:rPr>
        <w:t xml:space="preserve">[09:34] </w:t>
      </w:r>
      <w:r>
        <w:t>to is mein log himmat nahi parti thi. woh arab sheikh jo tha, us ki koi maang nahi thi, us ki koi shikayat nahi thi, koi zulm ki dastaan nahi thi us ke paas.</w:t>
      </w:r>
    </w:p>
    <w:p>
      <w:pPr>
        <w:jc w:val="right"/>
      </w:pPr>
      <w:r>
        <w:t>تو اس میں لوگ ہمت نہیں پڑتی تھی۔ وہ عرب شیخ جو تھا، اس کی کوئی مانگ نہیں تھی، اس کی کوئی شکایت نہیں تھی، کوئی ظلم کی داستان نہیں تھی اس کے پاس۔</w:t>
      </w:r>
    </w:p>
    <w:p>
      <w:r>
        <w:rPr>
          <w:b/>
        </w:rPr>
        <w:t xml:space="preserve">[09:46] </w:t>
      </w:r>
      <w:r>
        <w:t>us ke paas is arab dictator ki glory thi jis ko us ne bain kiya. to ab aap jo yahan kharay hue hain, hamari himmat tab paray gi jab aap ke dilon mein koi shikayat na ho, koi zulm ki dastaan na ho,</w:t>
      </w:r>
    </w:p>
    <w:p>
      <w:pPr>
        <w:jc w:val="right"/>
      </w:pPr>
      <w:r>
        <w:t>اس کے پاس اس عرب ڈکٹیٹر کی گلوری تھی جس کو اس نے بین کیا۔ تو اب آپ جو یہاں کھڑے ہوئے ہیں، ہماری ہمت تب پڑے گی جب آپ کے دلوں میں کوئی شکایت نہ ہو، کوئی ظلم کی داستان نہ ہو،</w:t>
      </w:r>
    </w:p>
    <w:p>
      <w:r>
        <w:rPr>
          <w:b/>
        </w:rPr>
        <w:t xml:space="preserve">[10:04] </w:t>
      </w:r>
      <w:r>
        <w:t>koi negative thought na ho, sirf yahi ho ke yeh kaisa azeem hai woh Khuda jis ne hum ko paida kiya, yeh zameen di, yeh aasman diya, yeh food paida kiya zameen mein, yeh oxygen diya, suraj ki roshni di.</w:t>
      </w:r>
    </w:p>
    <w:p>
      <w:pPr>
        <w:jc w:val="right"/>
      </w:pPr>
      <w:r>
        <w:t>کوئی نیگیٹیو تھاٹ نہ ہو، صرف یہی ہو کہ یہ کیسا عظیم ہے وہ خدا جس نے ہم کو پیدا کیا، یہ زمین دی، یہ آسمان دیا، یہ فوڈ پیدا کیا زمین میں، یہ آکسیجن دیا، سورج کی روشنی دی۔</w:t>
      </w:r>
    </w:p>
    <w:p>
      <w:r>
        <w:rPr>
          <w:b/>
        </w:rPr>
        <w:t xml:space="preserve">[10:22] </w:t>
      </w:r>
      <w:r>
        <w:t>yani Allah Rabb-ul-alameen ke diye mein jo jeeta ho, us ki ehtiyat mein, us ki bracing mein jo jeeta ho, woh bol paaye ga, us ki himmat paray gi bolnay ki.</w:t>
      </w:r>
    </w:p>
    <w:p>
      <w:pPr>
        <w:jc w:val="right"/>
      </w:pPr>
      <w:r>
        <w:t>یعنی اللہ رب العالمین کے دیے میں جو جیتا ہو، اس کی احتیاط میں، اس کی بریسی میں جو جیتا ہو، وہ بول پائے گا، اس کی ہمت پڑے گی بولنے کی۔</w:t>
      </w:r>
    </w:p>
    <w:p>
      <w:r>
        <w:rPr>
          <w:b/>
        </w:rPr>
        <w:t xml:space="preserve">[10:35] </w:t>
      </w:r>
      <w:r>
        <w:t>to Allah ke fazl se hum aap jo hain ikhathe hue hain, hamein kisi se koi shikayat nahi, koi kisi ko dushman nahi samajhte, hum kisi ko zalim nahi samajhte.</w:t>
      </w:r>
    </w:p>
    <w:p>
      <w:pPr>
        <w:jc w:val="right"/>
      </w:pPr>
      <w:r>
        <w:t>تو اللہ کے فضل سے ہم آپ جو ہیں اکٹھے ہوئے ہیں، ہمیں کسی سے کوئی شکایت نہیں، کوئی کسی کو ہم دشمن نہیں سمجھتے، ہم کسی کو ظالم نہیں سمجھتے۔</w:t>
      </w:r>
    </w:p>
    <w:p>
      <w:r>
        <w:rPr>
          <w:b/>
        </w:rPr>
        <w:t xml:space="preserve">[10:47] </w:t>
      </w:r>
      <w:r>
        <w:t>hum Allah ki jo bracing hai, us se bhi jeete hain. main apna yeh haal hai ke subah ko jab main uthta hoon to sab se pehle kya kaam karta hoon?</w:t>
      </w:r>
    </w:p>
    <w:p>
      <w:pPr>
        <w:jc w:val="right"/>
      </w:pPr>
      <w:r>
        <w:t>ہم اللہ کی جو بریسنگ ہے، اس سے بھی جیتے ہیں۔ میں اپنا یہ حال ہے کہ صبح کو جب میں اٹھتا ہوں تو سب سے پہلے کیا کام کرتا ہوں؟</w:t>
      </w:r>
    </w:p>
    <w:p>
      <w:r>
        <w:rPr>
          <w:b/>
        </w:rPr>
        <w:t xml:space="preserve">[10:58] </w:t>
      </w:r>
      <w:r>
        <w:t>main sab se pehle main fajar ki namaz ke baad yeh Ayat-ul-Kursi parhta hoon: "Allah la ilaha illa huwa, al-hayyul qayyum, la ta'khudhuhu sinatun wa la nawm,</w:t>
      </w:r>
    </w:p>
    <w:p>
      <w:pPr>
        <w:jc w:val="right"/>
      </w:pPr>
      <w:r>
        <w:t>میں سب سے پہلے میں فجر کی نماز کے بعد یہ آیت الکرسی پڑھتا ہوں: "اللہ لا الہ الاھو، الحی القیوم، لا طاقت ولا نوم،</w:t>
      </w:r>
    </w:p>
    <w:p>
      <w:r>
        <w:rPr>
          <w:b/>
        </w:rPr>
        <w:t xml:space="preserve">[11:15] </w:t>
      </w:r>
      <w:r>
        <w:t>lahu ma fis samawati wa ma fil ard.</w:t>
      </w:r>
    </w:p>
    <w:p>
      <w:pPr>
        <w:jc w:val="right"/>
      </w:pPr>
      <w:r>
        <w:t>منزل الذی یشفع الا بے</w:t>
      </w:r>
    </w:p>
    <w:p>
      <w:r>
        <w:rPr>
          <w:b/>
        </w:rPr>
        <w:t xml:space="preserve">[11:27] </w:t>
      </w:r>
      <w:r>
        <w:t>man dhal ladhi yashfa'u indahu illa bi idhnih.</w:t>
      </w:r>
    </w:p>
    <w:p>
      <w:pPr>
        <w:jc w:val="right"/>
      </w:pPr>
      <w:r>
        <w:t>من الا وسع کرسی السماوات والارض۔"</w:t>
      </w:r>
    </w:p>
    <w:p>
      <w:r>
        <w:rPr>
          <w:b/>
        </w:rPr>
        <w:t xml:space="preserve">[11:36] </w:t>
      </w:r>
      <w:r>
        <w:t>ya'lamu ma bayna aydihim wa ma khalfahum, wa la yuhituna bi shay'im min ilmihi illa bima sha'a. wasi'a kursiyuhus samawati wal ard.</w:t>
      </w:r>
    </w:p>
    <w:p>
      <w:pPr>
        <w:jc w:val="right"/>
      </w:pPr>
      <w:r>
        <w:t>اس کو پڑھنے کے بعد میں باہر نکلتا ہوں اور پھر سورج دیکھتا ہوں۔ سورج نکلا ٹھیک ٹائم پر اور سارے عالم میں اس کی روشنی پھیل گئی۔</w:t>
      </w:r>
    </w:p>
    <w:p>
      <w:r>
        <w:rPr>
          <w:b/>
        </w:rPr>
        <w:t xml:space="preserve">[11:49] </w:t>
      </w:r>
      <w:r>
        <w:t>to main sochta hoon ke Allah kitna bara hai, kitna azeem hai ke itni bari duniya ko control kar raha hai, itni bari duniya ko hamare liye custom made universe banai hui hai.</w:t>
      </w:r>
    </w:p>
    <w:p>
      <w:pPr>
        <w:jc w:val="right"/>
      </w:pPr>
      <w:r>
        <w:t>تو میں سوچتا ہوں کہ اللہ کتنا بڑا ہے، کتنا عظیم ہے کہ اتنی بڑی دنیا کو کنٹرول کر رہا ہے، اتنی بڑی دنیا کو ہمارے لیے کسٹم میڈ یونیورس بنائی ہوئی ہے۔</w:t>
      </w:r>
    </w:p>
    <w:p>
      <w:r>
        <w:rPr>
          <w:b/>
        </w:rPr>
        <w:t xml:space="preserve">[12:03] </w:t>
      </w:r>
      <w:r>
        <w:t>aap ghaur kijiye, yeh poori duniya hamari custom made universe hai. kitni bari taqat chahiye ke saare sayaron ko, saare sitaron ko, poore suraj system ko, saare zameen o aasman ko hamare mutabiq kar de?</w:t>
      </w:r>
    </w:p>
    <w:p>
      <w:pPr>
        <w:jc w:val="right"/>
      </w:pPr>
      <w:r>
        <w:t>آپ غور کیجئے، یہ پوری دنیا ہماری کسٹم میڈ یونیورس ہے۔ کتنی بڑی طاقت چاہیے کہ سارے سیاروں کو، سارے ستاروں کو، پورے سورج سسٹم کو، سارے زمین و آسمان کو ہمارے مطابق کر دے؟</w:t>
      </w:r>
    </w:p>
    <w:p>
      <w:r>
        <w:rPr>
          <w:b/>
        </w:rPr>
        <w:t xml:space="preserve">[12:20] </w:t>
      </w:r>
      <w:r>
        <w:t>jo Quran mein kaha gaya hai: "Sakhkhar lakum, sakhkhar lakum, sakhkhar lakum samawati wa ma fil ard." is saare alam ko hamare liye mustaqil kar dena, yani custom, us ko kehte hain custom made universe bana dena.</w:t>
      </w:r>
    </w:p>
    <w:p>
      <w:pPr>
        <w:jc w:val="right"/>
      </w:pPr>
      <w:r>
        <w:t>جو قرآن میں کہا گیا ہے: "سخرکم، سخرکم، سخرکم السماوات وما فی الارض۔" اس سارے عالم کو ہمارے لیے مستقل کر دینا، یعنی کسٹم، اس کو کہتے ہیں کسٹم میڈ یونیورس بنا دینا۔</w:t>
      </w:r>
    </w:p>
    <w:p>
      <w:r>
        <w:rPr>
          <w:b/>
        </w:rPr>
        <w:t xml:space="preserve">[12:35] </w:t>
      </w:r>
      <w:r>
        <w:t>to kaisa ajeeb hai woh!</w:t>
      </w:r>
    </w:p>
    <w:p>
      <w:pPr>
        <w:jc w:val="right"/>
      </w:pPr>
      <w:r>
        <w:t>تو کیسا عجیب ہے وہ!</w:t>
      </w:r>
    </w:p>
    <w:p>
      <w:r>
        <w:rPr>
          <w:b/>
        </w:rPr>
        <w:t xml:space="preserve">[12:37] </w:t>
      </w:r>
      <w:r>
        <w:t>yeh sab main sochta hoon aur mujhe yaqeen hai ke hamare jitne saathi hain, woh bhi isi ehsas mein jeete hain. hamare saathi mein mujhe umeed nahi ke koi bhi hoga jo shikayat aur dushmani aur saazish, yeh sab baaton mein jeeta ho.</w:t>
      </w:r>
    </w:p>
    <w:p>
      <w:pPr>
        <w:jc w:val="right"/>
      </w:pPr>
      <w:r>
        <w:t>یہ سب میں سوچتا ہوں اور مجھے یقین ہے کہ ہمارے جتنے ساتھی ہیں، وہ بھی اسی احساس میں جیتے ہیں۔ ہمارے ساتھی میں مجھے امید نہیں کہ کوئی بھی ہوگا جو شکایت اور دشمنی اور سازش، یہ سب باتوں میں جیتا ہو۔</w:t>
      </w:r>
    </w:p>
    <w:p>
      <w:r>
        <w:rPr>
          <w:b/>
        </w:rPr>
        <w:t xml:space="preserve">[12:55] </w:t>
      </w:r>
      <w:r>
        <w:t>political partiyon ke khilaf mujhe nahi umeed hai ke agar agar aap aise hotay to aap yahan aatay hi nahi. agar aap aise hotay ke aap ke dil dil mein logon ki dushmania hain, partiyon ke political partiyon ke khilaf shikayatein hain, to aap aatay hi nahi yahan par kyunke aap ko pata hai ke yahan is ka charcha honay wala nahi hai.</w:t>
      </w:r>
    </w:p>
    <w:p>
      <w:pPr>
        <w:jc w:val="right"/>
      </w:pPr>
      <w:r>
        <w:t>پولیٹیکل پارٹیوں کے خلاف مجھے نہیں امید ہے کہ اگر اگر آپ ایسے ہوتے تو آپ یہاں آتے ہی نہیں۔ اگر آپ ایسے ہوتے کہ آپ کے دل دل میں لوگوں کی دشمنیاں ہیں، پارٹیوں کے پولیٹیکل پارٹیوں کے خلاف شکایتیں ہیں، تو آپ آتے ہی نہیں یہاں پر کیونکہ آپ کو پتہ ہے کہ یہاں اس کا چرچہ ہونے والا نہیں ہے۔</w:t>
      </w:r>
    </w:p>
    <w:p>
      <w:r>
        <w:rPr>
          <w:b/>
        </w:rPr>
        <w:t xml:space="preserve">[13:19] </w:t>
      </w:r>
      <w:r>
        <w:t>aap ko pata hai ke yahan is ka charcha honay wala nahi hai.</w:t>
      </w:r>
    </w:p>
    <w:p>
      <w:pPr>
        <w:jc w:val="right"/>
      </w:pPr>
      <w:r>
        <w:t>آپ کو پتہ ہے کہ یہاں اس کا چرچہ ہونے والا نہیں ہے۔</w:t>
      </w:r>
    </w:p>
    <w:p>
      <w:r>
        <w:rPr>
          <w:b/>
        </w:rPr>
        <w:t xml:space="preserve">[13:26] </w:t>
      </w:r>
      <w:r>
        <w:t>kya kar raha hai? kaun political party? hamara hum us ko sochte bhi nahi. hum Allah Rabb-ul-alameen ki ehtiyat mein jeete hain.</w:t>
      </w:r>
    </w:p>
    <w:p>
      <w:pPr>
        <w:jc w:val="right"/>
      </w:pPr>
      <w:r>
        <w:t>کیا کر رہا ہے؟ کون پولیٹیکل پارٹی؟ ہمارا ہم اس کو سوچتے بھی نہیں۔ ہم اللہ رب العالمین کی احتیاط میں جیتے ہیں۔</w:t>
      </w:r>
    </w:p>
    <w:p>
      <w:r>
        <w:rPr>
          <w:b/>
        </w:rPr>
        <w:t xml:space="preserve">[13:36] </w:t>
      </w:r>
      <w:r>
        <w:t>jaise mein subah ko jab mein baithta hoon to mujhe sirf yahi yaad rehta hai ke ke kitna bara haal woh rab-ul-alameen hoga, kitna bara</w:t>
      </w:r>
    </w:p>
    <w:p>
      <w:pPr>
        <w:jc w:val="right"/>
      </w:pPr>
      <w:r>
        <w:t>جیسے میں صبح کو جب میں بیٹھتا ہوں تو مجھے صرف یہی یاد رہتا ہے کہ کہ کتنا بڑا حال وہ رب العالمین ہوگا، کتنا بڑا</w:t>
      </w:r>
    </w:p>
    <w:p>
      <w:r>
        <w:rPr>
          <w:b/>
        </w:rPr>
        <w:t xml:space="preserve">[13:47] </w:t>
      </w:r>
      <w:r>
        <w:t>jo poore universe ko mere maskhar kar diya, poore universe ko mere custom made universe bana diya.</w:t>
      </w:r>
    </w:p>
    <w:p>
      <w:pPr>
        <w:jc w:val="right"/>
      </w:pPr>
      <w:r>
        <w:t>جو پورے یونیورس کو میرے مسخر کر دیا، پورے یونیورس کو میرے کسٹم میڈ یونیورس بنا دیا۔</w:t>
      </w:r>
    </w:p>
    <w:p>
      <w:r>
        <w:rPr>
          <w:b/>
        </w:rPr>
        <w:t xml:space="preserve">[13:57] </w:t>
      </w:r>
      <w:r>
        <w:t>to is ehsaas ko le kar hum yahan insha'Allah jama hue hain aur aur wahi cheez ki umeed mein karta hoon Allah rab-ul-alameen se ke Allah rab-ul-alameen poochega: "Ae farishton!</w:t>
      </w:r>
    </w:p>
    <w:p>
      <w:pPr>
        <w:jc w:val="right"/>
      </w:pPr>
      <w:r>
        <w:t>تو اس احساس کو لے کر ہم یہاں انشاءاللہ جمع ہوئے ہیں اور اور وہی چیز کی امید میں کرتا ہوں اللہ رب العالمین سے کہ اللہ رب العالمین پوچھے گا: "اے فرشتوں!</w:t>
      </w:r>
    </w:p>
    <w:p>
      <w:r>
        <w:rPr>
          <w:b/>
        </w:rPr>
        <w:t xml:space="preserve">[14:09] </w:t>
      </w:r>
      <w:r>
        <w:t>yeh log yahan kis liye ikattha hue hain?" to kahenge: "Khudaya!</w:t>
      </w:r>
    </w:p>
    <w:p>
      <w:pPr>
        <w:jc w:val="right"/>
      </w:pPr>
      <w:r>
        <w:t>یہ لوگ یہاں کس لیے اکٹھا ہوئے ہیں؟" تو کہیں گے: "خدایا!</w:t>
      </w:r>
    </w:p>
    <w:p>
      <w:r>
        <w:rPr>
          <w:b/>
        </w:rPr>
        <w:t xml:space="preserve">[14:15] </w:t>
      </w:r>
      <w:r>
        <w:t>woh teri, teri jannat ke umeedwar hain,</w:t>
      </w:r>
    </w:p>
    <w:p>
      <w:pPr>
        <w:jc w:val="right"/>
      </w:pPr>
      <w:r>
        <w:t>وہ تیری، تیری جنت کے امیدوار ہیں،</w:t>
      </w:r>
    </w:p>
    <w:p>
      <w:r>
        <w:rPr>
          <w:b/>
        </w:rPr>
        <w:t xml:space="preserve">[14:21] </w:t>
      </w:r>
      <w:r>
        <w:t>teri jannat ke umeedwar hain." to Allah rab-ul-alameen poochega: "Agar mujhe jannat ko dekh lein to kya ho un ka haal?" un ka ke aur zyada maang hai, aur zyada shauq badha hai un ka.</w:t>
      </w:r>
    </w:p>
    <w:p>
      <w:pPr>
        <w:jc w:val="right"/>
      </w:pPr>
      <w:r>
        <w:t>تیری جنت کے امیدوار ہیں۔" تو اللہ رب العالمین پوچھے گا: "اگر مجھے جنت کو دیکھ لیں تو کیا ہو ان کا حال؟" ان کا کہ اور زیادہ مانگ ہے، اور زیادہ شوق بڑھا ہے ان کا۔</w:t>
      </w:r>
    </w:p>
    <w:p>
      <w:r>
        <w:rPr>
          <w:b/>
        </w:rPr>
        <w:t xml:space="preserve">[14:33] </w:t>
      </w:r>
      <w:r>
        <w:t>to insha'Allah hum un mein, un logon mein shamil hona chahte hain. Hum mein se mujhe yaqeen hai ke koi bhi aisa nahi hoga jis ke dil mein yeh ho ke falan hamara dushman hai, falan hamara zalim hai,</w:t>
      </w:r>
    </w:p>
    <w:p>
      <w:pPr>
        <w:jc w:val="right"/>
      </w:pPr>
      <w:r>
        <w:t>تو انشاءاللہ ہم ان میں، ان لوگوں میں شامل ہونا چاہتے ہیں۔ ہم میں سے مجھے یقین ہے کہ کوئی بھی ایسا نہیں ہوگا جس کے دل میں یہ ہو کہ فلاں ہمارا دشمن ہے، فلاں ہمارا ظالم ہے،</w:t>
      </w:r>
    </w:p>
    <w:p>
      <w:r>
        <w:rPr>
          <w:b/>
        </w:rPr>
        <w:t xml:space="preserve">[14:45] </w:t>
      </w:r>
      <w:r>
        <w:t>falan hamara declaration kar raha hai. Mujhe nahi umeed hai ke yahan koi aisa hoga kyunke woh is ko pata hai ke yahan is ka charchaa hone wala hi nahi.</w:t>
      </w:r>
    </w:p>
    <w:p>
      <w:pPr>
        <w:jc w:val="right"/>
      </w:pPr>
      <w:r>
        <w:t>فلاں ہمارا ڈیکلیریشن کر رہا ہے۔ مجھے نہیں امید ہے کہ یہاں کوئی ایسا ہوگا کیونکہ وہ اس کو پتہ ہے کہ یہاں اس کا چرچہ ہونے والا ہی نہیں۔</w:t>
      </w:r>
    </w:p>
    <w:p>
      <w:r>
        <w:rPr>
          <w:b/>
        </w:rPr>
        <w:t xml:space="preserve">[14:54] </w:t>
      </w:r>
      <w:r>
        <w:t>woh kyun aata hai yahan par? aata hai yahan kis liye? woh to Allah rab-ul-alameen kahega: "Ae farishton!</w:t>
      </w:r>
    </w:p>
    <w:p>
      <w:pPr>
        <w:jc w:val="right"/>
      </w:pPr>
      <w:r>
        <w:t>وہ کیوں آتا ہے یہاں پر؟ آتا ہے یہاں کس لیے؟ وہ تو اللہ رب العالمین کہے گا: "اے فرشتوں!</w:t>
      </w:r>
    </w:p>
    <w:p>
      <w:r>
        <w:rPr>
          <w:b/>
        </w:rPr>
        <w:t xml:space="preserve">[15:02] </w:t>
      </w:r>
      <w:r>
        <w:t>gawah raho tum ke maine in ke liye jannat muqaddar kar di, maine in ke liye jannat muqaddar kar di." to kaisi ajeeb yeh lamha hai jahan aap ko Allah taala ne jama kiya yahan par.</w:t>
      </w:r>
    </w:p>
    <w:p>
      <w:pPr>
        <w:jc w:val="right"/>
      </w:pPr>
      <w:r>
        <w:t>گواہ رہو تم کہ میں نے ان کے لیے جنت مقدر کر دی، میں نے ان کے لیے جنت مقدر کر دی۔" تو کیسی عجیب یہ لمحہ ہے جہاں آپ کو اللہ تعالی نے جمع کیا یہاں پر۔</w:t>
      </w:r>
    </w:p>
    <w:p>
      <w:r>
        <w:rPr>
          <w:b/>
        </w:rPr>
        <w:t xml:space="preserve">[15:22] </w:t>
      </w:r>
      <w:r>
        <w:t>mujhe yaqeen hai ke aap mein se koi bhi ek bhi shakhs aisa nahi hoga jo kisi ke khilaaf shikayatein le ke yahan aaya hua ho. Woh kyun aayega?</w:t>
      </w:r>
    </w:p>
    <w:p>
      <w:pPr>
        <w:jc w:val="right"/>
      </w:pPr>
      <w:r>
        <w:t>مجھے یقین ہے کہ آپ میں سے کوئی بھی ایک بھی شخص ایسا نہیں ہوگا جو کسی کے خلاف شکایتیں لے کے یہاں آیا ہوا ہو۔ وہ کیوں آئے گا؟</w:t>
      </w:r>
    </w:p>
    <w:p>
      <w:r>
        <w:rPr>
          <w:b/>
        </w:rPr>
        <w:t xml:space="preserve">[15:31] </w:t>
      </w:r>
      <w:r>
        <w:t>woh jaanta hai, is ko pata hai ke hum shikayatein karne wale hain nahi, hum shikayaton ka charchaa karne wale hain nahi, hum adawat ki zuban hum bolne wale hain nahi.</w:t>
      </w:r>
    </w:p>
    <w:p>
      <w:pPr>
        <w:jc w:val="right"/>
      </w:pPr>
      <w:r>
        <w:t>وہ جانتا ہے، اس کو پتہ ہے کہ ہم شکایتیں کرنے والے ہیں نہیں، ہم شکایتوں کا چرچہ کرنے والے ہیں نہیں، ہم عداوت کی زبان ہم بولنے والے ہیں نہیں۔</w:t>
      </w:r>
    </w:p>
    <w:p>
      <w:r>
        <w:rPr>
          <w:b/>
        </w:rPr>
        <w:t xml:space="preserve">[15:41] </w:t>
      </w:r>
      <w:r>
        <w:t>to kis liye aaye ga yahan par? woh to mein aap logon ko basharat deta hoon, basharat ke insha'Allah, insha'Allah, insha'Allah hamare is aane ko Allah ne qabool farmaaya aur hamare liye jannat, jannat muqaddar kar di,</w:t>
      </w:r>
    </w:p>
    <w:p>
      <w:pPr>
        <w:jc w:val="right"/>
      </w:pPr>
      <w:r>
        <w:t>تو کس لیے آئے گا یہاں پر؟ وہ تو میں آپ لوگوں کو بشارت دیتا ہوں، بشارت کہ انشاءاللہ، انشاءاللہ، انشاءاللہ ہمارے اس آنے کو اللہ نے قبول فرمایا اور ہمارے لیے جنت، جنت مقدر کر دی،</w:t>
      </w:r>
    </w:p>
    <w:p>
      <w:r>
        <w:rPr>
          <w:b/>
        </w:rPr>
        <w:t xml:space="preserve">[15:59] </w:t>
      </w:r>
      <w:r>
        <w:t>jannat muqaddar kar di. woh jo qissa mein ne bataya aap ko ke ek bare dictator ke majlis mein mein tha to bohat saare log the, kisi ki himmat nahi padti thi.</w:t>
      </w:r>
    </w:p>
    <w:p>
      <w:pPr>
        <w:jc w:val="right"/>
      </w:pPr>
      <w:r>
        <w:t>جنت مقدر کر دی۔ وہ جو قصہ میں نے بتایا آپ کو کہ ایک بڑے ڈکٹیٹر کے مجلس میں میں تھا تو بہت سارے لوگ تھے، کسی کی ہمت نہیں پڑتی تھی۔</w:t>
      </w:r>
    </w:p>
    <w:p>
      <w:r>
        <w:rPr>
          <w:b/>
        </w:rPr>
        <w:t xml:space="preserve">[16:12] </w:t>
      </w:r>
      <w:r>
        <w:t>lekin ek aadmi khada hua kyunke woh bechara, is ko kuch lena dena nahi tha, is ko kuch daalna nahi chahiye tha, is ki koi shikayat nahi thi.</w:t>
      </w:r>
    </w:p>
    <w:p>
      <w:pPr>
        <w:jc w:val="right"/>
      </w:pPr>
      <w:r>
        <w:t>لیکن ایک آدمی کھڑا ہوا کیونکہ وہ بیچارہ، اس کو کچھ لینا دینا نہیں تھا، اس کو کچھ ڈالنا نہیں چاہیے تھا، اس کی کوئی شکایت نہیں تھی۔</w:t>
      </w:r>
    </w:p>
    <w:p>
      <w:r>
        <w:rPr>
          <w:b/>
        </w:rPr>
        <w:t xml:space="preserve">[16:22] </w:t>
      </w:r>
      <w:r>
        <w:t>is ko to sirf is dictator ki azmat bayan karna tha. to is ki himmat padi, to is ki himmat padi.</w:t>
      </w:r>
    </w:p>
    <w:p>
      <w:pPr>
        <w:jc w:val="right"/>
      </w:pPr>
      <w:r>
        <w:t>اس کو تو صرف اس ڈکٹیٹر کی عظمت بیان کرنا تھا۔ تو اس کی ہمت پڑی، تو اس کی ہمت پڑی۔</w:t>
      </w:r>
    </w:p>
    <w:p>
      <w:r>
        <w:rPr>
          <w:b/>
        </w:rPr>
        <w:t xml:space="preserve">[16:31] </w:t>
      </w:r>
      <w:r>
        <w:t>to hum aap jo hain, mujhe yaqeen hai ke hum mein se ek shakhs bhi nahi hoga jo duniyavi cheezon mein uljha hua ho, shikayaton mein, partyon ke ke yeh party dushman hai, woh party dushman hai,</w:t>
      </w:r>
    </w:p>
    <w:p>
      <w:pPr>
        <w:jc w:val="right"/>
      </w:pPr>
      <w:r>
        <w:t>تو ہم آپ جو ہیں، مجھے یقین ہے کہ ہم میں سے ایک شخص بھی نہیں ہوگا جو دنیاوی چیزوں میں الجھا ہوا ہو، شکایتوں میں، پارٹیوں کے کہ یہ پارٹی دشمن ہے، وہ پارٹی دشمن ہے،</w:t>
      </w:r>
    </w:p>
    <w:p>
      <w:r>
        <w:rPr>
          <w:b/>
        </w:rPr>
        <w:t xml:space="preserve">[16:47] </w:t>
      </w:r>
      <w:r>
        <w:t>humein is party ko haraana hai, is party ko jeetana hai. Is se bohat oonche honge. Agar aisa koi hota to yahan aata hi nahi. Woh un logon mein se jo extra hue hain, un mein se agar koi aisa hota to woh aata hi nahi yahan par.</w:t>
      </w:r>
    </w:p>
    <w:p>
      <w:pPr>
        <w:jc w:val="right"/>
      </w:pPr>
      <w:r>
        <w:t>ہمیں اس پارٹی کو ہرانا ہے، اس پارٹی کو جیتانا ہے۔ اس سے بہت اونچے ہوں گے۔ اگر ایسا کوئی ہوتا تو یہاں آتا ہی نہیں۔ وہ ان لوگوں میں سے جو ایکسٹرا ہوئے ہیں، ان میں سے اگر کوئی ایسا ہوتا تو وہ آتا ہی نہیں یہاں پر۔</w:t>
      </w:r>
    </w:p>
    <w:p>
      <w:r>
        <w:rPr>
          <w:b/>
        </w:rPr>
        <w:t xml:space="preserve">[17:03] </w:t>
      </w:r>
      <w:r>
        <w:t>is ko pata hai ke yahan to kuch sunne wala hi nahi, yahan note taker hai, aisi baaton ko sunne wala koi hai hi nahi, aisi baaton ko sunne wala koi hai hi nahi.</w:t>
      </w:r>
    </w:p>
    <w:p>
      <w:pPr>
        <w:jc w:val="right"/>
      </w:pPr>
      <w:r>
        <w:t>اس کو پتہ ہے کہ یہاں تو کچھ سننے والا ہی نہیں، یہاں نوٹ ٹیکر ہے، ایسی باتوں کو سننے والا کوئی ہے ہی نہیں، ایسی باتوں کو سننے والا کوئی ہے ہی نہیں۔</w:t>
      </w:r>
    </w:p>
    <w:p>
      <w:r>
        <w:rPr>
          <w:b/>
        </w:rPr>
        <w:t xml:space="preserve">[17:16] </w:t>
      </w:r>
      <w:r>
        <w:t>aur dekhiye, hum aap jo hamara jo mission hai, kya hai? Allah ki kitab ko saare aalam tak pahunchana logon ki understandable language mein.</w:t>
      </w:r>
    </w:p>
    <w:p>
      <w:pPr>
        <w:jc w:val="right"/>
      </w:pPr>
      <w:r>
        <w:t>اور دیکھیے، ہم آپ جو ہمارا جو مشن ہے، کیا ہے؟ اللہ کی کتاب کو سارے عالم تک پہنچانا لوگوں کی انڈرسٹینڈیبل لینگویج میں۔</w:t>
      </w:r>
    </w:p>
    <w:p>
      <w:r>
        <w:rPr>
          <w:b/>
        </w:rPr>
        <w:t xml:space="preserve">[17:28] </w:t>
      </w:r>
      <w:r>
        <w:t>kyunke Quran mein hai ke "ma arsalna rasool illa bi lisan qawmi".</w:t>
      </w:r>
    </w:p>
    <w:p>
      <w:pPr>
        <w:jc w:val="right"/>
      </w:pPr>
      <w:r>
        <w:t>کیونکہ قرآن میں ہے کہ "ما ارسلنا رسول الا بلسان قومی"۔</w:t>
      </w:r>
    </w:p>
    <w:p>
      <w:r>
        <w:rPr>
          <w:b/>
        </w:rPr>
        <w:t xml:space="preserve">[17:37] </w:t>
      </w:r>
      <w:r>
        <w:t>Logon ko apni, un ki apni zuban mein, yaani is ka matlab kya hai? Logon ki apni understandable language mein. Jitne rasool aaye, woh logon ki apni understandable language mein.</w:t>
      </w:r>
    </w:p>
    <w:p>
      <w:pPr>
        <w:jc w:val="right"/>
      </w:pPr>
      <w:r>
        <w:t>لوگوں کو اپنی، ان کی اپنی زبان میں، یعنی اس کا مطلب کیا ہے؟ لوگوں کی اپنی انڈرسٹینڈیبل لینگویج میں۔ جتنے رسول آئے، وہ لوگوں کی اپنی انڈرسٹینڈیبل لینگویج میں۔</w:t>
      </w:r>
    </w:p>
    <w:p>
      <w:r>
        <w:rPr>
          <w:b/>
        </w:rPr>
        <w:t xml:space="preserve">[17:54] </w:t>
      </w:r>
      <w:r>
        <w:t>mein aap ko ek waqea batana chahta hoon ke abhi jo New Zealand mein jo waqea hua hai, to New Zealand mein woh sab logon ko maloom hai ke wahan par hamare ek saathi hain, un ke paas Quran tha, English translation.</w:t>
      </w:r>
    </w:p>
    <w:p>
      <w:pPr>
        <w:jc w:val="right"/>
      </w:pPr>
      <w:r>
        <w:t>میں آپ کو ایک واقعہ بتانا چاہتا ہوں کہ ابھی جو نیوزی لینڈ میں جو واقعہ ہوا ہے، تو نیوزی لینڈ میں وہ سب لوگوں کو معلوم ہے کہ وہاں پر ہمارے ایک ساتھی ہیں، ان کے پاس قرآن تھا، انگلش ٹرانسلیشن۔</w:t>
      </w:r>
    </w:p>
    <w:p>
      <w:r>
        <w:rPr>
          <w:b/>
        </w:rPr>
        <w:t xml:space="preserve">[18:11] </w:t>
      </w:r>
      <w:r>
        <w:t>to ek aadmi aata hai jo achi English jaanta tha, woh woh New Zealand ka bashinda. to us ko Quran diya gaya, us ne us ko padha to us ne bohat ajeeb o ghareeb baat kahi.</w:t>
      </w:r>
    </w:p>
    <w:p>
      <w:pPr>
        <w:jc w:val="right"/>
      </w:pPr>
      <w:r>
        <w:t>تو ایک آدمی آتا ہے جو اچھی انگلش جانتا تھا، وہ وہ نیوزی لینڈ کا باشندہ۔ تو اس کو قرآن دیا گیا، اس نے اس کو پڑھا تو اس نے بہت عجیب و غریب بات کہی۔</w:t>
      </w:r>
    </w:p>
    <w:p>
      <w:r>
        <w:rPr>
          <w:b/>
        </w:rPr>
        <w:t xml:space="preserve">[18:24] </w:t>
      </w:r>
      <w:r>
        <w:t>to us aadmi ne yahi baat kahi: "Yeh jo translation hai, maine bohat se translation padhe, yeh translation meri apni zuban mein hai, mein samajh sakta hoon, mere liye poori tarah woh understandable hai." to hamara mission kya hai?</w:t>
      </w:r>
    </w:p>
    <w:p>
      <w:pPr>
        <w:jc w:val="right"/>
      </w:pPr>
      <w:r>
        <w:t>تو اس آدمی نے یہی بات کہی: "یہ جو ٹرانسلیشن ہے، میں نے بہت سے ٹرانسلیشن پڑھے، یہ ٹرانسلیشن میری اپنی زبان میں ہے، میں سمجھ سکتا ہوں، میرے لیے پوری طرح وہ انڈرسٹینڈیبل ہے۔" تو ہمارا مشن کیا ہے؟</w:t>
      </w:r>
    </w:p>
    <w:p>
      <w:r>
        <w:rPr>
          <w:b/>
        </w:rPr>
        <w:t xml:space="preserve">[18:40] </w:t>
      </w:r>
      <w:r>
        <w:t>logon ki understandable language mein Allah ki kitab ko pahunchana,</w:t>
      </w:r>
    </w:p>
    <w:p>
      <w:pPr>
        <w:jc w:val="right"/>
      </w:pPr>
      <w:r>
        <w:t>لوگوں کی انڈرسٹینڈیبل لینگویج میں اللہ کی کتاب کو پہنچانا،</w:t>
      </w:r>
    </w:p>
    <w:p>
      <w:r>
        <w:rPr>
          <w:b/>
        </w:rPr>
        <w:t xml:space="preserve">[18:49] </w:t>
      </w:r>
      <w:r>
        <w:t>logon ki understandable language mein Allah ki kitab ko pahunchana. Yahan aise log maujood hain jo is mein apna waqt, apna paisa, sab kuch lagaye hue hain isi mission ke liye.</w:t>
      </w:r>
    </w:p>
    <w:p>
      <w:pPr>
        <w:jc w:val="right"/>
      </w:pPr>
      <w:r>
        <w:t>لوگوں کی انڈرسٹینڈیبل لینگویج میں اللہ کی کتاب کو پہنچانا۔ یہاں ایسے لوگ موجود ہیں جو اس میں اپنا وقت، اپنا پیسہ، سب کچھ لگائے ہوئے ہیں اسی مشن کے لیے۔</w:t>
      </w:r>
    </w:p>
    <w:p>
      <w:r>
        <w:rPr>
          <w:b/>
        </w:rPr>
        <w:t xml:space="preserve">[19:05] </w:t>
      </w:r>
      <w:r>
        <w:t>Yahan aise log maujood hain jo isi mein raat din busy hain, isi mein lage hue hain ke logon ki jo understandable language hai, us mein Quran ko tayyar kar rahe hain,</w:t>
      </w:r>
    </w:p>
    <w:p>
      <w:pPr>
        <w:jc w:val="right"/>
      </w:pPr>
      <w:r>
        <w:t>یہاں ایسے لوگ موجود ہیں جو اسی میں رات دن بزی ہیں، اسی میں لگے ہوئے ہیں کہ لوگوں کی جو انڈرسٹینڈیبل لینگویج ہے، اس میں قرآن کو تیار کر رہے ہیں،</w:t>
      </w:r>
    </w:p>
    <w:p>
      <w:r>
        <w:rPr>
          <w:b/>
        </w:rPr>
        <w:t xml:space="preserve">[19:19] </w:t>
      </w:r>
      <w:r>
        <w:t>is ka tarjuma aur us ko saare dinon mein pahunchaen. Yahan mein yeh kehna chahta hoon ke yeh pahunchana bohat bari cheez hai, pahunchana khud bohat bari cheez hai.</w:t>
      </w:r>
    </w:p>
    <w:p>
      <w:pPr>
        <w:jc w:val="right"/>
      </w:pPr>
      <w:r>
        <w:t>اس کا ترجمہ اور اس کو سارے دنوں میں پہنچائیں۔ یہاں میں یہ کہنا چاہتا ہوں کہ یہ پہنچانا بہت بڑی چیز ہے، پہنچانا خود بہت بڑی چیز ہے۔</w:t>
      </w:r>
    </w:p>
    <w:p>
      <w:r>
        <w:rPr>
          <w:b/>
        </w:rPr>
        <w:t xml:space="preserve">[19:31] </w:t>
      </w:r>
      <w:r>
        <w:t>Kyunke Quran mein hai ke "Wa ma 'alayna illal balagh", "Wa ma 'alayna illal balagh", yaani hamari duty to hai pahunchana, insaan ki duty hai pahunchana.</w:t>
      </w:r>
    </w:p>
    <w:p>
      <w:pPr>
        <w:jc w:val="right"/>
      </w:pPr>
      <w:r>
        <w:t>کیونکہ قرآن میں ہے کہ "وما علینا الا البلاغ"، "وما علینا الا البلاغ"، یعنی ہماری ڈیوٹی تو ہے پہنچانا، انسان کی ڈیوٹی ہے پہنچانا۔</w:t>
      </w:r>
    </w:p>
    <w:p>
      <w:r>
        <w:rPr>
          <w:b/>
        </w:rPr>
        <w:t xml:space="preserve">[19:46] </w:t>
      </w:r>
      <w:r>
        <w:t>To jo log is pahunchane mein, jis ko aap bolte hain distribution mein lage hue hain, woh mamooli kaam nahi hai, woh woh nabiyon wala kaam hai, nabiyon wala.</w:t>
      </w:r>
    </w:p>
    <w:p>
      <w:pPr>
        <w:jc w:val="right"/>
      </w:pPr>
      <w:r>
        <w:t>تو جو لوگ اس پہنچانے میں، جس کو آپ بولتے ہیں ڈسٹریبیوشن میں لگے ہوئے ہیں، وہ معمولی کام نہیں ہے، وہ وہ نبیوں والا کام ہے، نبیوں والا۔</w:t>
      </w:r>
    </w:p>
    <w:p>
      <w:r>
        <w:rPr>
          <w:b/>
        </w:rPr>
        <w:t xml:space="preserve">[19:59] </w:t>
      </w:r>
      <w:r>
        <w:t>To jo log is distribution wale kaam mein, yaani Quran ka, Quran ke har zaban mein tarjuma tayyar karna, us ko distribute karna, logon tak pahunchana,</w:t>
      </w:r>
    </w:p>
    <w:p>
      <w:pPr>
        <w:jc w:val="right"/>
      </w:pPr>
      <w:r>
        <w:t>تو جو لوگ اس ڈسٹریبیوشن والے کام میں، یعنی قرآن کا، قرآن کے ہر زبان میں ترجمہ تیار کرنا، اس کو ڈسٹریبیوٹ کرنا، لوگوں تک پہنچانا،</w:t>
      </w:r>
    </w:p>
    <w:p>
      <w:r>
        <w:rPr>
          <w:b/>
        </w:rPr>
        <w:t xml:space="preserve">[20:14] </w:t>
      </w:r>
      <w:r>
        <w:t>yeh mamooli kaam nahi hai, yeh balagh hai, balagh jo nabiyon ka kaam tha.</w:t>
      </w:r>
    </w:p>
    <w:p>
      <w:pPr>
        <w:jc w:val="right"/>
      </w:pPr>
      <w:r>
        <w:t>یہ معمولی کام نہیں ہے، یہ بلاغ ہے، بلاغ جو نبیوں کا کام تھا۔</w:t>
      </w:r>
    </w:p>
    <w:p>
      <w:r>
        <w:rPr>
          <w:b/>
        </w:rPr>
        <w:t xml:space="preserve">[20:23] </w:t>
      </w:r>
      <w:r>
        <w:t>Yeh ke aap pahuncha denge to kuch log aise milenge jo bohat zyada is ko dhyan se len, bohat zyada is se sabaq len, apni zindagi mein ise shamil karen.</w:t>
      </w:r>
    </w:p>
    <w:p>
      <w:pPr>
        <w:jc w:val="right"/>
      </w:pPr>
      <w:r>
        <w:t>یہ کہ آپ پہنچا دیں گے تو کچھ لوگ ایسے ملیں گے جو بہت زیادہ اس کو دھیان سے لیں، بہت زیادہ اس سے سبق لیں، اپنی زندگیوں میں اسے شامل کریں۔</w:t>
      </w:r>
    </w:p>
    <w:p>
      <w:r>
        <w:rPr>
          <w:b/>
        </w:rPr>
        <w:t xml:space="preserve">[20:34] </w:t>
      </w:r>
      <w:r>
        <w:t>Aur kuch log aise bhi honge jo is ko dhyan na den, to na den, to na den. Aap ka, aap ka jo kaam ho to ada ho gaya.</w:t>
      </w:r>
    </w:p>
    <w:p>
      <w:pPr>
        <w:jc w:val="right"/>
      </w:pPr>
      <w:r>
        <w:t>اور کچھ لوگ ایسے بھی ہوں گے جو اس کو دھیان نہ دیں، تو نہ دیں، تو نہ دیں۔ آپ کا، آپ کا جو کام ہو تو ادا ہو گیا۔</w:t>
      </w:r>
    </w:p>
    <w:p>
      <w:r>
        <w:rPr>
          <w:b/>
        </w:rPr>
        <w:t xml:space="preserve">[20:46] </w:t>
      </w:r>
      <w:r>
        <w:t>Qayamat mein farishtay gawahi denge ke yeh hain woh log jinhon ne Allah ki kitab ko logon ki understandable language mein convert kar ke logon tak pahunchaya.</w:t>
      </w:r>
    </w:p>
    <w:p>
      <w:pPr>
        <w:jc w:val="right"/>
      </w:pPr>
      <w:r>
        <w:t>قیامت میں فرشتے گواہی دیں گے کہ یہ ہیں وہ لوگ جنہوں نے اللہ کی کتاب کو لوگوں کی انڈرسٹینڈیبل لینگویج میں کنورٹ کر کے لوگوں تک پہنچایا۔</w:t>
      </w:r>
    </w:p>
    <w:p>
      <w:r>
        <w:rPr>
          <w:b/>
        </w:rPr>
        <w:t xml:space="preserve">[20:56] </w:t>
      </w:r>
      <w:r>
        <w:t>Yeh mamooli baat hai, yeh mamooli baat hai ke qayamat mein jab saari dunya ke log ikhatta hon, is mein farishtay khare ho kar kahein ke yeh woh log hain jinhon ne Allah ki kitab ko logon ki understandable language mein tayyar kar ke un ko pahunchaya.</w:t>
      </w:r>
    </w:p>
    <w:p>
      <w:pPr>
        <w:jc w:val="right"/>
      </w:pPr>
      <w:r>
        <w:t>یہ معمولی بات ہے، یہ معمولی بات ہے کہ قیامت میں جب ساری دنیا کے لوگ اکٹھا ہوں، اس میں فرشتے کھڑے ہو کر کہیں کہ یہ وہ لوگ ہیں جنہوں نے اللہ کی کتاب کو لوگوں کی انڈرسٹینڈیبل لینگویج میں تیار کر کے ان کو پہنچایا۔</w:t>
      </w:r>
    </w:p>
    <w:p>
      <w:r>
        <w:rPr>
          <w:b/>
        </w:rPr>
        <w:t xml:space="preserve">[21:17] </w:t>
      </w:r>
      <w:r>
        <w:t>Mamooli baat nahi hai yeh. To yeh bohat hi bara Allah taala ka blessing hai ke aap ko is ki tofeeq mile, bohat bari blessing hai.</w:t>
      </w:r>
    </w:p>
    <w:p>
      <w:pPr>
        <w:jc w:val="right"/>
      </w:pPr>
      <w:r>
        <w:t>معمولی بات نہیں ہے یہ۔ تو یہ بہت ہی بڑا اللہ تعالی کا بریسنگ ہے کہ آپ کو اس کی توفیق ملے، بہت بڑی بریسنگ ہے۔</w:t>
      </w:r>
    </w:p>
    <w:p>
      <w:r>
        <w:rPr>
          <w:b/>
        </w:rPr>
        <w:t xml:space="preserve">[21:30] </w:t>
      </w:r>
      <w:r>
        <w:t>Aise waqt mein jab ke log zikr kar rahe hain, jahan bhi, jahan bhi, har saari dunya mein jagah jagah chirche ke majlis hain, conference hain, jalsa hai,</w:t>
      </w:r>
    </w:p>
    <w:p>
      <w:pPr>
        <w:jc w:val="right"/>
      </w:pPr>
      <w:r>
        <w:t>ایسے وقت میں جب کہ لوگ ذکر کر رہے ہیں، جہاں بھی، جہاں بھی، ہر ساری دنیا میں جگہ جگہ چرچے کے مجلسیں ہیں، کانفرنس ہیں، جلسہ ہے،</w:t>
      </w:r>
    </w:p>
    <w:p>
      <w:r>
        <w:rPr>
          <w:b/>
        </w:rPr>
        <w:t xml:space="preserve">[21:45] </w:t>
      </w:r>
      <w:r>
        <w:t>workshop hai, aur pata nahi kya kya ho raha hai, har taraf chircha hai, chircha hai, chircha hai. Lekin aap un ko survey kijiye, har jagah apni graduations bayan karte hain log,</w:t>
      </w:r>
    </w:p>
    <w:p>
      <w:pPr>
        <w:jc w:val="right"/>
      </w:pPr>
      <w:r>
        <w:t>ورکشاپ ہے، اور پتہ نہیں کیا کیا ہو رہا ہے، ہر طرف چرچہ ہے، چرچہ ہے، چرچہ ہے۔ لیکن آپ ان کو سروے کیجئے، ہر جگہ اپنی گریویشنز بیان کرتے ہیں لوگ،</w:t>
      </w:r>
    </w:p>
    <w:p>
      <w:r>
        <w:rPr>
          <w:b/>
        </w:rPr>
        <w:t xml:space="preserve">[21:58] </w:t>
      </w:r>
      <w:r>
        <w:t>apni graduations ke hamare khilaf sazish ho rahi hai, "we are under siege" waghera. Saare log isi mein mashgool hain, saare log, jahan tak mein jaanta hoon, without any exception, isi mein mashgool hain ke doosron ki,</w:t>
      </w:r>
    </w:p>
    <w:p>
      <w:pPr>
        <w:jc w:val="right"/>
      </w:pPr>
      <w:r>
        <w:t>اپنی گریویشنز کہ ہمارے خلاف سازش ہو رہی ہے، "وی آر انڈر سیز" وغیرہ۔ سارے لوگ اسی میں مشغول ہیں، سارے لوگ، جہاں تک میں جانتا ہوں، وِد آؤٹ اینی ایکسیپشن، اسی میں مشغول ہیں کہ دوسروں کی،</w:t>
      </w:r>
    </w:p>
    <w:p>
      <w:r>
        <w:rPr>
          <w:b/>
        </w:rPr>
        <w:t xml:space="preserve">[22:21] </w:t>
      </w:r>
      <w:r>
        <w:t>doosron ki sazishon ko, doosron ki adawat ko, doosron ke zulm ko bayan karen. Is ke liye ikhatta hote hain woh. Hum Allah ke fazal se, hamare dil mein bhi nahi hai ke hamare khilaf koi sazish hai, hamare dil mein bhi nahi hai.</w:t>
      </w:r>
    </w:p>
    <w:p>
      <w:pPr>
        <w:jc w:val="right"/>
      </w:pPr>
      <w:r>
        <w:t>دوسروں کی سازشوں کو، دوسروں کی عداوت کو، دوسروں کے ظلم کو بیان کریں۔ اس کے لیے اکٹھا ہوتے ہیں وہ۔ ہم اللہ کے فضل سے، ہمارے دل میں بھی نہیں ہے کہ ہمارے خلاف کوئی سازش ہے، ہمارے دل میں بھی نہیں ہے۔</w:t>
      </w:r>
    </w:p>
    <w:p>
      <w:r>
        <w:rPr>
          <w:b/>
        </w:rPr>
        <w:t xml:space="preserve">[22:38] </w:t>
      </w:r>
      <w:r>
        <w:t>Hum sirf Allah ki glory bayan karne ke liye yahan ikhatta hue hain, Allah ki azmat ko bayan karne ke liye yahan ikhatta hue hain. Bilkul anokha ijtima hai, yeh anokha ijtima hai.</w:t>
      </w:r>
    </w:p>
    <w:p>
      <w:pPr>
        <w:jc w:val="right"/>
      </w:pPr>
      <w:r>
        <w:t>ہم صرف اللہ کی گلوری بیان کرنے کے لیے یہاں اکٹھا ہوئے ہیں، اللہ کی عظمت کو بیان کرنے کے لیے یہاں اکٹھا ہوئے ہیں۔ بالکل انوکھا اجتماع ہے، یہ انوکھا اجتماع ہے۔</w:t>
      </w:r>
    </w:p>
    <w:p>
      <w:r>
        <w:rPr>
          <w:b/>
        </w:rPr>
        <w:t xml:space="preserve">[22:51] </w:t>
      </w:r>
      <w:r>
        <w:t>yeh wohi ijtima hai jis ke liye inshallah farishtay kehtay honge ke "halum al hajatukum, halum al</w:t>
      </w:r>
    </w:p>
    <w:p>
      <w:pPr>
        <w:jc w:val="right"/>
      </w:pPr>
      <w:r>
        <w:t>یہ وہی اجتماع ہے جس کے لیے انشاءاللہ فرشتے کہتے ہوں گے کہ "حلم الہ حاجتکم، حلم الہ</w:t>
      </w:r>
    </w:p>
    <w:p>
      <w:r>
        <w:rPr>
          <w:b/>
        </w:rPr>
        <w:t xml:space="preserve">[22:57] </w:t>
      </w:r>
      <w:r>
        <w:t>hajatukum, yahan aao, yahan hai woh</w:t>
      </w:r>
    </w:p>
    <w:p>
      <w:pPr>
        <w:jc w:val="right"/>
      </w:pPr>
      <w:r>
        <w:t>حاجتکم، یہاں آؤ، یہاں ہے وہ</w:t>
      </w:r>
    </w:p>
    <w:p>
      <w:r>
        <w:rPr>
          <w:b/>
        </w:rPr>
        <w:t xml:space="preserve">[23:00] </w:t>
      </w:r>
      <w:r>
        <w:t>jis ko tum talash kar rahay thay."</w:t>
      </w:r>
    </w:p>
    <w:p>
      <w:pPr>
        <w:jc w:val="right"/>
      </w:pPr>
      <w:r>
        <w:t>جس کو تم تلاش کر رہے تھے۔"</w:t>
      </w:r>
    </w:p>
    <w:p>
      <w:r>
        <w:rPr>
          <w:b/>
        </w:rPr>
        <w:t xml:space="preserve">[23:03] </w:t>
      </w:r>
      <w:r>
        <w:t>to main dua karta hoon ke Allah taala hum sab ko is mein shamil farmaye jis ke baray</w:t>
      </w:r>
    </w:p>
    <w:p>
      <w:pPr>
        <w:jc w:val="right"/>
      </w:pPr>
      <w:r>
        <w:t>تو میں دعا کرتا ہوں کہ اللہ تعالی ہم سب کو اس میں شامل فرمائے جس کے بارے</w:t>
      </w:r>
    </w:p>
    <w:p>
      <w:r>
        <w:rPr>
          <w:b/>
        </w:rPr>
        <w:t xml:space="preserve">[23:09] </w:t>
      </w:r>
      <w:r>
        <w:t>mein farishtay kahengay ke "halum al hajatukum, halum al hajatukum."</w:t>
      </w:r>
    </w:p>
    <w:p>
      <w:pPr>
        <w:jc w:val="right"/>
      </w:pPr>
      <w:r>
        <w:t>میں فرشتے کہیں گے کہ "حلم الہ حاجتکم، حلم الہ حاجتکم۔"</w:t>
      </w:r>
    </w:p>
    <w:p>
      <w:r>
        <w:rPr>
          <w:b/>
        </w:rPr>
        <w:t xml:space="preserve">[23:16] </w:t>
      </w:r>
      <w:r>
        <w:t>to main aap se kahunga, dua karunga ke mazeed josh ke sath, mazeed yaqeen ke sath</w:t>
      </w:r>
    </w:p>
    <w:p>
      <w:pPr>
        <w:jc w:val="right"/>
      </w:pPr>
      <w:r>
        <w:t>تو میں آپ سے کہوں گا، دعا کروں گا کہ مزید جوش کے ساتھ، مزید یقین کے ساتھ</w:t>
      </w:r>
    </w:p>
    <w:p>
      <w:r>
        <w:rPr>
          <w:b/>
        </w:rPr>
        <w:t xml:space="preserve">[23:24] </w:t>
      </w:r>
      <w:r>
        <w:t>is mein lag jaiye,</w:t>
      </w:r>
    </w:p>
    <w:p>
      <w:pPr>
        <w:jc w:val="right"/>
      </w:pPr>
      <w:r>
        <w:t>اس میں لگ جائیے،</w:t>
      </w:r>
    </w:p>
    <w:p>
      <w:r>
        <w:rPr>
          <w:b/>
        </w:rPr>
        <w:t xml:space="preserve">[23:27] </w:t>
      </w:r>
      <w:r>
        <w:t>is waqt tak jab tak ke woh, is ka woh hadith</w:t>
      </w:r>
    </w:p>
    <w:p>
      <w:pPr>
        <w:jc w:val="right"/>
      </w:pPr>
      <w:r>
        <w:t>اس وقت تک جب تک کہ وہ، اس کا وہ حدیث</w:t>
      </w:r>
    </w:p>
    <w:p>
      <w:r>
        <w:rPr>
          <w:b/>
        </w:rPr>
        <w:t xml:space="preserve">[23:33] </w:t>
      </w:r>
      <w:r>
        <w:t>poori ho jaye.</w:t>
      </w:r>
    </w:p>
    <w:p>
      <w:pPr>
        <w:jc w:val="right"/>
      </w:pPr>
      <w:r>
        <w:t>پوری ہو جائے۔</w:t>
      </w:r>
    </w:p>
    <w:p>
      <w:r>
        <w:rPr>
          <w:b/>
        </w:rPr>
        <w:t xml:space="preserve">[23:34] </w:t>
      </w:r>
      <w:r>
        <w:t>woh hadith ke alfaaz parhiye ke "har ghar mein puhanchay ga quran, kalma islam."</w:t>
      </w:r>
    </w:p>
    <w:p>
      <w:pPr>
        <w:jc w:val="right"/>
      </w:pPr>
      <w:r>
        <w:t>وہ حدیث کے الفاظ پڑھیے کہ "ہر گھر میں پہنچے گا قرآن، کلمہ اسلام۔"</w:t>
      </w:r>
    </w:p>
    <w:p>
      <w:r>
        <w:rPr>
          <w:b/>
        </w:rPr>
        <w:t xml:space="preserve">[23:39] </w:t>
      </w:r>
      <w:r>
        <w:t>an al-miqdad ibn al-aswad yaqool: "samt rasool Allah sal-Allah alayh wasalam yaqool: la yabqa ala zahar al-ard</w:t>
      </w:r>
    </w:p>
    <w:p>
      <w:pPr>
        <w:jc w:val="right"/>
      </w:pPr>
      <w:r>
        <w:t>عن المقداد ابن الاسود یقول: "سمعت رسول اللہ صلی اللہ علیہ وسلم یقول: لا یبقى علی زہر الارض</w:t>
      </w:r>
    </w:p>
    <w:p>
      <w:r>
        <w:rPr>
          <w:b/>
        </w:rPr>
        <w:t xml:space="preserve">[23:46] </w:t>
      </w:r>
      <w:r>
        <w:t>bayt madr wa la wabr illa adkhalahu Allah kalimat al-islam."</w:t>
      </w:r>
    </w:p>
    <w:p>
      <w:pPr>
        <w:jc w:val="right"/>
      </w:pPr>
      <w:r>
        <w:t>بیت مدر ولا وبر الا ادخلہ اللہ کلمۃ الاسلام۔"</w:t>
      </w:r>
    </w:p>
    <w:p>
      <w:r>
        <w:rPr>
          <w:b/>
        </w:rPr>
        <w:t xml:space="preserve">[23:53] </w:t>
      </w:r>
      <w:r>
        <w:t>musnad ahmad hadith number 23814.</w:t>
      </w:r>
    </w:p>
    <w:p>
      <w:pPr>
        <w:jc w:val="right"/>
      </w:pPr>
      <w:r>
        <w:t>مسند احمد حدیث نمبر 23814۔</w:t>
      </w:r>
    </w:p>
    <w:p>
      <w:r>
        <w:rPr>
          <w:b/>
        </w:rPr>
        <w:t xml:space="preserve">[23:58] </w:t>
      </w:r>
      <w:r>
        <w:t>Miqdad bin al-Aswad se riwayat hai ke unhon ne kaha: "Maine Rasul Allah Sallallahu 'Alayhi Wasallam ko kehte hue suna: Rooh-e-zameen par koi bhi chota ya bara ghar nahi bachega magar Allah taala is mein Islam ke kalme ko dakhil karega." Dekhiye,</w:t>
      </w:r>
    </w:p>
    <w:p>
      <w:pPr>
        <w:jc w:val="right"/>
      </w:pPr>
      <w:r>
        <w:t>مقداد بن الاسود سے روایت ہے کہ انہوں نے کہا: "میں نے رسول اللہ صلی اللہ علیہ وسلم کو کہتے ہوئے سنا: روئے زمین پر کوئی بھی چھوٹا یا بڑا گھر نہیں بچے گا مگر اللہ تعالی اس میں اسلام کے کلمے کو داخل کرے گا۔" دیکھیے،</w:t>
      </w:r>
    </w:p>
    <w:p>
      <w:r>
        <w:rPr>
          <w:b/>
        </w:rPr>
        <w:t xml:space="preserve">[24:16] </w:t>
      </w:r>
      <w:r>
        <w:t>is hadith mein ek process ka zikr hai, process yaani ek waqt aayega jab ke communication dunya mein aa jayega, peace aa jayega,</w:t>
      </w:r>
    </w:p>
    <w:p>
      <w:pPr>
        <w:jc w:val="right"/>
      </w:pPr>
      <w:r>
        <w:t>اس حدیث میں ایک پروسیس کا ذکر ہے، پروسیس یعنی ایک وقت آئے گا جب کہ کمیونیکیشن دنیا میں آ جائے گا، پیس آ جائے گا،</w:t>
      </w:r>
    </w:p>
    <w:p>
      <w:r>
        <w:rPr>
          <w:b/>
        </w:rPr>
        <w:t xml:space="preserve">[24:30] </w:t>
      </w:r>
      <w:r>
        <w:t>saare woh asbab ikhatta ho jayenge jo tabligh aam ke liye zaroori hain. Kuch log is ko discover karenge,</w:t>
      </w:r>
    </w:p>
    <w:p>
      <w:pPr>
        <w:jc w:val="right"/>
      </w:pPr>
      <w:r>
        <w:t>سارے وہ اسباب اکٹھا ہو جائیں گے جو تبلیغ عام کے لیے ضروری ہیں۔ کچھ لوگ اس کو ڈسکور کریں گے،</w:t>
      </w:r>
    </w:p>
    <w:p>
      <w:r>
        <w:rPr>
          <w:b/>
        </w:rPr>
        <w:t xml:space="preserve">[24:43] </w:t>
      </w:r>
      <w:r>
        <w:t>jis tarah farishtay kahenge: "Halumma ila hajatikum." Kuch log discover kar ke kahenge: "Ae mere sath</w:t>
      </w:r>
    </w:p>
    <w:p>
      <w:pPr>
        <w:jc w:val="right"/>
      </w:pPr>
      <w:r>
        <w:t>جس طرح فرشتے کہیں گے: "حلم الہ حاجتکم۔" کچھ لوگ ڈسکور کر کے کہیں گے: "اے میرے ساتھ</w:t>
      </w:r>
    </w:p>
    <w:p>
      <w:r>
        <w:rPr>
          <w:b/>
        </w:rPr>
        <w:t xml:space="preserve">[24:50] </w:t>
      </w:r>
      <w:r>
        <w:t>yun! Yeh dekho, yeh hai, khol diya Allah taala ne, tamam rastay hain, aao is ko hum avail karen." To yeh jo hai, is ka culmination hai, culmination ke har ghar mein pahunch jayega,</w:t>
      </w:r>
    </w:p>
    <w:p>
      <w:pPr>
        <w:jc w:val="right"/>
      </w:pPr>
      <w:r>
        <w:t>یوں! یہ دیکھو، یہ ہے، کھول دیا اللہ تعالی نے، تمام راستے ہیں، آؤ اس کو ہم اویل کریں۔" تو یہ جو ہے، اس کا کلمنیشن ہے، کلمنیشن کہ ہر گھر میں پہنچ جائے گا،</w:t>
      </w:r>
    </w:p>
    <w:p>
      <w:r>
        <w:rPr>
          <w:b/>
        </w:rPr>
        <w:t xml:space="preserve">[25:07] </w:t>
      </w:r>
      <w:r>
        <w:t>har maqam par pohnch jaye ga, har library mein, har school mein, har college mein, har jagah.</w:t>
      </w:r>
    </w:p>
    <w:p>
      <w:pPr>
        <w:jc w:val="right"/>
      </w:pPr>
      <w:r>
        <w:t>ہر مقام پر پہنچ جائے گا، ہر لائبریری میں، ہر اسکول میں، ہر کالج میں، ہر جگہ۔</w:t>
      </w:r>
    </w:p>
    <w:p>
      <w:r>
        <w:rPr>
          <w:b/>
        </w:rPr>
        <w:t xml:space="preserve">[25:16] </w:t>
      </w:r>
      <w:r>
        <w:t>to Allah taala aap ko zariya banaye,</w:t>
      </w:r>
    </w:p>
    <w:p>
      <w:pPr>
        <w:jc w:val="right"/>
      </w:pPr>
      <w:r>
        <w:t>تو اللہ تعالی آپ کو ذریعہ بنائے،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