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Realization of God May 5, 2019</w:t>
      </w:r>
    </w:p>
    <w:p>
      <w:r>
        <w:t>https://www.youtube.com/watch?v=5X-vCFqiR4U</w:t>
      </w:r>
    </w:p>
    <w:p>
      <w:r>
        <w:rPr>
          <w:b/>
        </w:rPr>
        <w:t xml:space="preserve">[00:13] </w:t>
      </w:r>
      <w:r>
        <w:t>bismillah hir rahman nir rahim, wa صلی Allah ala nabiyyil karim.</w:t>
      </w:r>
    </w:p>
    <w:p>
      <w:pPr>
        <w:jc w:val="right"/>
      </w:pPr>
      <w:r>
        <w:t>بسم اللہ الرحمن الرحیم، وصلی اللہ علی النبی الکریم۔</w:t>
      </w:r>
    </w:p>
    <w:p>
      <w:r>
        <w:rPr>
          <w:b/>
        </w:rPr>
        <w:t xml:space="preserve">[00:24] </w:t>
      </w:r>
      <w:r>
        <w:t>rabbi shrah li sadri, wa yassir li amri, wah lul 'uqdatam min lisani, yafqahu qawli.</w:t>
      </w:r>
    </w:p>
    <w:p>
      <w:pPr>
        <w:jc w:val="right"/>
      </w:pPr>
      <w:r>
        <w:t>رب اشرح لی صدری، ویسر لی امری، واحل العقدۃ من لسانی، یفقہ قولی۔</w:t>
      </w:r>
    </w:p>
    <w:p>
      <w:r>
        <w:rPr>
          <w:b/>
        </w:rPr>
        <w:t xml:space="preserve">[00:42] </w:t>
      </w:r>
      <w:r>
        <w:t>5 May 2019.</w:t>
      </w:r>
    </w:p>
    <w:p>
      <w:pPr>
        <w:jc w:val="right"/>
      </w:pPr>
      <w:r>
        <w:t>5 مئی 2019۔</w:t>
      </w:r>
    </w:p>
    <w:p>
      <w:r>
        <w:rPr>
          <w:b/>
        </w:rPr>
        <w:t xml:space="preserve">[00:53] </w:t>
      </w:r>
      <w:r>
        <w:t>aaj subah main yeh soch raha tha ke Quran ka</w:t>
      </w:r>
    </w:p>
    <w:p>
      <w:pPr>
        <w:jc w:val="right"/>
      </w:pPr>
      <w:r>
        <w:t>آج صبح میں یہ سوچ رہا تھا کہ قرآن کا</w:t>
      </w:r>
    </w:p>
    <w:p>
      <w:r>
        <w:rPr>
          <w:b/>
        </w:rPr>
        <w:t xml:space="preserve">[01:03] </w:t>
      </w:r>
      <w:r>
        <w:t>mazmoon kya hai, subject kya hai.</w:t>
      </w:r>
    </w:p>
    <w:p>
      <w:pPr>
        <w:jc w:val="right"/>
      </w:pPr>
      <w:r>
        <w:t>مضمون کیا ہے، سبجیکٹ کیا ہے۔</w:t>
      </w:r>
    </w:p>
    <w:p>
      <w:r>
        <w:rPr>
          <w:b/>
        </w:rPr>
        <w:t xml:space="preserve">[01:11] </w:t>
      </w:r>
      <w:r>
        <w:t>yeh sochte hue mujhe pehli ayat yaad aayi: alhamdulillah rabbil 'alamin.</w:t>
      </w:r>
    </w:p>
    <w:p>
      <w:pPr>
        <w:jc w:val="right"/>
      </w:pPr>
      <w:r>
        <w:t>یہ سوچتے ہوئے مجھے پہلی آیت یاد آئی: الحمدللہ رب العالمین۔</w:t>
      </w:r>
    </w:p>
    <w:p>
      <w:r>
        <w:rPr>
          <w:b/>
        </w:rPr>
        <w:t xml:space="preserve">[01:22] </w:t>
      </w:r>
      <w:r>
        <w:t>yeh Quran ki pehli ayat hai.</w:t>
      </w:r>
    </w:p>
    <w:p>
      <w:pPr>
        <w:jc w:val="right"/>
      </w:pPr>
      <w:r>
        <w:t>یہ قرآن کی پہلی آیت ہے۔</w:t>
      </w:r>
    </w:p>
    <w:p>
      <w:r>
        <w:rPr>
          <w:b/>
        </w:rPr>
        <w:t xml:space="preserve">[01:26] </w:t>
      </w:r>
      <w:r>
        <w:t>is par sochte hue</w:t>
      </w:r>
    </w:p>
    <w:p>
      <w:pPr>
        <w:jc w:val="right"/>
      </w:pPr>
      <w:r>
        <w:t>اس پر سوچتے ہوئے</w:t>
      </w:r>
    </w:p>
    <w:p>
      <w:r>
        <w:rPr>
          <w:b/>
        </w:rPr>
        <w:t xml:space="preserve">[01:31] </w:t>
      </w:r>
      <w:r>
        <w:t>mere zehen mein aaya ke banda ya koi insan jab paida ho kar is dunya mein aata hai to agar woh nature par qaim ho, nature par, to pehla sawal us ke zehen mein yeh aayega:</w:t>
      </w:r>
    </w:p>
    <w:p>
      <w:pPr>
        <w:jc w:val="right"/>
      </w:pPr>
      <w:r>
        <w:t>میرے ذہن میں آیا کہ بندہ یا کوئی انسان جب پیدا ہو کر اس دنیا میں آتا ہے تو اگر وہ نیچر پر قائم ہو، نیچر پر، تو پہلا سوال اس کے ذہن میں یہ آئے گا:</w:t>
      </w:r>
    </w:p>
    <w:p>
      <w:r>
        <w:rPr>
          <w:b/>
        </w:rPr>
        <w:t xml:space="preserve">[01:51] </w:t>
      </w:r>
      <w:r>
        <w:t>who am i, who is my creator. main kaun hoon?</w:t>
      </w:r>
    </w:p>
    <w:p>
      <w:pPr>
        <w:jc w:val="right"/>
      </w:pPr>
      <w:r>
        <w:t>ہو آئی مائی، ہو آئی مائی کریٹر۔ میں کون ہوں؟</w:t>
      </w:r>
    </w:p>
    <w:p>
      <w:r>
        <w:rPr>
          <w:b/>
        </w:rPr>
        <w:t xml:space="preserve">[01:59] </w:t>
      </w:r>
      <w:r>
        <w:t>kis ne banaya mujh ko? agar woh nature par hai to yahi jawab, yahi sab se pehle sawal aye ga.</w:t>
      </w:r>
    </w:p>
    <w:p>
      <w:pPr>
        <w:jc w:val="right"/>
      </w:pPr>
      <w:r>
        <w:t>کس نے بنایا مجھ کو؟ اگر وہ نیچر پر ہے تو یہی جواب، یہی سب سے پہلے سوال آئے گا۔</w:t>
      </w:r>
    </w:p>
    <w:p>
      <w:r>
        <w:rPr>
          <w:b/>
        </w:rPr>
        <w:t xml:space="preserve">[02:15] </w:t>
      </w:r>
      <w:r>
        <w:t>to main samajhta hoon ke agar woh nature par hai to woh yaqeenan yeh daryaft kare ga ke woh hasti jis ko poori history mein God Almighty kaha gaya,</w:t>
      </w:r>
    </w:p>
    <w:p>
      <w:pPr>
        <w:jc w:val="right"/>
      </w:pPr>
      <w:r>
        <w:t>تو میں سمجھتا ہوں کہ اگر وہ نیچر پر ہے تو وہ یقیناً یہ دریافت کرے گا کہ وہ ہستی جس کو پوری ہسٹری میں گاڈ المائٹی کہا گیا،</w:t>
      </w:r>
    </w:p>
    <w:p>
      <w:r>
        <w:rPr>
          <w:b/>
        </w:rPr>
        <w:t xml:space="preserve">[02:32] </w:t>
      </w:r>
      <w:r>
        <w:t>wohi mera creator hai. kyunke main apne aap ko khud se bana nahi sakta, mere aap maa baap mujh ko bana nahi sakte, to kaise yeh hua ke main</w:t>
      </w:r>
    </w:p>
    <w:p>
      <w:pPr>
        <w:jc w:val="right"/>
      </w:pPr>
      <w:r>
        <w:t>وہی میرا کریٹر ہے۔ کیونکہ میں اپنے آپ کو خود سے بنا نہیں سکتا، میرے آپ ماں باپ مجھ کو بنا نہیں سکتے، تو کیسے یہ ہوا کہ میں</w:t>
      </w:r>
    </w:p>
    <w:p>
      <w:r>
        <w:rPr>
          <w:b/>
        </w:rPr>
        <w:t xml:space="preserve">[02:46] </w:t>
      </w:r>
      <w:r>
        <w:t>paida ho gaya?</w:t>
      </w:r>
    </w:p>
    <w:p>
      <w:pPr>
        <w:jc w:val="right"/>
      </w:pPr>
      <w:r>
        <w:t>پیدا ہو گیا؟</w:t>
      </w:r>
    </w:p>
    <w:p>
      <w:r>
        <w:rPr>
          <w:b/>
        </w:rPr>
        <w:t xml:space="preserve">[02:52] </w:t>
      </w:r>
      <w:r>
        <w:t>to is ke maani ke jab insan apne aap ko discover karta hai to sath hi sath hi woh creator ko discover karta hai.</w:t>
      </w:r>
    </w:p>
    <w:p>
      <w:pPr>
        <w:jc w:val="right"/>
      </w:pPr>
      <w:r>
        <w:t>تو اس کے معنی کہ جب انسان اپنے آپ کو ڈسکور کرتا ہے تو ساتھ ہی ساتھ ہی وہ کریٹر کو ڈسکور کرتا ہے۔</w:t>
      </w:r>
    </w:p>
    <w:p>
      <w:r>
        <w:rPr>
          <w:b/>
        </w:rPr>
        <w:t xml:space="preserve">[03:03] </w:t>
      </w:r>
      <w:r>
        <w:t>baghair creator ke woh apne aap ko discover nahi kar pata. to jab aadmi ko yeh, isi ko kehte hain marifat.</w:t>
      </w:r>
    </w:p>
    <w:p>
      <w:pPr>
        <w:jc w:val="right"/>
      </w:pPr>
      <w:r>
        <w:t>بغیر کریٹر کے وہ اپنے آپ کو ڈسکور نہیں کر پاتا۔ تو جب آدمی کو یہ، اسی کو کہتے ہیں معرفت۔</w:t>
      </w:r>
    </w:p>
    <w:p>
      <w:r>
        <w:rPr>
          <w:b/>
        </w:rPr>
        <w:t xml:space="preserve">[03:17] </w:t>
      </w:r>
      <w:r>
        <w:t>yahi discovery ka naam hai marifat. jab aadmi apni, jab aadmi ko yeh discovery hoti hai to is ka jo natural response hai, woh kya hai?</w:t>
      </w:r>
    </w:p>
    <w:p>
      <w:pPr>
        <w:jc w:val="right"/>
      </w:pPr>
      <w:r>
        <w:t>یہی ڈسکوری کا نام ہے معرفت۔ جب آدمی اپنی، جب آدمی کو یہ ڈسکوری ہوتی ہے تو اس کا جو نیچرل ریسپانس ہے، وہ کیا ہے؟</w:t>
      </w:r>
    </w:p>
    <w:p>
      <w:r>
        <w:rPr>
          <w:b/>
        </w:rPr>
        <w:t xml:space="preserve">[03:35] </w:t>
      </w:r>
      <w:r>
        <w:t>is ka mind, is ki soch, is ki poori hasti kya response deti hai? yahi ho, yahi hai ke woh keh uthti hai: Alhamdulillah, Alhamdulillah.</w:t>
      </w:r>
    </w:p>
    <w:p>
      <w:pPr>
        <w:jc w:val="right"/>
      </w:pPr>
      <w:r>
        <w:t>اس کا مائنڈ، اس کی سوچ، اس کی پوری ہستی کیا ریسپانس دیتی ہے؟ یہی ہو، یہی ہے کہ وہ کہہ اٹھتی ہے: الحمدللہ، الحمدللہ۔</w:t>
      </w:r>
    </w:p>
    <w:p>
      <w:r>
        <w:rPr>
          <w:b/>
        </w:rPr>
        <w:t xml:space="preserve">[03:53] </w:t>
      </w:r>
      <w:r>
        <w:t>to main samajhta hoon ke Rab ul Alameen</w:t>
      </w:r>
    </w:p>
    <w:p>
      <w:pPr>
        <w:jc w:val="right"/>
      </w:pPr>
      <w:r>
        <w:t>تو میں سمجھتا ہوں کہ رب العالمین</w:t>
      </w:r>
    </w:p>
    <w:p>
      <w:r>
        <w:rPr>
          <w:b/>
        </w:rPr>
        <w:t xml:space="preserve">[03:59] </w:t>
      </w:r>
      <w:r>
        <w:t>daryaft hai, dictionary hai, aur Alhamdulillah, Alhamdulillah is ka response hai.</w:t>
      </w:r>
    </w:p>
    <w:p>
      <w:pPr>
        <w:jc w:val="right"/>
      </w:pPr>
      <w:r>
        <w:t>دریافت ہے، ڈکشنری ہے، اور الحمدللہ، الحمدللہ اس کا ریسپانس ہے۔</w:t>
      </w:r>
    </w:p>
    <w:p>
      <w:r>
        <w:rPr>
          <w:b/>
        </w:rPr>
        <w:t xml:space="preserve">[04:11] </w:t>
      </w:r>
      <w:r>
        <w:t>Alhamdulillah aik aik sentence nahi hai, yeh aik poori, aik poori theme hai.</w:t>
      </w:r>
    </w:p>
    <w:p>
      <w:pPr>
        <w:jc w:val="right"/>
      </w:pPr>
      <w:r>
        <w:t>الحمدللہ ایک ایک سینٹنس نہیں ہے، یہ ایک پوری، ایک پوری تھیم ہے۔</w:t>
      </w:r>
    </w:p>
    <w:p>
      <w:r>
        <w:rPr>
          <w:b/>
        </w:rPr>
        <w:t xml:space="preserve">[04:25] </w:t>
      </w:r>
      <w:r>
        <w:t>poori theme hai. is ka matlab yeh hai ke</w:t>
      </w:r>
    </w:p>
    <w:p>
      <w:pPr>
        <w:jc w:val="right"/>
      </w:pPr>
      <w:r>
        <w:t>پوری تھیم ہے۔ اس کا مطلب یہ ہے کہ</w:t>
      </w:r>
    </w:p>
    <w:p>
      <w:r>
        <w:rPr>
          <w:b/>
        </w:rPr>
        <w:t xml:space="preserve">[04:38] </w:t>
      </w:r>
      <w:r>
        <w:t>aap ne yeh daryaft kiya ke Allah ka wajood, wajood e awwal hai. yeh bari hi mind boggling daryaft hai ke aap janen ke yeh itni bari universe,</w:t>
      </w:r>
    </w:p>
    <w:p>
      <w:pPr>
        <w:jc w:val="right"/>
      </w:pPr>
      <w:r>
        <w:t>آپ نے یہ دریافت کیا کہ اللہ کا وجود، وجود اول ہے۔ یہ بڑی ہی مائنڈ باگلی دریافت ہے کہ آپ جانیں کہ یہ اتنی بڑی یونیورس،</w:t>
      </w:r>
    </w:p>
    <w:p>
      <w:r>
        <w:rPr>
          <w:b/>
        </w:rPr>
        <w:t xml:space="preserve">[04:55] </w:t>
      </w:r>
      <w:r>
        <w:t>itni bari zameen o aasman, is ka jo wajood e awwal hai, woh God Almighty hai.</w:t>
      </w:r>
    </w:p>
    <w:p>
      <w:pPr>
        <w:jc w:val="right"/>
      </w:pPr>
      <w:r>
        <w:t>اتنی بڑی زمین و آسمان، اس کا جو وجود اول ہے، وہ گاڈ المائٹی ہے۔</w:t>
      </w:r>
    </w:p>
    <w:p>
      <w:r>
        <w:rPr>
          <w:b/>
        </w:rPr>
        <w:t xml:space="preserve">[05:08] </w:t>
      </w:r>
      <w:r>
        <w:t>ka sab se pehle jis hasti ka wajood tha, woh Rab ul Alameen ka wajood tha. yeh jo Rab tha, yeh Rab aik tha,</w:t>
      </w:r>
    </w:p>
    <w:p>
      <w:pPr>
        <w:jc w:val="right"/>
      </w:pPr>
      <w:r>
        <w:t>کا سب سے پہلے جس ہستی کا وجود تھا، وہ رب العالمین کا وجود تھا۔ یہ جو رب تھا، یہ رب ایک تھا،</w:t>
      </w:r>
    </w:p>
    <w:p>
      <w:r>
        <w:rPr>
          <w:b/>
        </w:rPr>
        <w:t xml:space="preserve">[05:23] </w:t>
      </w:r>
      <w:r>
        <w:t>wahid tha.</w:t>
      </w:r>
    </w:p>
    <w:p>
      <w:pPr>
        <w:jc w:val="right"/>
      </w:pPr>
      <w:r>
        <w:t>واحد تھا۔</w:t>
      </w:r>
    </w:p>
    <w:p>
      <w:r>
        <w:rPr>
          <w:b/>
        </w:rPr>
        <w:t xml:space="preserve">[05:27] </w:t>
      </w:r>
      <w:r>
        <w:t>yeh self existent hai.</w:t>
      </w:r>
    </w:p>
    <w:p>
      <w:pPr>
        <w:jc w:val="right"/>
      </w:pPr>
      <w:r>
        <w:t>یہ سیلف ایگزسٹنٹ ہے۔</w:t>
      </w:r>
    </w:p>
    <w:p>
      <w:r>
        <w:rPr>
          <w:b/>
        </w:rPr>
        <w:t xml:space="preserve">[05:33] </w:t>
      </w:r>
      <w:r>
        <w:t>yeh self existence hai, self evident hai.</w:t>
      </w:r>
    </w:p>
    <w:p>
      <w:pPr>
        <w:jc w:val="right"/>
      </w:pPr>
      <w:r>
        <w:t>یہ سیلف ایگزسٹنس ہے، سیلف ایویڈنٹ ہے۔</w:t>
      </w:r>
    </w:p>
    <w:p>
      <w:r>
        <w:rPr>
          <w:b/>
        </w:rPr>
        <w:t xml:space="preserve">[05:40] </w:t>
      </w:r>
      <w:r>
        <w:t>kyunke agar aap aisa na manen to phir woh Khuda sirf idea rahe ga. woh Khuda sirf idea rahe ga jab tak yeh na manen ke woh Khuda jo hai,</w:t>
      </w:r>
    </w:p>
    <w:p>
      <w:pPr>
        <w:jc w:val="right"/>
      </w:pPr>
      <w:r>
        <w:t>کیونکہ اگر آپ ایسا نہ مانیں تو پھر وہ خدا صرف آئیڈیا رہے گا۔ وہ خدا صرف آئیڈیا رہے گا جب تک یہ نہ مانیں کہ وہ خدا جو ہے،</w:t>
      </w:r>
    </w:p>
    <w:p>
      <w:r>
        <w:rPr>
          <w:b/>
        </w:rPr>
        <w:t xml:space="preserve">[05:56] </w:t>
      </w:r>
      <w:r>
        <w:t>woh self existent hai, self evident hai, woh wajood e awwal hai. jab kuch nahi tha to woh tha.</w:t>
      </w:r>
    </w:p>
    <w:p>
      <w:pPr>
        <w:jc w:val="right"/>
      </w:pPr>
      <w:r>
        <w:t>وہ سیلف ایگزسٹنٹ ہے، سیلف ایویڈنٹ ہے، وہ وجود اول ہے۔ جب کچھ نہیں تھا تو وہ تھا۔</w:t>
      </w:r>
    </w:p>
    <w:p>
      <w:r>
        <w:rPr>
          <w:b/>
        </w:rPr>
        <w:t xml:space="preserve">[06:09] </w:t>
      </w:r>
      <w:r>
        <w:t>woh azal se abad tak hai. is se baghair aap is hasti se Khuda ka ta'alluq nahi qaim kar sakte.</w:t>
      </w:r>
    </w:p>
    <w:p>
      <w:pPr>
        <w:jc w:val="right"/>
      </w:pPr>
      <w:r>
        <w:t>وہ ازل سے ابد تک ہے۔ اس سے بغیر آپ اس ہستی سے خدا کا تعلق نہیں قائم کر سکتے۔</w:t>
      </w:r>
    </w:p>
    <w:p>
      <w:r>
        <w:rPr>
          <w:b/>
        </w:rPr>
        <w:t xml:space="preserve">[06:23] </w:t>
      </w:r>
      <w:r>
        <w:t>kyunke jab aap kehte hain ke Khuda mera Khuda hai to aap aik aisi hasti ko mante hain jo tamam barhon se zyada bara hai.</w:t>
      </w:r>
    </w:p>
    <w:p>
      <w:pPr>
        <w:jc w:val="right"/>
      </w:pPr>
      <w:r>
        <w:t>کیونکہ جب آپ کہتے ہیں کہ خدا میرا خدا ہے تو آپ ایک ایسی ہستی کو مانتے ہیں جو تمام بڑوں سے زیادہ بڑا ہے۔</w:t>
      </w:r>
    </w:p>
    <w:p>
      <w:r>
        <w:rPr>
          <w:b/>
        </w:rPr>
        <w:t xml:space="preserve">[06:39] </w:t>
      </w:r>
      <w:r>
        <w:t>tamam barhon se zyada bara hai.</w:t>
      </w:r>
    </w:p>
    <w:p>
      <w:pPr>
        <w:jc w:val="right"/>
      </w:pPr>
      <w:r>
        <w:t>تمام بڑوں سے زیادہ بڑا ہے۔</w:t>
      </w:r>
    </w:p>
    <w:p>
      <w:r>
        <w:rPr>
          <w:b/>
        </w:rPr>
        <w:t xml:space="preserve">[06:45] </w:t>
      </w:r>
      <w:r>
        <w:t>woh solar system se bhi zyada bara hai, woh universe se zyada bara hai.</w:t>
      </w:r>
    </w:p>
    <w:p>
      <w:pPr>
        <w:jc w:val="right"/>
      </w:pPr>
      <w:r>
        <w:t>وہ سولر سسٹم سے بھی زیادہ بڑا ہے، وہ یونیورس سے زیادہ بڑا ہے۔</w:t>
      </w:r>
    </w:p>
    <w:p>
      <w:r>
        <w:rPr>
          <w:b/>
        </w:rPr>
        <w:t xml:space="preserve">[06:54] </w:t>
      </w:r>
      <w:r>
        <w:t>jab tak aap Khuda ko is maani mein discover na karen, tab tak aap apni discovery nahi kar paate.</w:t>
      </w:r>
    </w:p>
    <w:p>
      <w:pPr>
        <w:jc w:val="right"/>
      </w:pPr>
      <w:r>
        <w:t>جب تک آپ خدا کو اس معنی میں ڈسکور نہ کریں، تب تک آپ اپنی ڈسکوری نہیں کر پاتے۔</w:t>
      </w:r>
    </w:p>
    <w:p>
      <w:r>
        <w:rPr>
          <w:b/>
        </w:rPr>
        <w:t xml:space="preserve">[07:04] </w:t>
      </w:r>
      <w:r>
        <w:t>aik mind-boggling khuda, aap ko aik mind-boggling khuda ki discovery honi chahiye, warna aap khud un-discovered bane rahenge.</w:t>
      </w:r>
    </w:p>
    <w:p>
      <w:pPr>
        <w:jc w:val="right"/>
      </w:pPr>
      <w:r>
        <w:t>ایک مائنڈ باگلنگ خدا، آپ کو ایک مائنڈ باگلنگ خدا کی ڈسکوری ہونی چاہیے، ورنہ آپ خود ان ڈسکورڈ بنے رہیں گے۔</w:t>
      </w:r>
    </w:p>
    <w:p>
      <w:r>
        <w:rPr>
          <w:b/>
        </w:rPr>
        <w:t xml:space="preserve">[07:19] </w:t>
      </w:r>
      <w:r>
        <w:t>is ko achi tarah samajh lijiye ke jab tak aap aik mind boggling khuda ko discover na karen, tab tak aap ki apni hasti bhi undiscovered pari rahegi.</w:t>
      </w:r>
    </w:p>
    <w:p>
      <w:pPr>
        <w:jc w:val="right"/>
      </w:pPr>
      <w:r>
        <w:t>اس کو اچھی طرح سمجھ لیجئے کہ جب تک آپ ایک مائنڈ باگلنگ خدا کو ڈسکور نہ کریں، تب تک آپ کی اپنی ہستی بھی ان ڈسکورڈ پڑی رہے گی۔</w:t>
      </w:r>
    </w:p>
    <w:p>
      <w:r>
        <w:rPr>
          <w:b/>
        </w:rPr>
        <w:t xml:space="preserve">[07:35] </w:t>
      </w:r>
      <w:r>
        <w:t>aik scientist ne kaha tha is sawal ka jawab dete hue: "i think therefore i exist." "i think therefore i exist." mein sochta hoon, is liye mein hoon.</w:t>
      </w:r>
    </w:p>
    <w:p>
      <w:pPr>
        <w:jc w:val="right"/>
      </w:pPr>
      <w:r>
        <w:t>ایک سائنٹسٹ نے کہا تھا اس سوال کا جواب دیتے ہوئے: "آئی تھنک دیر فور آئی ایگزسٹ۔" "آئی تھنک دیر فور آئی ایگزسٹ۔" میں سوچتا ہوں، اس لیے میں ہوں۔</w:t>
      </w:r>
    </w:p>
    <w:p>
      <w:r>
        <w:rPr>
          <w:b/>
        </w:rPr>
        <w:t xml:space="preserve">[07:53] </w:t>
      </w:r>
      <w:r>
        <w:t>magar yeh to aik weak cheez hai. aap sochte hain to bas isi par baat khatam ho gayi. aap sochte hain, aap aik wajood hain,</w:t>
      </w:r>
    </w:p>
    <w:p>
      <w:pPr>
        <w:jc w:val="right"/>
      </w:pPr>
      <w:r>
        <w:t>مگر یہ تو ایک ویک چیز ہے۔ آپ سوچتے ہیں تو بس اسی پر بات ختم ہوگئی۔ آپ سوچتے ہیں، آپ ایک وجود ہیں،</w:t>
      </w:r>
    </w:p>
    <w:p>
      <w:r>
        <w:rPr>
          <w:b/>
        </w:rPr>
        <w:t xml:space="preserve">[08:08] </w:t>
      </w:r>
      <w:r>
        <w:t>aap aik aisi dunya mein hain jo aap ke liye bohat hi zyada muwafiq dunya hai.</w:t>
      </w:r>
    </w:p>
    <w:p>
      <w:pPr>
        <w:jc w:val="right"/>
      </w:pPr>
      <w:r>
        <w:t>آپ ایک ایسی دنیا میں ہیں جو آپ کے لیے بہت ہی زیادہ موافق دنیا ہے۔</w:t>
      </w:r>
    </w:p>
    <w:p>
      <w:r>
        <w:rPr>
          <w:b/>
        </w:rPr>
        <w:t xml:space="preserve">[08:20] </w:t>
      </w:r>
      <w:r>
        <w:t>har aitbar se woh aap ke liye bani hai. woh custom based universe hai. custom based universe.</w:t>
      </w:r>
    </w:p>
    <w:p>
      <w:pPr>
        <w:jc w:val="right"/>
      </w:pPr>
      <w:r>
        <w:t>ہر اعتبار سے وہ آپ کے لیے بنی ہے۔ وہ کسٹم بیسڈ یونیورس ہے۔ کسٹم بیسڈ یونیورس۔</w:t>
      </w:r>
    </w:p>
    <w:p>
      <w:r>
        <w:rPr>
          <w:b/>
        </w:rPr>
        <w:t xml:space="preserve">[08:30] </w:t>
      </w:r>
      <w:r>
        <w:t>aaj hi subah bas soch raha tha jab mein subah ko utha aur bathroom gaya to mein ne socha ke kaisa ajeeb hai insan ka wajood ke mein ne, mujhe Hazrat Umar ka aik qoul yaad aya.</w:t>
      </w:r>
    </w:p>
    <w:p>
      <w:pPr>
        <w:jc w:val="right"/>
      </w:pPr>
      <w:r>
        <w:t>آج ہی صبح بس سوچ رہا تھا جب میں صبح کو اٹھا اور باتھ روم گیا تو میں نے سوچا کہ کیسا عجیب ہے انسان کا وجود کہ میں نے، مجھے حضرت عمر کا ایک قول یاد آیا۔</w:t>
      </w:r>
    </w:p>
    <w:p>
      <w:r>
        <w:rPr>
          <w:b/>
        </w:rPr>
        <w:t xml:space="preserve">[08:49] </w:t>
      </w:r>
      <w:r>
        <w:t>Hazrat Umar ka aik qoul, Hazrat Umar ne kaha tha ke tum pani pite ho, aik glass, aur woh hazam ho kar tumhare badan ka hissa ban jata hai.</w:t>
      </w:r>
    </w:p>
    <w:p>
      <w:pPr>
        <w:jc w:val="right"/>
      </w:pPr>
      <w:r>
        <w:t>حضرت عمر کا ایک قول، حضرت عمر نے کہا تھا کہ تم پانی پیتے ہو، ایک گلاس، اور وہ ہضم ہو کر تمہارے بدن کا حصہ بن جاتا ہے۔</w:t>
      </w:r>
    </w:p>
    <w:p>
      <w:r>
        <w:rPr>
          <w:b/>
        </w:rPr>
        <w:t xml:space="preserve">[09:01] </w:t>
      </w:r>
      <w:r>
        <w:t>is par bhi shukr wajib hai. to kaise mera piya hua pani mere badan ka hissa ban gaya? mera khaya hua khana, jo khana mein ne khaya, woh badan mein dakhil ho kar mera, mera jo digest system mein hai, us ne us ko hazam hazam kar liya.</w:t>
      </w:r>
    </w:p>
    <w:p>
      <w:pPr>
        <w:jc w:val="right"/>
      </w:pPr>
      <w:r>
        <w:t>اس پر بھی شکر واجب ہے۔ تو کیسے میرا پیا ہوا پانی میرے بدن کا حصہ بن گیا؟ میرا کھایا ہوا کھانا، جو کھانا میں نے کھایا، وہ بدن میں داخل ہو کر میرا، میرا جو ڈائجسٹ سسٹم میں ہے، اس نے اس کو ہضم ہضم کر لیا۔</w:t>
      </w:r>
    </w:p>
    <w:p>
      <w:r>
        <w:rPr>
          <w:b/>
        </w:rPr>
        <w:t xml:space="preserve">[09:28] </w:t>
      </w:r>
      <w:r>
        <w:t>woh jo kisi kisi scientist ne kaha tha: "its very odd,</w:t>
      </w:r>
    </w:p>
    <w:p>
      <w:pPr>
        <w:jc w:val="right"/>
      </w:pPr>
      <w:r>
        <w:t>وہ جو کسی کسی سائنٹسٹ نے کہا تھا: "اٹس ویری اڈ،</w:t>
      </w:r>
    </w:p>
    <w:p>
      <w:r>
        <w:rPr>
          <w:b/>
        </w:rPr>
        <w:t xml:space="preserve">[09:41] </w:t>
      </w:r>
      <w:r>
        <w:t>as odd as can be, whatever mysteates turns to myste." to kaise aap us ko nahi sochenge ke mera piya hua pani mere badan ka hissa ban gaya?</w:t>
      </w:r>
    </w:p>
    <w:p>
      <w:pPr>
        <w:jc w:val="right"/>
      </w:pPr>
      <w:r>
        <w:t>ایز اڈ ایز کین بی، واٹ ایور مسٹی ایٹس ٹرنز ٹو مسٹی۔" تو کیسے آپ اس کو نہیں سوچیں گے کہ میرا پیا ہوا پانی میرے بدن کا حصہ بن گیا؟</w:t>
      </w:r>
    </w:p>
    <w:p>
      <w:r>
        <w:rPr>
          <w:b/>
        </w:rPr>
        <w:t xml:space="preserve">[09:56] </w:t>
      </w:r>
      <w:r>
        <w:t>mera khaya, woh mera food jo mein ne khaya, woh mere badan ka hissa ban gaya. phir jis dunya mein mein hoon, har lamha mere liye oxygen supply ho rahi hai.</w:t>
      </w:r>
    </w:p>
    <w:p>
      <w:pPr>
        <w:jc w:val="right"/>
      </w:pPr>
      <w:r>
        <w:t>میرا کھایا، وہ میرا فوڈ جو میں نے کھایا، وہ میرے بدن کا حصہ بن گیا۔ پھر جس دنیا میں میں ہوں، ہر لمحہ میرے لیے اکسیجن سپلائی ہو رہی ہے۔</w:t>
      </w:r>
    </w:p>
    <w:p>
      <w:r>
        <w:rPr>
          <w:b/>
        </w:rPr>
        <w:t xml:space="preserve">[10:08] </w:t>
      </w:r>
      <w:r>
        <w:t>is zameen mein hoon, is mein ghalla paida ho raha hai.</w:t>
      </w:r>
    </w:p>
    <w:p>
      <w:pPr>
        <w:jc w:val="right"/>
      </w:pPr>
      <w:r>
        <w:t>اس زمین میں ہوں، اس میں غلہ پیدا ہو رہا ہے۔</w:t>
      </w:r>
    </w:p>
    <w:p>
      <w:r>
        <w:rPr>
          <w:b/>
        </w:rPr>
        <w:t xml:space="preserve">[10:16] </w:t>
      </w:r>
      <w:r>
        <w:t>yeh sari dunya meri, meri maskhar hai. yeh kaise na sochenge aap? har lamha aap ko remind karega ke socho, socho, socho.</w:t>
      </w:r>
    </w:p>
    <w:p>
      <w:pPr>
        <w:jc w:val="right"/>
      </w:pPr>
      <w:r>
        <w:t>یہ ساری دنیا میری، میری مسخر ہے۔ یہ کیسے نہ سوچیں گے آپ؟ ہر لمحہ آپ کو ریمائنڈ کرے گا کہ سوچو، سوچو، سوچو۔</w:t>
      </w:r>
    </w:p>
    <w:p>
      <w:r>
        <w:rPr>
          <w:b/>
        </w:rPr>
        <w:t xml:space="preserve">[10:31] </w:t>
      </w:r>
      <w:r>
        <w:t>isi ka naam hai marifat. is baat ki daryaft ka naam marifat hai ke aap janiye ke aik wajood awal hai, woh azal se hai wa bad tak tak hai.</w:t>
      </w:r>
    </w:p>
    <w:p>
      <w:pPr>
        <w:jc w:val="right"/>
      </w:pPr>
      <w:r>
        <w:t>اسی کا نام ہے معرفت۔ اس بات کی دریافت کا نام معرفت ہے کہ آپ جانیں کہ ایک وجود اول ہے، وہ ازل سے ہے وبد تک تک ہے۔</w:t>
      </w:r>
    </w:p>
    <w:p>
      <w:r>
        <w:rPr>
          <w:b/>
        </w:rPr>
        <w:t xml:space="preserve">[10:47] </w:t>
      </w:r>
      <w:r>
        <w:t>wohi har cheez ko paida karne wala hai.</w:t>
      </w:r>
    </w:p>
    <w:p>
      <w:pPr>
        <w:jc w:val="right"/>
      </w:pPr>
      <w:r>
        <w:t>وہی ہر چیز کو پیدا کرنے والا ہے۔</w:t>
      </w:r>
    </w:p>
    <w:p>
      <w:r>
        <w:rPr>
          <w:b/>
        </w:rPr>
        <w:t xml:space="preserve">[10:52] </w:t>
      </w:r>
      <w:r>
        <w:t>is haqeeqat ko discover karne ka naam marifat hai. aur phir aap ko yeh, jab yeh discovery hoti hai to aap us ka response dete hain.</w:t>
      </w:r>
    </w:p>
    <w:p>
      <w:pPr>
        <w:jc w:val="right"/>
      </w:pPr>
      <w:r>
        <w:t>اس حقیقت کو ڈسکور کرنے کا نام معرفت ہے۔ اور پھر آپ کو یہ، جب یہ ڈسکوری ہوتی ہے تو آپ اس کا رسپانس دیتے ہیں۔</w:t>
      </w:r>
    </w:p>
    <w:p>
      <w:r>
        <w:rPr>
          <w:b/>
        </w:rPr>
        <w:t xml:space="preserve">[11:05] </w:t>
      </w:r>
      <w:r>
        <w:t>be sakhta response: "alhamdulillah, alhamdulillah, alhamdulillah." aye Allah, glory sirf tere liye hai.</w:t>
      </w:r>
    </w:p>
    <w:p>
      <w:pPr>
        <w:jc w:val="right"/>
      </w:pPr>
      <w:r>
        <w:t>بے ساختہ رسپانس: "الحمدللہ، الحمدللہ، الحمدللہ۔" اے اللہ، گلوری صرف تیرے لیے ہے۔</w:t>
      </w:r>
    </w:p>
    <w:p>
      <w:r>
        <w:rPr>
          <w:b/>
        </w:rPr>
        <w:t xml:space="preserve">[11:15] </w:t>
      </w:r>
      <w:r>
        <w:t>aye Allah, sara azmat tere liye hai, sari بڑai tere liye hai. to is tarah ka jab aap ko tajurba guzarta hai to isi ka naam marifat hai.</w:t>
      </w:r>
    </w:p>
    <w:p>
      <w:pPr>
        <w:jc w:val="right"/>
      </w:pPr>
      <w:r>
        <w:t>اے اللہ، سارا عظمت تیرے لیے ہے، ساری بڑائی تیرے لیے ہے۔ تو اس طرح کا جب آپ کو تجربہ گزرتا ہے تو اسی کا نام معرفت ہے۔</w:t>
      </w:r>
    </w:p>
    <w:p>
      <w:r>
        <w:rPr>
          <w:b/>
        </w:rPr>
        <w:t xml:space="preserve">[11:32] </w:t>
      </w:r>
      <w:r>
        <w:t>is ayat mein yeh bhi chupa hua hai</w:t>
      </w:r>
    </w:p>
    <w:p>
      <w:pPr>
        <w:jc w:val="right"/>
      </w:pPr>
      <w:r>
        <w:t>اس آیت میں یہ بھی چھپا ہوا ہے</w:t>
      </w:r>
    </w:p>
    <w:p>
      <w:r>
        <w:rPr>
          <w:b/>
        </w:rPr>
        <w:t xml:space="preserve">[11:38] </w:t>
      </w:r>
      <w:r>
        <w:t>ke insan ki limitations hain. insan ki limitations hain. is limitations ki wajah se woh direct Allah ko nahi pata.</w:t>
      </w:r>
    </w:p>
    <w:p>
      <w:pPr>
        <w:jc w:val="right"/>
      </w:pPr>
      <w:r>
        <w:t>کہ انسان کی لیمیٹیشنز ہیں۔ انسان کی لیمیٹیشنز ہیں۔ اس لیمیٹیشنز کی وجہ سے وہ ڈائریکٹ اللہ کو نہیں پاتا۔</w:t>
      </w:r>
    </w:p>
    <w:p>
      <w:r>
        <w:rPr>
          <w:b/>
        </w:rPr>
        <w:t xml:space="preserve">[11:52] </w:t>
      </w:r>
      <w:r>
        <w:t>woh pehle discover karta hai creation ko. kyun ke creation jo hai, aap hi ki tarah aik aik cheez hai.</w:t>
      </w:r>
    </w:p>
    <w:p>
      <w:pPr>
        <w:jc w:val="right"/>
      </w:pPr>
      <w:r>
        <w:t>وہ پہلے ڈسکور کرتا ہے کریشن کو۔ کیونکہ کریشن جو ہے، آپ ہی کی طرح ایک ایک چیز ہے۔</w:t>
      </w:r>
    </w:p>
    <w:p>
      <w:r>
        <w:rPr>
          <w:b/>
        </w:rPr>
        <w:t xml:space="preserve">[12:04] </w:t>
      </w:r>
      <w:r>
        <w:t>lekin Allah rab ul alameen aap se bari cheez hai, aap ke level se bari cheez hai.</w:t>
      </w:r>
    </w:p>
    <w:p>
      <w:pPr>
        <w:jc w:val="right"/>
      </w:pPr>
      <w:r>
        <w:t>لیکن اللہ رب العالمین آپ سے بڑی چیز ہے، آپ کے لیول سے بڑی چیز ہے۔</w:t>
      </w:r>
    </w:p>
    <w:p>
      <w:r>
        <w:rPr>
          <w:b/>
        </w:rPr>
        <w:t xml:space="preserve">[12:15] </w:t>
      </w:r>
      <w:r>
        <w:t>is liye apni limitations ki bana par pehle aap daryaft karte hain creation ko, us ke baad</w:t>
      </w:r>
    </w:p>
    <w:p>
      <w:pPr>
        <w:jc w:val="right"/>
      </w:pPr>
      <w:r>
        <w:t>اس لیے اپنی لیمیٹیشنز کی بنا پر پہلے آپ دریافت کرتے ہیں کریشن کو، اس کے بعد</w:t>
      </w:r>
    </w:p>
    <w:p>
      <w:r>
        <w:rPr>
          <w:b/>
        </w:rPr>
        <w:t xml:space="preserve">[12:26] </w:t>
      </w:r>
      <w:r>
        <w:t>inference ke taur par aap daryaft karte hain Allah rab ul alameen ko. poori tareekh mein dekhiye, logon ne yeh ghalti ki.</w:t>
      </w:r>
    </w:p>
    <w:p>
      <w:pPr>
        <w:jc w:val="right"/>
      </w:pPr>
      <w:r>
        <w:t>انفرنس کے طور پر آپ دریافت کرتے ہیں اللہ رب العالمین کو۔ پوری تاریخ میں دیکھیے، لوگوں نے یہ غلطی کی۔</w:t>
      </w:r>
    </w:p>
    <w:p>
      <w:r>
        <w:rPr>
          <w:b/>
        </w:rPr>
        <w:t xml:space="preserve">[12:39] </w:t>
      </w:r>
      <w:r>
        <w:t>tamam philosophers direct tor par the truth ko daryaft karte lage rahe, the truth, lekin woh daryaft na kar sake.</w:t>
      </w:r>
    </w:p>
    <w:p>
      <w:pPr>
        <w:jc w:val="right"/>
      </w:pPr>
      <w:r>
        <w:t>تمام فلاسفر ڈائریکٹ طور پر دا ٹروتھ کو دریافت کرتے لگے رہے، دا ٹروتھ، لیکن وہ دریافت نہ کر سکا۔</w:t>
      </w:r>
    </w:p>
    <w:p>
      <w:r>
        <w:rPr>
          <w:b/>
        </w:rPr>
        <w:t xml:space="preserve">[12:49] </w:t>
      </w:r>
      <w:r>
        <w:t>tamam mutakallimeen direct tor par Allah ko janne ki koshish karte rahe, na jaan paye. Saare teen hazar saal pehle Hazrat Musa ke zariye ek tajruba karwaya tha.</w:t>
      </w:r>
    </w:p>
    <w:p>
      <w:pPr>
        <w:jc w:val="right"/>
      </w:pPr>
      <w:r>
        <w:t>تمام متکلمین ڈائریکٹ طور پر اللہ کو جاننے کی کوشش کرتے رہے، نہ جان پائے۔ ساڑھے تین ہزار سال پہلے حضرت موسیٰ کے ذریعے ایک تجربہ کروایا تھا۔</w:t>
      </w:r>
    </w:p>
    <w:p>
      <w:r>
        <w:rPr>
          <w:b/>
        </w:rPr>
        <w:t xml:space="preserve">[13:02] </w:t>
      </w:r>
      <w:r>
        <w:t>Allah ne, Musa ne kaha tha: "Rabbi an durni ilaik." Khuda ne kaha ke: "Ya Musa, indni ka lafz tarah nahi, balke paar ki taraf dekho,</w:t>
      </w:r>
    </w:p>
    <w:p>
      <w:pPr>
        <w:jc w:val="right"/>
      </w:pPr>
      <w:r>
        <w:t>اللہ نے، موسیٰ نے کہا تھا: "ربنی اندر الیک۔" خدا نے کہا کہ: "یا موسیٰ، انڈی کا لفظ طرح نہیں، بلکہ پار کی طرف دیکھو،</w:t>
      </w:r>
    </w:p>
    <w:p>
      <w:r>
        <w:rPr>
          <w:b/>
        </w:rPr>
        <w:t xml:space="preserve">[13:16] </w:t>
      </w:r>
      <w:r>
        <w:t>yani creation ki taraf dekho."</w:t>
      </w:r>
    </w:p>
    <w:p>
      <w:pPr>
        <w:jc w:val="right"/>
      </w:pPr>
      <w:r>
        <w:t>یعنی کریشن کی طرف دیکھو۔"</w:t>
      </w:r>
    </w:p>
    <w:p>
      <w:r>
        <w:rPr>
          <w:b/>
        </w:rPr>
        <w:t xml:space="preserve">[13:22] </w:t>
      </w:r>
      <w:r>
        <w:t>creation ki taraf dekho. Allah ne wahan apni tajalli, tajalli dali to</w:t>
      </w:r>
    </w:p>
    <w:p>
      <w:pPr>
        <w:jc w:val="right"/>
      </w:pPr>
      <w:r>
        <w:t>کریشن کی طرف دیکھو۔ اللہ نے وہاں اپنی تجلی، تجلی ڈالی تو</w:t>
      </w:r>
    </w:p>
    <w:p>
      <w:r>
        <w:rPr>
          <w:b/>
        </w:rPr>
        <w:t xml:space="preserve">[13:32] </w:t>
      </w:r>
      <w:r>
        <w:t>pahar reze reze ho gaya.</w:t>
      </w:r>
    </w:p>
    <w:p>
      <w:pPr>
        <w:jc w:val="right"/>
      </w:pPr>
      <w:r>
        <w:t>پہاڑ ریزے ریزے ہو گیا۔</w:t>
      </w:r>
    </w:p>
    <w:p>
      <w:r>
        <w:rPr>
          <w:b/>
        </w:rPr>
        <w:t xml:space="preserve">[13:42] </w:t>
      </w:r>
      <w:r>
        <w:t>is tarah Allah ne ek demonstration diya, demonstration ke pehle creation ko discover karo, phir tum God Almighty ko discover karoge.</w:t>
      </w:r>
    </w:p>
    <w:p>
      <w:pPr>
        <w:jc w:val="right"/>
      </w:pPr>
      <w:r>
        <w:t>اس طرح اللہ نے ایک ڈیمونسٹریشن دیا، ڈیمونسٹریشن کہ پہلے کریشن کو ڈسکور کرو، پھر تم گاڈ المائٹی کو ڈسکور کرو گے۔</w:t>
      </w:r>
    </w:p>
    <w:p>
      <w:r>
        <w:rPr>
          <w:b/>
        </w:rPr>
        <w:t xml:space="preserve">[13:55] </w:t>
      </w:r>
      <w:r>
        <w:t>kyunki phir bhi log phanse rahe direct Rab ul Alameen ko dekhne ke liye, janne ke liye, uski direct marifat talab karne ke liye.</w:t>
      </w:r>
    </w:p>
    <w:p>
      <w:pPr>
        <w:jc w:val="right"/>
      </w:pPr>
      <w:r>
        <w:t>کیونکہ پھر بھی لوگ پھنسے رہے ڈائریکٹ رب العالمین کو دیکھنے کے لیے، جاننے کے لیے، اس کی ڈائریکٹ معرفت طلب کرنے کے لیے۔</w:t>
      </w:r>
    </w:p>
    <w:p>
      <w:r>
        <w:rPr>
          <w:b/>
        </w:rPr>
        <w:t xml:space="preserve">[14:09] </w:t>
      </w:r>
      <w:r>
        <w:t>Hadees mein hai ke:</w:t>
      </w:r>
    </w:p>
    <w:p>
      <w:pPr>
        <w:jc w:val="right"/>
      </w:pPr>
      <w:r>
        <w:t>حدیث میں ہے کہ:</w:t>
      </w:r>
    </w:p>
    <w:p>
      <w:r>
        <w:rPr>
          <w:b/>
        </w:rPr>
        <w:t xml:space="preserve">[14:14] </w:t>
      </w:r>
      <w:r>
        <w:t>"Innallaha liyuhaddin birrajulilfaajir."</w:t>
      </w:r>
    </w:p>
    <w:p>
      <w:pPr>
        <w:jc w:val="right"/>
      </w:pPr>
      <w:r>
        <w:t>"ان اللہ لیحد الدین بالرجل الفاجر۔"</w:t>
      </w:r>
    </w:p>
    <w:p>
      <w:r>
        <w:rPr>
          <w:b/>
        </w:rPr>
        <w:t xml:space="preserve">[14:22] </w:t>
      </w:r>
      <w:r>
        <w:t>Innallaha liyuhaddin birrajulilfaajir. Allah ek faajir ke zariye is deen ki taeed karega.</w:t>
      </w:r>
    </w:p>
    <w:p>
      <w:pPr>
        <w:jc w:val="right"/>
      </w:pPr>
      <w:r>
        <w:t>ان اللہ لیحد الدین بالرجل الفاجر۔ اللہ ایک فاجر کے ذریعے اس دین کی تائید کرے گا۔</w:t>
      </w:r>
    </w:p>
    <w:p>
      <w:r>
        <w:rPr>
          <w:b/>
        </w:rPr>
        <w:t xml:space="preserve">[14:33] </w:t>
      </w:r>
      <w:r>
        <w:t>main ne dekha, faajir se murad hai secular, aur ghaliban is se murad hai Gulileo, Galileo.</w:t>
      </w:r>
    </w:p>
    <w:p>
      <w:pPr>
        <w:jc w:val="right"/>
      </w:pPr>
      <w:r>
        <w:t>میں نے دیکھا، فاجر سے مراد ہے سیکولر، اور غالباً اس سے مراد ہے گلولیو، گلیلیو۔</w:t>
      </w:r>
    </w:p>
    <w:p>
      <w:r>
        <w:rPr>
          <w:b/>
        </w:rPr>
        <w:t xml:space="preserve">[14:43] </w:t>
      </w:r>
      <w:r>
        <w:t>ghaliban Galileo ne pehli baar duniya ko ek aisi baat batai jis ka matlab main apni tarjuma mutabiq nikalta hoon.</w:t>
      </w:r>
    </w:p>
    <w:p>
      <w:pPr>
        <w:jc w:val="right"/>
      </w:pPr>
      <w:r>
        <w:t>غالباً گلیلیو نے پہلی بار دنیا کو ایک ایسی بات بتائی جس کا مطلب میں اپنی ترشی مطابق نکالتا ہوں۔</w:t>
      </w:r>
    </w:p>
    <w:p>
      <w:r>
        <w:rPr>
          <w:b/>
        </w:rPr>
        <w:t xml:space="preserve">[14:55] </w:t>
      </w:r>
      <w:r>
        <w:t>us ne apne scientific andaaz mein kaha tha, main nikalta hoon ke creation par study karo.</w:t>
      </w:r>
    </w:p>
    <w:p>
      <w:pPr>
        <w:jc w:val="right"/>
      </w:pPr>
      <w:r>
        <w:t>اس نے اپنے سائنٹیفک انداز میں کہا تھا، میں نکالتا ہوں کہ کریشن پر اسٹڈی کرو۔</w:t>
      </w:r>
    </w:p>
    <w:p>
      <w:r>
        <w:rPr>
          <w:b/>
        </w:rPr>
        <w:t xml:space="preserve">[15:06] </w:t>
      </w:r>
      <w:r>
        <w:t>kyunki yeh bhi is liye hua ke Galileo ke zamane mein telescope daryaft hui.</w:t>
      </w:r>
    </w:p>
    <w:p>
      <w:pPr>
        <w:jc w:val="right"/>
      </w:pPr>
      <w:r>
        <w:t>کیونکہ یہ بھی اس لیے ہوا کہ گلیلیو کے زمانے میں ٹیلیسکوپ دریافت ہوئی۔</w:t>
      </w:r>
    </w:p>
    <w:p>
      <w:r>
        <w:rPr>
          <w:b/>
        </w:rPr>
        <w:t xml:space="preserve">[15:17] </w:t>
      </w:r>
      <w:r>
        <w:t>to telescope ko develop kiya Galileo ne. Is se pehli baar woh dekh sakta tha, dekh saka solar system ko, so sitaron ko,</w:t>
      </w:r>
    </w:p>
    <w:p>
      <w:pPr>
        <w:jc w:val="right"/>
      </w:pPr>
      <w:r>
        <w:t>تو ٹیلیسکوپ کو ڈیولپ کیا گلیلیو نے۔ اس سے پہلی بار وہ دیکھ سکتا تھا، دیکھ سکا سولر سسٹم کو، سو ستاروں کو،</w:t>
      </w:r>
    </w:p>
    <w:p>
      <w:r>
        <w:rPr>
          <w:b/>
        </w:rPr>
        <w:t xml:space="preserve">[15:31] </w:t>
      </w:r>
      <w:r>
        <w:t>galaxy ko pehli baar. To main yeh manta hoon ke yeh jo galaxy, yeh jo telescope ki daryaft hui thi,</w:t>
      </w:r>
    </w:p>
    <w:p>
      <w:pPr>
        <w:jc w:val="right"/>
      </w:pPr>
      <w:r>
        <w:t>گلیکسی کو پہلی بار۔ تو میں یہ مانتا ہوں کہ یہ جو گلیکسی، یہ جو ٹیلیسکوپ کی دریافت ہوئی تھی،</w:t>
      </w:r>
    </w:p>
    <w:p>
      <w:r>
        <w:rPr>
          <w:b/>
        </w:rPr>
        <w:t xml:space="preserve">[15:45] </w:t>
      </w:r>
      <w:r>
        <w:t>chaar sau saal pehle, chaar sau saal pehle, that was</w:t>
      </w:r>
    </w:p>
    <w:p>
      <w:pPr>
        <w:jc w:val="right"/>
      </w:pPr>
      <w:r>
        <w:t>چار سو سال پہلے، چار سو سال پہلے، دیٹ واز</w:t>
      </w:r>
    </w:p>
    <w:p>
      <w:r>
        <w:rPr>
          <w:b/>
        </w:rPr>
        <w:t xml:space="preserve">[15:56] </w:t>
      </w:r>
      <w:r>
        <w:t>tele shock. Jaise Newton ke zamane mein apple shock hua tha, yeh tele shock tha.</w:t>
      </w:r>
    </w:p>
    <w:p>
      <w:pPr>
        <w:jc w:val="right"/>
      </w:pPr>
      <w:r>
        <w:t>ٹیلی شاک۔ جیسے نیوٹن کے زمانے میں ایپل شاک ہوا تھا، یہ ٹیلی شاک تھا۔</w:t>
      </w:r>
    </w:p>
    <w:p>
      <w:r>
        <w:rPr>
          <w:b/>
        </w:rPr>
        <w:t xml:space="preserve">[16:06] </w:t>
      </w:r>
      <w:r>
        <w:t>achanak maloom hua ke yeh to bohat badi duniya hai, hum jaisa subject hai, is se bohat zyada badi duniya hai.</w:t>
      </w:r>
    </w:p>
    <w:p>
      <w:pPr>
        <w:jc w:val="right"/>
      </w:pPr>
      <w:r>
        <w:t>اچانک معلوم ہوا کہ یہ تو بہت بڑی دنیا ہے، ہم جیسا سبجیکٹ ہے، اس سے بہت زیادہ بڑی دنیا ہے۔</w:t>
      </w:r>
    </w:p>
    <w:p>
      <w:r>
        <w:rPr>
          <w:b/>
        </w:rPr>
        <w:t xml:space="preserve">[16:16] </w:t>
      </w:r>
      <w:r>
        <w:t>to telescope aur microscope ke zariye creation ko dekhna mumkin ho gaya tha. Lekin hamare philosophers, hamare mutakallim, hamare sufi sab phanse rahe phir bhi Khuda ko dekhne mein.</w:t>
      </w:r>
    </w:p>
    <w:p>
      <w:pPr>
        <w:jc w:val="right"/>
      </w:pPr>
      <w:r>
        <w:t>تو ٹیلیسکوپ اور مائیکروسکوپ کے ذریعے کریشن کو دیکھنا ممکن ہو گیا تھا۔ لیکن ہمارے فلاسفرز، ہمارے متعلق متکلمین، ہمارے صوفی سب پھنسے رہے پھر بھی خدا کو دیکھنے میں۔</w:t>
      </w:r>
    </w:p>
    <w:p>
      <w:r>
        <w:rPr>
          <w:b/>
        </w:rPr>
        <w:t xml:space="preserve">[16:31] </w:t>
      </w:r>
      <w:r>
        <w:t>is ke liye to koi telescope nahi thi. Khuda ko dekhne ke liye hamare paas koi telescope nahi thi. Lekin creation dekhne ke liye ab aap paas telescope bhi thi aur microscope bhi tha.</w:t>
      </w:r>
    </w:p>
    <w:p>
      <w:pPr>
        <w:jc w:val="right"/>
      </w:pPr>
      <w:r>
        <w:t>اس کے لیے تو کوئی ٹیلیسکوپ نہیں تھی۔ خدا کو دیکھنے کے لیے ہمارے پاس کوئی ٹیلیسکوپ نہیں تھی۔ لیکن کریشن دیکھنے کے لیے اب آپ پاس ٹیلیسکوپ بھی تھی اور مائیکروسکوپ بھی تھا۔</w:t>
      </w:r>
    </w:p>
    <w:p>
      <w:r>
        <w:rPr>
          <w:b/>
        </w:rPr>
        <w:t xml:space="preserve">[16:44] </w:t>
      </w:r>
      <w:r>
        <w:t>yeh jana Galileo ne. Isi liye Einstein ne kaha ke: "Galileo was the father of modern science."</w:t>
      </w:r>
    </w:p>
    <w:p>
      <w:pPr>
        <w:jc w:val="right"/>
      </w:pPr>
      <w:r>
        <w:t>یہ جانا گلیلیو نے۔ اسی لیے آئنسٹائن نے کہا کہ: "گلیلیو واز دا فادر آف ماڈرن سائنس۔"</w:t>
      </w:r>
    </w:p>
    <w:p>
      <w:r>
        <w:rPr>
          <w:b/>
        </w:rPr>
        <w:t xml:space="preserve">[17:00] </w:t>
      </w:r>
      <w:r>
        <w:t>mujhe Allah ke fazl se telescope to bohat baad ko mujhe jana maani hai. Kyunki jab main chhota tha, gaon mein rehta tha to raat ko ek dam saaf aasman hota tha.</w:t>
      </w:r>
    </w:p>
    <w:p>
      <w:pPr>
        <w:jc w:val="right"/>
      </w:pPr>
      <w:r>
        <w:t>مجھے اللہ کے فضل سے ٹیلیسکوپ تو بہت بعد کو مجھے جانا معنی ہے۔ کیونکہ جب میں چھوٹا تھا، گاؤں میں رہتا تھا تو رات کو ایک دم صاف آسمان ہوتا تھا۔</w:t>
      </w:r>
    </w:p>
    <w:p>
      <w:r>
        <w:rPr>
          <w:b/>
        </w:rPr>
        <w:t xml:space="preserve">[17:14] </w:t>
      </w:r>
      <w:r>
        <w:t>gaaon mein no pollution at all. To raat ko main dekha karta tha, sitare aur sayare ghoom rahe hain.</w:t>
      </w:r>
    </w:p>
    <w:p>
      <w:pPr>
        <w:jc w:val="right"/>
      </w:pPr>
      <w:r>
        <w:t>گاؤں میں نو پولیوشن ایٹ آل۔ تو رات کو میں دیکھا کرتا تھا، ستارے اور سیارے گھوم رہے ہیں۔</w:t>
      </w:r>
    </w:p>
    <w:p>
      <w:r>
        <w:rPr>
          <w:b/>
        </w:rPr>
        <w:t xml:space="preserve">[17:26] </w:t>
      </w:r>
      <w:r>
        <w:t>sham ko dekhta, subah ko dekhta, aur phir ja kar ke apne nazdeek kinare baith kar dekhta. to ek week idea mujhe tha universe ka,</w:t>
      </w:r>
    </w:p>
    <w:p>
      <w:pPr>
        <w:jc w:val="right"/>
      </w:pPr>
      <w:r>
        <w:t>شام کو دیکھتا، صبح کو دیکھتا، اور پھر جا کر کے اپنے نزدیک کنارے بیٹھ کر دیکھتا۔ تو ایک ویک آئیڈیا مجھے تھا یونیورس کا،</w:t>
      </w:r>
    </w:p>
    <w:p>
      <w:r>
        <w:rPr>
          <w:b/>
        </w:rPr>
        <w:t xml:space="preserve">[17:39] </w:t>
      </w:r>
      <w:r>
        <w:t>baghair is ke ke maine telescope se dekha ho. baad ko maine planetarium mein sab cheez dekhi. to maine is baat ko jana ke Galileo ka ek karname hai,</w:t>
      </w:r>
    </w:p>
    <w:p>
      <w:pPr>
        <w:jc w:val="right"/>
      </w:pPr>
      <w:r>
        <w:t>بغیر اس کے کہ میں نے ٹیلیسکوپ سے دیکھا ہو۔ بعد کو میں نے پلینیٹیریم میں سب چیز دیکھی۔ تو میں نے اس بات کو جانا کہ گلیلیو کا ایک کارنامہ ہے،</w:t>
      </w:r>
    </w:p>
    <w:p>
      <w:r>
        <w:rPr>
          <w:b/>
        </w:rPr>
        <w:t xml:space="preserve">[17:56] </w:t>
      </w:r>
      <w:r>
        <w:t>yani bait bar natija, bait bar natija, in term tha, result ke: "ae logon, creation ki study karo.</w:t>
      </w:r>
    </w:p>
    <w:p>
      <w:pPr>
        <w:jc w:val="right"/>
      </w:pPr>
      <w:r>
        <w:t>یعنی بیت بار نتیجہ، بیت بار نتیجہ، ان ٹرم تھا، رزلٹ کہ: "اے لوگوں، کریشن کی اسٹڈی کرو۔</w:t>
      </w:r>
    </w:p>
    <w:p>
      <w:r>
        <w:rPr>
          <w:b/>
        </w:rPr>
        <w:t xml:space="preserve">[18:07] </w:t>
      </w:r>
      <w:r>
        <w:t>creation ko ko discover kar ke tum creator ko jaan sakte ho." is ki ye kahani tha, wo creator ko manta nahi tha. lekin maine use nikala hai ke is ki tehqeeq ka jo result tha, wo yehi tha jo Hazrat Musa ke zamane mein bataya gaya tha</w:t>
      </w:r>
    </w:p>
    <w:p>
      <w:pPr>
        <w:jc w:val="right"/>
      </w:pPr>
      <w:r>
        <w:t>کریشن کو کو ڈسکور کر کے تم کریٹر کو جان سکتے ہو۔" اس کی یہ کہانی تھا، وہ کریٹر کو مانتا نہیں تھا۔ لیکن میں نے اسے نکالا ہے کہ اس کی تحقیق کا جو رزلٹ تھا، وہ یہی تھا جو حضرت موسیٰ کے زمانے میں بتایا گیا تھا</w:t>
      </w:r>
    </w:p>
    <w:p>
      <w:r>
        <w:rPr>
          <w:b/>
        </w:rPr>
        <w:t xml:space="preserve">[18:34] </w:t>
      </w:r>
      <w:r>
        <w:t>ke creation ko telescope se, microscope se tum bohat door tak dekh sakte ho.</w:t>
      </w:r>
    </w:p>
    <w:p>
      <w:pPr>
        <w:jc w:val="right"/>
      </w:pPr>
      <w:r>
        <w:t>کہ کریشن کو ٹیلیسکوپ سے، مائیکروسکوپ سے تم بہت دور تک دیکھ سکتے ہو۔</w:t>
      </w:r>
    </w:p>
    <w:p>
      <w:r>
        <w:rPr>
          <w:b/>
        </w:rPr>
        <w:t xml:space="preserve">[18:45] </w:t>
      </w:r>
      <w:r>
        <w:t>phir maujooda zamane mein to aap jante hain ke ab ab jo telescope bani hain, wo to bohat hi powerful hoti hain, bohat powerful hoti hain.</w:t>
      </w:r>
    </w:p>
    <w:p>
      <w:pPr>
        <w:jc w:val="right"/>
      </w:pPr>
      <w:r>
        <w:t>پھر موجودہ زمانے میں تو آپ جانتے ہیں کہ اب اب جو ٹیلیسکوپ بنی ہیں، وہ تو بہت ہی پاورفل ہوتی ہیں، بہت پاورفل ہوتی ہیں۔</w:t>
      </w:r>
    </w:p>
    <w:p>
      <w:r>
        <w:rPr>
          <w:b/>
        </w:rPr>
        <w:t xml:space="preserve">[18:56] </w:t>
      </w:r>
      <w:r>
        <w:t>to jab aap duniya ko dekhte hain telescope aur microscope ki nazar nazar se, to aap ko ek mind buckling universe ka tajurba hota hai.</w:t>
      </w:r>
    </w:p>
    <w:p>
      <w:pPr>
        <w:jc w:val="right"/>
      </w:pPr>
      <w:r>
        <w:t>تو جب آپ دنیا کو دیکھتے ہیں ٹیلیسکوپ اور مائیکروسکوپ کی نظر نظر سے، تو آپ کو ایک مائنڈ باکلنگ یونیورس کا تجربہ ہوتا ہے۔</w:t>
      </w:r>
    </w:p>
    <w:p>
      <w:r>
        <w:rPr>
          <w:b/>
        </w:rPr>
        <w:t xml:space="preserve">[19:07] </w:t>
      </w:r>
      <w:r>
        <w:t>mind buckling universe ka. tab aap discover karte hain ke jab creator, jab creation itna baghal, mind baghaling hai, to yaqeenan is ka jo creator hai, wo bhi ek bohat zyada super sense mein mind baghaling hai.</w:t>
      </w:r>
    </w:p>
    <w:p>
      <w:pPr>
        <w:jc w:val="right"/>
      </w:pPr>
      <w:r>
        <w:t>مائنڈ باکلنگ یونیورس کا۔ تب آپ ڈسکور کرتے ہیں کہ جب کریٹر، جب کریشن اتنا باگل، مائنڈ باگلنگ ہے، تو یقینا اس کا جو کریٹر ہے، وہ بھی ایک بہت زیادہ سپر سینس میں مائنڈ باگلنگ ہے۔</w:t>
      </w:r>
    </w:p>
    <w:p>
      <w:r>
        <w:rPr>
          <w:b/>
        </w:rPr>
        <w:t xml:space="preserve">[19:25] </w:t>
      </w:r>
      <w:r>
        <w:t>wo ye hai daryaft.</w:t>
      </w:r>
    </w:p>
    <w:p>
      <w:pPr>
        <w:jc w:val="right"/>
      </w:pPr>
      <w:r>
        <w:t>وہ یہ ہے دریافت۔</w:t>
      </w:r>
    </w:p>
    <w:p>
      <w:r>
        <w:rPr>
          <w:b/>
        </w:rPr>
        <w:t xml:space="preserve">[19:33] </w:t>
      </w:r>
      <w:r>
        <w:t>to insan jab paida hota hai to bohat hi weak sense mein, bohat hi ibtedai ibtedai darje mein wo sochta hai in sab baton ko.</w:t>
      </w:r>
    </w:p>
    <w:p>
      <w:pPr>
        <w:jc w:val="right"/>
      </w:pPr>
      <w:r>
        <w:t>تو انسان جب پیدا ہوتا ہے تو بہت ہی ویک سینس میں، بہت ہی ابتدائی ابتدائی درجے میں وہ سوچتا ہے ان سب باتوں کو۔</w:t>
      </w:r>
    </w:p>
    <w:p>
      <w:r>
        <w:rPr>
          <w:b/>
        </w:rPr>
        <w:t xml:space="preserve">[19:44] </w:t>
      </w:r>
      <w:r>
        <w:t>main khud sochta tha, main khud sochta tha. lekin jab maine parha, kitaben parhin, astronomy parhi aur doosri cheezen parhin,</w:t>
      </w:r>
    </w:p>
    <w:p>
      <w:pPr>
        <w:jc w:val="right"/>
      </w:pPr>
      <w:r>
        <w:t>میں خود سوچتا تھا، میں خود سوچتا تھا۔ لیکن جب میں نے پڑھا، کتابیں پڑھیں، ایسٹرانومی پڑھی اور دوسری چیزیں پڑھیں،</w:t>
      </w:r>
    </w:p>
    <w:p>
      <w:r>
        <w:rPr>
          <w:b/>
        </w:rPr>
        <w:t xml:space="preserve">[20:00] </w:t>
      </w:r>
      <w:r>
        <w:t>tab zyada bare paimane mein maine jana ke ye hai creation. to phir bhi daryaft kiya ke maine is ka creator kitna bara hai.</w:t>
      </w:r>
    </w:p>
    <w:p>
      <w:pPr>
        <w:jc w:val="right"/>
      </w:pPr>
      <w:r>
        <w:t>تب زیادہ بڑے پیمانے میں میں نے جانا کہ یہ ہے کریشن۔ تو پھر بھی دریافت کیا کہ میں نے اس کا کریٹر کتنا بڑا ہے۔</w:t>
      </w:r>
    </w:p>
    <w:p>
      <w:r>
        <w:rPr>
          <w:b/>
        </w:rPr>
        <w:t xml:space="preserve">[20:12] </w:t>
      </w:r>
      <w:r>
        <w:t>to creation ki marifat, creation ke through creator ki marifat hoti hai. lekin yahan dekhiye, ek ek baat aur hai, wo ye hai ke aap ki aankh, aap aankh se dekhte hain cheezon ko,</w:t>
      </w:r>
    </w:p>
    <w:p>
      <w:pPr>
        <w:jc w:val="right"/>
      </w:pPr>
      <w:r>
        <w:t>تو کریشن کی معرفت، کریشن کے تھرو کریٹر کی معرفت ہوتی ہے۔ لیکن یہاں دیکھیے، ایک ایک بات اور ہے، وہ یہ ہے کہ آپ کی آنکھ، آپ آنکھ سے دیکھتے ہیں چیزوں کو،</w:t>
      </w:r>
    </w:p>
    <w:p>
      <w:r>
        <w:rPr>
          <w:b/>
        </w:rPr>
        <w:t xml:space="preserve">[20:33] </w:t>
      </w:r>
      <w:r>
        <w:t>to aankh ke mawara bhi aap aap ke paas ek cheez hai.</w:t>
      </w:r>
    </w:p>
    <w:p>
      <w:pPr>
        <w:jc w:val="right"/>
      </w:pPr>
      <w:r>
        <w:t>تو آنکھ کے ماوراء بھی آپ آپ کے پاس ایک چیز ہے۔</w:t>
      </w:r>
    </w:p>
    <w:p>
      <w:r>
        <w:rPr>
          <w:b/>
        </w:rPr>
        <w:t xml:space="preserve">[20:39] </w:t>
      </w:r>
      <w:r>
        <w:t>is ke mawara bhi ek cheez hai aap ke paas, wo hai,</w:t>
      </w:r>
    </w:p>
    <w:p>
      <w:pPr>
        <w:jc w:val="right"/>
      </w:pPr>
      <w:r>
        <w:t>اس کے ماوراء بھی ایک چیز ہے آپ کے پاس، وہ ہے،</w:t>
      </w:r>
    </w:p>
    <w:p>
      <w:r>
        <w:rPr>
          <w:b/>
        </w:rPr>
        <w:t xml:space="preserve">[20:45] </w:t>
      </w:r>
      <w:r>
        <w:t>wo hai jis ko kehte hain wajdan.</w:t>
      </w:r>
    </w:p>
    <w:p>
      <w:pPr>
        <w:jc w:val="right"/>
      </w:pPr>
      <w:r>
        <w:t>وہ ہے جس کو کہتے ہیں وجدان۔</w:t>
      </w:r>
    </w:p>
    <w:p>
      <w:r>
        <w:rPr>
          <w:b/>
        </w:rPr>
        <w:t xml:space="preserve">[20:53] </w:t>
      </w:r>
      <w:r>
        <w:t>aap jo reason hai aap ke paas, reason ke siwa ek cheez hai jis ko kehte hain intuition.</w:t>
      </w:r>
    </w:p>
    <w:p>
      <w:pPr>
        <w:jc w:val="right"/>
      </w:pPr>
      <w:r>
        <w:t>آپ جو ریزن ہے آپ کے پاس، ریزن کے سوا ایک چیز ہے جس کو کہتے ہیں انٹیوشن۔</w:t>
      </w:r>
    </w:p>
    <w:p>
      <w:r>
        <w:rPr>
          <w:b/>
        </w:rPr>
        <w:t xml:space="preserve">[21:04] </w:t>
      </w:r>
      <w:r>
        <w:t>to pehli marifat hoti hai reason ke zariye, aur final marifat hoti hai reason, marifat ke hoti hai wajdan ke zariye.</w:t>
      </w:r>
    </w:p>
    <w:p>
      <w:pPr>
        <w:jc w:val="right"/>
      </w:pPr>
      <w:r>
        <w:t>تو پہلی معرفت ہوتی ہے ریزن کے ذریعے، اور فائنل معرفت ہوتی ہے ریزن، معرفت کے ہوتی ہے وجدان کے ذریعے۔</w:t>
      </w:r>
    </w:p>
    <w:p>
      <w:r>
        <w:rPr>
          <w:b/>
        </w:rPr>
        <w:t xml:space="preserve">[21:21] </w:t>
      </w:r>
      <w:r>
        <w:t>to jo aadmi</w:t>
      </w:r>
    </w:p>
    <w:p>
      <w:pPr>
        <w:jc w:val="right"/>
      </w:pPr>
      <w:r>
        <w:t>تو جو آدمی</w:t>
      </w:r>
    </w:p>
    <w:p>
      <w:r>
        <w:rPr>
          <w:b/>
        </w:rPr>
        <w:t xml:space="preserve">[21:25] </w:t>
      </w:r>
      <w:r>
        <w:t>waqi'i ma'ne mein sachai ki talash jis ko ho, jo koi janna chahta ho ke Khuda kya hai, mera creator kaun hai, to dheere dheere yahin pahunchta hai.</w:t>
      </w:r>
    </w:p>
    <w:p>
      <w:pPr>
        <w:jc w:val="right"/>
      </w:pPr>
      <w:r>
        <w:t>واقعی معنی میں سچائی کی تلاش جس کو ہو، جو کوئی جاننا چاہتا ہو کہ خدا کیا ہے، میرا کریٹر کون ہے، تو دھیرے دھیرے یہیں پہنچتا ہے۔</w:t>
      </w:r>
    </w:p>
    <w:p>
      <w:r>
        <w:rPr>
          <w:b/>
        </w:rPr>
        <w:t xml:space="preserve">[21:38] </w:t>
      </w:r>
      <w:r>
        <w:t>wo tab wo keh uthta hai ke: "Allah Rabb-ul-Alameen, Allah Rabb-ul-Alameen, Allah Alhamdulillah Rabb-ul-Alameen."</w:t>
      </w:r>
    </w:p>
    <w:p>
      <w:pPr>
        <w:jc w:val="right"/>
      </w:pPr>
      <w:r>
        <w:t>وہ تب وہ کہہ اٹھتا ہے کہ: "اللہ رب العالمین، اللہ رب العالمین، اللہ الحمدللہ رب العالمین۔"</w:t>
      </w:r>
    </w:p>
    <w:p>
      <w:r>
        <w:rPr>
          <w:b/>
        </w:rPr>
        <w:t xml:space="preserve">[21:55] </w:t>
      </w:r>
      <w:r>
        <w:t>isi se sari cheezen nikalti hain. jab aap daryaft karte hain Allah Rabb-ul-Alameen ko, to daryaft karte hue aap Quran tak pahunchte hain.</w:t>
      </w:r>
    </w:p>
    <w:p>
      <w:pPr>
        <w:jc w:val="right"/>
      </w:pPr>
      <w:r>
        <w:t>اسی سے ساری چیزیں نکلتی ہیں۔ جب آپ دریافت کرتے ہیں اللہ رب العالمین کو، تو دریافت کرتے ہوئے آپ قرآن تک پہنچتے ہیں۔</w:t>
      </w:r>
    </w:p>
    <w:p>
      <w:r>
        <w:rPr>
          <w:b/>
        </w:rPr>
        <w:t xml:space="preserve">[22:07] </w:t>
      </w:r>
      <w:r>
        <w:t>dhoondte hain aap ke kya is is Allah ka koi kalam hai. to aap ko dhoondte dhoondte Quran mil jata hai, aur Quran jis par utra, wo mil jata hai.</w:t>
      </w:r>
    </w:p>
    <w:p>
      <w:pPr>
        <w:jc w:val="right"/>
      </w:pPr>
      <w:r>
        <w:t>ڈھونڈتے ہیں آپ کہ کیا اس اس اللہ کا کوئی کلام ہے۔ تو آپ کو ڈھونڈتے ڈھونڈتے قرآن مل جاتا ہے، اور قرآن جس پر اترا، وہ مل جاتا ہے۔</w:t>
      </w:r>
    </w:p>
    <w:p>
      <w:r>
        <w:rPr>
          <w:b/>
        </w:rPr>
        <w:t xml:space="preserve">[22:21] </w:t>
      </w:r>
      <w:r>
        <w:t>Rasool</w:t>
      </w:r>
    </w:p>
    <w:p>
      <w:pPr>
        <w:jc w:val="right"/>
      </w:pPr>
      <w:r>
        <w:t>رسول</w:t>
      </w:r>
    </w:p>
    <w:p>
      <w:r>
        <w:rPr>
          <w:b/>
        </w:rPr>
        <w:t xml:space="preserve">[22:25] </w:t>
      </w:r>
      <w:r>
        <w:t>ek ek kahani maine likhi hai apni kitab mein jo hai Islam Rediscovered mein. Neeche this can't be topped, he was a very big scholar. To wo study karte karte sare log jo masle ya jo philosopher ya jo</w:t>
      </w:r>
    </w:p>
    <w:p>
      <w:pPr>
        <w:jc w:val="right"/>
      </w:pPr>
      <w:r>
        <w:t>ایک ایک کہانی میں نے لکھی ہے اپنی کتاب میں جو ہے اسلام ری ڈسکور میں۔ نیچے ڈش کانٹ ٹوٹوپادی ایک وہ بہت بڑا اسکالر تھا، تو وہ اسٹڈی کرتے کرتے سارے لوگ جو مسئلے یا جو فلاسفر یا جو</w:t>
      </w:r>
    </w:p>
    <w:p>
      <w:r>
        <w:rPr>
          <w:b/>
        </w:rPr>
        <w:t xml:space="preserve">[22:52] </w:t>
      </w:r>
      <w:r>
        <w:t>profit tareekh mein milay, us ko us ko parha liya us ne. lekin kisi ke haan us ko</w:t>
      </w:r>
    </w:p>
    <w:p>
      <w:pPr>
        <w:jc w:val="right"/>
      </w:pPr>
      <w:r>
        <w:t>پرافٹ تاریخ میں ملے، اس کو اس کو پڑھا لیا اس نے۔ لیکن کسی کے ہاں اس کو</w:t>
      </w:r>
    </w:p>
    <w:p>
      <w:r>
        <w:rPr>
          <w:b/>
        </w:rPr>
        <w:t xml:space="preserve">[23:04] </w:t>
      </w:r>
      <w:r>
        <w:t>yaqeen nahi mila, kyunke saari hastiyan woh koi us mein historical hasti nahi thi, yaani historically recorded hasti nahi thi.</w:t>
      </w:r>
    </w:p>
    <w:p>
      <w:pPr>
        <w:jc w:val="right"/>
      </w:pPr>
      <w:r>
        <w:t>یقین نہیں ملا، کیونکہ ساری ہستیاں وہ کوئی اس میں ہسٹوریکل ہستی نہیں تھی، یعنی ہسٹوریکلی ریکارڈڈ ہستی نہیں تھی۔</w:t>
      </w:r>
    </w:p>
    <w:p>
      <w:r>
        <w:rPr>
          <w:b/>
        </w:rPr>
        <w:t xml:space="preserve">[23:19] </w:t>
      </w:r>
      <w:r>
        <w:t>jabke jab Rasool Allah sal Allah alaihi wasallam ko Muhammad ibn Abdullah ko us ne parha,</w:t>
      </w:r>
    </w:p>
    <w:p>
      <w:pPr>
        <w:jc w:val="right"/>
      </w:pPr>
      <w:r>
        <w:t>جبکہ جب رسول اللہ صلی اللہ علیہ وسلم کو محبت ابن عبداللہ کو اس نے پڑھا،</w:t>
      </w:r>
    </w:p>
    <w:p>
      <w:r>
        <w:rPr>
          <w:b/>
        </w:rPr>
        <w:t xml:space="preserve">[23:28] </w:t>
      </w:r>
      <w:r>
        <w:t>to us ne paya ke yahan to saari cheez recorded hai, saari tareekh hai. rasool Allah ke baad jo sahaba ki tadad paida hue, rasool Allah ke jo followers the, unhone bohat bara kaam kiya hai.</w:t>
      </w:r>
    </w:p>
    <w:p>
      <w:pPr>
        <w:jc w:val="right"/>
      </w:pPr>
      <w:r>
        <w:t>تو اس نے پایا کہ یہاں تو ساری چیز ریکارڈڈ ہے، ساری تاریخ ہے۔ رسول اللہ کے بعد جو صحابہ کی تعداد پیدا ہوئے، رسول اللہ کے جو فالوورز تھے، انہوں نے بہت بڑا کام کیا ہے۔</w:t>
      </w:r>
    </w:p>
    <w:p>
      <w:r>
        <w:rPr>
          <w:b/>
        </w:rPr>
        <w:t xml:space="preserve">[23:44] </w:t>
      </w:r>
      <w:r>
        <w:t>rasool Allah ki tareekh nahi to unhone banai hai. sahaba ne, sahaba, tabeen, tabe tabeen, yeh jo lakhon lakh log aap ke baad paida hue, unhone quran ko madon kiya, hadith ko madon kiya,</w:t>
      </w:r>
    </w:p>
    <w:p>
      <w:pPr>
        <w:jc w:val="right"/>
      </w:pPr>
      <w:r>
        <w:t>رسول اللہ کی تاریخ نہیں تو انہوں نے بنائی ہے۔ صحابہ نے، صحابہ، تابعین، تبع تابعین، یہ جو لاکھوں لاکھ لوگ آپ کے بعد پیدا ہوئے، انہوں نے قرآن کو مدون کیا، حدیث کو مدون کیا،</w:t>
      </w:r>
    </w:p>
    <w:p>
      <w:r>
        <w:rPr>
          <w:b/>
        </w:rPr>
        <w:t xml:space="preserve">[24:01] </w:t>
      </w:r>
      <w:r>
        <w:t>fiqah ka madon kiya, aap ki seerat ko madon kiya, hatta ke arabi zaban ko madon kiya. to ek mukammal tareekh wajood mein aa gayi.</w:t>
      </w:r>
    </w:p>
    <w:p>
      <w:pPr>
        <w:jc w:val="right"/>
      </w:pPr>
      <w:r>
        <w:t>فقہ کا مدون کیا، آپ کی سیرت کو مدون کیا، حتیٰ کہ عربی زبان کو مدون کیا۔ تو ایک مکمل تاریخ وجود میں آ گئی۔</w:t>
      </w:r>
    </w:p>
    <w:p>
      <w:r>
        <w:rPr>
          <w:b/>
        </w:rPr>
        <w:t xml:space="preserve">[24:15] </w:t>
      </w:r>
      <w:r>
        <w:t>rasool Allah ki dunya mein aaye, aap yeh kiya, woh kiya, koi us ko deny nahi kar sakta.</w:t>
      </w:r>
    </w:p>
    <w:p>
      <w:pPr>
        <w:jc w:val="right"/>
      </w:pPr>
      <w:r>
        <w:t>رسول اللہ کی دنیا میں آئے، آپ یہ کیا، وہ کیا، کوئی اس کو ڈینائی نہیں کر سکتا۔</w:t>
      </w:r>
    </w:p>
    <w:p>
      <w:r>
        <w:rPr>
          <w:b/>
        </w:rPr>
        <w:t xml:space="preserve">[24:25] </w:t>
      </w:r>
      <w:r>
        <w:t>yahan tak ke aakhir mein America ka ek scholar, Dr. Michael Hart, us ne kitab likhi moti si: "The Hundred".</w:t>
      </w:r>
    </w:p>
    <w:p>
      <w:pPr>
        <w:jc w:val="right"/>
      </w:pPr>
      <w:r>
        <w:t>یہاں تک کہ آخر میں امریکہ کا ایک اسکالر، ڈاکٹر مائیکل ہارٹ، اس نے کتاب لکھی موٹی سی: "دا ہنڈرڈ"۔</w:t>
      </w:r>
    </w:p>
    <w:p>
      <w:r>
        <w:rPr>
          <w:b/>
        </w:rPr>
        <w:t xml:space="preserve">[24:36] </w:t>
      </w:r>
      <w:r>
        <w:t>"The Hundred" is tarah ki full stop hai. Is mamle ki full stop mein sunta hoon ke yeh woh kitab hai jis ka naam hai "The Hundred".</w:t>
      </w:r>
    </w:p>
    <w:p>
      <w:pPr>
        <w:jc w:val="right"/>
      </w:pPr>
      <w:r>
        <w:t>"دا ہنڈرڈ" اس طرح کی فل سٹاپ ہے۔ اس معاملے کی فل سٹاپ میں سنتا ہوں کہ یہ وہ کتاب ہے جس کا نام ہے "دا ہنڈرڈ"۔</w:t>
      </w:r>
    </w:p>
    <w:p>
      <w:r>
        <w:rPr>
          <w:b/>
        </w:rPr>
        <w:t xml:space="preserve">[24:48] </w:t>
      </w:r>
      <w:r>
        <w:t>to yeh jo tha, this can't be topped, woh bataya karte karte jab paighambar islam ko us ne parha to us ne apni kitab, us ki hai,</w:t>
      </w:r>
    </w:p>
    <w:p>
      <w:pPr>
        <w:jc w:val="right"/>
      </w:pPr>
      <w:r>
        <w:t>تو یہ جو تھا، ڈش کانٹ ٹوٹوپادیہ، وہ بتایا کرتے کرتے جب پیغمبر اسلام کو اس نے پڑھا تو اس نے اپنی کتاب، اس کی ہے،</w:t>
      </w:r>
    </w:p>
    <w:p>
      <w:r>
        <w:rPr>
          <w:b/>
        </w:rPr>
        <w:t xml:space="preserve">[25:03] </w:t>
      </w:r>
      <w:r>
        <w:t>us mein us ne ek yeh yeh jumla likha hai ke: "Oh, what a relief to find after all a truly historical prophet to believe in."</w:t>
      </w:r>
    </w:p>
    <w:p>
      <w:pPr>
        <w:jc w:val="right"/>
      </w:pPr>
      <w:r>
        <w:t>اس میں اس نے ایک یہ یہ جملہ لکھا ہے کہ: "او واٹ ا ریلیف ٹو فائنڈ افٹر آل ا ٹرولی ہسٹوریکل پرافٹ ٹو بیلیو ان"۔</w:t>
      </w:r>
    </w:p>
    <w:p>
      <w:r>
        <w:rPr>
          <w:b/>
        </w:rPr>
        <w:t xml:space="preserve">[25:18] </w:t>
      </w:r>
      <w:r>
        <w:t>kaisa th</w:t>
      </w:r>
    </w:p>
    <w:p>
      <w:pPr>
        <w:jc w:val="right"/>
      </w:pPr>
      <w:r>
        <w:t>کیسا تھ</w:t>
      </w:r>
    </w:p>
    <w:p>
      <w:r>
        <w:rPr>
          <w:b/>
        </w:rPr>
        <w:t xml:space="preserve">[25:19] </w:t>
      </w:r>
      <w:r>
        <w:t>rilling jumla hai! thrilling! "Oh, what a relief to find after all a truly historical prophet to believe in."</w:t>
      </w:r>
    </w:p>
    <w:p>
      <w:pPr>
        <w:jc w:val="right"/>
      </w:pPr>
      <w:r>
        <w:t>رلنگ جملہ ہے! تھرلنگ! "او واٹ ا ریلیف ٹو فائنڈ افٹر آل ا ٹرولی ہسٹوریکل پرافٹ ٹو بیلیو ان"۔</w:t>
      </w:r>
    </w:p>
    <w:p>
      <w:r>
        <w:rPr>
          <w:b/>
        </w:rPr>
        <w:t xml:space="preserve">[25:30] </w:t>
      </w:r>
      <w:r>
        <w:t>to jab aap Allah ki talash mein niklte hain aur marifat tak pohnchte hain to yeh saari cheezein aap ko maloom hoti hain. main Allah ke fazal se saari umrein isi talash mein raha, marifat ki talash mein.</w:t>
      </w:r>
    </w:p>
    <w:p>
      <w:pPr>
        <w:jc w:val="right"/>
      </w:pPr>
      <w:r>
        <w:t>تو جب آپ اللہ کی تلاش میں نکلتے ہیں اور معرفت تک پہنچتے ہیں تو یہ ساری چیزیں آپ کو معلوم ہوتی ہیں۔ میں اللہ کے فضل سے ساری عمریں اسی تلاش میں رہا، معرفت کی تلاش میں۔</w:t>
      </w:r>
    </w:p>
    <w:p>
      <w:r>
        <w:rPr>
          <w:b/>
        </w:rPr>
        <w:t xml:space="preserve">[25:49] </w:t>
      </w:r>
      <w:r>
        <w:t>is waqt ja kar aap ki hasti apni talash ko pa leti hai, jis ko jis ko aap milna chahte the, us rab ko pa lete hain.</w:t>
      </w:r>
    </w:p>
    <w:p>
      <w:pPr>
        <w:jc w:val="right"/>
      </w:pPr>
      <w:r>
        <w:t>اس وقت جا کر آپ کی ہستی اپنی تلاش کو پا لیتی ہے، جس کو جس کو آپ ملنا چاہتے تھے، اس رب کو پا لیتے ہیں۔</w:t>
      </w:r>
    </w:p>
    <w:p>
      <w:r>
        <w:rPr>
          <w:b/>
        </w:rPr>
        <w:t xml:space="preserve">[26:00] </w:t>
      </w:r>
      <w:r>
        <w:t>aap</w:t>
      </w:r>
    </w:p>
    <w:p>
      <w:pPr>
        <w:jc w:val="right"/>
      </w:pPr>
      <w:r>
        <w:t>آپ</w:t>
      </w:r>
    </w:p>
    <w:p>
      <w:r>
        <w:rPr>
          <w:b/>
        </w:rPr>
        <w:t xml:space="preserve">[26:07] </w:t>
      </w:r>
      <w:r>
        <w:t>is ke baad kya hai? Allah ne apni daryaft ka, sachai ke daryaft ka jo inaam rakha, inaam reward, woh kya hai?</w:t>
      </w:r>
    </w:p>
    <w:p>
      <w:pPr>
        <w:jc w:val="right"/>
      </w:pPr>
      <w:r>
        <w:t>اس کے بعد کیا ہے؟ اللہ نے اپنی دریافت کا، سچائی کے دریافت کا جو انعام رکھا، انعام ریوارڈ، وہ کیا ہے؟</w:t>
      </w:r>
    </w:p>
    <w:p>
      <w:r>
        <w:rPr>
          <w:b/>
        </w:rPr>
        <w:t xml:space="preserve">[26:17] </w:t>
      </w:r>
      <w:r>
        <w:t>woh hai paradise. to yeh poora safar jo hai, us ko main samajhta hoon ke yeh hai road to paradise ka safar.</w:t>
      </w:r>
    </w:p>
    <w:p>
      <w:pPr>
        <w:jc w:val="right"/>
      </w:pPr>
      <w:r>
        <w:t>وہ ہے پارادائز۔ تو یہ پورا سفر جو ہے، اس کو میں سمجھتا ہوں کہ یہ ہے روڈ ٹو پارادائز کا سفر۔</w:t>
      </w:r>
    </w:p>
    <w:p>
      <w:r>
        <w:rPr>
          <w:b/>
        </w:rPr>
        <w:t xml:space="preserve">[26:29] </w:t>
      </w:r>
      <w:r>
        <w:t>asad sahib ne kitab likhi hai "road to makkah". main sirf bataoon ke "road to makkah" asal nahi hai, asal hai "road to paradise".</w:t>
      </w:r>
    </w:p>
    <w:p>
      <w:pPr>
        <w:jc w:val="right"/>
      </w:pPr>
      <w:r>
        <w:t>اسد صاحب نے کتاب لکھی ہے "روڈ ٹو مکہ"۔ میں صرف بتاؤں کہ "روڈ ٹو مکہ" اصل نہیں ہے، اصل ہے "روڈ ٹو پارادائز"۔</w:t>
      </w:r>
    </w:p>
    <w:p>
      <w:r>
        <w:rPr>
          <w:b/>
        </w:rPr>
        <w:t xml:space="preserve">[26:42] </w:t>
      </w:r>
      <w:r>
        <w:t>main inshallah ek kitab likhne wala hoon, is ka naam hoga "road to paradise".</w:t>
      </w:r>
    </w:p>
    <w:p>
      <w:pPr>
        <w:jc w:val="right"/>
      </w:pPr>
      <w:r>
        <w:t>میں انشاءاللہ ایک کتاب لکھنے والا ہوں، اس کا نام ہوگا "روڈ ٹو پارادائز"۔</w:t>
      </w:r>
    </w:p>
    <w:p>
      <w:r>
        <w:rPr>
          <w:b/>
        </w:rPr>
        <w:t xml:space="preserve">[26:50] </w:t>
      </w:r>
      <w:r>
        <w:t>to ek safar hai, jaise insan paida hota hai, us waqt shuru ho jata hai. agar aap kamyabi ke sath yeh samajh jaiz rakhein to chalte chalte aap wahan pohnch jaate hain jahan aap ke samne paradise ka gate khula hua milta hai.</w:t>
      </w:r>
    </w:p>
    <w:p>
      <w:pPr>
        <w:jc w:val="right"/>
      </w:pPr>
      <w:r>
        <w:t>تو ایک سفر ہے، جیسے انسان پیدا ہوتا ہے، اس وقت شروع ہو جاتا ہے۔ اگر آپ کامابی کے ساتھ یہ سمجھ جائز رکھیں تو چلتے چلتے آپ وہاں پہنچ جاتے ہیں جہاں آپ کے سامنے پارادائز کا گیٹ کھلا ہوا ملتا ہے۔</w:t>
      </w:r>
    </w:p>
    <w:p>
      <w:r>
        <w:rPr>
          <w:b/>
        </w:rPr>
        <w:t xml:space="preserve">[27:13] </w:t>
      </w:r>
      <w:r>
        <w:t>isi liye maine is ka title socha hai "road to paradise".</w:t>
      </w:r>
    </w:p>
    <w:p>
      <w:pPr>
        <w:jc w:val="right"/>
      </w:pPr>
      <w:r>
        <w:t>اسی لیے میں نے اس کا ٹائٹل سوچا ہے "روڈ ٹو پارادائز"۔</w:t>
      </w:r>
    </w:p>
    <w:p>
      <w:r>
        <w:rPr>
          <w:b/>
        </w:rPr>
        <w:t xml:space="preserve">[27:24] </w:t>
      </w:r>
      <w:r>
        <w:t>to insan paidaishi taur par ek seeker insan hai. seeker apni is seekhne ki spirit ko koi idhar laga deta hai, koi idhar laga deta hai.</w:t>
      </w:r>
    </w:p>
    <w:p>
      <w:pPr>
        <w:jc w:val="right"/>
      </w:pPr>
      <w:r>
        <w:t>تو انسان پیدائشی طور پر ایک سیکھر انسان ہے۔ سیکھر اپنی اس سیکھنے کی سپرٹ کو کوئی ادھر لگا دیتا ہے، کوئی ادھر لگا دیتا ہے۔</w:t>
      </w:r>
    </w:p>
    <w:p>
      <w:r>
        <w:rPr>
          <w:b/>
        </w:rPr>
        <w:t xml:space="preserve">[27:39] </w:t>
      </w:r>
      <w:r>
        <w:t>lekin seekhne ki spirit ka sahi target sirf ek hai, woh hai khaliq, creator, Allah rab ul alameen.</w:t>
      </w:r>
    </w:p>
    <w:p>
      <w:pPr>
        <w:jc w:val="right"/>
      </w:pPr>
      <w:r>
        <w:t>لیکن سیکھنے کی سپرٹ کا صحیح ٹارگٹ صرف ایک ہے، وہ ہے خالق، کریٹر، اللہ رب العالمین۔</w:t>
      </w:r>
    </w:p>
    <w:p>
      <w:r>
        <w:rPr>
          <w:b/>
        </w:rPr>
        <w:t xml:space="preserve">[27:51] </w:t>
      </w:r>
      <w:r>
        <w:t>to jo aadmi apne target ko pa le, jo aadmi apne target ko pa le,</w:t>
      </w:r>
    </w:p>
    <w:p>
      <w:pPr>
        <w:jc w:val="right"/>
      </w:pPr>
      <w:r>
        <w:t>تو جو آدمی اپنے ٹارگٹ کو پا لے، جو آدمی اپنے ٹارگٹ کو پا لے،</w:t>
      </w:r>
    </w:p>
    <w:p>
      <w:r>
        <w:rPr>
          <w:b/>
        </w:rPr>
        <w:t xml:space="preserve">[28:01] </w:t>
      </w:r>
      <w:r>
        <w:t>isi ka safar khatm hoga paradise par, abadi eternal paradise par. to main aap sab ko logon ke liye dua karta hoon ke aap sachai ke seekhar banen aur Allah ki rehmat se aap ko paradise mein entry di jaye.</w:t>
      </w:r>
    </w:p>
    <w:p>
      <w:pPr>
        <w:jc w:val="right"/>
      </w:pPr>
      <w:r>
        <w:t>اسی کا سفر ختم ہوگا پارادائز پر، ابدی ایٹرنل پارادائز پر۔ تو میں آپ سب کو لوگوں کے لیے دعا کرتا ہوں کہ آپ سچائی کے سیکھر بنیں اور اللہ کی رحمت سے آپ کو پارادائز میں انٹری دی جائے۔</w:t>
      </w:r>
    </w:p>
    <w:p>
      <w:r>
        <w:rPr>
          <w:b/>
        </w:rPr>
        <w:t xml:space="preserve">[28:25] </w:t>
      </w:r>
      <w:r>
        <w:t>assalam o alaikum wa rehmatullah.</w:t>
      </w:r>
    </w:p>
    <w:p>
      <w:pPr>
        <w:jc w:val="right"/>
      </w:pPr>
      <w:r>
        <w:t>السلام علیکم ورحمۃ اللہ۔</w:t>
      </w:r>
    </w:p>
    <w:p>
      <w:r>
        <w:rPr>
          <w:b/>
        </w:rPr>
        <w:t xml:space="preserve">[28:40] </w:t>
      </w:r>
      <w:r>
        <w:t>okay, we will start with the question answer and comment session. i will first read out the comments that you all have sent on Maulana talk.</w:t>
      </w:r>
    </w:p>
    <w:p>
      <w:pPr>
        <w:jc w:val="right"/>
      </w:pPr>
      <w:r>
        <w:t>اوکے، وی ویل سٹارٹ ود دی کوسچن انسر اینڈ کمنٹ سیشن۔ ائی ویل فرسٹ ریڈ آؤٹ دی کمنٹس دیٹ یو ال ہیو سینڈ ان مولانا ٹاک۔</w:t>
      </w:r>
    </w:p>
    <w:p>
      <w:r>
        <w:rPr>
          <w:b/>
        </w:rPr>
        <w:t xml:space="preserve">[28:50] </w:t>
      </w:r>
      <w:r>
        <w:t>i would also request all those people who are sending the questions in comment. please mention your location when you post your questions and comments.</w:t>
      </w:r>
    </w:p>
    <w:p>
      <w:pPr>
        <w:jc w:val="right"/>
      </w:pPr>
      <w:r>
        <w:t>ائی وڈ السو ریکویسٹ ال دوز پیپل ہو آر سینڈنگ دی کوسچنز ان کمنٹ۔ پلیز مینشن یور لوکیشن وین یو پوسٹ یور کوسچنز اینڈ کمنٹس۔</w:t>
      </w:r>
    </w:p>
    <w:p>
      <w:r>
        <w:rPr>
          <w:b/>
        </w:rPr>
        <w:t xml:space="preserve">[29:00] </w:t>
      </w:r>
      <w:r>
        <w:t>molana, yeh pehla comment aaya hai ayaz ahmad sahib ka jamshed pur se.</w:t>
      </w:r>
    </w:p>
    <w:p>
      <w:pPr>
        <w:jc w:val="right"/>
      </w:pPr>
      <w:r>
        <w:t>مولانا، یہ پہلا کمنٹ آیا ہے ایاز احمد صاحب کا جمشید پور سے۔</w:t>
      </w:r>
    </w:p>
    <w:p>
      <w:r>
        <w:rPr>
          <w:b/>
        </w:rPr>
        <w:t xml:space="preserve">[29:05] </w:t>
      </w:r>
      <w:r>
        <w:t>unhon ne likha hai: "molana, aap ke bayan se marifat ko hum ne is tarah samjha ke Allah</w:t>
      </w:r>
    </w:p>
    <w:p>
      <w:pPr>
        <w:jc w:val="right"/>
      </w:pPr>
      <w:r>
        <w:t>انہوں نے لکھا ہے: "مولانا، آپ کے بیان سے معرفت کو ہم نے اس طرح سمجھا کہ اللہ</w:t>
      </w:r>
    </w:p>
    <w:p>
      <w:r>
        <w:rPr>
          <w:b/>
        </w:rPr>
        <w:t xml:space="preserve">[29:12] </w:t>
      </w:r>
      <w:r>
        <w:t>ke creation mein Allah ke jalwon ko dekhna aur shiddat se mehsoos karna hi marifat hai."</w:t>
      </w:r>
    </w:p>
    <w:p>
      <w:pPr>
        <w:jc w:val="right"/>
      </w:pPr>
      <w:r>
        <w:t>کے کریشن میں اللہ کے جلووں کو دیکھنا اور شدت سے محسوس کرنا ہی معرفت ہے۔"</w:t>
      </w:r>
    </w:p>
    <w:p>
      <w:r>
        <w:rPr>
          <w:b/>
        </w:rPr>
        <w:t xml:space="preserve">[29:21] </w:t>
      </w:r>
      <w:r>
        <w:t>ساجد احمد خان صاحب نے ناگپور سے لکھا ہے: "جزاک اللہ مولانا صاحب، in your company I have</w:t>
      </w:r>
    </w:p>
    <w:p>
      <w:pPr>
        <w:jc w:val="right"/>
      </w:pPr>
      <w:r>
        <w:t>ساجد احمد خان صاحب نے ناگپور سے لکھا ہے: "جزاک اللہ مولانا صاحب، ان یور کمپنی ائی ہیو</w:t>
      </w:r>
    </w:p>
    <w:p>
      <w:r>
        <w:rPr>
          <w:b/>
        </w:rPr>
        <w:t xml:space="preserve">[29:26] </w:t>
      </w:r>
      <w:r>
        <w:t>learn the practical way of getting marifat.</w:t>
      </w:r>
    </w:p>
    <w:p>
      <w:pPr>
        <w:jc w:val="right"/>
      </w:pPr>
      <w:r>
        <w:t>لرن دی پریکٹیکل وے آف گیٹنگ معرفت۔</w:t>
      </w:r>
    </w:p>
    <w:p>
      <w:r>
        <w:rPr>
          <w:b/>
        </w:rPr>
        <w:t xml:space="preserve">[29:30] </w:t>
      </w:r>
      <w:r>
        <w:t>that is knowing the creator by his creation. its possible only by reading and pondering on the Quran, by literature and reading the ayat of the creator spread in the universe.</w:t>
      </w:r>
    </w:p>
    <w:p>
      <w:pPr>
        <w:jc w:val="right"/>
      </w:pPr>
      <w:r>
        <w:t>دیٹ از نوئنگ دا کریٹر بائے ہز کریشن۔ اٹس پوسیبل اونلی بائے ریڈنگ اینڈ پونڈرنگ ان دا قرآن، بائے لٹریچر اینڈ ریڈنگ دا آیت آف دی کریٹر سپریڈ ان دا یونیورس۔</w:t>
      </w:r>
    </w:p>
    <w:p>
      <w:r>
        <w:rPr>
          <w:b/>
        </w:rPr>
        <w:t xml:space="preserve">[29:44] </w:t>
      </w:r>
      <w:r>
        <w:t>may Allah help us to correlate these ayat and reach up to greater belief." Muhammad Irfan Rasheedi sahib ne bhi Nagpur se likha hai.</w:t>
      </w:r>
    </w:p>
    <w:p>
      <w:pPr>
        <w:jc w:val="right"/>
      </w:pPr>
      <w:r>
        <w:t>می اللہ ہیلپ اس ٹو کوریلیٹ دیز آیت اینڈ ریچ اپ ٹو گریٹر بیلیف۔" محمد عرفان رشیدی صاحب نے بھی ناگپور سے لکھا ہے۔</w:t>
      </w:r>
    </w:p>
    <w:p>
      <w:r>
        <w:rPr>
          <w:b/>
        </w:rPr>
        <w:t xml:space="preserve">[29:53] </w:t>
      </w:r>
      <w:r>
        <w:t>unhon ne likha hai: "creation ki marifat se creator ki marifat hoti hai. what a great concept</w:t>
      </w:r>
    </w:p>
    <w:p>
      <w:pPr>
        <w:jc w:val="right"/>
      </w:pPr>
      <w:r>
        <w:t>انہوں نے لکھا ہے: "کریشن کی معرفت سے کریٹر کی معرفت ہوتی ہے۔ واٹ ا گریٹ کانسیپٹ</w:t>
      </w:r>
    </w:p>
    <w:p>
      <w:r>
        <w:rPr>
          <w:b/>
        </w:rPr>
        <w:t xml:space="preserve">[30:00] </w:t>
      </w:r>
      <w:r>
        <w:t>!" jazak Allah Maulana sahib. Ali Ejaz sahib ne Pakistan se likha hai: "very well stated about the creator, creation and about reason intuition.</w:t>
      </w:r>
    </w:p>
    <w:p>
      <w:pPr>
        <w:jc w:val="right"/>
      </w:pPr>
      <w:r>
        <w:t>!" جزاک اللہ مولانا صاحب۔ علی اعجاز صاحب نے پاکستان سے لکھا ہے: "ویری ویل سٹیٹڈ اباؤٹ دا کریٹر، کریشن اینڈ اباؤٹ ریزن انٹیوشن۔</w:t>
      </w:r>
    </w:p>
    <w:p>
      <w:r>
        <w:rPr>
          <w:b/>
        </w:rPr>
        <w:t xml:space="preserve">[30:13] </w:t>
      </w:r>
      <w:r>
        <w:t>i always am appreciative of your knowledge and views about life." unhon ne phir likha hai: "road to paradise, sab</w:t>
      </w:r>
    </w:p>
    <w:p>
      <w:pPr>
        <w:jc w:val="right"/>
      </w:pPr>
      <w:r>
        <w:t>ائی الویز ایم ایپریشیٹیو آف یور نالج اینڈ ویوز اباؤٹ لائف۔" انہوں نے پھر لکھا ہے: "روڈ ٹو پارادائز، سب</w:t>
      </w:r>
    </w:p>
    <w:p>
      <w:r>
        <w:rPr>
          <w:b/>
        </w:rPr>
        <w:t xml:space="preserve">[30:22] </w:t>
      </w:r>
      <w:r>
        <w:t>"حان اللہ! I would wait impatiently for the book by the great Maulana."</w:t>
      </w:r>
    </w:p>
    <w:p>
      <w:pPr>
        <w:jc w:val="right"/>
      </w:pPr>
      <w:r>
        <w:t>حان اللہ! ائی وڈ ویٹ امپیشنٹلی فار دا بک بائے دا گریٹ مولانا۔"</w:t>
      </w:r>
    </w:p>
    <w:p>
      <w:r>
        <w:rPr>
          <w:b/>
        </w:rPr>
        <w:t xml:space="preserve">[30:28] </w:t>
      </w:r>
      <w:r>
        <w:t>مس شبانہ انصاری نے پاکستان سے لکھا ہے: "مولانا، you have rightly said, intuition is the strongest form</w:t>
      </w:r>
    </w:p>
    <w:p>
      <w:pPr>
        <w:jc w:val="right"/>
      </w:pPr>
      <w:r>
        <w:t>مس شبانہ انصاری نے پاکستان سے لکھا ہے: "مولانا، یو ہیو رائٹلی سیڈ، انٹیوشن از دا سٹرونگسٹ فارم</w:t>
      </w:r>
    </w:p>
    <w:p>
      <w:r>
        <w:rPr>
          <w:b/>
        </w:rPr>
        <w:t xml:space="preserve">[30:37] </w:t>
      </w:r>
      <w:r>
        <w:t>of the marifat."</w:t>
      </w:r>
    </w:p>
    <w:p>
      <w:pPr>
        <w:jc w:val="right"/>
      </w:pPr>
      <w:r>
        <w:t>آف دا معرفت۔"</w:t>
      </w:r>
    </w:p>
    <w:p>
      <w:r>
        <w:rPr>
          <w:b/>
        </w:rPr>
        <w:t xml:space="preserve">[30:39] </w:t>
      </w:r>
      <w:r>
        <w:t>jazak Allah molana</w:t>
      </w:r>
    </w:p>
    <w:p>
      <w:pPr>
        <w:jc w:val="right"/>
      </w:pPr>
      <w:r>
        <w:t>جزاک اللہ مولانا</w:t>
      </w:r>
    </w:p>
    <w:p>
      <w:r>
        <w:rPr>
          <w:b/>
        </w:rPr>
        <w:t xml:space="preserve">[30:42] </w:t>
      </w:r>
      <w:r>
        <w:t>اقبال عمری نے لکھا ہے: "Reason is the first base of realization, then comes the role of wajdan."</w:t>
      </w:r>
    </w:p>
    <w:p>
      <w:pPr>
        <w:jc w:val="right"/>
      </w:pPr>
      <w:r>
        <w:t>اقبال عمری نے لکھا ہے: "ریزن از دا فرسٹ بیس آف ریلائزیشن، دین کمز دی رول آف وجدان۔"</w:t>
      </w:r>
    </w:p>
    <w:p>
      <w:r>
        <w:rPr>
          <w:b/>
        </w:rPr>
        <w:t xml:space="preserve">[30:49] </w:t>
      </w:r>
      <w:r>
        <w:t>molana, today i realize the sequence of marifa.</w:t>
      </w:r>
    </w:p>
    <w:p>
      <w:pPr>
        <w:jc w:val="right"/>
      </w:pPr>
      <w:r>
        <w:t>مولانا، ٹوڈے ائی ریلائز دی سیکوئنس آف معرفہ۔</w:t>
      </w:r>
    </w:p>
    <w:p>
      <w:r>
        <w:rPr>
          <w:b/>
        </w:rPr>
        <w:t xml:space="preserve">[30:53] </w:t>
      </w:r>
      <w:r>
        <w:t>jazak Allah</w:t>
      </w:r>
    </w:p>
    <w:p>
      <w:pPr>
        <w:jc w:val="right"/>
      </w:pPr>
      <w:r>
        <w:t>جزاک اللہ</w:t>
      </w:r>
    </w:p>
    <w:p>
      <w:r>
        <w:rPr>
          <w:b/>
        </w:rPr>
        <w:t xml:space="preserve">[30:56] </w:t>
      </w:r>
      <w:r>
        <w:t>Maulana! ab sawal lena chahenge. ah, yeh sawal bheja hai Hyderabad se Muhammad Yusuf sahib ne.</w:t>
      </w:r>
    </w:p>
    <w:p>
      <w:pPr>
        <w:jc w:val="right"/>
      </w:pPr>
      <w:r>
        <w:t>مولانا! اب سوال لینا چاہیں گے۔ اہ، یہ سوال بھیجا ہے حیدرآباد سے محمد یوسف صاحب نے۔</w:t>
      </w:r>
    </w:p>
    <w:p>
      <w:r>
        <w:rPr>
          <w:b/>
        </w:rPr>
        <w:t xml:space="preserve">[31:06] </w:t>
      </w:r>
      <w:r>
        <w:t>unhon ne likha hai: "i am a nineteen year old. Maulana, my question is that some of my Muslim friends tell me not to use the word creator or God, and use only Allah when i talk about God to others." Maulana, what is your opinion on this?</w:t>
      </w:r>
    </w:p>
    <w:p>
      <w:pPr>
        <w:jc w:val="right"/>
      </w:pPr>
      <w:r>
        <w:t>انہوں نے لکھا ہے: "ائی ایم ا نائنٹین ایئر اولڈ۔ مولانا، مائی کوسچن از دیٹ سم آف مائی مسلم فرینڈز ٹیل می ناٹ ٹو یوز دا ورڈ کریٹر اور گاڈ، اینڈ یوز اونلی اللہ وین ائی ٹاک اباؤٹ گاڈ ٹو ادر۔" مولانا، واٹ از یور اوپینین ان دس؟</w:t>
      </w:r>
    </w:p>
    <w:p>
      <w:r>
        <w:rPr>
          <w:b/>
        </w:rPr>
        <w:t xml:space="preserve">[31:28] </w:t>
      </w:r>
      <w:r>
        <w:t>people become fanatic when it comes to use of word to describe God. what is the reason for such fanaticism? and can we use the word creator or God or Khuda in our daily conversation?</w:t>
      </w:r>
    </w:p>
    <w:p>
      <w:pPr>
        <w:jc w:val="right"/>
      </w:pPr>
      <w:r>
        <w:t>پیپل بیکم فینیٹک وین اٹ کمز ٹو یوز آف ورڈ ٹو ڈسکرائب گاڈ۔ واٹ از دا ریزن فار سچ فینیٹیسزم؟ اینڈ کین وی یوز دا ورڈ کریٹر اور گاڈ اور خدا ان اور ڈیلی کنورسیشن؟</w:t>
      </w:r>
    </w:p>
    <w:p>
      <w:r>
        <w:rPr>
          <w:b/>
        </w:rPr>
        <w:t xml:space="preserve">[31:44] </w:t>
      </w:r>
      <w:r>
        <w:t>dekhen, yeh ek ek jhoot hai jis ko unhon ne phailaya hai. main is se kam qadar nahi bolunga. yeh kehte hain ke Allah, Allah jo hai Rab ul Alameen ka, yeh is mein zaat hai.</w:t>
      </w:r>
    </w:p>
    <w:p>
      <w:pPr>
        <w:jc w:val="right"/>
      </w:pPr>
      <w:r>
        <w:t>دیکھیں، یہ ایک ایک جھوٹ ہے جس کو انہوں نے پھیلایا ہے۔ میں اس سے کم قدر نہیں بولوں گا۔ یہ کہتے ہیں کہ اللہ، اللہ جو ہے رب العالمین کا، یہ اس میں ذات ہے۔</w:t>
      </w:r>
    </w:p>
    <w:p>
      <w:r>
        <w:rPr>
          <w:b/>
        </w:rPr>
        <w:t xml:space="preserve">[32:00] </w:t>
      </w:r>
      <w:r>
        <w:t>yeh koi saboot nahi hai. is ka saboot nahi, koi is mein zaat hai. Allah is se bala hai ke hamara yeh bola hua koi lafz is ka is mein zaat ho.</w:t>
      </w:r>
    </w:p>
    <w:p>
      <w:pPr>
        <w:jc w:val="right"/>
      </w:pPr>
      <w:r>
        <w:t>یہ کوئی ثبوت نہیں ہے۔ اس کا ثبوت نہیں، کوئی اس میں ذات ہے۔ اللہ اس سے بالا ہے کہ ہمارا یہ بولا ہوا کوئی لفظ اس کا اس میں ذات ہو۔</w:t>
      </w:r>
    </w:p>
    <w:p>
      <w:r>
        <w:rPr>
          <w:b/>
        </w:rPr>
        <w:t xml:space="preserve">[32:13] </w:t>
      </w:r>
      <w:r>
        <w:t>yeh Allah ki tasgheer hai. Allah ko order stable karna hai. is ka koi saboot nahi hai ke Allah Rab ul Alameen ka is mein zaat hai.</w:t>
      </w:r>
    </w:p>
    <w:p>
      <w:pPr>
        <w:jc w:val="right"/>
      </w:pPr>
      <w:r>
        <w:t>یہ اللہ کی تصغیر ہے۔ اللہ کو ارڈر سٹیبل کرنا ہے۔ اس کا کوئی ثبوت نہیں ہے کہ اللہ رب العالمین کا اس میں ذات ہے۔</w:t>
      </w:r>
    </w:p>
    <w:p>
      <w:r>
        <w:rPr>
          <w:b/>
        </w:rPr>
        <w:t xml:space="preserve">[32:22] </w:t>
      </w:r>
      <w:r>
        <w:t>koi saboot nahi hai. koi kisi ke paas saboot ho to mujhe bheje. saboot ke mani hain ke Quran se, Hadees se ya Paighambar se.</w:t>
      </w:r>
    </w:p>
    <w:p>
      <w:pPr>
        <w:jc w:val="right"/>
      </w:pPr>
      <w:r>
        <w:t>کوئی ثبوت نہیں ہے۔ کوئی کسی کے پاس ثبوت ہو تو مجھے بھیجے۔ ثبوت کے معنی ہیں کہ قرآن سے، حدیث سے یا پیغمبر سے۔</w:t>
      </w:r>
    </w:p>
    <w:p>
      <w:r>
        <w:rPr>
          <w:b/>
        </w:rPr>
        <w:t xml:space="preserve">[32:37] </w:t>
      </w:r>
      <w:r>
        <w:t>jitne dekhiye, main ek baat kehta hoon aap se: "wa ma arsalna bi rasoolin illa bi lisanin qawmihi." Quran mein hai ke: "wa ma arsalna bi rasoolin illa bi lisanin qawmihi." har rasool rasool apni qom ki zaban mein aaya.</w:t>
      </w:r>
    </w:p>
    <w:p>
      <w:pPr>
        <w:jc w:val="right"/>
      </w:pPr>
      <w:r>
        <w:t>جتنے دیکھیے، میں ایک بات کہتا ہوں آپ سے: "وما ارسلنا برسول الا برسان قومی۔" قرآن میں ہے کہ: "وما ارسلنا برسول الا برسان قومی۔" ہر رسول رسول اپنی قوم کے زبان میں آیا۔</w:t>
      </w:r>
    </w:p>
    <w:p>
      <w:r>
        <w:rPr>
          <w:b/>
        </w:rPr>
        <w:t xml:space="preserve">[32:58] </w:t>
      </w:r>
      <w:r>
        <w:t>to tareekhi tor par to har rasool ki zaban alag alag thi. Arabi zaban to thi nahi. saare to paighambar Arabi bolte hon.</w:t>
      </w:r>
    </w:p>
    <w:p>
      <w:pPr>
        <w:jc w:val="right"/>
      </w:pPr>
      <w:r>
        <w:t>تو تاریخی طور پر تو ہر رسول کی زبان الگ الگ تھی۔ عربی زبان تو تھی نہیں۔ سارے تو پیغمبر عربی بولتے ہوں۔</w:t>
      </w:r>
    </w:p>
    <w:p>
      <w:r>
        <w:rPr>
          <w:b/>
        </w:rPr>
        <w:t xml:space="preserve">[33:10] </w:t>
      </w:r>
      <w:r>
        <w:t>is ka yeh to bilkul ek bilkul unfounded cheez hai. to yeh sab kuch logon ne aise phaila rakha hai. aur bilkul main is ko kahunga ke bilkul fast food mein jeete hain yeh log.</w:t>
      </w:r>
    </w:p>
    <w:p>
      <w:pPr>
        <w:jc w:val="right"/>
      </w:pPr>
      <w:r>
        <w:t>اس کا یہ تو بالکل ایک بالکل ان فاؤنڈڈ چیز ہے۔ تو یہ سب کچھ لوگوں نے ایسے پھیلا رکھا ہے۔ اور بالکل میں اس کو کہوں گا کہ بالکل فاسٹ فوڈ میں جیتے ہیں یہ لوگ۔</w:t>
      </w:r>
    </w:p>
    <w:p>
      <w:r>
        <w:rPr>
          <w:b/>
        </w:rPr>
        <w:t xml:space="preserve">[33:22] </w:t>
      </w:r>
      <w:r>
        <w:t>fast food mein fast pride mein jeete hain ke hamari zaban ka jo lafz hai, wahi is is mein zaat hai Allah ka. koi saboot batao pehle.</w:t>
      </w:r>
    </w:p>
    <w:p>
      <w:pPr>
        <w:jc w:val="right"/>
      </w:pPr>
      <w:r>
        <w:t>فاسٹ فوڈ میں فاسٹ پرائیڈ میں جیتے ہیں کہ ہماری زبان کا جو لفظ ہے، وہی اس اس میں ذات ہے اللہ کا۔ کوئی ثبوت بتاؤ پہلے۔</w:t>
      </w:r>
    </w:p>
    <w:p>
      <w:r>
        <w:rPr>
          <w:b/>
        </w:rPr>
        <w:t xml:space="preserve">[33:35] </w:t>
      </w:r>
      <w:r>
        <w:t>Maulana, agla comment bheja hai Dr. Naghma Siddiqui ne Delhi se. unhon ne likha hai: "i understood today that the right target of seeking is God, and the right path to follow is the road to paradise." thank you Maulana for showing us the right path.</w:t>
      </w:r>
    </w:p>
    <w:p>
      <w:pPr>
        <w:jc w:val="right"/>
      </w:pPr>
      <w:r>
        <w:t>مولانا، اگلا کمنٹ بھیجا ہے ڈاکٹر نغمہ صدیقی نے دلی سے۔ انہوں نے لکھا ہے: "آئی انڈرسٹوڈ ٹوڈے دیٹ دا رائٹ ٹارگٹ آف سیکھنگ از گاڈ، اینڈ دا رائٹ پاتھ ٹو فالو از دا روڈ ٹو پارادائز۔" تھینک یو مولانا فار شوئنگ اس دا رائٹ پاتھ۔</w:t>
      </w:r>
    </w:p>
    <w:p>
      <w:r>
        <w:rPr>
          <w:b/>
        </w:rPr>
        <w:t xml:space="preserve">[33:52] </w:t>
      </w:r>
      <w:r>
        <w:t>Maulana Inayat Umri ne Bangalore se likha hai: "Maulana, aaj ke lecture se yeh samajh mein aaya ke shaoori marifat tak pohanchne ka rasta creation mein gor o fikr hai, magar log is ko khud Khuda ki zaat mein gor o fikr mein talash kar rahe the."</w:t>
      </w:r>
    </w:p>
    <w:p>
      <w:pPr>
        <w:jc w:val="right"/>
      </w:pPr>
      <w:r>
        <w:t>مولانا عنایت عمری نے بینگلور سے لکھا ہے: "مولانا، آج کے لیکچر سے یہ سمجھ میں آیا کہ شعوری معرفت تک پہنچنے کا راستہ کریشن میں گور و فکر ہے، مگر لوگ اس کو خود خدا کی ذات میں گور و فکر میں تلاش کر رہے تھے۔</w:t>
      </w:r>
    </w:p>
    <w:p>
      <w:r>
        <w:rPr>
          <w:b/>
        </w:rPr>
        <w:t xml:space="preserve">[34:10] </w:t>
      </w:r>
      <w:r>
        <w:t>is liye woh shu'oori marfat se mehroom rahe.</w:t>
      </w:r>
    </w:p>
    <w:p>
      <w:pPr>
        <w:jc w:val="right"/>
      </w:pPr>
      <w:r>
        <w:t>اس لیے وہ شعوری معرفت سے محروم رہے۔"</w:t>
      </w:r>
    </w:p>
    <w:p>
      <w:r>
        <w:rPr>
          <w:b/>
        </w:rPr>
        <w:t xml:space="preserve">[34:16] </w:t>
      </w:r>
      <w:r>
        <w:t>maulana, agla sawal bheja hai lucknow se muhammad habib sahib ne. unhon ne likha hai: "maulana, i am forty eight years old, and i discovered you through a friend of mine.</w:t>
      </w:r>
    </w:p>
    <w:p>
      <w:pPr>
        <w:jc w:val="right"/>
      </w:pPr>
      <w:r>
        <w:t>مولانا، اگلا سوال بھیجا ہے لکھنؤ سے محمد حبیب صاحب نے۔ انہوں نے لکھا ہے: "مولانا، آئی ایم فورٹی ایٹ ایئرز اولڈ، اینڈ آئی ڈسکورڈ یو تھرو ا فرینڈ آف مائن۔</w:t>
      </w:r>
    </w:p>
    <w:p>
      <w:r>
        <w:rPr>
          <w:b/>
        </w:rPr>
        <w:t xml:space="preserve">[34:31] </w:t>
      </w:r>
      <w:r>
        <w:t>i want to know if i try to change my bad habits at this age, then will i be able to become a better person?</w:t>
      </w:r>
    </w:p>
    <w:p>
      <w:pPr>
        <w:jc w:val="right"/>
      </w:pPr>
      <w:r>
        <w:t>آئی وانٹ ٹو نو اف آئی ٹرائی ٹو چینج مائی بیڈ ہیبٹس ایٹ دس ایج، دین ویل آئی بی ایبل ٹو بیکم ا بیٹر پرسن؟</w:t>
      </w:r>
    </w:p>
    <w:p>
      <w:r>
        <w:rPr>
          <w:b/>
        </w:rPr>
        <w:t xml:space="preserve">[34:41] </w:t>
      </w:r>
      <w:r>
        <w:t>by nature, i am a very distracted person who lives in anxiety and restlessness all the time. i have started to read and listen to you, and it has had a calming effect on my personality.</w:t>
      </w:r>
    </w:p>
    <w:p>
      <w:pPr>
        <w:jc w:val="right"/>
      </w:pPr>
      <w:r>
        <w:t>بائی نیچر، آئی ایم ا ویری ڈسٹریکٹڈ پرسن ہو لیوز ان اینگزائٹی اینڈ ریسٹ لیسنس آل دا ٹائم۔ آئی ہیو سٹارٹڈ ٹو ریڈ اینڈ لسن ٹو یو، اینڈ اٹ ہیز ہیڈ ا کامنگ ایفیکٹ ان مائی پرسنیلٹی۔</w:t>
      </w:r>
    </w:p>
    <w:p>
      <w:r>
        <w:rPr>
          <w:b/>
        </w:rPr>
        <w:t xml:space="preserve">[34:56] </w:t>
      </w:r>
      <w:r>
        <w:t>but i fear that my personality has become permanently negative. i desperately need your advice."</w:t>
      </w:r>
    </w:p>
    <w:p>
      <w:pPr>
        <w:jc w:val="right"/>
      </w:pPr>
      <w:r>
        <w:t>بٹ آئی فیئر دیٹ مائی پرسنیلٹی ہیز بیکم پرماننٹلی نیگیٹیو۔ آئی ڈیسپریٹلی نیڈ یور ایڈوائس۔"</w:t>
      </w:r>
    </w:p>
    <w:p>
      <w:r>
        <w:rPr>
          <w:b/>
        </w:rPr>
        <w:t xml:space="preserve">[35:06] </w:t>
      </w:r>
      <w:r>
        <w:t>dekhiye, aap ne yeh jo kaha ke by nature,</w:t>
      </w:r>
    </w:p>
    <w:p>
      <w:pPr>
        <w:jc w:val="right"/>
      </w:pPr>
      <w:r>
        <w:t>دیکھیے، آپ نے یہ جو کہا کہ بائی نیچر،</w:t>
      </w:r>
    </w:p>
    <w:p>
      <w:r>
        <w:rPr>
          <w:b/>
        </w:rPr>
        <w:t xml:space="preserve">[35:12] </w:t>
      </w:r>
      <w:r>
        <w:t>yeh yahi aap ki bhool hai.</w:t>
      </w:r>
    </w:p>
    <w:p>
      <w:pPr>
        <w:jc w:val="right"/>
      </w:pPr>
      <w:r>
        <w:t>یہ یہی آپ کی بھول ہے۔</w:t>
      </w:r>
    </w:p>
    <w:p>
      <w:r>
        <w:rPr>
          <w:b/>
        </w:rPr>
        <w:t xml:space="preserve">[35:17] </w:t>
      </w:r>
      <w:r>
        <w:t>aap samajhte hain ke by nature aap aise hain? nahin, by conditioning aap aise ho gaye hain. is cheez ko daryaft daryaft kijiye ke aap by nature aise nahin hain.</w:t>
      </w:r>
    </w:p>
    <w:p>
      <w:pPr>
        <w:jc w:val="right"/>
      </w:pPr>
      <w:r>
        <w:t>آپ سمجھتے ہیں کہ بائی نیچر آپ ایسے ہیں؟ نہیں، بائی کنڈیشننگ آپ ایسے ہو گئے ہیں۔ اس چیز کو دریافت دریافت کیجئے کہ آپ بائی نیچر ایسے نہیں ہیں۔</w:t>
      </w:r>
    </w:p>
    <w:p>
      <w:r>
        <w:rPr>
          <w:b/>
        </w:rPr>
        <w:t xml:space="preserve">[35:31] </w:t>
      </w:r>
      <w:r>
        <w:t>by conditioning aap aise ho gaye hain. aur yaad rakhiye, nature to yaani</w:t>
      </w:r>
    </w:p>
    <w:p>
      <w:pPr>
        <w:jc w:val="right"/>
      </w:pPr>
      <w:r>
        <w:t>بائی کنڈیشننگ آپ ایسے ہو گئے ہیں۔ اور یاد رکھیے، نیچر تو یعنی</w:t>
      </w:r>
    </w:p>
    <w:p>
      <w:r>
        <w:rPr>
          <w:b/>
        </w:rPr>
        <w:t xml:space="preserve">[35:41] </w:t>
      </w:r>
      <w:r>
        <w:t>pehlay zamanay mein do lafz hua karte thay: nature aur nurture. nature aur nurture. ab woh behas khatam ho gayi hai.</w:t>
      </w:r>
    </w:p>
    <w:p>
      <w:pPr>
        <w:jc w:val="right"/>
      </w:pPr>
      <w:r>
        <w:t>پہلے زمانے میں دو لفظ ہوا کرتے تھے: نیچر اور نرچر۔ نیچر اور نرچر۔ اب وہ بحث ختم ہو گئی ہے۔</w:t>
      </w:r>
    </w:p>
    <w:p>
      <w:r>
        <w:rPr>
          <w:b/>
        </w:rPr>
        <w:t xml:space="preserve">[35:52] </w:t>
      </w:r>
      <w:r>
        <w:t>ab jo hai, jo aakhri baat jo saansani study sabit hui hai, woh yahi hai: conditioning ke aadmi paida hota hai ek hi nature, ek hi fitrat par, lekin mahol ka product ban jata hai.</w:t>
      </w:r>
    </w:p>
    <w:p>
      <w:pPr>
        <w:jc w:val="right"/>
      </w:pPr>
      <w:r>
        <w:t>اب جو ہے، جو آخری بات جو سائنسی اسٹڈی ثابت ہوئی ہے، وہ یہی ہے: کنڈیشننگ کہ آدمی پیدا ہوتا ہے ایک ہی نیچر، ایک ہی فطرت پر، لیکن ماحول کا پروڈکٹ بن جاتا ہے۔</w:t>
      </w:r>
    </w:p>
    <w:p>
      <w:r>
        <w:rPr>
          <w:b/>
        </w:rPr>
        <w:t xml:space="preserve">[36:10] </w:t>
      </w:r>
      <w:r>
        <w:t>woh mahol ka product. to ab is se bachaiye apne aap ko. mislan, main joharpur mein tha, naujawani ki umar mein, to wahan par ek doctor sahib thay, mbbs thay.</w:t>
      </w:r>
    </w:p>
    <w:p>
      <w:pPr>
        <w:jc w:val="right"/>
      </w:pPr>
      <w:r>
        <w:t>وہ ماحول کا پروڈکٹ۔ تو اب اس سے بچائیے اپنے آپ کو۔ مثلاً، میں اپنی مثال دیتا ہوں کہ میں جوہرپور میں تھا، نوجوانی کی عمر میں، تو وہاں پر ایک ڈاکٹر صاحب تھے، ایم بی بی ایس تھے۔</w:t>
      </w:r>
    </w:p>
    <w:p>
      <w:r>
        <w:rPr>
          <w:b/>
        </w:rPr>
        <w:t xml:space="preserve">[36:27] </w:t>
      </w:r>
      <w:r>
        <w:t>woh un ke paas mein gaya ke mujhe constipation ka. to unhon ne bataya ke cigarette piya karo.</w:t>
      </w:r>
    </w:p>
    <w:p>
      <w:pPr>
        <w:jc w:val="right"/>
      </w:pPr>
      <w:r>
        <w:t>وہ ان کے پاس میں گیا کہ مجھے کانسٹیپیشن کا۔ تو انہوں نے بتایا کہ سگریٹ پیا کرو۔</w:t>
      </w:r>
    </w:p>
    <w:p>
      <w:r>
        <w:rPr>
          <w:b/>
        </w:rPr>
        <w:t xml:space="preserve">[36:39] </w:t>
      </w:r>
      <w:r>
        <w:t>to main ne waqe'atan cigarette peena shuru kar diya. bohat jald main ne apni aql se socha. mujhe laga ke bilkul galat mashwara diya unhon ne mujhe.</w:t>
      </w:r>
    </w:p>
    <w:p>
      <w:pPr>
        <w:jc w:val="right"/>
      </w:pPr>
      <w:r>
        <w:t>تو میں نے واقعتاً سگریٹ پینا شروع کر دیا۔ بہت جلد میں نے اپنی عقل سے سوچا۔ مجھے لگا کہ بالکل غلط مشورہ دیا انہوں نے مجھے۔</w:t>
      </w:r>
    </w:p>
    <w:p>
      <w:r>
        <w:rPr>
          <w:b/>
        </w:rPr>
        <w:t xml:space="preserve">[36:49] </w:t>
      </w:r>
      <w:r>
        <w:t>aur aakhri ek hi packet mein ne khareeda tha. isi packet ko main ne thora sa piya tha, us waqt us ko phenk diya.</w:t>
      </w:r>
    </w:p>
    <w:p>
      <w:pPr>
        <w:jc w:val="right"/>
      </w:pPr>
      <w:r>
        <w:t>اور آخری ایک ہی پیکٹ میں نے خریدا تھا۔ اسی پیکٹ کو میں نے تھوڑا سا پیا تھا، اس وقت اس کو پھینک دیا۔</w:t>
      </w:r>
    </w:p>
    <w:p>
      <w:r>
        <w:rPr>
          <w:b/>
        </w:rPr>
        <w:t xml:space="preserve">[37:00] </w:t>
      </w:r>
      <w:r>
        <w:t>yeh thi de-conditioning. to aap yeh na kahiye ke by nature. aap yeh kahiye ke by conditioning. aap apni conditioning ko discover kijiye.</w:t>
      </w:r>
    </w:p>
    <w:p>
      <w:pPr>
        <w:jc w:val="right"/>
      </w:pPr>
      <w:r>
        <w:t>یہ تھی ڈی کنڈیشننگ۔ تو آپ یہ نہ کہیے کہ بائی نیچر۔ آپ یہ کہیے کہ بائی کنڈیشننگ۔ آپ اپنی کنڈیشننگ کو ڈسکور کیجئے۔</w:t>
      </w:r>
    </w:p>
    <w:p>
      <w:r>
        <w:rPr>
          <w:b/>
        </w:rPr>
        <w:t xml:space="preserve">[37:11] </w:t>
      </w:r>
      <w:r>
        <w:t>is ko cigarette ke packet ki taraf phenk diya dardi ki tokri mein. apni conditioning ko discover kijiye aur us conditioning ko aap litter bin mein phenk dijiye.</w:t>
      </w:r>
    </w:p>
    <w:p>
      <w:pPr>
        <w:jc w:val="right"/>
      </w:pPr>
      <w:r>
        <w:t>اس کو سگریٹ کے پیکٹ کی طرف پھینک دیا ڈردی کی ٹوکری میں۔ اپنی کنڈیشننگ کو ڈسکور کیجئے اور اس کنڈیشننگ کو آپ لیٹر بن میں پھینک دیجئے۔</w:t>
      </w:r>
    </w:p>
    <w:p>
      <w:r>
        <w:rPr>
          <w:b/>
        </w:rPr>
        <w:t xml:space="preserve">[37:28] </w:t>
      </w:r>
      <w:r>
        <w:t>yahi hal hai aur koi hal doosra hai nahin.</w:t>
      </w:r>
    </w:p>
    <w:p>
      <w:pPr>
        <w:jc w:val="right"/>
      </w:pPr>
      <w:r>
        <w:t>یہی حل ہے اور کوئی حل دوسرا ہے نہیں۔</w:t>
      </w:r>
    </w:p>
    <w:p>
      <w:r>
        <w:rPr>
          <w:b/>
        </w:rPr>
        <w:t xml:space="preserve">[37:32] </w:t>
      </w:r>
      <w:r>
        <w:t>maulana, agla sawal dubai se bheja hai waseem siddiqui sahib ne. unhon ne likha hai: "maulana, recently so many innocent people died in sri lanka suicide attack on the day of easter.</w:t>
      </w:r>
    </w:p>
    <w:p>
      <w:pPr>
        <w:jc w:val="right"/>
      </w:pPr>
      <w:r>
        <w:t>مولانا، اگلا سوال دبئی سے بھیجا ہے وسیم صدیقی صاحب نے۔ انہوں نے لکھا ہے: "مولانا، ریسنٹلی سو مینی انوسنٹ پیپل ڈائیڈ ان سری لنکا سوسائیڈ اٹیک ان دا ڈے آف ایسٹر۔</w:t>
      </w:r>
    </w:p>
    <w:p>
      <w:r>
        <w:rPr>
          <w:b/>
        </w:rPr>
        <w:t xml:space="preserve">[37:47] </w:t>
      </w:r>
      <w:r>
        <w:t>the attack was claimed by isis in retaliation to new zealand killing. once again, islam was dragged in the discussion of terror and extremism.</w:t>
      </w:r>
    </w:p>
    <w:p>
      <w:pPr>
        <w:jc w:val="right"/>
      </w:pPr>
      <w:r>
        <w:t>دا اٹیک واز کلیم بائے آئیسز ان ریٹیلیشن ٹو نیوزی لینڈ کلنگ۔ ونس اگین، اسلام واز ڈریگڈ ان دا ڈسکشن آف ٹیرر اینڈ ایکسٹریمزم۔</w:t>
      </w:r>
    </w:p>
    <w:p>
      <w:r>
        <w:rPr>
          <w:b/>
        </w:rPr>
        <w:t xml:space="preserve">[37:58] </w:t>
      </w:r>
      <w:r>
        <w:t>maulana sahib, how do you see such developments? what is your message to all those youths who are involved in such terror acts?</w:t>
      </w:r>
    </w:p>
    <w:p>
      <w:pPr>
        <w:jc w:val="right"/>
      </w:pPr>
      <w:r>
        <w:t>مولانا صاحب، ہاؤ ڈو یو سی سچ ڈیویلپمنٹس؟ واٹ از یور میسج ٹو آل دوز یوتھس ہو آر انوالوڈ ان سچ ٹیرر ایکٹس؟</w:t>
      </w:r>
    </w:p>
    <w:p>
      <w:r>
        <w:rPr>
          <w:b/>
        </w:rPr>
        <w:t xml:space="preserve">[38:08] </w:t>
      </w:r>
      <w:r>
        <w:t>what is your advice to people with extreme extremist mentality?"</w:t>
      </w:r>
    </w:p>
    <w:p>
      <w:pPr>
        <w:jc w:val="right"/>
      </w:pPr>
      <w:r>
        <w:t>واٹ از یور ایڈوائس ٹو پیپل ود ایکسٹریم ایکسٹریمسٹ مینٹیلیٹی؟"</w:t>
      </w:r>
    </w:p>
    <w:p>
      <w:r>
        <w:rPr>
          <w:b/>
        </w:rPr>
        <w:t xml:space="preserve">[38:13] </w:t>
      </w:r>
      <w:r>
        <w:t>bhai, yeh to itna ajeeb hai ke yeh log bas jo bhi khabar suni main ne ke koi ke yeh log parhe likhe thay ke yeh animal thay.</w:t>
      </w:r>
    </w:p>
    <w:p>
      <w:pPr>
        <w:jc w:val="right"/>
      </w:pPr>
      <w:r>
        <w:t>بھئی، یہ تو اتنا عجیب ہے کہ یہ لوگ بس جو بھی خبر سنی میں نے کہ کوئی کہ یہ لوگ پڑھے لکھے تھے کہ یہ اینیمل تھے۔</w:t>
      </w:r>
    </w:p>
    <w:p>
      <w:r>
        <w:rPr>
          <w:b/>
        </w:rPr>
        <w:t xml:space="preserve">[38:25] </w:t>
      </w:r>
      <w:r>
        <w:t>aap ek woh response dekhen jo khud new zealand mein hua ke ek shakhs ne aisa waqea kiya lekin wahan ki poori qaum, poori government, hatta ke prime minister ne kehta hai positive response diya.</w:t>
      </w:r>
    </w:p>
    <w:p>
      <w:pPr>
        <w:jc w:val="right"/>
      </w:pPr>
      <w:r>
        <w:t>آپ ایک وہ ریسپانس دیکھیں جو خود نیوزی لینڈ میں ہوا کہ ایک شخص نے ایسا واقعہ کیا لیکن وہاں کی پوری قوم، پوری گورنمنٹ، حتیٰ کہ پرائم منسٹر نے کہتا ہے پازیٹیو ریسپانس دیا۔</w:t>
      </w:r>
    </w:p>
    <w:p>
      <w:r>
        <w:rPr>
          <w:b/>
        </w:rPr>
        <w:t xml:space="preserve">[38:40] </w:t>
      </w:r>
      <w:r>
        <w:t>to kaise woh log thay jinhon ne woh us ke naam par</w:t>
      </w:r>
    </w:p>
    <w:p>
      <w:pPr>
        <w:jc w:val="right"/>
      </w:pPr>
      <w:r>
        <w:t>تو کیسے وہ لوگ تھے جنہوں نے وہ اس کے نام پر</w:t>
      </w:r>
    </w:p>
    <w:p>
      <w:r>
        <w:rPr>
          <w:b/>
        </w:rPr>
        <w:t xml:space="preserve">[38:49] </w:t>
      </w:r>
      <w:r>
        <w:t>society babak ki itne positive waqeye, itne positive reaction ke naam par negative reaction? yeh to bas batao ke yeh log aisa kiya hai.</w:t>
      </w:r>
    </w:p>
    <w:p>
      <w:pPr>
        <w:jc w:val="right"/>
      </w:pPr>
      <w:r>
        <w:t>سوسائٹی بابک کی اتنے پازیٹیو واقعے، اتنے پازیٹیو ری ایکشن کے نام پر نیگیٹیو ری ایکشن؟ یہ تو بس بتاؤ کہ یہ لوگ ایسا کیا ہے۔</w:t>
      </w:r>
    </w:p>
    <w:p>
      <w:r>
        <w:rPr>
          <w:b/>
        </w:rPr>
        <w:t xml:space="preserve">[39:00] </w:t>
      </w:r>
      <w:r>
        <w:t>woh in awareness ki aakhri had par thay, woh bekhabari ki aakhri had par thay. sab log jante hain, sari dunya ke ek insan ne waqea kiya tha new zealand mein, ek hi insan ne.</w:t>
      </w:r>
    </w:p>
    <w:p>
      <w:pPr>
        <w:jc w:val="right"/>
      </w:pPr>
      <w:r>
        <w:t>وہ ان اویرنس کی آخری حد پر تھے، وہ بے خبری کی آخری حد پر تھے۔ سب لوگ جانتے ہیں، ساری دنیا کہ ایک انسان نے واقعہ کیا تھا نیوزی لینڈ میں، ایک ہی انسان نے۔</w:t>
      </w:r>
    </w:p>
    <w:p>
      <w:r>
        <w:rPr>
          <w:b/>
        </w:rPr>
        <w:t xml:space="preserve">[39:16] </w:t>
      </w:r>
      <w:r>
        <w:t>lekin is se jo is ke baad jo hua, woh ke new zealand ki poori poori qaum positive uth gayi, hatta ke prime minister khud isa, aap log jante hain.</w:t>
      </w:r>
    </w:p>
    <w:p>
      <w:pPr>
        <w:jc w:val="right"/>
      </w:pPr>
      <w:r>
        <w:t>لیکن اس سے جو اس کے بعد جو ہوا، وہ کہ نیوزی لینڈ کی پوری پوری قوم پازیٹیو اٹھ گئی، حتیٰ کہ پرائم منسٹر خود عیسیٰ، آپ لوگ جانتے ہیں۔</w:t>
      </w:r>
    </w:p>
    <w:p>
      <w:r>
        <w:rPr>
          <w:b/>
        </w:rPr>
        <w:t xml:space="preserve">[39:31] </w:t>
      </w:r>
      <w:r>
        <w:t>to yeh is waqey ka baray mein sirf yahi kahunga ke woh insan jis ne, woh log jis ne aisa kiya hai, yeh ek insan yeh hai ke woh bekhabari ki aakhri had par thay aur Allah taala ka kabhi qabool nahi kiye jayenge.</w:t>
      </w:r>
    </w:p>
    <w:p>
      <w:pPr>
        <w:jc w:val="right"/>
      </w:pPr>
      <w:r>
        <w:t>تو یہ اس واقعے کا بارے میں صرف یہی کہوں گا کہ وہ انسان جس نے، وہ لوگ جس نے ایسا کیا ہے، یہ ایک انسان یہ ہے کہ وہ بے خبری کی آخری حد پر تھے اور اللہ تعالیٰ کا کبھی قبول نہیں کیے جائیں گے۔</w:t>
      </w:r>
    </w:p>
    <w:p>
      <w:r>
        <w:rPr>
          <w:b/>
        </w:rPr>
        <w:t xml:space="preserve">[39:47] </w:t>
      </w:r>
      <w:r>
        <w:t>woh aisa nahi ke woh Allah taala ka shaheed shumar honge. is se bari bhool nahi ho sakti.</w:t>
      </w:r>
    </w:p>
    <w:p>
      <w:pPr>
        <w:jc w:val="right"/>
      </w:pPr>
      <w:r>
        <w:t>وہ ایسا نہیں کہ وہ اللہ تعالیٰ کا شہید شمار ہوں گے۔ اس سے بڑی بھول نہیں ہو سکتی۔</w:t>
      </w:r>
    </w:p>
    <w:p>
      <w:r>
        <w:rPr>
          <w:b/>
        </w:rPr>
        <w:t xml:space="preserve">[39:56] </w:t>
      </w:r>
      <w:r>
        <w:t>aisi ahem kar harkat par aadmi shaheed ka darja paye. is ka shahadat se koi talluq nahi, islam se koi talluq nahi, jihad se koi talluq nahi.</w:t>
      </w:r>
    </w:p>
    <w:p>
      <w:pPr>
        <w:jc w:val="right"/>
      </w:pPr>
      <w:r>
        <w:t>ایسی اہم کار حرکت پر آدمی شہید کا درجہ پائے۔ اس کا شہادت سے کوئی تعلق نہیں، اسلام سے کوئی تعلق نہیں، جہاد سے کوئی تعلق نہیں۔</w:t>
      </w:r>
    </w:p>
    <w:p>
      <w:r>
        <w:rPr>
          <w:b/>
        </w:rPr>
        <w:t xml:space="preserve">[40:08] </w:t>
      </w:r>
      <w:r>
        <w:t>yeh to bekhabari ki woh aakhri had hai jis ke baad woh aa jata hai mad</w:t>
      </w:r>
    </w:p>
    <w:p>
      <w:pPr>
        <w:jc w:val="right"/>
      </w:pPr>
      <w:r>
        <w:t>یہ تو بے خبری کی وہ آخری حد ہے جس کے بعد وہ آ جاتا ہے ایم اے ڈی</w:t>
      </w:r>
    </w:p>
    <w:p>
      <w:r>
        <w:rPr>
          <w:b/>
        </w:rPr>
        <w:t xml:space="preserve">[40:19] </w:t>
      </w:r>
      <w:r>
        <w:t>ness and doubles awareness ki woh had jis ka aakhri yeh ho jata hai mad and doubles.</w:t>
      </w:r>
    </w:p>
    <w:p>
      <w:pPr>
        <w:jc w:val="right"/>
      </w:pPr>
      <w:r>
        <w:t>این ای ایس این ڈی ڈبل ایس اویرنس کی وہ حد جس کا آخری یہ ہو جاتا ہے ایم اے ڈی این ڈی ڈبل ایس۔</w:t>
      </w:r>
    </w:p>
    <w:p>
      <w:r>
        <w:rPr>
          <w:b/>
        </w:rPr>
        <w:t xml:space="preserve">[40:34] </w:t>
      </w:r>
      <w:r>
        <w:t>maulana, agla sawal lene se pehle do comment parhna chahenge. yeh comment bheja hai syed ahmed ali sahib ne dilli se.</w:t>
      </w:r>
    </w:p>
    <w:p>
      <w:pPr>
        <w:jc w:val="right"/>
      </w:pPr>
      <w:r>
        <w:t>مولانا، اگلا سوال لینے سے پہلے دو کمنٹ پڑھنا چاہیں گے۔ یہ کمنٹ بھیجا ہے سید احمد علی صاحب نے دلی سے۔</w:t>
      </w:r>
    </w:p>
    <w:p>
      <w:r>
        <w:rPr>
          <w:b/>
        </w:rPr>
        <w:t xml:space="preserve">[40:43] </w:t>
      </w:r>
      <w:r>
        <w:t>unhon ne likha hai: "maulana, aaj aap ki talk mein mujhe ek bohat qeemti discovery hui. woh yeh hai ke Khuda ko daryaft karne ke liye Khuda ki creation ko pehle daryaft karna zaroori hai." einstein said: "galileo was the father of modern science." maulana, i would say that for us you are the father of marifat science.</w:t>
      </w:r>
    </w:p>
    <w:p>
      <w:pPr>
        <w:jc w:val="right"/>
      </w:pPr>
      <w:r>
        <w:t>انہوں نے لکھا ہے: "مولانا، آج آپ کی ٹاک میں مجھے ایک بہت قیمتی ڈسکوری ہوئی۔ وہ یہ ہے کہ خدا کو دریافت کرنے کے لیے خدا کی کریشن کو پہلے دریافت کرنا ضروری ہے۔" آئنسٹائن سیڈ: "گیلیلیو واز دا فادر آف ماڈرن سائنس۔" مولانا، آئی وڈ سی دیٹ فار اس یو آر دا فادر آف معرفت سائنس۔</w:t>
      </w:r>
    </w:p>
    <w:p>
      <w:r>
        <w:rPr>
          <w:b/>
        </w:rPr>
        <w:t xml:space="preserve">[41:08] </w:t>
      </w:r>
      <w:r>
        <w:t>may Allah bless you with good health. jazak Allah.</w:t>
      </w:r>
    </w:p>
    <w:p>
      <w:pPr>
        <w:jc w:val="right"/>
      </w:pPr>
      <w:r>
        <w:t>می اللہ بلیس یو ود گڈ ہیلتھ۔ جزاک اللہ۔</w:t>
      </w:r>
    </w:p>
    <w:p>
      <w:r>
        <w:rPr>
          <w:b/>
        </w:rPr>
        <w:t xml:space="preserve">[41:16] </w:t>
      </w:r>
      <w:r>
        <w:t>maulana, agla comment bheja hai mumbai se doctor junaid shaikh ne. unhon ne likha hai: "today lecture was mind boggling. i learn that only through self discovery and intuition one can get marifat in true sense." jazak Allah maulana sahib.</w:t>
      </w:r>
    </w:p>
    <w:p>
      <w:pPr>
        <w:jc w:val="right"/>
      </w:pPr>
      <w:r>
        <w:t>مولانا، اگلا کمنٹ بھیجا ہے ممبئی سے ڈاکٹر جنید شیخ نے۔ انہوں نے لکھا ہے: "ٹوڈے لیکچر واز مائنڈ باگلنگ۔ آئی لرن دیٹ اونلی تھرو سیلف ڈسکوری اینڈ انٹیوشن ون کین گیٹ معرفت ان ٹرو سینس۔" جزاک اللہ مولانا صاحب۔</w:t>
      </w:r>
    </w:p>
    <w:p>
      <w:r>
        <w:rPr>
          <w:b/>
        </w:rPr>
        <w:t xml:space="preserve">[41:33] </w:t>
      </w:r>
      <w:r>
        <w:t>today mumbai team is watching class together with yunus lityani sahib from bhopal, who is now in mumbai for some function.</w:t>
      </w:r>
    </w:p>
    <w:p>
      <w:pPr>
        <w:jc w:val="right"/>
      </w:pPr>
      <w:r>
        <w:t>ٹوڈے ممبئی ٹیم از واچنگ کلاس ٹوگیدر ود یونس لٹیانی صاحب فرام بھوپال، ہو از ناؤ ان ممبئی فار سم فنکشن۔</w:t>
      </w:r>
    </w:p>
    <w:p>
      <w:r>
        <w:rPr>
          <w:b/>
        </w:rPr>
        <w:t xml:space="preserve">[41:45] </w:t>
      </w:r>
      <w:r>
        <w:t>maulana, agla konsa yunus lityani sahib from bhopal?</w:t>
      </w:r>
    </w:p>
    <w:p>
      <w:pPr>
        <w:jc w:val="right"/>
      </w:pPr>
      <w:r>
        <w:t>مولانا، اگلی کون سا یونس لٹیانی صاحب فرام بھوپال؟</w:t>
      </w:r>
    </w:p>
    <w:p>
      <w:r>
        <w:rPr>
          <w:b/>
        </w:rPr>
        <w:t xml:space="preserve">[41:51] </w:t>
      </w:r>
      <w:r>
        <w:t>acha,</w:t>
      </w:r>
    </w:p>
    <w:p>
      <w:pPr>
        <w:jc w:val="right"/>
      </w:pPr>
      <w:r>
        <w:t>اچھا،</w:t>
      </w:r>
    </w:p>
    <w:p>
      <w:r>
        <w:rPr>
          <w:b/>
        </w:rPr>
        <w:t xml:space="preserve">[41:55] </w:t>
      </w:r>
      <w:r>
        <w:t>maulana, agla sawal yeh bheja hai</w:t>
      </w:r>
    </w:p>
    <w:p>
      <w:pPr>
        <w:jc w:val="right"/>
      </w:pPr>
      <w:r>
        <w:t>مولانا، اگلا سوال یہ بھیجا ہے</w:t>
      </w:r>
    </w:p>
    <w:p>
      <w:r>
        <w:rPr>
          <w:b/>
        </w:rPr>
        <w:t xml:space="preserve">[42:02] </w:t>
      </w:r>
      <w:r>
        <w:t>idrees qamar sahib ne, muhammad idrees qamar sahib ne kashmir se. unhon ne likha hai: "mera sawal hai ke agar Allah kun faya kun hai, yani kisi cheez ka irada hi farmate hain to woh ho jata hai, lekin zameen aur aasman ko banane mein chhe din kyun lage?</w:t>
      </w:r>
    </w:p>
    <w:p>
      <w:pPr>
        <w:jc w:val="right"/>
      </w:pPr>
      <w:r>
        <w:t>ادریس قمر صاحب نے، محمد ادریس قمر صاحب نے کشمیر سے۔ انہوں نے لکھا ہے: "میرا سوال ہے کہ اگر اللہ کن فیا کن ہے، یعنی کسی چیز کا ارادہ ہی فرماتے ہیں تو وہ ہو جاتا ہے، لیکن زمین اور آسمان کو بنانے میں چھ دن کیوں لگے؟</w:t>
      </w:r>
    </w:p>
    <w:p>
      <w:r>
        <w:rPr>
          <w:b/>
        </w:rPr>
        <w:t xml:space="preserve">[42:22] </w:t>
      </w:r>
      <w:r>
        <w:t>is ki wazahat karen."</w:t>
      </w:r>
    </w:p>
    <w:p>
      <w:pPr>
        <w:jc w:val="right"/>
      </w:pPr>
      <w:r>
        <w:t>اس کی وضاحت کریں۔"</w:t>
      </w:r>
    </w:p>
    <w:p>
      <w:r>
        <w:rPr>
          <w:b/>
        </w:rPr>
        <w:t xml:space="preserve">[42:25] </w:t>
      </w:r>
      <w:r>
        <w:t>dekhen, yeh yeh Allah ki rehmat ka muamla hai. rehmat</w:t>
      </w:r>
    </w:p>
    <w:p>
      <w:pPr>
        <w:jc w:val="right"/>
      </w:pPr>
      <w:r>
        <w:t>دیکھیں، یہ یہ اللہ کی رحمت کا معاملہ ہے۔ رحمت</w:t>
      </w:r>
    </w:p>
    <w:p>
      <w:r>
        <w:rPr>
          <w:b/>
        </w:rPr>
        <w:t xml:space="preserve">[42:35] </w:t>
      </w:r>
      <w:r>
        <w:t>yeh is liye aisa hua ke insan creation ka study kar sake. agar kun faya kun hota to insan study kaise karta?</w:t>
      </w:r>
    </w:p>
    <w:p>
      <w:pPr>
        <w:jc w:val="right"/>
      </w:pPr>
      <w:r>
        <w:t>یہ اس لیے ایسا ہوا کہ انسان تخلیق کا اسٹڈی کر سکے۔ اگر کن فیا کن ہوتا تو انسان اسٹڈی کیسے کرتا؟</w:t>
      </w:r>
    </w:p>
    <w:p>
      <w:r>
        <w:rPr>
          <w:b/>
        </w:rPr>
        <w:t xml:space="preserve">[42:48] </w:t>
      </w:r>
      <w:r>
        <w:t>phir to logon ko jadoo lagta. jadoo ek scientific process jab hua, tab insan study kar paya.</w:t>
      </w:r>
    </w:p>
    <w:p>
      <w:pPr>
        <w:jc w:val="right"/>
      </w:pPr>
      <w:r>
        <w:t>پھر تو لوگوں کو جادو لگتا۔ جادو ایک سائنٹیفک پروسیس جب ہوا، تب انسان اسٹڈی کر پایا۔</w:t>
      </w:r>
    </w:p>
    <w:p>
      <w:r>
        <w:rPr>
          <w:b/>
        </w:rPr>
        <w:t xml:space="preserve">[42:57] </w:t>
      </w:r>
      <w:r>
        <w:t>tab insan ne telescope discover ki, microscope discover ki. to yeh Allah ki bohat bari rehmat hai ke us ne cheezon ko jo paida kiya, woh ek process ke through taake insan is ki study kar sake aur phir marifat hasil kar sake.</w:t>
      </w:r>
    </w:p>
    <w:p>
      <w:pPr>
        <w:jc w:val="right"/>
      </w:pPr>
      <w:r>
        <w:t>تب انسان نے ٹیلیسکوپ ڈسکور کی، مائیکروسکوپ ڈسکور کی۔ تو یہ اللہ کی بہت بڑی رحمت ہے کہ اس نے چیزوں کو جو پیدا کیا، وہ ایک پروسیس کے تھرو تاکہ انسان اس کی اسٹڈی کر سکے اور پھر معرفت حاصل کرے۔</w:t>
      </w:r>
    </w:p>
    <w:p>
      <w:r>
        <w:rPr>
          <w:b/>
        </w:rPr>
        <w:t xml:space="preserve">[43:15] </w:t>
      </w:r>
      <w:r>
        <w:t>marifat yeh bhai woh subhana sahiba ka jo hai, woh kuch batate hain. aap</w:t>
      </w:r>
    </w:p>
    <w:p>
      <w:pPr>
        <w:jc w:val="right"/>
      </w:pPr>
      <w:r>
        <w:t>معرفت یہ بھئی وہ سبحانہ صاحبہ کا جو ہے، وہ کچھ بتاتے ہیں۔ آپ</w:t>
      </w:r>
    </w:p>
    <w:p>
      <w:r>
        <w:rPr>
          <w:b/>
        </w:rPr>
        <w:t xml:space="preserve">[43:23] </w:t>
      </w:r>
      <w:r>
        <w:t>maulana, un ka comment parha tha hum ne, miss shabana ansari ka. woh bataiye is ko. okay, so in the morning, i was just sharing with maulana sahib about some of the activities that are happening, and there is one development or one activity which is a monthly based activity,</w:t>
      </w:r>
    </w:p>
    <w:p>
      <w:pPr>
        <w:jc w:val="right"/>
      </w:pPr>
      <w:r>
        <w:t>مولانا، ان کا کمنٹ پڑھا تھا ہم نے، مس شبانہ انصاری کا۔ وہ بتائیے اس کو۔ اوکے، سو ان دی مارننگ، آئی واز جسٹ شیئرنگ ود مولانا صاحب اباؤٹ سم آف دی ایکٹیویٹیز دیٹ آر ہیپننگ، اینڈ دیر از ون ڈیویلپمنٹ اور ون ایکٹیویٹی وچ از ا منتھلی بیسڈ ایکٹیویٹی،</w:t>
      </w:r>
    </w:p>
    <w:p>
      <w:r>
        <w:rPr>
          <w:b/>
        </w:rPr>
        <w:t xml:space="preserve">[43:47] </w:t>
      </w:r>
      <w:r>
        <w:t>which is done by the pakistan team member, miss shabana ansari. she is been religiously doing a fabulous job of recording urdu risala, the audio file which are then uploaded and made available to the urdu understanding people all over the world.</w:t>
      </w:r>
    </w:p>
    <w:p>
      <w:pPr>
        <w:jc w:val="right"/>
      </w:pPr>
      <w:r>
        <w:t>وچ از ڈن بائے دی پاکستان ٹیم ممبر، مس شبانہ انصاری۔ شی از بین ریلیجیسلی ڈوئنگ ا فیبولس جاب آف ریکارڈنگ اردو الرسالہ، دی آڈیو فائل وچ آر دین اپلوڈڈ اینڈ میڈ اویلیبل ٹو دی اردو انڈرسٹینڈنگ پیپل آل اوور دا ورلڈ۔</w:t>
      </w:r>
    </w:p>
    <w:p>
      <w:r>
        <w:rPr>
          <w:b/>
        </w:rPr>
        <w:t xml:space="preserve">[44:07] </w:t>
      </w:r>
      <w:r>
        <w:t>in fact, har efforts has made it possible for people who cannot understand or who cannot read urdu to understand urdu al risala of Maulana sahib very easily.</w:t>
      </w:r>
    </w:p>
    <w:p>
      <w:pPr>
        <w:jc w:val="right"/>
      </w:pPr>
      <w:r>
        <w:t>ان فیکٹ، ہر ایفرٹس ہیز میڈ اٹ پوسیبل فار پیپل ہو کین ناٹ انڈرسٹینڈ اور ہو کین ناٹ ریڈ اردو ٹو انڈرسٹینڈ اردو الرسالہ آف مولانا صاحب ویری ایزیلی۔</w:t>
      </w:r>
    </w:p>
    <w:p>
      <w:r>
        <w:rPr>
          <w:b/>
        </w:rPr>
        <w:t xml:space="preserve">[44:21] </w:t>
      </w:r>
      <w:r>
        <w:t>she is also worked in radio some time back, and her voice is very soul full, and her effort has really made urdu al risala available to a larger audience now.</w:t>
      </w:r>
    </w:p>
    <w:p>
      <w:pPr>
        <w:jc w:val="right"/>
      </w:pPr>
      <w:r>
        <w:t>شی از السو ورکڈ ان ریڈیو سم ٹائم بیک، اینڈ ہر وائس از ویری سول فل، اینڈ ہر ایفرٹ ہیز ریلی میڈ اردو الرسالہ اویلیبل ٹو ا لارجر آڈینس ناو۔</w:t>
      </w:r>
    </w:p>
    <w:p>
      <w:r>
        <w:rPr>
          <w:b/>
        </w:rPr>
        <w:t xml:space="preserve">[44:35] </w:t>
      </w:r>
      <w:r>
        <w:t>and doctor waqar alam, who is another important member of US team. he is presently visiting Pakistan to further, you know, do more activities, plan out the future course of action.</w:t>
      </w:r>
    </w:p>
    <w:p>
      <w:pPr>
        <w:jc w:val="right"/>
      </w:pPr>
      <w:r>
        <w:t>اینڈ ڈاکٹر وقار عالم، ہو از انادر امپورٹنٹ ممبر آف یو ایس ٹیم۔ ہی از پریزنٹلی وزٹنگ پاکستان ٹو فردر، یو نو، ڈو مور ایکٹیویٹیز، پلان آؤٹ دا فیوچر کورس آف ایکشن۔</w:t>
      </w:r>
    </w:p>
    <w:p>
      <w:r>
        <w:rPr>
          <w:b/>
        </w:rPr>
        <w:t xml:space="preserve">[44:51] </w:t>
      </w:r>
      <w:r>
        <w:t>and yesterday, there was an interview which was recorded between miss shabana ansari and doctor waqar alam sahib, which is also available now on the facebook.</w:t>
      </w:r>
    </w:p>
    <w:p>
      <w:pPr>
        <w:jc w:val="right"/>
      </w:pPr>
      <w:r>
        <w:t>اینڈ یسٹرڈے، دیر واز این انٹرویو وچ واز ریکارڈڈ بٹوین مس شبانہ انصاری اینڈ ڈاکٹر وقار عالم صاحب، وچ از السو اویلیبل ناو ان دا فیس بک۔</w:t>
      </w:r>
    </w:p>
    <w:p>
      <w:r>
        <w:rPr>
          <w:b/>
        </w:rPr>
        <w:t xml:space="preserve">[45:04] </w:t>
      </w:r>
      <w:r>
        <w:t>so this was the development which i was sharing with Maulana sahib in the morning, and he wanted me to share with all of you. we pray for sister shabana ansari and doctor waqar alam, that may Allah bless them abundantly and continue, make them continue do this amazing task of dawa work in their life.</w:t>
      </w:r>
    </w:p>
    <w:p>
      <w:pPr>
        <w:jc w:val="right"/>
      </w:pPr>
      <w:r>
        <w:t>سو دس واز دا ڈیویلپمنٹ وچ آئی واز شیئرنگ ود مولانا صاحب ان دا مارننگ، اینڈ ہی وانٹڈ می ٹو شیئر ود آل آف یو۔ وی پری فار سسٹر شبانہ انصاری اینڈ ڈاکٹر وقار عالم، دیٹ می اللہ بلیس دیم ابنڈنٹلی اینڈ کنٹینیو، میک دیم کنٹینیو ڈو دس امیزنگ ٹاسک آف داوا ورک ان دیر لائف۔</w:t>
      </w:r>
    </w:p>
    <w:p>
      <w:r>
        <w:rPr>
          <w:b/>
        </w:rPr>
        <w:t xml:space="preserve">[45:29] </w:t>
      </w:r>
      <w:r>
        <w:t>masha Allah. Maulana, agla ek aur sawal tha unka Idrees Qamar sahib ka.</w:t>
      </w:r>
    </w:p>
    <w:p>
      <w:pPr>
        <w:jc w:val="right"/>
      </w:pPr>
      <w:r>
        <w:t>ماشاءاللہ۔ مولانا، اگلا ایک اور سوال تھا ان کا ادریس قمر صاحب کا۔</w:t>
      </w:r>
    </w:p>
    <w:p>
      <w:r>
        <w:rPr>
          <w:b/>
        </w:rPr>
        <w:t xml:space="preserve">[45:38] </w:t>
      </w:r>
      <w:r>
        <w:t>unhon ne likha hai: "mera ek aur sawal hai ke ek aam aadmi ko deen samajhne ke liye kya karna chahiye?" is ke bare mein bataein.</w:t>
      </w:r>
    </w:p>
    <w:p>
      <w:pPr>
        <w:jc w:val="right"/>
      </w:pPr>
      <w:r>
        <w:t>انہوں نے لکھا ہے: "میرا ایک اور سوال ہے کہ ایک عام آدمی کو دین سمجھنے کے لیے کیا کرنا چاہیے؟" اس کے بارے میں بتائیں۔</w:t>
      </w:r>
    </w:p>
    <w:p>
      <w:r>
        <w:rPr>
          <w:b/>
        </w:rPr>
        <w:t xml:space="preserve">[45:51] </w:t>
      </w:r>
      <w:r>
        <w:t>chahe aam aadmi ho, chahe khaas aadmi, sab ke liye Quran mein ek ayat hai:</w:t>
      </w:r>
    </w:p>
    <w:p>
      <w:pPr>
        <w:jc w:val="right"/>
      </w:pPr>
      <w:r>
        <w:t>چاہے عام آدمی ہو، چاہے خاص آدمی، سب کے لیے قرآن میں ایک آیت ہے:</w:t>
      </w:r>
    </w:p>
    <w:p>
      <w:r>
        <w:rPr>
          <w:b/>
        </w:rPr>
        <w:t xml:space="preserve">[45:59] </w:t>
      </w:r>
      <w:r>
        <w:t>"is ayat ko parhiye, is ka tarjuma bataiye." بل هو آیات بینات فی صدور الذین أوتوا العلم balkeh yeh khuli ayatain hain in logon ke seene mein jin ko ilm ata hua hai.</w:t>
      </w:r>
    </w:p>
    <w:p>
      <w:pPr>
        <w:jc w:val="right"/>
      </w:pPr>
      <w:r>
        <w:t>"اس آیت کو پڑھیے، اس کا ترجمہ بتائیے۔" بل هو آیات بينات فی صدور الذین أوتوا العلم بلکہ یہ کھلی آیتیں ہیں ان لوگوں کے سینے میں جن کو علم عطا ہوا ہے۔</w:t>
      </w:r>
    </w:p>
    <w:p>
      <w:r>
        <w:rPr>
          <w:b/>
        </w:rPr>
        <w:t xml:space="preserve">[46:17] </w:t>
      </w:r>
      <w:r>
        <w:t>surah al ankabut ayat number 49.</w:t>
      </w:r>
    </w:p>
    <w:p>
      <w:pPr>
        <w:jc w:val="right"/>
      </w:pPr>
      <w:r>
        <w:t>سورہ العنکبوت آیت نمبر 49۔</w:t>
      </w:r>
    </w:p>
    <w:p>
      <w:r>
        <w:rPr>
          <w:b/>
        </w:rPr>
        <w:t xml:space="preserve">[46:22] </w:t>
      </w:r>
      <w:r>
        <w:t>yeh is ka tarjuma parhiye. balkeh yeh khuli hui ayatain hain in logon ke seenon mein jin ko ilm ata hua hai.</w:t>
      </w:r>
    </w:p>
    <w:p>
      <w:pPr>
        <w:jc w:val="right"/>
      </w:pPr>
      <w:r>
        <w:t>یہ اس کا ترجمہ پڑھیے۔ بلکہ یہ کھلی ہوئی آیتیں ہیں ان لوگوں کے سینوں میں جن کو علم عطا ہوا ہے۔</w:t>
      </w:r>
    </w:p>
    <w:p>
      <w:r>
        <w:rPr>
          <w:b/>
        </w:rPr>
        <w:t xml:space="preserve">[46:32] </w:t>
      </w:r>
      <w:r>
        <w:t>dekhiye, Quran ki ayatain jaise arabi zaban mein hum jante hain ke hain, woh fitrat mein maujood hain.</w:t>
      </w:r>
    </w:p>
    <w:p>
      <w:pPr>
        <w:jc w:val="right"/>
      </w:pPr>
      <w:r>
        <w:t>دیکھیے، قرآن کی آیتیں جیسے عربی زبان میں ہم جانتے ہیں کہ ہیں، وہ فطرت میں موجود ہیں۔</w:t>
      </w:r>
    </w:p>
    <w:p>
      <w:r>
        <w:rPr>
          <w:b/>
        </w:rPr>
        <w:t xml:space="preserve">[46:42] </w:t>
      </w:r>
      <w:r>
        <w:t>har aadmi ke dil mein hain. to aam aadmi paida hota hai le kar in ayaton ko. to aam aadmi aur khaas aadmi ka farq hi nahi hai.</w:t>
      </w:r>
    </w:p>
    <w:p>
      <w:pPr>
        <w:jc w:val="right"/>
      </w:pPr>
      <w:r>
        <w:t>ہر آدمی کے دل میں ہیں۔ تو عام آدمی پیدا ہوتا ہے لے کر ان آیتوں کو۔ تو عام آدمی اور خاص آدمی کا فرق ہی نہیں ہے۔</w:t>
      </w:r>
    </w:p>
    <w:p>
      <w:r>
        <w:rPr>
          <w:b/>
        </w:rPr>
        <w:t xml:space="preserve">[46:54] </w:t>
      </w:r>
      <w:r>
        <w:t>Quran har aadmi ke seene mein hai.</w:t>
      </w:r>
    </w:p>
    <w:p>
      <w:pPr>
        <w:jc w:val="right"/>
      </w:pPr>
      <w:r>
        <w:t>قرآن ہر آدمی کے سینے میں ہے۔</w:t>
      </w:r>
    </w:p>
    <w:p>
      <w:r>
        <w:rPr>
          <w:b/>
        </w:rPr>
        <w:t xml:space="preserve">[47:00] </w:t>
      </w:r>
      <w:r>
        <w:t>sirf hafiz ke seene mein nahi hai, har aadmi ke seene mein hai. to yeh yeh yeh yeh koi excuse nahi hai.</w:t>
      </w:r>
    </w:p>
    <w:p>
      <w:pPr>
        <w:jc w:val="right"/>
      </w:pPr>
      <w:r>
        <w:t>صرف حافظ کے سینے میں نہیں ہے، ہر آدمی کے سینے میں ہے۔ تو یہ یہ یہ یہ کوئی ایکسکیوز نہیں ہے۔</w:t>
      </w:r>
    </w:p>
    <w:p>
      <w:r>
        <w:rPr>
          <w:b/>
        </w:rPr>
        <w:t xml:space="preserve">[47:09] </w:t>
      </w:r>
      <w:r>
        <w:t>har aadmi agar aap bhi apna koi deconditioning se bachaye, ek hi cheez hai. conditioning se bachaiye to Quran khuli hui kitab aap ke samne hai, understandable language mein.</w:t>
      </w:r>
    </w:p>
    <w:p>
      <w:pPr>
        <w:jc w:val="right"/>
      </w:pPr>
      <w:r>
        <w:t>ہر آدمی اگر آپ بھی اپنا کوئی ڈی کنڈیشننگ سے بچائے، ایک ہی چیز ہے۔ کنڈیشننگ سے بچائیے تو قرآن کھلی ہوئی کتاب آپ کے سامنے ہے، انڈرسٹینڈیبل لینگویج میں۔</w:t>
      </w:r>
    </w:p>
    <w:p>
      <w:r>
        <w:rPr>
          <w:b/>
        </w:rPr>
        <w:t xml:space="preserve">[47:27] </w:t>
      </w:r>
      <w:r>
        <w:t>Maulana, agla comment Chennai se bheja hai Um Ashad sahibah ne. unhon ne likha hai: "Today I understood clearly what is conditioning and deconditioning." Jazak Allah Maulana.</w:t>
      </w:r>
    </w:p>
    <w:p>
      <w:pPr>
        <w:jc w:val="right"/>
      </w:pPr>
      <w:r>
        <w:t>مولانا، اگلا کمنٹ چنئی سے بھیجا ہے ام اشاد صاحبہ نے۔ انہوں نے لکھا ہے: "Today I understood clearly what is conditioning and deconditioning." جزاک اللہ مولانا۔</w:t>
      </w:r>
    </w:p>
    <w:p>
      <w:r>
        <w:rPr>
          <w:b/>
        </w:rPr>
        <w:t xml:space="preserve">[47:40] </w:t>
      </w:r>
      <w:r>
        <w:t>Miss Sahar Saleem ne Delhi se likha hai: "Molana sahib, today's lecture gave me the idea about the art of introspection, about the self and the creation which leads to realization of God.</w:t>
      </w:r>
    </w:p>
    <w:p>
      <w:pPr>
        <w:jc w:val="right"/>
      </w:pPr>
      <w:r>
        <w:t>مس سحر سلیم نے دلی سے لکھا ہے: "Molana صاحب, today's lecture gave me the idea about the art of introspection, about the self and the creation which leads to realization of God.</w:t>
      </w:r>
    </w:p>
    <w:p>
      <w:r>
        <w:rPr>
          <w:b/>
        </w:rPr>
        <w:t xml:space="preserve">[47:55] </w:t>
      </w:r>
      <w:r>
        <w:t>Self and rediscovery functions as a mirror." Thank you Maulana sahib. Professor Najma Siddiqui ne Delhi se likha hai: "Molana, you have beautifully described the ways of God realization by giving such meaningful examples in such a practical way." Jazak Allah.</w:t>
      </w:r>
    </w:p>
    <w:p>
      <w:pPr>
        <w:jc w:val="right"/>
      </w:pPr>
      <w:r>
        <w:t>Self and rediscovery functions as a mirror." Thank you مولانا صاحب۔ پروفیسر نجمہ صدیقی نے دلی سے لکھا ہے: "Molana, you have beautifully described the ways of God realization by giving such meaningful examples in such a practical way." جزاک اللہ۔</w:t>
      </w:r>
    </w:p>
    <w:p>
      <w:r>
        <w:rPr>
          <w:b/>
        </w:rPr>
        <w:t xml:space="preserve">[48:16] </w:t>
      </w:r>
      <w:r>
        <w:t>Maulana, yeh sawal Delhi se bheja hai Sameer Muhammad Dar sahib ne. unhon ne likha hai: "I have a question that when we go through Quran, we find that the prophets of Allah do not have firm faith in God.</w:t>
      </w:r>
    </w:p>
    <w:p>
      <w:pPr>
        <w:jc w:val="right"/>
      </w:pPr>
      <w:r>
        <w:t>مولانا، یہ سوال دلی سے بھیجا ہے سمیر محمد ڈار صاحب نے۔ انہوں نے لکھا ہے: "I have a question that when we go through Quran, we find that the prophets of Allah do not have firm faith in God.</w:t>
      </w:r>
    </w:p>
    <w:p>
      <w:r>
        <w:rPr>
          <w:b/>
        </w:rPr>
        <w:t xml:space="preserve">[48:35] </w:t>
      </w:r>
      <w:r>
        <w:t>They questioned the God. For example, Prophet Yahya was when told that you will have a child, he did not accept it.</w:t>
      </w:r>
    </w:p>
    <w:p>
      <w:pPr>
        <w:jc w:val="right"/>
      </w:pPr>
      <w:r>
        <w:t>They questioned the God. For example, Prophet Yahya was when told that you will have a child, he did not accept it.</w:t>
      </w:r>
    </w:p>
    <w:p>
      <w:r>
        <w:rPr>
          <w:b/>
        </w:rPr>
        <w:t xml:space="preserve">[48:49] </w:t>
      </w:r>
      <w:r>
        <w:t>What is the reason? How is this possible, Maulana?"</w:t>
      </w:r>
    </w:p>
    <w:p>
      <w:pPr>
        <w:jc w:val="right"/>
      </w:pPr>
      <w:r>
        <w:t>What is the reason? How is this possible, مولانا?"</w:t>
      </w:r>
    </w:p>
    <w:p>
      <w:r>
        <w:rPr>
          <w:b/>
        </w:rPr>
        <w:t xml:space="preserve">[48:54] </w:t>
      </w:r>
      <w:r>
        <w:t>nahi nahi, yeh yeh aap ne pata nahi kahan parha hai. aap Tazkir al Quran parhiye ya aap ko galat koi kitab mili hai jis mein aap ne parhi hai.</w:t>
      </w:r>
    </w:p>
    <w:p>
      <w:pPr>
        <w:jc w:val="right"/>
      </w:pPr>
      <w:r>
        <w:t>نہیں نہیں، یہ یہ آپ نے پتہ نہیں کہاں پڑھا ہے۔ آپ تذکر القرآن پڑھیے یا آپ کو غلط کوئی کتاب ملی ہے جس میں آپ نے پڑھی ہے۔</w:t>
      </w:r>
    </w:p>
    <w:p>
      <w:r>
        <w:rPr>
          <w:b/>
        </w:rPr>
        <w:t xml:space="preserve">[49:03] </w:t>
      </w:r>
      <w:r>
        <w:t>yeh baat har prophet yaqeen mein paida hota hai, yaqeen mein jeeta hai. aap yeh is ayat ki tashreeh aap hamari jo tafsir hai Tazkir al Quran us ko parhiye.</w:t>
      </w:r>
    </w:p>
    <w:p>
      <w:pPr>
        <w:jc w:val="right"/>
      </w:pPr>
      <w:r>
        <w:t>یہ بات ہر prophet یقین میں پیدا ہوتا ہے، یقین میں جیتا ہے۔ آپ یہ اس آیت کی تشریح آپ ہماری جو تفسیر ہے تذکر القرآن اس کو پڑھیے۔</w:t>
      </w:r>
    </w:p>
    <w:p>
      <w:r>
        <w:rPr>
          <w:b/>
        </w:rPr>
        <w:t xml:space="preserve">[49:18] </w:t>
      </w:r>
      <w:r>
        <w:t>Maulana, agla comment aur sawal Aamir Mory sahib ne bheja hai Kashmir se. unhon ne likha hai: "Molana sahib, you gave a thrilling concept today that God is the self-discovery and hamd is the response.</w:t>
      </w:r>
    </w:p>
    <w:p>
      <w:pPr>
        <w:jc w:val="right"/>
      </w:pPr>
      <w:r>
        <w:t>مولانا، اگلا کمنٹ اور سوال عامر موری صاحب نے بھیجا ہے کشمیر سے۔ انہوں نے لکھا ہے: "Molana صاحb, you gave a thrilling concept today that God is the self-discovery and حمد is the response.</w:t>
      </w:r>
    </w:p>
    <w:p>
      <w:r>
        <w:rPr>
          <w:b/>
        </w:rPr>
        <w:t xml:space="preserve">[49:34] </w:t>
      </w:r>
      <w:r>
        <w:t>My question is, what is the meaning and importance of response without God discovery? Does this make any sense?</w:t>
      </w:r>
    </w:p>
    <w:p>
      <w:pPr>
        <w:jc w:val="right"/>
      </w:pPr>
      <w:r>
        <w:t>My question is, what is the meaning and importance of response without God discovery? Does this make any sense?</w:t>
      </w:r>
    </w:p>
    <w:p>
      <w:r>
        <w:rPr>
          <w:b/>
        </w:rPr>
        <w:t xml:space="preserve">[49:44] </w:t>
      </w:r>
      <w:r>
        <w:t>Please guide all of us." kiya matlab?</w:t>
      </w:r>
    </w:p>
    <w:p>
      <w:pPr>
        <w:jc w:val="right"/>
      </w:pPr>
      <w:r>
        <w:t>Please guide all of us." کیا مطلب؟</w:t>
      </w:r>
    </w:p>
    <w:p>
      <w:r>
        <w:rPr>
          <w:b/>
        </w:rPr>
        <w:t xml:space="preserve">[49:48] </w:t>
      </w:r>
      <w:r>
        <w:t>Maulana ke kai baar log yeh bhi logon ka yeh bhi hota hai ke bana God ki discovery se kiya response diya ja sakta hai?</w:t>
      </w:r>
    </w:p>
    <w:p>
      <w:pPr>
        <w:jc w:val="right"/>
      </w:pPr>
      <w:r>
        <w:t>مولانا کہ کئی بار لوگ یہ بھی لوگوں کا یہ بھی ہوتا ہے کہ بنا God کی discovery سے کیا response دیا جا سکتا ہے؟</w:t>
      </w:r>
    </w:p>
    <w:p>
      <w:r>
        <w:rPr>
          <w:b/>
        </w:rPr>
        <w:t xml:space="preserve">[49:59] </w:t>
      </w:r>
      <w:r>
        <w:t>Is it possible? Kyunke jaise aaj aap ne kaha ke God ek self-discovery hai aur hamd is ka response hai to kiya yeh</w:t>
      </w:r>
    </w:p>
    <w:p>
      <w:pPr>
        <w:jc w:val="right"/>
      </w:pPr>
      <w:r>
        <w:t>Is it possible? کیونکہ جیسے آج آپ نے کہا کہ God ایک self-discovery ہے اور حمد اس کا response ہے تو کیا یہ</w:t>
      </w:r>
    </w:p>
    <w:p>
      <w:r>
        <w:rPr>
          <w:b/>
        </w:rPr>
        <w:t xml:space="preserve">[50:08] </w:t>
      </w:r>
      <w:r>
        <w:t>bhi? Ab agar discovery ki kiya kiya response denge? Response kis baat ka? Ji, discovery ka to response hota hai.</w:t>
      </w:r>
    </w:p>
    <w:p>
      <w:pPr>
        <w:jc w:val="right"/>
      </w:pPr>
      <w:r>
        <w:t>بھی؟ اب اگر discovery کی کیا کیا response دیں گے؟ Response کس بات کا؟ جی، discovery کا تو response ہوتا ہے۔</w:t>
      </w:r>
    </w:p>
    <w:p>
      <w:r>
        <w:rPr>
          <w:b/>
        </w:rPr>
        <w:t xml:space="preserve">[50:17] </w:t>
      </w:r>
      <w:r>
        <w:t>Jab discovery hi nahi to response kis baat ka? Main samjha nahi is waqt kiya hai. Yeh vague question hai.</w:t>
      </w:r>
    </w:p>
    <w:p>
      <w:pPr>
        <w:jc w:val="right"/>
      </w:pPr>
      <w:r>
        <w:t>جب discovery ہی نہیں تو response کس بات کا؟ میں سمجھا نہیں اس وقت کیا ہے۔ یہ vague question ہے۔</w:t>
      </w:r>
    </w:p>
    <w:p>
      <w:r>
        <w:rPr>
          <w:b/>
        </w:rPr>
        <w:t xml:space="preserve">[50:26] </w:t>
      </w:r>
      <w:r>
        <w:t>Ji. Okay, so we will end the session now. Thank you.</w:t>
      </w:r>
    </w:p>
    <w:p>
      <w:pPr>
        <w:jc w:val="right"/>
      </w:pPr>
      <w:r>
        <w:t>جی۔ Okay, so we will end the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