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Launch of Maulana Wahiduddin Khan Peace Foundation April 2, 2016</w:t>
      </w:r>
    </w:p>
    <w:p>
      <w:r>
        <w:t>https://www.youtube.com/watch?v=rzojs7eGG4M</w:t>
      </w:r>
    </w:p>
    <w:p>
      <w:r>
        <w:rPr>
          <w:b/>
        </w:rPr>
        <w:t xml:space="preserve">[00:06] </w:t>
      </w:r>
      <w:r>
        <w:t>Assalam walekum. On behalf of Center for Peace and Spirituality, I welcome all the CPS members who are present here. I also welcome all the CPS members who are watching this program online. Today is indeed an historical day for all the CPS members,</w:t>
      </w:r>
    </w:p>
    <w:p>
      <w:pPr>
        <w:jc w:val="right"/>
      </w:pPr>
      <w:r>
        <w:t>अस्सलाम वालेकुम। ऑन बिहाफ ऑफ सेंटर फॉर पीस एंड स्पिरिचुअलिटी, आई वेलकम ऑल द सीपीएस मेंबर्स हु आर प्रेजेंट हियर। आई आल्सो वेलकम ऑल द सीपीएस मेंबर्स हु आर वाचिंग दिस प्रोग्राम ऑनलाइन। टुडे इज़ इनडीड एन हिस्टोरिकल डे फॉर ऑल द सीपीएस मेंबर्स,</w:t>
      </w:r>
    </w:p>
    <w:p>
      <w:r>
        <w:rPr>
          <w:b/>
        </w:rPr>
        <w:t xml:space="preserve">[00:24] </w:t>
      </w:r>
      <w:r>
        <w:t>as Maulana Sahab today on April 2, 2016 will be launching the Maulana Wahiduddin Khan Peace Foundation under the aegis of CPS International.</w:t>
      </w:r>
    </w:p>
    <w:p>
      <w:pPr>
        <w:jc w:val="right"/>
      </w:pPr>
      <w:r>
        <w:t>एज मौलाना साहब टुडे ऑन अप्रैल 2, 2016 विल बी लॉन्चिंग द मौलाना वैदुद्दीन खान पीस फाउंडेशन अंडर द एजेस ऑफ सीपीएस इंटरनेशनल।</w:t>
      </w:r>
    </w:p>
    <w:p>
      <w:r>
        <w:rPr>
          <w:b/>
        </w:rPr>
        <w:t xml:space="preserve">[00:36] </w:t>
      </w:r>
      <w:r>
        <w:t>Henceforth, C29 Nizamuddin West New Delhi would be developed as Maulana Wahiduddin Khan Peace Foundation Center.</w:t>
      </w:r>
    </w:p>
    <w:p>
      <w:pPr>
        <w:jc w:val="right"/>
      </w:pPr>
      <w:r>
        <w:t>हेंस फोर्थ, C29 निजामुद्दीन वेस्ट न्यू दिल्ली वुड बी डेवलप्ड एज मौलाना वैदुद्दीन खान पीस फाउंडेशन सेंटर।</w:t>
      </w:r>
    </w:p>
    <w:p>
      <w:r>
        <w:rPr>
          <w:b/>
        </w:rPr>
        <w:t xml:space="preserve">[00:45] </w:t>
      </w:r>
      <w:r>
        <w:t>I would also say that at this point all the CPS members globally should take pledge that any activity that will be rolled out under the banner of Maulana Wahiduddin Khan Peace Foundation should be taken as one of their prime responsibility. With these words, I would now request Maulana Sahab to officially launch Maulana Wahiduddin Khan Peace Foundation.</w:t>
      </w:r>
    </w:p>
    <w:p>
      <w:pPr>
        <w:jc w:val="right"/>
      </w:pPr>
      <w:r>
        <w:t>आई वुड आल्सो से दैट एट दिस पॉइंट ऑल द सीपीएस मेंबर्स ग्लोबली शुड टेक प्लेज दैट एनी एक्टिविटी दैट विल बी रोल्ड आउट अंडर द बैनर ऑफ मौलाना वैदुद्दीन खान पीस फाउंडेशन शुड बी टेकन एज वन ऑफ देयर प्राइम रिस्पांसिबिलिटी। विद दीज़ वर्ड्स, आई वुड नाउ रिक्वेस्ट मौलाना साहब टू ऑफिशियली लॉन्च मौलाना वैदुद्दीन खान पीस फाउंडेशन।</w:t>
      </w:r>
    </w:p>
    <w:p>
      <w:r>
        <w:rPr>
          <w:b/>
        </w:rPr>
        <w:t xml:space="preserve">[01:11] </w:t>
      </w:r>
      <w:r>
        <w:t>Bismillah Rehmanur Rahim, wa salallahu ala nabiyyil karim.</w:t>
      </w:r>
    </w:p>
    <w:p>
      <w:pPr>
        <w:jc w:val="right"/>
      </w:pPr>
      <w:r>
        <w:t>بسم اللہ الرحمن الرحیم، وصلی اللہ علی النبی الکریم۔</w:t>
      </w:r>
    </w:p>
    <w:p>
      <w:r>
        <w:rPr>
          <w:b/>
        </w:rPr>
        <w:t xml:space="preserve">[01:20] </w:t>
      </w:r>
      <w:r>
        <w:t>aaj</w:t>
      </w:r>
    </w:p>
    <w:p>
      <w:pPr>
        <w:jc w:val="right"/>
      </w:pPr>
      <w:r>
        <w:t>آج</w:t>
      </w:r>
    </w:p>
    <w:p>
      <w:r>
        <w:rPr>
          <w:b/>
        </w:rPr>
        <w:t xml:space="preserve">[01:24] </w:t>
      </w:r>
      <w:r>
        <w:t>dopahar 2 April 2016 ki tareekh hai. 2 April 2016.</w:t>
      </w:r>
    </w:p>
    <w:p>
      <w:pPr>
        <w:jc w:val="right"/>
      </w:pPr>
      <w:r>
        <w:t>دوپہر 2 اپریل 2016 کی تاریخ ہے۔ 2 اپریل 2016۔</w:t>
      </w:r>
    </w:p>
    <w:p>
      <w:r>
        <w:rPr>
          <w:b/>
        </w:rPr>
        <w:t xml:space="preserve">[01:34] </w:t>
      </w:r>
      <w:r>
        <w:t>Is waqt main New Delhi mein C29 Gulab West ki building mein is ke auditorium mein hoon aur apne sathiyon ke ko address kar raha hoon.</w:t>
      </w:r>
    </w:p>
    <w:p>
      <w:pPr>
        <w:jc w:val="right"/>
      </w:pPr>
      <w:r>
        <w:t>اس وقت میں نئی دہلی میں سی29 گلاب ویسٹ کی بلڈنگ میں اس کے آڈیٹوریم میں ہوں اور اپنے ساتھیوں کے کو ایڈریس کر رہا ہوں۔</w:t>
      </w:r>
    </w:p>
    <w:p>
      <w:r>
        <w:rPr>
          <w:b/>
        </w:rPr>
        <w:t xml:space="preserve">[01:53] </w:t>
      </w:r>
      <w:r>
        <w:t>Jo log yahan maujood hain, un ko directly. Jo yahan maujood nahi hain, duniya ke mukhtalif hisson mein bikhre hue hain, un ko indirectly.</w:t>
      </w:r>
    </w:p>
    <w:p>
      <w:pPr>
        <w:jc w:val="right"/>
      </w:pPr>
      <w:r>
        <w:t>جو لوگ یہاں موجود ہیں، ان کو ڈائریکٹلی۔ جو یہاں موجود نہیں ہیں، دنیا کے مختلف حصوں میں بکھرے ہوئے ہیں، ان کو ان ڈائریکٹلی۔</w:t>
      </w:r>
    </w:p>
    <w:p>
      <w:r>
        <w:rPr>
          <w:b/>
        </w:rPr>
        <w:t xml:space="preserve">[02:05] </w:t>
      </w:r>
      <w:r>
        <w:t>Dekhiye, yeh center aaj jis ka baqayda innovation kiya ja raha hai, to yeh building jo hai, main baqayda taur par is ke liye dedicate karta hoon.</w:t>
      </w:r>
    </w:p>
    <w:p>
      <w:pPr>
        <w:jc w:val="right"/>
      </w:pPr>
      <w:r>
        <w:t>دیکھیے، یہ سینٹر آج جس کا باقاعدہ اناویشن کیا جا رہا ہے، تو یہ بلڈنگ جو ہے، میں باقاعدہ طور پر اس کے لیے ڈیڈیکیٹ کرتا ہوں۔</w:t>
      </w:r>
    </w:p>
    <w:p>
      <w:r>
        <w:rPr>
          <w:b/>
        </w:rPr>
        <w:t xml:space="preserve">[02:24] </w:t>
      </w:r>
      <w:r>
        <w:t>C29 Lamdun West New Delhi ki building jo hai, yeh is is foundation ke liye main baqayda taur par dedicate kar raha hoon.</w:t>
      </w:r>
    </w:p>
    <w:p>
      <w:pPr>
        <w:jc w:val="right"/>
      </w:pPr>
      <w:r>
        <w:t>سی29 لامدون ویسٹ نئی دہلی کی بلڈنگ جو ہے، یہ اس اس فاؤنڈیشن کے لیے میں باقاعدہ طور پر ڈیڈیکیٹ کر رہا ہوں۔</w:t>
      </w:r>
    </w:p>
    <w:p>
      <w:r>
        <w:rPr>
          <w:b/>
        </w:rPr>
        <w:t xml:space="preserve">[02:37] </w:t>
      </w:r>
      <w:r>
        <w:t>Jahan tak mission ka taluq hai, woh to bohat pehle se chal raha hai. Aap log is ko jante hain</w:t>
      </w:r>
    </w:p>
    <w:p>
      <w:pPr>
        <w:jc w:val="right"/>
      </w:pPr>
      <w:r>
        <w:t>جہاں تک مشن کا تعلق ہے، وہ تو بہت پہلے سے چل رہا ہے۔ آپ لوگ اس کو جانتے ہیں</w:t>
      </w:r>
    </w:p>
    <w:p>
      <w:r>
        <w:rPr>
          <w:b/>
        </w:rPr>
        <w:t xml:space="preserve">[02:48] </w:t>
      </w:r>
      <w:r>
        <w:t>aur main samajhta hoon ke is ka introduction ab global level par ho chuka hai. Global level par is ka maqsad kiya hai?</w:t>
      </w:r>
    </w:p>
    <w:p>
      <w:pPr>
        <w:jc w:val="right"/>
      </w:pPr>
      <w:r>
        <w:t>اور میں سمجھتا ہوں کہ اس کا انٹروڈکشن اب گلوبل لیول پر ہو چکا ہے۔ گلوبل لیول پر اس کا مقصد کیا ہے؟</w:t>
      </w:r>
    </w:p>
    <w:p>
      <w:r>
        <w:rPr>
          <w:b/>
        </w:rPr>
        <w:t xml:space="preserve">[03:01] </w:t>
      </w:r>
      <w:r>
        <w:t>Is ka maqsad basically East hai. East yani Spirituality.</w:t>
      </w:r>
    </w:p>
    <w:p>
      <w:pPr>
        <w:jc w:val="right"/>
      </w:pPr>
      <w:r>
        <w:t>اس کا مقصد بیسیکلی ایسٹ ہے۔ ایسٹ یعنی سپرچویلٹی۔</w:t>
      </w:r>
    </w:p>
    <w:p>
      <w:r>
        <w:rPr>
          <w:b/>
        </w:rPr>
        <w:t xml:space="preserve">[03:13] </w:t>
      </w:r>
      <w:r>
        <w:t>Hamara yaqeen hai ke koi bhi bara maqsad, jaise spirituality hai, dua work hai, education hai,</w:t>
      </w:r>
    </w:p>
    <w:p>
      <w:pPr>
        <w:jc w:val="right"/>
      </w:pPr>
      <w:r>
        <w:t>ہمارا یقین ہے کہ کوئی بھی بڑا مقصد، جیسے سپرچویلٹی ہے، دعا ورک ہے، ایجوکیشن ہے،</w:t>
      </w:r>
    </w:p>
    <w:p>
      <w:r>
        <w:rPr>
          <w:b/>
        </w:rPr>
        <w:t xml:space="preserve">[03:28] </w:t>
      </w:r>
      <w:r>
        <w:t>koi bhi bara maqsad kamyabi ke sath sirf is waqt chal sakta hai jabke is ko peaceful mahol milay.</w:t>
      </w:r>
    </w:p>
    <w:p>
      <w:pPr>
        <w:jc w:val="right"/>
      </w:pPr>
      <w:r>
        <w:t>کوئی بھی بڑا مقصد کامیابی کے ساتھ صرف اس وقت چل سکتا ہے جبکہ اس کو پیس فل ماحول ملے۔</w:t>
      </w:r>
    </w:p>
    <w:p>
      <w:r>
        <w:rPr>
          <w:b/>
        </w:rPr>
        <w:t xml:space="preserve">[03:43] </w:t>
      </w:r>
      <w:r>
        <w:t>Main samajhta hoon ke jin logon ne yeh kaha hai ke "Peace is the sound bonum, Peace is the greater good" to sahi kaha hai. East Islam ke liye bhi itna hi important hai jitna secular activities ke liye,</w:t>
      </w:r>
    </w:p>
    <w:p>
      <w:pPr>
        <w:jc w:val="right"/>
      </w:pPr>
      <w:r>
        <w:t>میں سمجھتا ہوں کہ جن لوگوں نے یہ کہا ہے کہ "پیس از دا ساؤنڈ بونم، پیس از دا گریٹر گڈ" تو صحیح کہا ہے۔ ایسٹ اسلام کے لیے بھی اتنا ہی امپورٹنٹ ہے جتنا سیکولر ایکٹیویٹیز کے لیے،</w:t>
      </w:r>
    </w:p>
    <w:p>
      <w:r>
        <w:rPr>
          <w:b/>
        </w:rPr>
        <w:t xml:space="preserve">[04:00] </w:t>
      </w:r>
      <w:r>
        <w:t>kyunke Peace law of nature pe base karta hai. Itni bari universe hai, aap jante hain ke is mein billions and billions galaxies hain.</w:t>
      </w:r>
    </w:p>
    <w:p>
      <w:pPr>
        <w:jc w:val="right"/>
      </w:pPr>
      <w:r>
        <w:t>کیونکہ پیس لاء آف نیچر پہ بیس کرتا ہے۔ اتنی بڑی یونیورس ہے، آپ جانتے ہیں کہ اس میں بلینز اینڈ بلینز گلیکسیز ہیں۔</w:t>
      </w:r>
    </w:p>
    <w:p>
      <w:r>
        <w:rPr>
          <w:b/>
        </w:rPr>
        <w:t xml:space="preserve">[04:13] </w:t>
      </w:r>
      <w:r>
        <w:t>sari galaxies, sara solar system constantly in the move hai. kahin dunya mein, kahin bhi itni bari universe mein, kahin bhi thehrav nahin hai.</w:t>
      </w:r>
    </w:p>
    <w:p>
      <w:pPr>
        <w:jc w:val="right"/>
      </w:pPr>
      <w:r>
        <w:t>ساری گلیکسیز، سارا سولر سسٹم کانسٹنٹلی ان دا موو ہے۔ کہیں دنیا میں، کہیں بھی اتنی بڑی یونیورس میں، کہیں بھی ٹھہراؤ نہیں ہے۔</w:t>
      </w:r>
    </w:p>
    <w:p>
      <w:r>
        <w:rPr>
          <w:b/>
        </w:rPr>
        <w:t xml:space="preserve">[04:27] </w:t>
      </w:r>
      <w:r>
        <w:t>harkat hai, harkat hai, harkat hai. jahan harkat hai, wahan hamesha yeh dar rehta hai ke takrao na ho jaye.</w:t>
      </w:r>
    </w:p>
    <w:p>
      <w:pPr>
        <w:jc w:val="right"/>
      </w:pPr>
      <w:r>
        <w:t>حرکت ہے، حرکت ہے، حرکت ہے۔ جہاں حرکت ہے، وہاں ہمیشہ یہ ڈر رہتا ہے کہ ٹکراؤ نہ ہو جائے۔</w:t>
      </w:r>
    </w:p>
    <w:p>
      <w:r>
        <w:rPr>
          <w:b/>
        </w:rPr>
        <w:t xml:space="preserve">[04:38] </w:t>
      </w:r>
      <w:r>
        <w:t>jahan harkat hai, wahan hamesha yeh dar rehta hai ke takrao na ho jaye. lekin itna zabardast control hai khaliq ka ke kahin takrao nahin hota.</w:t>
      </w:r>
    </w:p>
    <w:p>
      <w:pPr>
        <w:jc w:val="right"/>
      </w:pPr>
      <w:r>
        <w:t>جہاں حرکت ہے، وہاں ہمیشہ یہ ڈر رہتا ہے کہ ٹکراؤ نہ ہو جائے۔ لیکن اتنا زبردست کنٹرول ہے خالق کا کہ کہیں ٹکراؤ نہیں ہوتا۔</w:t>
      </w:r>
    </w:p>
    <w:p>
      <w:r>
        <w:rPr>
          <w:b/>
        </w:rPr>
        <w:t xml:space="preserve">[04:51] </w:t>
      </w:r>
      <w:r>
        <w:t>har star, har planet apne apne orbit par move karta hai.</w:t>
      </w:r>
    </w:p>
    <w:p>
      <w:pPr>
        <w:jc w:val="right"/>
      </w:pPr>
      <w:r>
        <w:t>ہر اسٹار، ہر پلینٹ اپنے اپنے اربٹ پر موو کرتا ہے۔</w:t>
      </w:r>
    </w:p>
    <w:p>
      <w:r>
        <w:rPr>
          <w:b/>
        </w:rPr>
        <w:t xml:space="preserve">[05:02] </w:t>
      </w:r>
      <w:r>
        <w:t>tab yeh universe itni kamyabi ke sath chal rahi hai. hamara mission jo hai, yeh hai ke hum Quran ki taleemat ko peaceful andaaz mein dunya ke samne layein.</w:t>
      </w:r>
    </w:p>
    <w:p>
      <w:pPr>
        <w:jc w:val="right"/>
      </w:pPr>
      <w:r>
        <w:t>تب یہ یونیورس اتنی کامیابی کے ساتھ چل رہی ہے۔ ہمارا مشن جو ہے، یہ ہے کہ ہم قرآن کی تعلیمات کو پیس فل انداز میں دنیا کے سامنے لائیں۔</w:t>
      </w:r>
    </w:p>
    <w:p>
      <w:r>
        <w:rPr>
          <w:b/>
        </w:rPr>
        <w:t xml:space="preserve">[05:17] </w:t>
      </w:r>
      <w:r>
        <w:t>Quran ki taleemat sab ke sath peace hi par mabni hain, lekin is ko phailane ke liye sirf peaceful method hi hamein apnana hai.</w:t>
      </w:r>
    </w:p>
    <w:p>
      <w:pPr>
        <w:jc w:val="right"/>
      </w:pPr>
      <w:r>
        <w:t>قرآن کی تعلیمات سب کے ساتھ پیس ہی پر مبنی ہیں، لیکن اس کو پھیلانے کے لیے صرف پیس فل میتھڈ ہی ہمیں اپنانا ہے۔</w:t>
      </w:r>
    </w:p>
    <w:p>
      <w:r>
        <w:rPr>
          <w:b/>
        </w:rPr>
        <w:t xml:space="preserve">[05:28] </w:t>
      </w:r>
      <w:r>
        <w:t>aisa nahin ke peaceful book ko violence ke zariye phailayen. to hamara maqsad jo hai, woh yeh hai ke Quran jo book of peace hai,</w:t>
      </w:r>
    </w:p>
    <w:p>
      <w:pPr>
        <w:jc w:val="right"/>
      </w:pPr>
      <w:r>
        <w:t>ایسا نہیں کہ پیس فل بک کو وائیلنس کے ذریعے پھیلائیں۔ تو ہمارا مقصد جو ہے، وہ یہ ہے کہ قرآن جو بک آف پیس ہے،</w:t>
      </w:r>
    </w:p>
    <w:p>
      <w:r>
        <w:rPr>
          <w:b/>
        </w:rPr>
        <w:t xml:space="preserve">[05:42] </w:t>
      </w:r>
      <w:r>
        <w:t>is ko mukammal taur par peaceful method ke zariye se dunya ke samne laya jaye. yani is ka Arabic text to phaila hua hai, lekin translation phaila hua nahin hai.</w:t>
      </w:r>
    </w:p>
    <w:p>
      <w:pPr>
        <w:jc w:val="right"/>
      </w:pPr>
      <w:r>
        <w:t>اس کو مکمل طور پر پیس فل میتھڈ کے ذریعے سے دنیا کے سامنے لایا جائے۔ یعنی اس کا عربک ٹیکسٹ تو پھیلا ہوا ہے، لیکن ٹرانسیشن پھیلا ہوا نہیں ہے۔</w:t>
      </w:r>
    </w:p>
    <w:p>
      <w:r>
        <w:rPr>
          <w:b/>
        </w:rPr>
        <w:t xml:space="preserve">[05:58] </w:t>
      </w:r>
      <w:r>
        <w:t>to Allah taala ka yeh plan hai ke "wa ma arsalna bi rasoolin illa bi lisan qawmihi" ke qomon ko paigham bheja jaye unhi ki apni zuban mein.</w:t>
      </w:r>
    </w:p>
    <w:p>
      <w:pPr>
        <w:jc w:val="right"/>
      </w:pPr>
      <w:r>
        <w:t>تو اللہ تعالی کا یہ پلان ہے کہ "وما ارسلنا برسول اللہ برسان قومی" کہ قوموں کو پیغام بھیجا جائے انہی کی اپنی زبان میں۔</w:t>
      </w:r>
    </w:p>
    <w:p>
      <w:r>
        <w:rPr>
          <w:b/>
        </w:rPr>
        <w:t xml:space="preserve">[06:13] </w:t>
      </w:r>
      <w:r>
        <w:t>to is ka matlab yeh hua ke Quran ko dunya mein phailane ke liye zaroorat hai ke is ko har qaum ki zuban mein translate kiya jaye. har qaum ki zuban mein</w:t>
      </w:r>
    </w:p>
    <w:p>
      <w:pPr>
        <w:jc w:val="right"/>
      </w:pPr>
      <w:r>
        <w:t>تو اس کا مطلب یہ ہوا کہ قرآن کو دنیا میں پھیلانے کے لیے ضرورت ہے کہ اس کو ہر قوم کی زبان میں ٹرانسلیٹ کیا جائے۔ ہر قوم کی زبان میں</w:t>
      </w:r>
    </w:p>
    <w:p>
      <w:r>
        <w:rPr>
          <w:b/>
        </w:rPr>
        <w:t xml:space="preserve">[06:25] </w:t>
      </w:r>
      <w:r>
        <w:t>bohat hi correct, understandable translation, phir is ko chhapna aur phir is ko dunya mein phailana.</w:t>
      </w:r>
    </w:p>
    <w:p>
      <w:pPr>
        <w:jc w:val="right"/>
      </w:pPr>
      <w:r>
        <w:t>بہت ہی کریکٹ، انڈرسٹڈیبل ٹرانسیشن، پھر اس کو چھاپنا اور پھر اس کو دنیا میں پھیلانا۔</w:t>
      </w:r>
    </w:p>
    <w:p>
      <w:r>
        <w:rPr>
          <w:b/>
        </w:rPr>
        <w:t xml:space="preserve">[06:37] </w:t>
      </w:r>
      <w:r>
        <w:t>sahaba aur Rasool Allah jo the, woh un ko mukhri kaha jata hai. yani mukhri of the Quran. aaj ka jo log hain, aaj ke jo believers hain, un ko distributors, distributors of the Quran banna hai.</w:t>
      </w:r>
    </w:p>
    <w:p>
      <w:pPr>
        <w:jc w:val="right"/>
      </w:pPr>
      <w:r>
        <w:t>صحابہ اور رسول اللہ جو تھے، وہ ان کو مکھری کہا جاتا ہے۔ یعنی مکھری آف دا قرآن۔ آج کا جو لوگ ہیں، آج کے جو بیلیورز ہیں، ان کو ڈسٹریبیوٹ، ڈسٹریبیوٹرز آف دا قرآن بننا ہے۔</w:t>
      </w:r>
    </w:p>
    <w:p>
      <w:r>
        <w:rPr>
          <w:b/>
        </w:rPr>
        <w:t xml:space="preserve">[06:53] </w:t>
      </w:r>
      <w:r>
        <w:t>isi ka yeh center hai. isi ke liye yeh building dedicate ki jati hai. mein dua karta hoon ke aap log jo is se jure hue hain, pehle pehle se jure hue hain, ab baqayda jurete hain is se,</w:t>
      </w:r>
    </w:p>
    <w:p>
      <w:pPr>
        <w:jc w:val="right"/>
      </w:pPr>
      <w:r>
        <w:t>اسی کا یہ سینٹر ہے۔ اسی کے لیے یہ بلڈنگ ڈیڈیکیٹ کی جاتی ہے۔ میں دعا کرتا ہوں کہ آپ لوگ جو اس سے جڑے ہوئے ہیں، پہلے پہلے سے جڑے ہوئے ہیں، اب باقاعدہ جڑتے ہیں اس سے،</w:t>
      </w:r>
    </w:p>
    <w:p>
      <w:r>
        <w:rPr>
          <w:b/>
        </w:rPr>
        <w:t xml:space="preserve">[07:10] </w:t>
      </w:r>
      <w:r>
        <w:t>woh is mission ko zyada se zyada aage barhayen aur aakhir tak pohnchayen is ko.</w:t>
      </w:r>
    </w:p>
    <w:p>
      <w:pPr>
        <w:jc w:val="right"/>
      </w:pPr>
      <w:r>
        <w:t>وہ اس مشن کو زیادہ سے زیادہ آگے بڑھائیں اور آخر تک پہنچائیں اس کو۔</w:t>
      </w:r>
    </w:p>
    <w:p>
      <w:r>
        <w:rPr>
          <w:b/>
        </w:rPr>
        <w:t xml:space="preserve">[07:23] </w:t>
      </w:r>
      <w:r>
        <w:t>yeh kaam karta hai insan, lekin Allah ki tofeeq se karta hai, Allah ki madad se karta hai.</w:t>
      </w:r>
    </w:p>
    <w:p>
      <w:pPr>
        <w:jc w:val="right"/>
      </w:pPr>
      <w:r>
        <w:t>یہ کام کرتا ہے انسان، لیکن اللہ کی توفیق سے کرتا ہے، اللہ کی مدد سے کرتا ہے۔</w:t>
      </w:r>
    </w:p>
    <w:p>
      <w:r>
        <w:rPr>
          <w:b/>
        </w:rPr>
        <w:t xml:space="preserve">[07:36] </w:t>
      </w:r>
      <w:r>
        <w:t>yahan mein aik baat arz karna chahta hoon. Quran mein Christians ke waqt achhe alfaaz bole gaye Christian ke liye ke "rehmata wa rahma".</w:t>
      </w:r>
    </w:p>
    <w:p>
      <w:pPr>
        <w:jc w:val="right"/>
      </w:pPr>
      <w:r>
        <w:t>یہاں میں ایک بات عرض کرنا چاہتا ہوں۔ قرآن میں کرسچنز کے وقت اچھے الفاظ بولے گئے کرسچن کے لیے کہ "رحمت و رحمہ"۔</w:t>
      </w:r>
    </w:p>
    <w:p>
      <w:r>
        <w:rPr>
          <w:b/>
        </w:rPr>
        <w:t xml:space="preserve">[07:48] </w:t>
      </w:r>
      <w:r>
        <w:t>Christian mein rahat aur rehma hoti hai, yani narmi hoti hai aur is ke andar meharbani ka character hota hai.</w:t>
      </w:r>
    </w:p>
    <w:p>
      <w:pPr>
        <w:jc w:val="right"/>
      </w:pPr>
      <w:r>
        <w:t>کرسچن میں راحت اور رحمت ہوتی ہے، یعنی نرمی ہوتی ہے اور اس کے اندر مہربانی کا کریکٹر ہوتا ہے۔</w:t>
      </w:r>
    </w:p>
    <w:p>
      <w:r>
        <w:rPr>
          <w:b/>
        </w:rPr>
        <w:t xml:space="preserve">[08:01] </w:t>
      </w:r>
      <w:r>
        <w:t>is se barh kar aik bohat ajeeb baat yeh hai ke Surah Asf mein yeh bataya gaya hai ke "Ae Ahl-e-Iman!</w:t>
      </w:r>
    </w:p>
    <w:p>
      <w:pPr>
        <w:jc w:val="right"/>
      </w:pPr>
      <w:r>
        <w:t>اس سے بڑھ کر ایک بہت عجیب بات یہ ہے کہ سورہ اصف میں یہ بتایا گیا ہے کہ "اے اہل ایمان!</w:t>
      </w:r>
    </w:p>
    <w:p>
      <w:r>
        <w:rPr>
          <w:b/>
        </w:rPr>
        <w:t xml:space="preserve">[08:13] </w:t>
      </w:r>
      <w:r>
        <w:t>tum isi tarah Ansar Allah bano jis tarah Christian Ansar Allah bane". yeh bohat anokhi ayat hai Quran ki.</w:t>
      </w:r>
    </w:p>
    <w:p>
      <w:pPr>
        <w:jc w:val="right"/>
      </w:pPr>
      <w:r>
        <w:t>تم اسی طرح انصار اللہ بنو جس طرح کرسچن انصار اللہ بنے"۔ یہ بہت انوکھی آیت ہے قرآن کی۔</w:t>
      </w:r>
    </w:p>
    <w:p>
      <w:r>
        <w:rPr>
          <w:b/>
        </w:rPr>
        <w:t xml:space="preserve">[08:23] </w:t>
      </w:r>
      <w:r>
        <w:t>mein bohat dafa sochta raha ke is ka matlab kya hai? kyunke Musalmanon ke pas Quran hai, Musalmanon ke pas aakhri Rasool hai, Musalmanon ke pas yani ideology hai.</w:t>
      </w:r>
    </w:p>
    <w:p>
      <w:pPr>
        <w:jc w:val="right"/>
      </w:pPr>
      <w:r>
        <w:t>میں بہت دفعہ سوچتا رہا کہ اس کا مطلب کیا ہے؟ کیونکہ مسلمانوں کے پاس قرآن ہے، مسلمانوں کے پاس آخری رسول ہے، مسلمانوں کے پاس یعنی آئیڈیالوجی ہے۔</w:t>
      </w:r>
    </w:p>
    <w:p>
      <w:r>
        <w:rPr>
          <w:b/>
        </w:rPr>
        <w:t xml:space="preserve">[08:38] </w:t>
      </w:r>
      <w:r>
        <w:t>phir yeh kyun kaha gaya ke jis tarah se Christian Ansar Allah bane the, tum bhi isi tarah Ansar Allah bano?</w:t>
      </w:r>
    </w:p>
    <w:p>
      <w:pPr>
        <w:jc w:val="right"/>
      </w:pPr>
      <w:r>
        <w:t>پھر یہ کیوں کہا گیا کہ جس طرح سے کرسچن انصار اللہ بنے تھے، تم بھی اسی طرح انصار اللہ بنو؟</w:t>
      </w:r>
    </w:p>
    <w:p>
      <w:r>
        <w:rPr>
          <w:b/>
        </w:rPr>
        <w:t xml:space="preserve">[08:50] </w:t>
      </w:r>
      <w:r>
        <w:t>bohat dinon tak ghore karne ke baad mujhe samajh aya ke yeh yeh method ke maane mein hai, ideology ke maane mein nahin hai. yani method of da'wah.</w:t>
      </w:r>
    </w:p>
    <w:p>
      <w:pPr>
        <w:jc w:val="right"/>
      </w:pPr>
      <w:r>
        <w:t>بہت دنوں تک غور کرنے کے بعد مجھے سمجھ آیا کہ یہ یہ میتھڈ کے معنی میں ہے، آئیڈیالوجی کے معنی میں نہیں ہے۔ یعنی میتھڈ آف دعویٰ۔</w:t>
      </w:r>
    </w:p>
    <w:p>
      <w:r>
        <w:rPr>
          <w:b/>
        </w:rPr>
        <w:t xml:space="preserve">[09:00] </w:t>
      </w:r>
      <w:r>
        <w:t>yeh jo Surah Asf ki ayat hai: "Ya ayyuhal ladheena amanu! kunu ansarallahi kama qala isa ibnu maryama lil hawariyyina man ansari ilallahi qala al hawariyyuna ansarullah".</w:t>
      </w:r>
    </w:p>
    <w:p>
      <w:pPr>
        <w:jc w:val="right"/>
      </w:pPr>
      <w:r>
        <w:t>یہ جو سورہ اصف کی آیت ہے: "یا ایہا الذین آمنوا! کنوا انصار اللہ کما قال عیسی ابن مریم للہوارین: من انصاری اللہ قال حوارین انصار اللہ"۔</w:t>
      </w:r>
    </w:p>
    <w:p>
      <w:r>
        <w:rPr>
          <w:b/>
        </w:rPr>
        <w:t xml:space="preserve">[09:15] </w:t>
      </w:r>
      <w:r>
        <w:t>to yahan par jo Ahl-e-Iman ko Ansar Allah banne ke liye kaha gaya hai Christian ki tarah, woh da'wah method ke aitbar se hai.</w:t>
      </w:r>
    </w:p>
    <w:p>
      <w:pPr>
        <w:jc w:val="right"/>
      </w:pPr>
      <w:r>
        <w:t>تو یہاں پر جو اہل ایمان کو انصار اللہ بننے کے لیے کہا گیا ہے کرسچن کی طرح، وہ دعویٰ میتھڈ کے اعتبار سے ہے۔</w:t>
      </w:r>
    </w:p>
    <w:p>
      <w:r>
        <w:rPr>
          <w:b/>
        </w:rPr>
        <w:t xml:space="preserve">[09:30] </w:t>
      </w:r>
      <w:r>
        <w:t>da'wah method ke aitbar se yeh ajeeb baat hai. dekhiye ke Musalman maujooda zamane mein har kaam ke uthe da'wah ke liye koi, yani true sense mein koi momin Musalman mein nazar nahin aati.</w:t>
      </w:r>
    </w:p>
    <w:p>
      <w:pPr>
        <w:jc w:val="right"/>
      </w:pPr>
      <w:r>
        <w:t>دعویٰ میتھڈ کے اعتبار سے یہ عجیب بات ہے۔ دیکھیے کہ مسلمان موجودہ زمانے میں ہر کام کے اٹھے دعوت کے لیے کوئی، یعنی ٹرو سینس میں کوئی مومن مسلمان میں نظر نہیں آتی۔</w:t>
      </w:r>
    </w:p>
    <w:p>
      <w:r>
        <w:rPr>
          <w:b/>
        </w:rPr>
        <w:t xml:space="preserve">[09:49] </w:t>
      </w:r>
      <w:r>
        <w:t>hamare mission se pehle, haan, maslan Allah ke fazl se real sense mein dawat ke liye utha hai. Is mein koi material aspect nahi, koi political aspect nahi, koi community ka aspect nahi, kuch bhi nahi.</w:t>
      </w:r>
    </w:p>
    <w:p>
      <w:pPr>
        <w:jc w:val="right"/>
      </w:pPr>
      <w:r>
        <w:t>ہمارے مشن سے پہلے، ہاں، مثلاً اللہ کے فضل سے ریئل سینس میں دعوت کے لیے اٹھا ہے۔ اس میں کوئی مٹیریل اسپیکٹ نہیں، کوئی پولیٹیکل اسپیکٹ نہیں، کوئی کمیونٹی کا اسپیکٹ نہیں، کچھ بھی نہیں۔</w:t>
      </w:r>
    </w:p>
    <w:p>
      <w:r>
        <w:rPr>
          <w:b/>
        </w:rPr>
        <w:t xml:space="preserve">[10:06] </w:t>
      </w:r>
      <w:r>
        <w:t>sirf dawat, sirf dawat, sirf dawat. To Allah taala ko maloom tha ke qayamat aayega</w:t>
      </w:r>
    </w:p>
    <w:p>
      <w:pPr>
        <w:jc w:val="right"/>
      </w:pPr>
      <w:r>
        <w:t>صرف دعوت، صرف دعوت، صرف دعوت۔ تو اللہ تعالی کو معلوم تھا کہ قیامت آئے گا</w:t>
      </w:r>
    </w:p>
    <w:p>
      <w:r>
        <w:rPr>
          <w:b/>
        </w:rPr>
        <w:t xml:space="preserve">[10:18] </w:t>
      </w:r>
      <w:r>
        <w:t>jabke</w:t>
      </w:r>
    </w:p>
    <w:p>
      <w:pPr>
        <w:jc w:val="right"/>
      </w:pPr>
      <w:r>
        <w:t>جبکہ</w:t>
      </w:r>
    </w:p>
    <w:p>
      <w:r>
        <w:rPr>
          <w:b/>
        </w:rPr>
        <w:t xml:space="preserve">[10:23] </w:t>
      </w:r>
      <w:r>
        <w:t>Christian log missionary work karenge. Allah taala ko maloom tha ke kyunke Allah taala aalimul ghaib hai, Allah taala ke maloom tha ek zamana aayega jab Christian log bohat bade paimane par missionary work karenge, peaceful tareeqe se,</w:t>
      </w:r>
    </w:p>
    <w:p>
      <w:pPr>
        <w:jc w:val="right"/>
      </w:pPr>
      <w:r>
        <w:t>کرسچن لوگ مشری ورک کریں گے۔ اللہ تعالی کو معلوم تھا کہ کیونکہ اللہ تعالی عالم الغیب ہے، اللہ تعالی کے معلوم تھا ایک زمانہ آئے گا جب کرسچن لوگ بہت بڑے پانے پر مشری ورک کریں گے، پیس فل طریقے سے،</w:t>
      </w:r>
    </w:p>
    <w:p>
      <w:r>
        <w:rPr>
          <w:b/>
        </w:rPr>
        <w:t xml:space="preserve">[10:43] </w:t>
      </w:r>
      <w:r>
        <w:t>non political andaaz mein, non violent andaaz mein. Apne is ilm ke upar Allah taala ne peshgi tor par yeh kaha ke woh zamana jab aayega to ek model create karenge Christians,</w:t>
      </w:r>
    </w:p>
    <w:p>
      <w:pPr>
        <w:jc w:val="right"/>
      </w:pPr>
      <w:r>
        <w:t>نان پولیٹیکل انداز میں، نان وائلنٹ انداز میں۔ اپنے اس علم کے اوپر اللہ تعالی نے پیشگی طور پر یہ کہا کہ وہ زمانہ جب آئے گا تو ایک ماڈل کریٹ کریں گے کرسچنز،</w:t>
      </w:r>
    </w:p>
    <w:p>
      <w:r>
        <w:rPr>
          <w:b/>
        </w:rPr>
        <w:t xml:space="preserve">[10:58] </w:t>
      </w:r>
      <w:r>
        <w:t>peaceful daawa ka. Is ko to apna apnana. Misaal ke upar dekhiye, maujooda hamara press ka zamana hai.</w:t>
      </w:r>
    </w:p>
    <w:p>
      <w:pPr>
        <w:jc w:val="right"/>
      </w:pPr>
      <w:r>
        <w:t>پیس فل دعویٰ کا۔ اس کو تو اپنا اپنانا۔ مثال کے اوپر دیکھیے، موجودہ ہمارا پریس کا زمانہ ہے۔</w:t>
      </w:r>
    </w:p>
    <w:p>
      <w:r>
        <w:rPr>
          <w:b/>
        </w:rPr>
        <w:t xml:space="preserve">[11:08] </w:t>
      </w:r>
      <w:r>
        <w:t>Press ke zamane mein aap cheezon ko, kitaab ko chhaap kar saari duniya mein phaila sakte hain. Lekin Musalmanon ne nahi kiya. Bohat se bohat unhone Arabi matan chhaapa aur bohat hi khoobsurat jild woh chhaap kar us ko gift ka tarz dete hain, yaani gift item bana diya.</w:t>
      </w:r>
    </w:p>
    <w:p>
      <w:pPr>
        <w:jc w:val="right"/>
      </w:pPr>
      <w:r>
        <w:t>پریس کے زمانے میں آپ چیزوں کو، کتاب کو چھاپ کر ساری دنیا میں پھیلا سکتے ہیں۔ لیکن مسلمانوں نے نہیں کیا۔ بہت سے بہت انہوں نے عربی متن چھاپا اور بہت ہی خوبصورت جلد وہ چھاپ کر اس کو گفٹ کا طرز دیتے ہیں، یعنی گفٹ آئٹم بنا دیا۔</w:t>
      </w:r>
    </w:p>
    <w:p>
      <w:r>
        <w:rPr>
          <w:b/>
        </w:rPr>
        <w:t xml:space="preserve">[11:29] </w:t>
      </w:r>
      <w:r>
        <w:t>Lekin Christian ne yeh kiya ke duniya ki tamam zabanon mein, jitni bhi zabanen hain, har zaban mein unhone Bible ke tarjume kiye.</w:t>
      </w:r>
    </w:p>
    <w:p>
      <w:pPr>
        <w:jc w:val="right"/>
      </w:pPr>
      <w:r>
        <w:t>لیکن کرسچن نے یہ کیا کہ دنیا کی تمام زبانوں میں، جتنی بھی زبانیں ہیں، ہر زبان میں انہوں نے بائبل کے ترجمے کیے۔</w:t>
      </w:r>
    </w:p>
    <w:p>
      <w:r>
        <w:rPr>
          <w:b/>
        </w:rPr>
        <w:t xml:space="preserve">[11:41] </w:t>
      </w:r>
      <w:r>
        <w:t>Duniya ki tamam zabanon mein Bible ke tarjume kiye aur bohat hi acha tarjuma, yaani Bible ki language jo hai, bohat hi mayari language samjhi jati hai.</w:t>
      </w:r>
    </w:p>
    <w:p>
      <w:pPr>
        <w:jc w:val="right"/>
      </w:pPr>
      <w:r>
        <w:t>دنیا کی تمام زبانوں میں بائبل کے ترجمے کیے اور بہت ہی اچھا ترجمہ، یعنی بائبل کی لینگویج جو ہے، بہت ہی معیاری لینگویج سمجھی جاتی ہے۔</w:t>
      </w:r>
    </w:p>
    <w:p>
      <w:r>
        <w:rPr>
          <w:b/>
        </w:rPr>
        <w:t xml:space="preserve">[11:54] </w:t>
      </w:r>
      <w:r>
        <w:t>Tarjuma kar ke unhone bohat hi bareek paper chhaapa, jis ko kehte hain biblical</w:t>
      </w:r>
    </w:p>
    <w:p>
      <w:pPr>
        <w:jc w:val="right"/>
      </w:pPr>
      <w:r>
        <w:t>ترجمہ کر کے انہوں نے بہت ہی باریک پیپر چھاپا، جس کو کہتے ہیں ببلیکل</w:t>
      </w:r>
    </w:p>
    <w:p>
      <w:r>
        <w:rPr>
          <w:b/>
        </w:rPr>
        <w:t xml:space="preserve">[12:06] </w:t>
      </w:r>
      <w:r>
        <w:t>paper, shayad kehte hain is ko. Aur choti jild mein, badi jild mein, har jagah phailaya. Libraries mein, colleges mein, schools mein, universities mein, yahan tak ke har hotel mein, hotel ke har room mein.</w:t>
      </w:r>
    </w:p>
    <w:p>
      <w:pPr>
        <w:jc w:val="right"/>
      </w:pPr>
      <w:r>
        <w:t>پیپر، شاید کہتے ہیں اس کو۔ اور چھوٹی جلد میں، بڑی جلد میں، ہر جگہ پھیلایا۔ لائبریریوں میں، کالجوں میں، اسکولوں میں، یونیورسٹیوں میں، یہاں تک کہ ہر ہوٹل میں، ہوٹل کے ہر روم میں۔</w:t>
      </w:r>
    </w:p>
    <w:p>
      <w:r>
        <w:rPr>
          <w:b/>
        </w:rPr>
        <w:t xml:space="preserve">[12:25] </w:t>
      </w:r>
      <w:r>
        <w:t>Aap duniya mein kahin jayen, kisi bhi hotel mein thehren, wahan ke hotel mein ek ek desk hoga, us mein ek shelf hoga, us mein aap ko bohat acha woh aap Bible ki copy chhaapi hui maujood hogi.</w:t>
      </w:r>
    </w:p>
    <w:p>
      <w:pPr>
        <w:jc w:val="right"/>
      </w:pPr>
      <w:r>
        <w:t>آپ دنیا میں کہیں جائیں، کسی بھی ہوٹل میں ٹھہریں، وہاں کے ہوٹل میں ایک ایک ڈیسک ہوگا، اس میں ایک شیلف ہوگا، اس میں آپ کو بہت اچھا وہ آپ بائبل کی کاپی چھپی ہوئی موجود ہوگی۔</w:t>
      </w:r>
    </w:p>
    <w:p>
      <w:r>
        <w:rPr>
          <w:b/>
        </w:rPr>
        <w:t xml:space="preserve">[12:40] </w:t>
      </w:r>
      <w:r>
        <w:t>Is tarah unhone Bible ko har zaban mein chhaap kar duniya ke har insaan ki reach mein pahuncha diya. Reach mein yeh ek model bana.</w:t>
      </w:r>
    </w:p>
    <w:p>
      <w:pPr>
        <w:jc w:val="right"/>
      </w:pPr>
      <w:r>
        <w:t>اس طرح انہوں نے بائبل کو ہر زبان میں چھاپ کر دنیا کے ہر انسان کی ریچ میں پہنچا دیا۔ ریچ میں یہ ایک ماڈل بنا۔</w:t>
      </w:r>
    </w:p>
    <w:p>
      <w:r>
        <w:rPr>
          <w:b/>
        </w:rPr>
        <w:t xml:space="preserve">[12:53] </w:t>
      </w:r>
      <w:r>
        <w:t>Allah taala ko pata tha ke Christian log kabhi aisa kar payenge. To is ko as a as a method, Allah ne ek model qarar diya ke Musalmanon ko chahiye ke aise hi karen.</w:t>
      </w:r>
    </w:p>
    <w:p>
      <w:pPr>
        <w:jc w:val="right"/>
      </w:pPr>
      <w:r>
        <w:t>اللہ تعالی کو پتہ تھا کہ کرسچن لوگ کبھی ایسا کر پائیں گے۔ تو اس کو ایز اے ایز اے میتھڈ، اللہ نے ایک ماڈل قرار دیا کہ مسلمانوں کو چاہیے کہ ایسے ہی کریں۔</w:t>
      </w:r>
    </w:p>
    <w:p>
      <w:r>
        <w:rPr>
          <w:b/>
        </w:rPr>
        <w:t xml:space="preserve">[13:07] </w:t>
      </w:r>
      <w:r>
        <w:t>Woh to Allah ke fazl se hamara mission, hamare saathi isi mein lage hue hain aur taqreeban ek darja zabanon mein hum Quran ke tarjume chhaap chuke hain.</w:t>
      </w:r>
    </w:p>
    <w:p>
      <w:pPr>
        <w:jc w:val="right"/>
      </w:pPr>
      <w:r>
        <w:t>وہ تو اللہ کے فضل سے ہمارا مشن، ہمارے ساتھی اسی میں لگے ہوئے ہیں اور تقریباً ایک درجہ زبانوں میں ہم قرآن کے ترجمے چھاپ چکے ہیں۔</w:t>
      </w:r>
    </w:p>
    <w:p>
      <w:r>
        <w:rPr>
          <w:b/>
        </w:rPr>
        <w:t xml:space="preserve">[13:24] </w:t>
      </w:r>
      <w:r>
        <w:t>Hum chahte hain ke saari zabanon mein tarjume chhapen aur bilkul isi pattern par jis tarah Christian ne woh kiya hai, shayad unhein phailaya jaye.</w:t>
      </w:r>
    </w:p>
    <w:p>
      <w:pPr>
        <w:jc w:val="right"/>
      </w:pPr>
      <w:r>
        <w:t>ہم چاہتے ہیں کہ ساری زبانوں میں ترجمے چھپیں اور بالکل اسی پیٹرن پر جس طرح کرسچن نے وہ کیا ہے، شاید انہیں پھیلایا جائے۔</w:t>
      </w:r>
    </w:p>
    <w:p>
      <w:r>
        <w:rPr>
          <w:b/>
        </w:rPr>
        <w:t xml:space="preserve">[13:34] </w:t>
      </w:r>
      <w:r>
        <w:t>To inshallah, aaj ka din yeh yeh kaam to hum log pehle se kar rahe hain. Aaj ka din khususiyat se isi campaign ke aaghaz ka din hai.</w:t>
      </w:r>
    </w:p>
    <w:p>
      <w:pPr>
        <w:jc w:val="right"/>
      </w:pPr>
      <w:r>
        <w:t>تو انشاءاللہ، آج کا دن یہ یہ کام تو ہم لوگ پہلے سے کر رہے ہیں۔ آج کا دن خصوصی طور پر اسی کیمپین کے آغاز کا دن ہے۔</w:t>
      </w:r>
    </w:p>
    <w:p>
      <w:r>
        <w:rPr>
          <w:b/>
        </w:rPr>
        <w:t xml:space="preserve">[13:46] </w:t>
      </w:r>
      <w:r>
        <w:t>Aaj hum logon ko yeh plate lena hai. Plate</w:t>
      </w:r>
    </w:p>
    <w:p>
      <w:pPr>
        <w:jc w:val="right"/>
      </w:pPr>
      <w:r>
        <w:t>آج ہم لوگوں کو یہ پلیٹ لینا ہے۔ پلیٹ</w:t>
      </w:r>
    </w:p>
    <w:p>
      <w:r>
        <w:rPr>
          <w:b/>
        </w:rPr>
        <w:t xml:space="preserve">[13:53] </w:t>
      </w:r>
      <w:r>
        <w:t>Quran mein ek ayat hai ke Allah ne mithaak liya Yahud se.</w:t>
      </w:r>
    </w:p>
    <w:p>
      <w:pPr>
        <w:jc w:val="right"/>
      </w:pPr>
      <w:r>
        <w:t>قرآن میں ایک آیت ہے کہ اللہ نے میثاق لیا یہود سے۔</w:t>
      </w:r>
    </w:p>
    <w:p>
      <w:r>
        <w:rPr>
          <w:b/>
        </w:rPr>
        <w:t xml:space="preserve">[14:01] </w:t>
      </w:r>
      <w:r>
        <w:t>Yahud se mithaak liya ke isi ka dawat, dawat, dawat work ka.</w:t>
      </w:r>
    </w:p>
    <w:p>
      <w:pPr>
        <w:jc w:val="right"/>
      </w:pPr>
      <w:r>
        <w:t>یہود سے میثاق لیا کہ اسی کا دعوت، دعوت، دعوت ورک کا۔</w:t>
      </w:r>
    </w:p>
    <w:p>
      <w:r>
        <w:rPr>
          <w:b/>
        </w:rPr>
        <w:t xml:space="preserve">[14:14] </w:t>
      </w:r>
      <w:r>
        <w:t>Lytubayyinannasa ke tum is kitaab ko chhaapoge nahi, balkeh logon ke samne is ko bayan karoge. Yahan chhaapne ke maani nahi ke kapde chhaapna.</w:t>
      </w:r>
    </w:p>
    <w:p>
      <w:pPr>
        <w:jc w:val="right"/>
      </w:pPr>
      <w:r>
        <w:t>لتبین الناس کہ تم اس کتاب کو چھپاؤ گے نہیں، بلکہ لوگوں کے سامنے اس کو بیان کرو گے۔ یہاں چھپانے کے معنی نہیں کہ کپڑے چھپانا۔</w:t>
      </w:r>
    </w:p>
    <w:p>
      <w:r>
        <w:rPr>
          <w:b/>
        </w:rPr>
        <w:t xml:space="preserve">[14:25] </w:t>
      </w:r>
      <w:r>
        <w:t>Chhaapne ka matlab hai na batana.</w:t>
      </w:r>
    </w:p>
    <w:p>
      <w:pPr>
        <w:jc w:val="right"/>
      </w:pPr>
      <w:r>
        <w:t>چھپانے کا مطلب ہے نہ بتانا۔</w:t>
      </w:r>
    </w:p>
    <w:p>
      <w:r>
        <w:rPr>
          <w:b/>
        </w:rPr>
        <w:t xml:space="preserve">[14:31] </w:t>
      </w:r>
      <w:r>
        <w:t>Yaani is kitaab ko agar aap public na karen to yeh chhaapna hai. Yeh jo Allah ki kitaab hai, is ko aap</w:t>
      </w:r>
    </w:p>
    <w:p>
      <w:pPr>
        <w:jc w:val="right"/>
      </w:pPr>
      <w:r>
        <w:t>یعنی اس کتاب کو اگر آپ پبلک نہ کریں تو یہ چھپانا ہے۔ یہ جو اللہ کی کتاب ہے، اس کو آپ</w:t>
      </w:r>
    </w:p>
    <w:p>
      <w:r>
        <w:rPr>
          <w:b/>
        </w:rPr>
        <w:t xml:space="preserve">[14:42] </w:t>
      </w:r>
      <w:r>
        <w:t>print media, electronic media ke zariye se aam na karen to yahi chhaapna hai.</w:t>
      </w:r>
    </w:p>
    <w:p>
      <w:pPr>
        <w:jc w:val="right"/>
      </w:pPr>
      <w:r>
        <w:t>پرنٹ میڈیا، الیکٹرانک میڈیا کے ذریعے سے عام نہ کریں تو یہی چھپانا ہے۔</w:t>
      </w:r>
    </w:p>
    <w:p>
      <w:r>
        <w:rPr>
          <w:b/>
        </w:rPr>
        <w:t xml:space="preserve">[14:51] </w:t>
      </w:r>
      <w:r>
        <w:t>To Yahud ne aisa kiya. Yaani Yahud se yeh mithaak liya gaya tha, yeh plate liya gaya tha. Plate ke tum ko jo Torah di ja rahi hai, us ko tumhein saari duniya tak pahunchana hai.</w:t>
      </w:r>
    </w:p>
    <w:p>
      <w:pPr>
        <w:jc w:val="right"/>
      </w:pPr>
      <w:r>
        <w:t>تو یہود نے ایسا کیا۔ یعنی یہود سے یہ میثاق لیا گیا تھا، یہ پلیٹ لیا گیا تھا۔ پلیٹ کہ تم کو جو تورات دی جا رہی ہے، اس کو تمہیں ساری دنیا تک پہنچانا ہے۔</w:t>
      </w:r>
    </w:p>
    <w:p>
      <w:r>
        <w:rPr>
          <w:b/>
        </w:rPr>
        <w:t xml:space="preserve">[15:07] </w:t>
      </w:r>
      <w:r>
        <w:t>to yehood to nahi kar paye, lekin christian ne bohat baray paanay par yeh kaam kiya. old testament, new testament dono ko</w:t>
      </w:r>
    </w:p>
    <w:p>
      <w:pPr>
        <w:jc w:val="right"/>
      </w:pPr>
      <w:r>
        <w:t>تو یہود تو نہیں کر پائے، لیکن کرسچن نے بہت بڑے پانے پر یہ کام کیا۔ اولڈ ٹیسٹمنٹ، نیو ٹیسٹمنٹ دونوں کو</w:t>
      </w:r>
    </w:p>
    <w:p>
      <w:r>
        <w:rPr>
          <w:b/>
        </w:rPr>
        <w:t xml:space="preserve">[15:21] </w:t>
      </w:r>
      <w:r>
        <w:t>humein isi kaam quran ko quran ke liye karna hai. quran ke liye karna hai. to mein samajhta hoon ke yeh jo foundation bana hai, yeh foundation isi maqsad ke liye hai.</w:t>
      </w:r>
    </w:p>
    <w:p>
      <w:pPr>
        <w:jc w:val="right"/>
      </w:pPr>
      <w:r>
        <w:t>ہمیں اسی کام قرآن کو قرآن کے لیے کرنا ہے۔ قرآن کے لیے کرنا ہے۔ تو میں سمجھتا ہوں کہ یہ جو فاؤنڈیشن بنا ہے، یہ فاؤنڈیشن اسی مقصد کے لیے ہے۔</w:t>
      </w:r>
    </w:p>
    <w:p>
      <w:r>
        <w:rPr>
          <w:b/>
        </w:rPr>
        <w:t xml:space="preserve">[15:37] </w:t>
      </w:r>
      <w:r>
        <w:t>aur mein is building ko c 29, jamia tul wasta ki building ko is mission ke liye dedicate karta hoon. aaj hum sab logon ko yeh karna hai ke apni zindagi mein is kaam ko priority ke taur par laein.</w:t>
      </w:r>
    </w:p>
    <w:p>
      <w:pPr>
        <w:jc w:val="right"/>
      </w:pPr>
      <w:r>
        <w:t>اور میں اس بلڈنگ کو سی 29، جامعۃ الوسط کی بلڈنگ کو اس مشن کے لیے ڈیڈیکیٹ کرتا ہوں۔ آج ہم سب لوگوں کو یہ کرنا ہے کہ اپنی زندگی میں اس کام کو پرائرٹی کے طور پر لیں۔</w:t>
      </w:r>
    </w:p>
    <w:p>
      <w:r>
        <w:rPr>
          <w:b/>
        </w:rPr>
        <w:t xml:space="preserve">[15:55] </w:t>
      </w:r>
      <w:r>
        <w:t>priority doosri tamam kaamon ko net ke darjay mein rakhein aur is ko mission ke darjay mein rakhein.</w:t>
      </w:r>
    </w:p>
    <w:p>
      <w:pPr>
        <w:jc w:val="right"/>
      </w:pPr>
      <w:r>
        <w:t>پرائرٹی دوسری تمام کاموں کو نیٹ کے درجے میں رکھیں اور اس کو مشن کے درجے میں رکھیں۔</w:t>
      </w:r>
    </w:p>
    <w:p>
      <w:r>
        <w:rPr>
          <w:b/>
        </w:rPr>
        <w:t xml:space="preserve">[16:06] </w:t>
      </w:r>
      <w:r>
        <w:t>aur bilashuba is ka bohat bara reward mile ga Allah ke haan. kyun? yeh Allah ka kaam hai. yeh aik anokhi baat hai ke Allah</w:t>
      </w:r>
    </w:p>
    <w:p>
      <w:pPr>
        <w:jc w:val="right"/>
      </w:pPr>
      <w:r>
        <w:t>اور بلاشبہ اس کا بہت بڑا ریوارڈ ملے گا اللہ کے ہاں۔ کیوں؟ یہ اللہ کا کام ہے۔ یہ ایک انوکھی بات ہے کہ اللہ</w:t>
      </w:r>
    </w:p>
    <w:p>
      <w:r>
        <w:rPr>
          <w:b/>
        </w:rPr>
        <w:t xml:space="preserve">[16:23] </w:t>
      </w:r>
      <w:r>
        <w:t>saare kaam barah-e-rast par anjam deta hai. mislan galaxy ko, billion billion galaxy ko control karta hai, solar system ko control karta hai,</w:t>
      </w:r>
    </w:p>
    <w:p>
      <w:pPr>
        <w:jc w:val="right"/>
      </w:pPr>
      <w:r>
        <w:t>سارے کام براہ راست پر انجام دیتا ہے۔ مثلاً گیلیکسی کو، بلین بلین گیلیکسی کو کنٹرول کرتا ہے، سولر سسٹم کو کنٹرول کرتا ہے،</w:t>
      </w:r>
    </w:p>
    <w:p>
      <w:r>
        <w:rPr>
          <w:b/>
        </w:rPr>
        <w:t xml:space="preserve">[16:37] </w:t>
      </w:r>
      <w:r>
        <w:t>pani ke nizaam ko woh control karta hai. sara kaam barah-e-rast Khuda apne control ke tehat anjam de raha hai. sirf aik hi kaam aisa hai jis ko woh chahta hai ke insaan anjam de, woh hai dawat.</w:t>
      </w:r>
    </w:p>
    <w:p>
      <w:pPr>
        <w:jc w:val="right"/>
      </w:pPr>
      <w:r>
        <w:t>پانی کے نظام کو وہ کنٹرول کرتا ہے۔ سارا کام براہ راست خدا اپنے کنٹرول کے تحت انجام دے رہا ہے۔ صرف ایک ہی کام ایسا ہے جس کو وہ چاہتا ہے کہ انسان انجام دے، وہ ہے دعوت۔</w:t>
      </w:r>
    </w:p>
    <w:p>
      <w:r>
        <w:rPr>
          <w:b/>
        </w:rPr>
        <w:t xml:space="preserve">[16:51] </w:t>
      </w:r>
      <w:r>
        <w:t>dawat ka kaam isi liye is ko kaha gaya hai Allah ki nasrat, Allah ke madadgar bano. kaun ansar Allah?</w:t>
      </w:r>
    </w:p>
    <w:p>
      <w:pPr>
        <w:jc w:val="right"/>
      </w:pPr>
      <w:r>
        <w:t>دعوت کا کام اسی لیے اس کو کہا گیا ہے اللہ کی نصرت، اللہ کے مددگار بنو۔ کون انصار اللہ؟</w:t>
      </w:r>
    </w:p>
    <w:p>
      <w:r>
        <w:rPr>
          <w:b/>
        </w:rPr>
        <w:t xml:space="preserve">[17:01] </w:t>
      </w:r>
      <w:r>
        <w:t>yeh aik hi kaam aisa hai jis ke mutalliq Allah apne apne apne creation plan ke tehat yeh chahta hai ke is ko insaan na anjam de.</w:t>
      </w:r>
    </w:p>
    <w:p>
      <w:pPr>
        <w:jc w:val="right"/>
      </w:pPr>
      <w:r>
        <w:t>یہ ایک ہی کام ایسا ہے جس کے متعلق اللہ اپنے اپنے اپنے کریشن پلان کے تحت یہ چاہتا ہے کہ اس کو انسان نہ انجام دے۔</w:t>
      </w:r>
    </w:p>
    <w:p>
      <w:r>
        <w:rPr>
          <w:b/>
        </w:rPr>
        <w:t xml:space="preserve">[17:17] </w:t>
      </w:r>
      <w:r>
        <w:t>ab ghor kijiye, yeh kitna bara kitna bara inaam hai jo Allah ne diya aap ko ke beshumar kaam Allah ke hain, beshumar, koi ginti nahi un ki jo un ko direct taur par anjam de raha hai.</w:t>
      </w:r>
    </w:p>
    <w:p>
      <w:pPr>
        <w:jc w:val="right"/>
      </w:pPr>
      <w:r>
        <w:t>اب غور کیجئے، یہ کتنا بڑا کتنا بڑا انعام ہے جو اللہ نے دیا آپ کو کہ بے شمار کام اللہ کے ہیں، بے شمار، کوئی گنتی نہیں ان کی جو ان کو ڈائریکٹ طور پر انجام دے رہا ہے۔</w:t>
      </w:r>
    </w:p>
    <w:p>
      <w:r>
        <w:rPr>
          <w:b/>
        </w:rPr>
        <w:t xml:space="preserve">[17:31] </w:t>
      </w:r>
      <w:r>
        <w:t>woh</w:t>
      </w:r>
    </w:p>
    <w:p>
      <w:pPr>
        <w:jc w:val="right"/>
      </w:pPr>
      <w:r>
        <w:t>وہ</w:t>
      </w:r>
    </w:p>
    <w:p>
      <w:r>
        <w:rPr>
          <w:b/>
        </w:rPr>
        <w:t xml:space="preserve">[17:34] </w:t>
      </w:r>
      <w:r>
        <w:t>sirf aik kaam aisa hai, dawat work, jis ko woh chahta hai ke insaan na anjam de. kyun? kyun? is kyun?</w:t>
      </w:r>
    </w:p>
    <w:p>
      <w:pPr>
        <w:jc w:val="right"/>
      </w:pPr>
      <w:r>
        <w:t>صرف ایک کام ایسا ہے، دعوت ورک، جس کو وہ چاہتا ہے کہ انسان نہ انجام دے۔ کیوں؟ کیوں؟ اس کیوں؟</w:t>
      </w:r>
    </w:p>
    <w:p>
      <w:r>
        <w:rPr>
          <w:b/>
        </w:rPr>
        <w:t xml:space="preserve">[17:43] </w:t>
      </w:r>
      <w:r>
        <w:t>kiyunke Allah taala ko aik bohat bara reward kisi ko dena hai. kuch logon ko bohat bara reward, bohat bara reward dena hai.</w:t>
      </w:r>
    </w:p>
    <w:p>
      <w:pPr>
        <w:jc w:val="right"/>
      </w:pPr>
      <w:r>
        <w:t>کیونکہ اللہ تعالی کو ایک بہت بڑا ریوارڈ کسی کو دینا ہے۔ کچھ لوگوں کو بہت بڑا ریوارڈ، بہت بڑا ریوارڈ دینا ہے۔</w:t>
      </w:r>
    </w:p>
    <w:p>
      <w:r>
        <w:rPr>
          <w:b/>
        </w:rPr>
        <w:t xml:space="preserve">[17:54] </w:t>
      </w:r>
      <w:r>
        <w:t>woh reward yahi hai ke yeh woh bande hain jinhon ne insaanon ko is se ba-khabar kiya ke Allah ka creation plan kya hai.</w:t>
      </w:r>
    </w:p>
    <w:p>
      <w:pPr>
        <w:jc w:val="right"/>
      </w:pPr>
      <w:r>
        <w:t>وہ ریوارڈ یہی ہے کہ یہ وہ بندے ہیں جنہوں نے انسانوں کو اس سے باخبر کیا کہ اللہ کا کریشن پلان کیا ہے۔</w:t>
      </w:r>
    </w:p>
    <w:p>
      <w:r>
        <w:rPr>
          <w:b/>
        </w:rPr>
        <w:t xml:space="preserve">[18:07] </w:t>
      </w:r>
      <w:r>
        <w:t>yaani what is the creation plan of God? is se ba-khabar kiya. yeh aakhirat mein pukara jaye ga, farishtay pukarein ge.</w:t>
      </w:r>
    </w:p>
    <w:p>
      <w:pPr>
        <w:jc w:val="right"/>
      </w:pPr>
      <w:r>
        <w:t>یعنی واٹ از دا کریشن پلان آف گاڈ؟ اس سے باخبر کیا۔ یہ آخرت میں پکارا جائے گا، فرشتے پکاریں گے۔</w:t>
      </w:r>
    </w:p>
    <w:p>
      <w:r>
        <w:rPr>
          <w:b/>
        </w:rPr>
        <w:t xml:space="preserve">[18:16] </w:t>
      </w:r>
      <w:r>
        <w:t>yeh hain woh bande Allah taala ke jinhon ne</w:t>
      </w:r>
    </w:p>
    <w:p>
      <w:pPr>
        <w:jc w:val="right"/>
      </w:pPr>
      <w:r>
        <w:t>یہ ہیں وہ بندے اللہ تعالی کے جنہوں نے</w:t>
      </w:r>
    </w:p>
    <w:p>
      <w:r>
        <w:rPr>
          <w:b/>
        </w:rPr>
        <w:t xml:space="preserve">[18:23] </w:t>
      </w:r>
      <w:r>
        <w:t>is ko apna, apni priority banaya, is kaam ke liye uthe</w:t>
      </w:r>
    </w:p>
    <w:p>
      <w:pPr>
        <w:jc w:val="right"/>
      </w:pPr>
      <w:r>
        <w:t>اس کو اپنا، اپنی پرائرٹی بنایا، اس کام کے لیے اٹھے</w:t>
      </w:r>
    </w:p>
    <w:p>
      <w:r>
        <w:rPr>
          <w:b/>
        </w:rPr>
        <w:t xml:space="preserve">[18:35] </w:t>
      </w:r>
      <w:r>
        <w:t>aur is ko is ke liye apna sab kuch kharch kiya. quran mein aik ayat hai ke Allah</w:t>
      </w:r>
    </w:p>
    <w:p>
      <w:pPr>
        <w:jc w:val="right"/>
      </w:pPr>
      <w:r>
        <w:t>اور اس کو اس کے لیے اپنا سب کچھ خرچ کیا۔ قرآن میں ایک آیت ہے کہ اللہ</w:t>
      </w:r>
    </w:p>
    <w:p>
      <w:r>
        <w:rPr>
          <w:b/>
        </w:rPr>
        <w:t xml:space="preserve">[18:46] </w:t>
      </w:r>
      <w:r>
        <w:t>kuch bande hain jo Allah se aik tijarat ka muahida karte hain. tijarat!</w:t>
      </w:r>
    </w:p>
    <w:p>
      <w:pPr>
        <w:jc w:val="right"/>
      </w:pPr>
      <w:r>
        <w:t>کچھ بندے ہیں جو اللہ سے ایک تجارت کا معاہدہ کرتے ہیں۔ تجارت!</w:t>
      </w:r>
    </w:p>
    <w:p>
      <w:r>
        <w:rPr>
          <w:b/>
        </w:rPr>
        <w:t xml:space="preserve">[18:57] </w:t>
      </w:r>
      <w:r>
        <w:t>aur yeh ayat hai ke Allah taala ne kuch logon ki jaan o maal ko khareed liya hai. in Allah ne</w:t>
      </w:r>
    </w:p>
    <w:p>
      <w:pPr>
        <w:jc w:val="right"/>
      </w:pPr>
      <w:r>
        <w:t>اور یہ آیت ہے کہ اللہ تعالی نے کچھ لوگوں کی جان و مال کو خرید لیا ہے۔ ان اللہ نے</w:t>
      </w:r>
    </w:p>
    <w:p>
      <w:r>
        <w:rPr>
          <w:b/>
        </w:rPr>
        <w:t xml:space="preserve">[19:07] </w:t>
      </w:r>
      <w:r>
        <w:t>kuch logon se un ke jaan o maal ko khareed liya hai aur is ke badle mein un se jannat ka wada hai. to khareeda kis liye?</w:t>
      </w:r>
    </w:p>
    <w:p>
      <w:pPr>
        <w:jc w:val="right"/>
      </w:pPr>
      <w:r>
        <w:t>کچھ لوگوں سے ان کے جان و مال کو خرید لیا ہے اور اس کے بدلے میں ان سے جنت کا وعدہ ہے۔ تو خریدا کس لیے؟</w:t>
      </w:r>
    </w:p>
    <w:p>
      <w:r>
        <w:rPr>
          <w:b/>
        </w:rPr>
        <w:t xml:space="preserve">[19:17] </w:t>
      </w:r>
      <w:r>
        <w:t>in Allah minal momineen shara bijannah. Allah ne ahle iman se khareed liya un ke jaan o maal ko aur is ka badla jannat hai.</w:t>
      </w:r>
    </w:p>
    <w:p>
      <w:pPr>
        <w:jc w:val="right"/>
      </w:pPr>
      <w:r>
        <w:t>ان اللہ من المومنین بین الجنہ۔ اللہ نے اہل ایمان سے خرید لیا ان کے جان و مال کو اور اس کا بدلہ جنت ہے۔</w:t>
      </w:r>
    </w:p>
    <w:p>
      <w:r>
        <w:rPr>
          <w:b/>
        </w:rPr>
        <w:t xml:space="preserve">[19:34] </w:t>
      </w:r>
      <w:r>
        <w:t>yeh kis kaam ke liye khareeda hai? yeh dawat hai Allah ke liye.</w:t>
      </w:r>
    </w:p>
    <w:p>
      <w:pPr>
        <w:jc w:val="right"/>
      </w:pPr>
      <w:r>
        <w:t>یہ کس کام کے لیے خریدا ہے؟ یہ دعوت ہے اللہ کے لیے۔</w:t>
      </w:r>
    </w:p>
    <w:p>
      <w:r>
        <w:rPr>
          <w:b/>
        </w:rPr>
        <w:t xml:space="preserve">[19:39] </w:t>
      </w:r>
      <w:r>
        <w:t>yaani Allah taala ne, Allah taala ka jo creation plan hai, jis plan ke tehat is ne insaan ko paida kiya hai aur jis ke mutabiq insaan accountable hai,</w:t>
      </w:r>
    </w:p>
    <w:p>
      <w:pPr>
        <w:jc w:val="right"/>
      </w:pPr>
      <w:r>
        <w:t>یعنی اللہ تعالی نے، اللہ تعالی کا جو جو کرسچن پلان ہے، جس پلان کے تحت اس نے انسان کو پیدا کیا ہے اور جس کے مطابق انسان اکاؤنٹیبل ہے،</w:t>
      </w:r>
    </w:p>
    <w:p>
      <w:r>
        <w:rPr>
          <w:b/>
        </w:rPr>
        <w:t xml:space="preserve">[19:53] </w:t>
      </w:r>
      <w:r>
        <w:t>jis ke mutabiq faisla kiya jaye ga aakhirat mein reward ka, to woh Allah taala ko manzoor hai ke kuch bande hon is ke jo insaanon ke samne is baat ko batayein.</w:t>
      </w:r>
    </w:p>
    <w:p>
      <w:pPr>
        <w:jc w:val="right"/>
      </w:pPr>
      <w:r>
        <w:t>جس کے مطابق فیصلہ کیا جائے گا آخرت میں ریوارڈ کا، تو وہ اللہ تعالی کو منظور ہے کہ کچھ بندے ہوں اس کے جو انسانوں کے سامنے اس بات کو بتائیں۔</w:t>
      </w:r>
    </w:p>
    <w:p>
      <w:r>
        <w:rPr>
          <w:b/>
        </w:rPr>
        <w:t xml:space="preserve">[20:10] </w:t>
      </w:r>
      <w:r>
        <w:t>yahi hai khareedne</w:t>
      </w:r>
    </w:p>
    <w:p>
      <w:pPr>
        <w:jc w:val="right"/>
      </w:pPr>
      <w:r>
        <w:t>یہی ہے خریدنے</w:t>
      </w:r>
    </w:p>
    <w:p>
      <w:r>
        <w:rPr>
          <w:b/>
        </w:rPr>
        <w:t xml:space="preserve">[20:11] </w:t>
      </w:r>
      <w:r>
        <w:t>khareedne! yeh us ko kharidari kaha gaya hai. yani apne kaam ke liye Allah ne accept kar liya hai ke tum yeh kaam karo.</w:t>
      </w:r>
    </w:p>
    <w:p>
      <w:pPr>
        <w:jc w:val="right"/>
      </w:pPr>
      <w:r>
        <w:t>، خریدنے! یہ اس کو خریداری کہا گیا ہے۔ یعنی اپنے کام کے لیے اللہ نے ایکسیپٹ کر لیا ہے کہ تم یہ کام کرو۔</w:t>
      </w:r>
    </w:p>
    <w:p>
      <w:r>
        <w:rPr>
          <w:b/>
        </w:rPr>
        <w:t xml:space="preserve">[20:22] </w:t>
      </w:r>
      <w:r>
        <w:t>yeh woh kaam hai. ab ghor kijiye ke kaisa ajeeb o ghareeb yeh Allah ka muamla hai</w:t>
      </w:r>
    </w:p>
    <w:p>
      <w:pPr>
        <w:jc w:val="right"/>
      </w:pPr>
      <w:r>
        <w:t>یہ وہ کام ہے۔ اب غور کیجئے کہ کیسا عجیب و غریب یہ اللہ کا معاملہ ہے</w:t>
      </w:r>
    </w:p>
    <w:p>
      <w:r>
        <w:rPr>
          <w:b/>
        </w:rPr>
        <w:t xml:space="preserve">[20:33] </w:t>
      </w:r>
      <w:r>
        <w:t>ke dawat ko itna bara darja de diya. dawat ke kaam ko itna bara darja diya. dawat ka kaam kya hai? Allah ki kitab ko dunya mein tamam logon tak pahunchana.</w:t>
      </w:r>
    </w:p>
    <w:p>
      <w:pPr>
        <w:jc w:val="right"/>
      </w:pPr>
      <w:r>
        <w:t>کہ دعوت کو اتنا بڑا درجہ دے دیا۔ دعوت کے کام کو اتنا بڑا درجہ دیا۔ دعوت کا کام کیا ہے؟ اللہ کی کتاب کو دنیا میں تمام لوگوں تک پہنچانا۔</w:t>
      </w:r>
    </w:p>
    <w:p>
      <w:r>
        <w:rPr>
          <w:b/>
        </w:rPr>
        <w:t xml:space="preserve">[20:45] </w:t>
      </w:r>
      <w:r>
        <w:t>basically to yahi hai kyunke Allah ne jo kitab utari hai, Quran, us mein khud ab yani authentic tor par yeh bata diya hai ke takhleeq ka mansha kya hai,</w:t>
      </w:r>
    </w:p>
    <w:p>
      <w:pPr>
        <w:jc w:val="right"/>
      </w:pPr>
      <w:r>
        <w:t>بیسکلی تو یہی ہے کیونکہ اللہ نے جو کتاب اتاری ہے، قرآن، اس میں خود اب یعنی اتھینٹک طور پر یہ بتا دیا ہے کہ تخلیق کا منشا کیا ہے،</w:t>
      </w:r>
    </w:p>
    <w:p>
      <w:r>
        <w:rPr>
          <w:b/>
        </w:rPr>
        <w:t xml:space="preserve">[21:01] </w:t>
      </w:r>
      <w:r>
        <w:t>purpose of life kya hai, Christian plan of God kya hai. to wohi sab se authentic source hai. aur jab purpose of creation ya purpose of life ko janne ka sab se zyada authentic source jo hai, woh Quran hai.</w:t>
      </w:r>
    </w:p>
    <w:p>
      <w:pPr>
        <w:jc w:val="right"/>
      </w:pPr>
      <w:r>
        <w:t>پرپس آف لائف کیا ہے، کرسچن پلان آف گاڈ کیا ہے۔ تو وہ وہی سب سے اتھینٹک سورس ہے۔ اور جب پرپس آف کریشن یا پرپس آف لائف کو جاننے کا سب سے زیادہ اتھینٹک سورس جو ہے، وہ قرآن ہے۔</w:t>
      </w:r>
    </w:p>
    <w:p>
      <w:r>
        <w:rPr>
          <w:b/>
        </w:rPr>
        <w:t xml:space="preserve">[21:21] </w:t>
      </w:r>
      <w:r>
        <w:t>us ko phailana.</w:t>
      </w:r>
    </w:p>
    <w:p>
      <w:pPr>
        <w:jc w:val="right"/>
      </w:pPr>
      <w:r>
        <w:t>اس کو پھیلانا۔</w:t>
      </w:r>
    </w:p>
    <w:p>
      <w:r>
        <w:rPr>
          <w:b/>
        </w:rPr>
        <w:t xml:space="preserve">[21:23] </w:t>
      </w:r>
      <w:r>
        <w:t>aur phir zahir hai ke Quran ko har zaman ke lehaz se us ki bhi zaroorat hai ke us ko aap zaman ki zuban mein, zaman ke usloob mein us ko us ko wazeh karen.</w:t>
      </w:r>
    </w:p>
    <w:p>
      <w:pPr>
        <w:jc w:val="right"/>
      </w:pPr>
      <w:r>
        <w:t>اور پھر ظاہر ہے کہ قرآن کو ہر زمانے کے لحاظ سے اس کی بھی ضرورت ہے کہ اس کو آپ زمانے کی زبان میں، زمانے کے اسلوب میں اس کو اس کو واضح کریں۔</w:t>
      </w:r>
    </w:p>
    <w:p>
      <w:r>
        <w:rPr>
          <w:b/>
        </w:rPr>
        <w:t xml:space="preserve">[21:36] </w:t>
      </w:r>
      <w:r>
        <w:t>yeh sath sath anjam dena hai. to main kaha karta hoon ke Quran aur supportive literature, Quran aur supportive literature, yeh insanon tak pahunchana.</w:t>
      </w:r>
    </w:p>
    <w:p>
      <w:pPr>
        <w:jc w:val="right"/>
      </w:pPr>
      <w:r>
        <w:t>یہ ساتھ ساتھ انجام دینا ہے۔ تو میں کہا کرتا ہوں کہ قرآن اور سپورٹیو لٹریچر، قرآن اور سپورٹیو لٹریچر، یہ انسانوں تک پہنچانا۔</w:t>
      </w:r>
    </w:p>
    <w:p>
      <w:r>
        <w:rPr>
          <w:b/>
        </w:rPr>
        <w:t xml:space="preserve">[21:53] </w:t>
      </w:r>
      <w:r>
        <w:t>to yeh kitna bara kaam hai.</w:t>
      </w:r>
    </w:p>
    <w:p>
      <w:pPr>
        <w:jc w:val="right"/>
      </w:pPr>
      <w:r>
        <w:t>تو یہ کتنا بڑا کام ہے۔</w:t>
      </w:r>
    </w:p>
    <w:p>
      <w:r>
        <w:rPr>
          <w:b/>
        </w:rPr>
        <w:t xml:space="preserve">[21:59] </w:t>
      </w:r>
      <w:r>
        <w:t>aur dekhiye, Quran mein yeh ayat aayi hai</w:t>
      </w:r>
    </w:p>
    <w:p>
      <w:pPr>
        <w:jc w:val="right"/>
      </w:pPr>
      <w:r>
        <w:t>اور دیکھیے، قرآن میں یہ آیت آئی ہے</w:t>
      </w:r>
    </w:p>
    <w:p>
      <w:r>
        <w:rPr>
          <w:b/>
        </w:rPr>
        <w:t xml:space="preserve">[22:09] </w:t>
      </w:r>
      <w:r>
        <w:t>ke nazala al-furqana arabi likawna lil-alamina nazeera. yeh kaam utara gaya hai sare alam ke liye, sara alam tak sab paigham pahunche.</w:t>
      </w:r>
    </w:p>
    <w:p>
      <w:pPr>
        <w:jc w:val="right"/>
      </w:pPr>
      <w:r>
        <w:t>کہ نزل الفرقان العربی لکون للعالمین نذیرہ۔ یہ کام اتارا گیا ہے سارے عالم کے لیے، سارا عالم تک سب پیغام پہنچے۔</w:t>
      </w:r>
    </w:p>
    <w:p>
      <w:r>
        <w:rPr>
          <w:b/>
        </w:rPr>
        <w:t xml:space="preserve">[22:21] </w:t>
      </w:r>
      <w:r>
        <w:t>lekin aap jante hain ke abhi tak aisa hua nahi. beshumar log abhi hain jo yeh jante nahi ke Quran mein kya likha hai.</w:t>
      </w:r>
    </w:p>
    <w:p>
      <w:pPr>
        <w:jc w:val="right"/>
      </w:pPr>
      <w:r>
        <w:t>لیکن آپ جانتے ہیں کہ ابھی تک ایسا ہوا نہیں۔ بے شمار لوگ ابھی ہیں جو یہ جانتے نہیں کہ قرآن میں کیا لکھا ہے۔</w:t>
      </w:r>
    </w:p>
    <w:p>
      <w:r>
        <w:rPr>
          <w:b/>
        </w:rPr>
        <w:t xml:space="preserve">[22:32] </w:t>
      </w:r>
      <w:r>
        <w:t>beshumar log hain.</w:t>
      </w:r>
    </w:p>
    <w:p>
      <w:pPr>
        <w:jc w:val="right"/>
      </w:pPr>
      <w:r>
        <w:t>بے شمار لوگ ہیں۔</w:t>
      </w:r>
    </w:p>
    <w:p>
      <w:r>
        <w:rPr>
          <w:b/>
        </w:rPr>
        <w:t xml:space="preserve">[22:36] </w:t>
      </w:r>
      <w:r>
        <w:t>aap apne mahalle hi mein agar service karen to kitne log milenge aap ko? kuch kahenge hum jante nahi Quran mein kya taleem di gayi hai.</w:t>
      </w:r>
    </w:p>
    <w:p>
      <w:pPr>
        <w:jc w:val="right"/>
      </w:pPr>
      <w:r>
        <w:t>آپ اپنے محلے ہی میں اگر سروس کریں تو کتنے لوگ ملیں گے آپ کو؟ کچھ کہیں گے ہم جانتے نہیں قرآن میں کیا تعلیم دی گئی ہے۔</w:t>
      </w:r>
    </w:p>
    <w:p>
      <w:r>
        <w:rPr>
          <w:b/>
        </w:rPr>
        <w:t xml:space="preserve">[22:46] </w:t>
      </w:r>
      <w:r>
        <w:t>to is mani ke Rasool Allah sal-Allahu alaihi wasallam ka jo mission tha, woh mission abhi mukammal nahi hua. Rasool Allah sal-Allahu alaihi wasallam ka mission tha ke yeh kitab di gayi hai tum ko ke tum is ko sare insanon, sare insanon tak pahunchao.</w:t>
      </w:r>
    </w:p>
    <w:p>
      <w:pPr>
        <w:jc w:val="right"/>
      </w:pPr>
      <w:r>
        <w:t>تو اس معنی کہ رسول اللہ صلی اللہ علیہ وسلم کا جو مشن تھا، وہ مشن ابھی مکمل نہیں ہوا۔ رسول اللہ صلی اللہ علیہ وسلم کا مشن تھا کہ یہ کتاب دی گئی ہے تم کو کہ تم اس کو سارے انسانوں، سارے انسانوں تک پہنچاؤ۔</w:t>
      </w:r>
    </w:p>
    <w:p>
      <w:r>
        <w:rPr>
          <w:b/>
        </w:rPr>
        <w:t xml:space="preserve">[23:06] </w:t>
      </w:r>
      <w:r>
        <w:t>lekin abhi aisa hua nahi. to main yeh kahunga aap ke liye khushkhabri hai ke aap woh log hain, aap sab 21st century ke believers,</w:t>
      </w:r>
    </w:p>
    <w:p>
      <w:pPr>
        <w:jc w:val="right"/>
      </w:pPr>
      <w:r>
        <w:t>لیکن ابھی ایسا ہوا نہیں۔ تو میں یہ کہوں گا آپ کے لیے خوشخبری ہے کہ آپ وہ لوگ ہیں، آپ سب 21 سینچری کے بیلیورز،</w:t>
      </w:r>
    </w:p>
    <w:p>
      <w:r>
        <w:rPr>
          <w:b/>
        </w:rPr>
        <w:t xml:space="preserve">[23:21] </w:t>
      </w:r>
      <w:r>
        <w:t>woh log hain jin ko yeh opportunity mili hai ke woh prophet ke is unfinished agenda ko finish karen.</w:t>
      </w:r>
    </w:p>
    <w:p>
      <w:pPr>
        <w:jc w:val="right"/>
      </w:pPr>
      <w:r>
        <w:t>وہ لوگ ہیں جن کو یہ اپرچونیٹی ملی ہے کہ وہ پرافٹ کے اس ان فنشڈ ایجنڈا کو فنش کریں۔</w:t>
      </w:r>
    </w:p>
    <w:p>
      <w:r>
        <w:rPr>
          <w:b/>
        </w:rPr>
        <w:t xml:space="preserve">[23:33] </w:t>
      </w:r>
      <w:r>
        <w:t>prophet ke is unfinished agenda ko mukammal karen. yani prophet ki live book ko shayad unhe to pahunchayen.</w:t>
      </w:r>
    </w:p>
    <w:p>
      <w:pPr>
        <w:jc w:val="right"/>
      </w:pPr>
      <w:r>
        <w:t>پرافٹ کے اس ان فنشڈ ایجنڈا کو مکمل کریں۔ یعنی پرافٹ کی لائیو بک کو شاید انہیں تو پہنچائیں۔</w:t>
      </w:r>
    </w:p>
    <w:p>
      <w:r>
        <w:rPr>
          <w:b/>
        </w:rPr>
        <w:t xml:space="preserve">[23:46] </w:t>
      </w:r>
      <w:r>
        <w:t>us ko main kahunga ke jab main sochta hoon to mere mind mein yeh aata hai ke what a thrilling idea!</w:t>
      </w:r>
    </w:p>
    <w:p>
      <w:pPr>
        <w:jc w:val="right"/>
      </w:pPr>
      <w:r>
        <w:t>اس کو میں کہوں گا کہ جب میں سوچتا ہوں تو میرے مائنڈ میں یہ آتا ہے کہ واٹ ا تھرلنگ آئیڈیا!</w:t>
      </w:r>
    </w:p>
    <w:p>
      <w:r>
        <w:rPr>
          <w:b/>
        </w:rPr>
        <w:t xml:space="preserve">[23:57] </w:t>
      </w:r>
      <w:r>
        <w:t>what a thrilling idea! that in the 21st century we are in a position to finish the unfinished mission of the prophet of Islam.</w:t>
      </w:r>
    </w:p>
    <w:p>
      <w:pPr>
        <w:jc w:val="right"/>
      </w:pPr>
      <w:r>
        <w:t>واٹ ا تھرلنگ آئیڈیا! دیٹ ان دا 21 سینچری وی آر ان اے پوزیشن ٹو فنش دا ان فنشڈ مشن آف دا پرافٹ آف اسلام۔</w:t>
      </w:r>
    </w:p>
    <w:p>
      <w:r>
        <w:rPr>
          <w:b/>
        </w:rPr>
        <w:t xml:space="preserve">[24:13] </w:t>
      </w:r>
      <w:r>
        <w:t>kisi ajeeb baat hai!</w:t>
      </w:r>
    </w:p>
    <w:p>
      <w:pPr>
        <w:jc w:val="right"/>
      </w:pPr>
      <w:r>
        <w:t>کیسی عجیب بات ہے!</w:t>
      </w:r>
    </w:p>
    <w:p>
      <w:r>
        <w:rPr>
          <w:b/>
        </w:rPr>
        <w:t xml:space="preserve">[24:17] </w:t>
      </w:r>
      <w:r>
        <w:t>ek thrilling, yeh ek ek thrilling idea hai, yeh thrilling discovery hai</w:t>
      </w:r>
    </w:p>
    <w:p>
      <w:pPr>
        <w:jc w:val="right"/>
      </w:pPr>
      <w:r>
        <w:t>ایک تھرلنگ، یہ ایک ایک تھرلنگ آئیڈیا ہے، یہ تھرلنگ ڈسکوری ہے</w:t>
      </w:r>
    </w:p>
    <w:p>
      <w:r>
        <w:rPr>
          <w:b/>
        </w:rPr>
        <w:t xml:space="preserve">[24:27] </w:t>
      </w:r>
      <w:r>
        <w:t>ke hum is position mein hain aaj. aaj ke mani kya hain? aaj print media hai, electronic media hai, paper industry hai, openness hai, communication hai.</w:t>
      </w:r>
    </w:p>
    <w:p>
      <w:pPr>
        <w:jc w:val="right"/>
      </w:pPr>
      <w:r>
        <w:t>کہ ہم اس پوزیشن میں ہیں آج۔ آج کے معنی کیا ہیں؟ آج پرنٹ میڈیا ہے، الیکٹرانک میڈیا ہے، پیپر انڈسٹری ہے، اوپننس ہے، کمیونیکیشن ہے۔</w:t>
      </w:r>
    </w:p>
    <w:p>
      <w:r>
        <w:rPr>
          <w:b/>
        </w:rPr>
        <w:t xml:space="preserve">[24:40] </w:t>
      </w:r>
      <w:r>
        <w:t>yani woh sari cheezen jo us ke liye support keh sakti hain, woh sab aaj, woh sab maloom ho chuki hain. there is the freedom hai.</w:t>
      </w:r>
    </w:p>
    <w:p>
      <w:pPr>
        <w:jc w:val="right"/>
      </w:pPr>
      <w:r>
        <w:t>یعنی وہ ساری چیزیں جو اس کے لیے سپورٹ کہہ سکتی ہیں، وہ سب آج، وہ سب معلوم ہو چکی ہیں۔ دیر از دا فریڈم ہے۔</w:t>
      </w:r>
    </w:p>
    <w:p>
      <w:r>
        <w:rPr>
          <w:b/>
        </w:rPr>
        <w:t xml:space="preserve">[24:54] </w:t>
      </w:r>
      <w:r>
        <w:t>jaise hum aaj yahan par jo program kar rahe hain, ab se do hazar pehle, do hazar saal pehle ya chand hazar saal pehle possible hi nahi tha ke aazadana tor par koi mazhab wala is tarah ka program kare.</w:t>
      </w:r>
    </w:p>
    <w:p>
      <w:pPr>
        <w:jc w:val="right"/>
      </w:pPr>
      <w:r>
        <w:t>جیسے ہم آج یہاں پر جو پروگرام کر رہے ہیں، اب سے دو ہزار پہلے، دو ہزار سال پہلے یا چند ہزار سال پہلے پاسیبل ہی نہیں تھا کہ آزادانہ طور پر کوئی مذہب والا اس طرح کا پروگرام کرے۔</w:t>
      </w:r>
    </w:p>
    <w:p>
      <w:r>
        <w:rPr>
          <w:b/>
        </w:rPr>
        <w:t xml:space="preserve">[25:13] </w:t>
      </w:r>
      <w:r>
        <w:t>is daur mein badshahon ka dunya mein qabza tha.</w:t>
      </w:r>
    </w:p>
    <w:p>
      <w:pPr>
        <w:jc w:val="right"/>
      </w:pPr>
      <w:r>
        <w:t>اس دور میں بادشاہوں کا دنیا میں قبضہ تھا۔</w:t>
      </w:r>
    </w:p>
    <w:p>
      <w:r>
        <w:rPr>
          <w:b/>
        </w:rPr>
        <w:t xml:space="preserve">[25:19] </w:t>
      </w:r>
      <w:r>
        <w:t>quran mein aata hai ke qayamat mein Allah zameen aasman ko apne hath mein le lega aur kahega ke kahan hain woh log?</w:t>
      </w:r>
    </w:p>
    <w:p>
      <w:pPr>
        <w:jc w:val="right"/>
      </w:pPr>
      <w:r>
        <w:t>قرآن میں آتا ہے کہ قیامت میں اللہ زمین آسمان کو اپنے ہاتھ میں لے لے گا اور کہے گا کہ کہاں ہیں وہ لوگ؟</w:t>
      </w:r>
    </w:p>
    <w:p>
      <w:r>
        <w:rPr>
          <w:b/>
        </w:rPr>
        <w:t xml:space="preserve">[25:29] </w:t>
      </w:r>
      <w:r>
        <w:t>aur hadith mein aata hai ke hadith mein alfaaz aate hain ke in al-jabbaroon, in al-mutakabbirun, in malik al-ard. yani kahan hain woh log jo zameen par qabza kar ke chahte the ke Allah ke mansoobe ko fail kar dein?</w:t>
      </w:r>
    </w:p>
    <w:p>
      <w:pPr>
        <w:jc w:val="right"/>
      </w:pPr>
      <w:r>
        <w:t>اور حدیث میں آتا ہے کہ حدیث میں الفاظ آتے ہیں کہ ان الجبارون، ان المتکبرون، ان ملک الارض۔ یعنی کہاں ہیں وہ لوگ جو زمین پر قبضہ کر کے چاہتے تھے کہ اللہ کے منصوبے کو فیل کر دیں؟</w:t>
      </w:r>
    </w:p>
    <w:p>
      <w:r>
        <w:rPr>
          <w:b/>
        </w:rPr>
        <w:t xml:space="preserve">[25:46] </w:t>
      </w:r>
      <w:r>
        <w:t>in al-jabbaroon, in al-mutakabbirun, in malik al-ard. to Allah taala ne is daur ko khatm kiya. yani kingship ke daur ko khatm kiya aur phir saare mawaqe khol diye aap ke liye, including religious freedom.</w:t>
      </w:r>
    </w:p>
    <w:p>
      <w:pPr>
        <w:jc w:val="right"/>
      </w:pPr>
      <w:r>
        <w:t>ان الجبارون، ان المتکبرون، ان ملک الارض۔ تو اللہ تعالی نے اس دور کو ختم کیا۔ یعنی کنگ شپ کے دور کو ختم کیا اور پھر سارے مواقع کھول دیے آپ کے لیے، انکلوڈنگ ریلیجس فریڈم۔</w:t>
      </w:r>
    </w:p>
    <w:p>
      <w:r>
        <w:rPr>
          <w:b/>
        </w:rPr>
        <w:t xml:space="preserve">[26:08] </w:t>
      </w:r>
      <w:r>
        <w:t>to aap kaun si record hain? kaun si rukawat hai?</w:t>
      </w:r>
    </w:p>
    <w:p>
      <w:pPr>
        <w:jc w:val="right"/>
      </w:pPr>
      <w:r>
        <w:t>تو آپ کون سی ریکارڈ ہیں؟ کون سی رکاوٹ ہے؟</w:t>
      </w:r>
    </w:p>
    <w:p>
      <w:r>
        <w:rPr>
          <w:b/>
        </w:rPr>
        <w:t xml:space="preserve">[26:17] </w:t>
      </w:r>
      <w:r>
        <w:t>hamare area mein, UP mein ek sahab the, woh zyada parhe likhe nahi the. to woh un ka karobar yeh tha ke woh chanda karte the, chande ka ek ek percentage lete the.</w:t>
      </w:r>
    </w:p>
    <w:p>
      <w:pPr>
        <w:jc w:val="right"/>
      </w:pPr>
      <w:r>
        <w:t>ہمارے ایریا میں، یو پی میں ایک صاحب تھے، وہ زیادہ پڑھے لکھے نہیں تھے۔ تو وہ ان کا کاروبار یہ تھا کہ وہ چندہ کرتے تھے، چندے کا ایک ایک پرسنٹج لیتے تھے۔</w:t>
      </w:r>
    </w:p>
    <w:p>
      <w:r>
        <w:rPr>
          <w:b/>
        </w:rPr>
        <w:t xml:space="preserve">[26:35] </w:t>
      </w:r>
      <w:r>
        <w:t>woh to theka lete the masjid ka. kisi ko masjid banwana ho, un ko theka de do. woh chanda layenge, 50 percent un ka, 50 percent masjid walon ka.</w:t>
      </w:r>
    </w:p>
    <w:p>
      <w:pPr>
        <w:jc w:val="right"/>
      </w:pPr>
      <w:r>
        <w:t>وہ تو ٹھیکہ لیتے تھے مسجد کا۔ کسی کو مسجد بنوانا ہو، ان کو ٹھیکہ دے دو۔ وہ چندہ لائیں گے، 50 پرسنٹ ان کا، 50 پرسنٹ مسجد والوں کا۔</w:t>
      </w:r>
    </w:p>
    <w:p>
      <w:r>
        <w:rPr>
          <w:b/>
        </w:rPr>
        <w:t xml:space="preserve">[26:49] </w:t>
      </w:r>
      <w:r>
        <w:t>to jaate the idhar udhar, kuch baatein batate the ke jannat ke ke masjid banane se itna sawab hai, masjid banane mein itna reward milega.</w:t>
      </w:r>
    </w:p>
    <w:p>
      <w:pPr>
        <w:jc w:val="right"/>
      </w:pPr>
      <w:r>
        <w:t>تو جاتے تھے ادھر ادھر، کچھ باتیں بتاتے تھے کہ جنت کے کہ مسجد بنانے سے اتنا ثواب ہے، مسجد بنانے میں اتنا ریوارڈ ملے گا۔</w:t>
      </w:r>
    </w:p>
    <w:p>
      <w:r>
        <w:rPr>
          <w:b/>
        </w:rPr>
        <w:t xml:space="preserve">[26:59] </w:t>
      </w:r>
      <w:r>
        <w:t>ise batate the, phir kehte the: "kud dhama dham jannat mein! kud dhama dham jannat mein!" to main samajhta hoon ke zyada sahi baat yeh hai ke daudo Allah ki dawat ki taraf, daudo ghawam mission ki taraf,</w:t>
      </w:r>
    </w:p>
    <w:p>
      <w:pPr>
        <w:jc w:val="right"/>
      </w:pPr>
      <w:r>
        <w:t>اسے بتاتے تھے، پھر کہتے تھے: "کود دھما دھم جنت میں! کود دھما دھم جنت میں!" تو میں سمجھتا ہوں کہ زیادہ صحیح بات یہ ہے کہ دوڑو اللہ کی دعوت کی طرف، دوڑو غوام مشن کی طرف،</w:t>
      </w:r>
    </w:p>
    <w:p>
      <w:r>
        <w:rPr>
          <w:b/>
        </w:rPr>
        <w:t xml:space="preserve">[27:18] </w:t>
      </w:r>
      <w:r>
        <w:t>kyunki sab se zyada reward isi ka milega akhirat mein.</w:t>
      </w:r>
    </w:p>
    <w:p>
      <w:pPr>
        <w:jc w:val="right"/>
      </w:pPr>
      <w:r>
        <w:t>کیونکہ سب سے زیادہ ریوارڈ اسی کا ملے گا آخرت میں۔</w:t>
      </w:r>
    </w:p>
    <w:p>
      <w:r>
        <w:rPr>
          <w:b/>
        </w:rPr>
        <w:t xml:space="preserve">[27:26] </w:t>
      </w:r>
      <w:r>
        <w:t>main nahi samajhta ke is aasman ke neeche, is zameen ke upar koi is se bhi bada mission hai. sab se bada mission bilashuba yahi hai ke Allah ke kalam ko, Allah ke paigham ko sari dunya tak pahunchaya jaye.</w:t>
      </w:r>
    </w:p>
    <w:p>
      <w:pPr>
        <w:jc w:val="right"/>
      </w:pPr>
      <w:r>
        <w:t>میں نہیں سمجھتا کہ اس آسمان کے نیچے، اس زمین کے اوپر کوئی اس سے بھی بڑا مشن ہے۔ سب سے بڑا مشن بلاشبہ یہی ہے کہ اللہ کے کلام کو، اللہ کے پیغام کو ساری دنیا تک پہنچایا جائے۔</w:t>
      </w:r>
    </w:p>
    <w:p>
      <w:r>
        <w:rPr>
          <w:b/>
        </w:rPr>
        <w:t xml:space="preserve">[27:43] </w:t>
      </w:r>
      <w:r>
        <w:t>sab se bada mission.</w:t>
      </w:r>
    </w:p>
    <w:p>
      <w:pPr>
        <w:jc w:val="right"/>
      </w:pPr>
      <w:r>
        <w:t>سب سے بڑا مشن۔</w:t>
      </w:r>
    </w:p>
    <w:p>
      <w:r>
        <w:rPr>
          <w:b/>
        </w:rPr>
        <w:t xml:space="preserve">[27:45] </w:t>
      </w:r>
      <w:r>
        <w:t>aur jab sab se bada mission yeh hai to bilashuba sab se bada reward bhi is ke liye hai, sab se bada reward bhi is ke liye hai.</w:t>
      </w:r>
    </w:p>
    <w:p>
      <w:pPr>
        <w:jc w:val="right"/>
      </w:pPr>
      <w:r>
        <w:t>اور جب سب سے بڑا مشن یہ ہے تو بلاشبہ سب سے بڑا ریوارڈ بھی اس کے لیے ہے، سب سے بڑا ریوارڈ بھی اس کے لیے ہے۔</w:t>
      </w:r>
    </w:p>
    <w:p>
      <w:r>
        <w:rPr>
          <w:b/>
        </w:rPr>
        <w:t xml:space="preserve">[27:58] </w:t>
      </w:r>
      <w:r>
        <w:t>to aap ke liye main samajhta hoon koi exclude nahi hai. aap ko Allah taala ne building de di, literature de diya, team de di, audience de diya, azadi de di.</w:t>
      </w:r>
    </w:p>
    <w:p>
      <w:pPr>
        <w:jc w:val="right"/>
      </w:pPr>
      <w:r>
        <w:t>تو آپ کے لیے میں سمجھتا ہوں کوئی ایکسکلوڈ نہیں ہے۔ آپ کو اللہ تعالی نے بلڈنگ دے دی، لٹریچر دے دیا، ٹیم دے دی، آڈینس دے دیا، آزادی دے دی۔</w:t>
      </w:r>
    </w:p>
    <w:p>
      <w:r>
        <w:rPr>
          <w:b/>
        </w:rPr>
        <w:t xml:space="preserve">[28:12] </w:t>
      </w:r>
      <w:r>
        <w:t>yani sab kuch Allah taala ne de diya. ab idhar kis baat ka? idhar udhar kis baat ka? idhar kis baat ka?</w:t>
      </w:r>
    </w:p>
    <w:p>
      <w:pPr>
        <w:jc w:val="right"/>
      </w:pPr>
      <w:r>
        <w:t>یعنی سب کچھ اللہ تعالی نے دے دیا۔ اب ادھر کس بات کا؟ ادھر ادھر کس بات کا؟ ادھر کس بات کا؟</w:t>
      </w:r>
    </w:p>
    <w:p>
      <w:r>
        <w:rPr>
          <w:b/>
        </w:rPr>
        <w:t xml:space="preserve">[28:25] </w:t>
      </w:r>
      <w:r>
        <w:t>aap ghaur kijiye ke aaj Delhi mein aap hain aur kaisa daur hai ke jab ke yani electronics ka daur hai.</w:t>
      </w:r>
    </w:p>
    <w:p>
      <w:pPr>
        <w:jc w:val="right"/>
      </w:pPr>
      <w:r>
        <w:t>آپ غور کیجئے کہ آج دلی میں آپ ہیں اور کیسا دور ہے کہ جب کہ یعنی الیکٹرانکس کا دور ہے۔</w:t>
      </w:r>
    </w:p>
    <w:p>
      <w:r>
        <w:rPr>
          <w:b/>
        </w:rPr>
        <w:t xml:space="preserve">[28:37] </w:t>
      </w:r>
      <w:r>
        <w:t>yani ek building mein bait karein, aap saare alam tak pahuncha sakte hain apna paigham. kaisi ajeeb baat hai!</w:t>
      </w:r>
    </w:p>
    <w:p>
      <w:pPr>
        <w:jc w:val="right"/>
      </w:pPr>
      <w:r>
        <w:t>یعنی ایک بلڈنگ میں بیعت کریں، آپ سارے عالم تک پہنچا سکتے ہیں اپنا پیغام۔ کیسی عجیب بات ہے!</w:t>
      </w:r>
    </w:p>
    <w:p>
      <w:r>
        <w:rPr>
          <w:b/>
        </w:rPr>
        <w:t xml:space="preserve">[28:51] </w:t>
      </w:r>
      <w:r>
        <w:t>to aaj jo jis foundation ka inauguration kiya ja raha hai, bilashuba ek historical waqea hai, ek tareekhi waqea hai.</w:t>
      </w:r>
    </w:p>
    <w:p>
      <w:pPr>
        <w:jc w:val="right"/>
      </w:pPr>
      <w:r>
        <w:t>تو آج جو جس فاؤنڈیشن کا اناگریشن کیا جا رہا ہے، بلاشبہ ایک ہسٹوریکل واقعہ ہے، ایک تاریخی واقعہ ہے۔</w:t>
      </w:r>
    </w:p>
    <w:p>
      <w:r>
        <w:rPr>
          <w:b/>
        </w:rPr>
        <w:t xml:space="preserve">[29:07] </w:t>
      </w:r>
      <w:r>
        <w:t>khalis dawat ke liye koi bhi maqsad is mein community ka nahi, artist ka nahi, maadi mafad ka nahi, kuch bhi nahi, kuch bhi nahi, kuch bhi nahi.</w:t>
      </w:r>
    </w:p>
    <w:p>
      <w:pPr>
        <w:jc w:val="right"/>
      </w:pPr>
      <w:r>
        <w:t>خالص دعوت کے لیے کوئی بھی مقصد اس میں کمیونٹی کا نہیں، آرٹسٹ کا نہیں، مادی مفاد کا نہیں، کچھ بھی نہیں، کچھ بھی نہیں، کچھ بھی نہیں۔</w:t>
      </w:r>
    </w:p>
    <w:p>
      <w:r>
        <w:rPr>
          <w:b/>
        </w:rPr>
        <w:t xml:space="preserve">[29:18] </w:t>
      </w:r>
      <w:r>
        <w:t>sirf dawat ilallah, dawat ilallah, dawat ilallah, tableegh wa hamdillah. ek aise maqsad ke liye aaj hum aap yahan par ekatha hue hain aur hum Allah taala se umeed rakhte hain ke woh zaroor hamari madad farmayega.</w:t>
      </w:r>
    </w:p>
    <w:p>
      <w:pPr>
        <w:jc w:val="right"/>
      </w:pPr>
      <w:r>
        <w:t>صرف دعوت الی اللہ، دعوت الی اللہ، دعوت الی اللہ، تبلیغ و حمدللہ۔ ایک ایسے مقصد کے لیے آج ہم آپ یہاں پر اکٹھا ہوئے ہیں اور ہم اللہ تعالی سے امید رکھتے ہیں کہ وہ ضرور ہماری مدد فرمائے گا۔</w:t>
      </w:r>
    </w:p>
    <w:p>
      <w:r>
        <w:rPr>
          <w:b/>
        </w:rPr>
        <w:t xml:space="preserve">[29:43] </w:t>
      </w:r>
      <w:r>
        <w:t>hadith mein aata hai ke banda jab parda chadh kar aata hai, us ki taraf Allah us ko daud daud kar aata hai.</w:t>
      </w:r>
    </w:p>
    <w:p>
      <w:pPr>
        <w:jc w:val="right"/>
      </w:pPr>
      <w:r>
        <w:t>حدیث میں آتا ہے کہ بندہ جب پردہ چڑھ کر آتا ہے، اس کی طرف اللہ اس کو دوڑ دوڑ کر آتا ہے۔</w:t>
      </w:r>
    </w:p>
    <w:p>
      <w:r>
        <w:rPr>
          <w:b/>
        </w:rPr>
        <w:t xml:space="preserve">[29:58] </w:t>
      </w:r>
      <w:r>
        <w:t>Allah us ki taraf daud kar aata hai. yeh tamseel ki zabaan hai. matlab yeh ke aap agar deegar resources se bhi koi kaam ka aghaz kar dein Allah ke liye to Allah aap ko resources ka sailab bandhega.</w:t>
      </w:r>
    </w:p>
    <w:p>
      <w:pPr>
        <w:jc w:val="right"/>
      </w:pPr>
      <w:r>
        <w:t>اللہ اس کی طرف دوڑ کر آتا ہے۔ یہ تمثیل کی زبان ہے۔ مطلب یہ کہ آپ اگر دیگر ریسورسز سے بھی کوئی کام کا آغاز کر دیں اللہ کے لیے تو اللہ آپ کو ریسورسز کا سیلاب باندھے گا۔</w:t>
      </w:r>
    </w:p>
    <w:p>
      <w:r>
        <w:rPr>
          <w:b/>
        </w:rPr>
        <w:t xml:space="preserve">[30:14] </w:t>
      </w:r>
      <w:r>
        <w:t>aap ke liye aap ko shikayat nahi hogi resources ki.</w:t>
      </w:r>
    </w:p>
    <w:p>
      <w:pPr>
        <w:jc w:val="right"/>
      </w:pPr>
      <w:r>
        <w:t>آپ کے لیے آپ کو شکایت نہیں ہوگی ریسورسز کی۔</w:t>
      </w:r>
    </w:p>
    <w:p>
      <w:r>
        <w:rPr>
          <w:b/>
        </w:rPr>
        <w:t xml:space="preserve">[30:23] </w:t>
      </w:r>
      <w:r>
        <w:t>to aap ko is yaqeen ke sath is kaam mein apne aap ko lagana hai</w:t>
      </w:r>
    </w:p>
    <w:p>
      <w:pPr>
        <w:jc w:val="right"/>
      </w:pPr>
      <w:r>
        <w:t>تو آپ کو اس یقین کے ساتھ اس کام میں اپنے آپ کو لگانا ہے</w:t>
      </w:r>
    </w:p>
    <w:p>
      <w:r>
        <w:rPr>
          <w:b/>
        </w:rPr>
        <w:t xml:space="preserve">[30:32] </w:t>
      </w:r>
      <w:r>
        <w:t>keh jab aap Allah ke kaam mein lagenge to Allah apne farishton ko bhejega. Allah aap ke liye tamam nusrat ke darwaze khol dega.</w:t>
      </w:r>
    </w:p>
    <w:p>
      <w:pPr>
        <w:jc w:val="right"/>
      </w:pPr>
      <w:r>
        <w:t>کہ جب آپ اللہ کے کام میں لگیں گے تو اللہ اپنے فرشتوں کو بھیجے گا۔ اللہ آپ کے لیے تمام نصرت کے دروازے کھول دے گا۔</w:t>
      </w:r>
    </w:p>
    <w:p>
      <w:r>
        <w:rPr>
          <w:b/>
        </w:rPr>
        <w:t xml:space="preserve">[30:45] </w:t>
      </w:r>
      <w:r>
        <w:t>aur yeh kaisa ajeeb yeh inaam hai ke aap ke zariye Allah taala duniya ko apna paigham pahunchana chahta hai.</w:t>
      </w:r>
    </w:p>
    <w:p>
      <w:pPr>
        <w:jc w:val="right"/>
      </w:pPr>
      <w:r>
        <w:t>اور یہ کیسا عجیب یہ انعام ہے کہ آپ کے ذریعے اللہ تعالی دنیا کو اپنا پیغام پہنچانا چاہتا ہے۔</w:t>
      </w:r>
    </w:p>
    <w:p>
      <w:r>
        <w:rPr>
          <w:b/>
        </w:rPr>
        <w:t xml:space="preserve">[30:55] </w:t>
      </w:r>
      <w:r>
        <w:t>main ne ek baar dekha gaon mein ek shakhs bade hi fakhr ke saath chal raha tha, bade par fakhr ke andaaz mein. to main ne kaha bhai kya bahs zauk o shauk se aap kahan ja rahe hain?</w:t>
      </w:r>
    </w:p>
    <w:p>
      <w:pPr>
        <w:jc w:val="right"/>
      </w:pPr>
      <w:r>
        <w:t>میں نے ایک بار دیکھا گاؤں میں ایک شخص بڑے ہی فخر کے ساتھ چل رہا تھا، بڑے پر فخر کے انداز میں۔ تو میں نے کہا بھئی کیا بحث ذوق و شوق سے آپ کہاں جا رہے ہیں؟</w:t>
      </w:r>
    </w:p>
    <w:p>
      <w:r>
        <w:rPr>
          <w:b/>
        </w:rPr>
        <w:t xml:space="preserve">[31:10] </w:t>
      </w:r>
      <w:r>
        <w:t>unhone kaha ke woh wahan jo landlord the, unke liye ek letter aaya tha collector sahab ka. unhone kaha collector sahab ka letter mere paas aaya hai, unko falan zimmedaar ko pahunchana hai.</w:t>
      </w:r>
    </w:p>
    <w:p>
      <w:pPr>
        <w:jc w:val="right"/>
      </w:pPr>
      <w:r>
        <w:t>انہوں نے کہا کہ وہ وہاں جو لینڈ لارڈ تھے، ان کے لیے ایک لیٹر آیا تھا کلیکٹر صاحب کا۔ انہوں نے کہا کلیکٹر صاحب کا لیٹر میرے پاس آیا ہے، ان کو فلاں ذمہ دار کو پہنچانا ہے۔</w:t>
      </w:r>
    </w:p>
    <w:p>
      <w:r>
        <w:rPr>
          <w:b/>
        </w:rPr>
        <w:t xml:space="preserve">[31:24] </w:t>
      </w:r>
      <w:r>
        <w:t>to unki khushi ka koi inteha nahi thi ke collector sahab ka letter pahunchana ja rahe the landlord ko. to aap ka jo spirit hai, us se billion billion time zyada honi chahiye ke aap Allah ke letter insano tak pahunchane ja rahe hain.</w:t>
      </w:r>
    </w:p>
    <w:p>
      <w:pPr>
        <w:jc w:val="right"/>
      </w:pPr>
      <w:r>
        <w:t>تو ان کی خوشی کا کوئی انتہا نہیں تھی کہ کلیکٹر صاحب کا لیٹر پہنچانا جا رہے تھے لینڈ لارڈ کو۔ تو آپ کا جو اسپیٹ ہے، اس سے بلین بلین ٹائم زیادہ ہونی چاہیے کہ آپ اللہ کے لیٹر انسانوں تک پہنچانے جا رہے ہیں۔</w:t>
      </w:r>
    </w:p>
    <w:p>
      <w:r>
        <w:rPr>
          <w:b/>
        </w:rPr>
        <w:t xml:space="preserve">[31:44] </w:t>
      </w:r>
      <w:r>
        <w:t>to main dua karta hoon ke Allah taala mujh ko aur aap ko tofeeq de ke hum Allah ke is mission mein apne aap ko poori tarah dedicate kar dein.</w:t>
      </w:r>
    </w:p>
    <w:p>
      <w:pPr>
        <w:jc w:val="right"/>
      </w:pPr>
      <w:r>
        <w:t>تو میں دعا کرتا ہوں کہ اللہ تعالی مجھ کو اور آپ کو توفیق دے کہ ہم اللہ کے اس مشن میں اپنے آپ کو پوری طرح ڈیڈیکیٹ کر دیں۔</w:t>
      </w:r>
    </w:p>
    <w:p>
      <w:r>
        <w:rPr>
          <w:b/>
        </w:rPr>
        <w:t xml:space="preserve">[32:01] </w:t>
      </w:r>
      <w:r>
        <w:t>aur Allah ka yeh wada hai ke jo log apne aap ko dedicate karte hain Allah ke mission ke liye, to Allah zaroor iski madad karta hai.</w:t>
      </w:r>
    </w:p>
    <w:p>
      <w:pPr>
        <w:jc w:val="right"/>
      </w:pPr>
      <w:r>
        <w:t>اور اللہ کا یہ وعدہ ہے کہ جو لوگ اپنے آپ کو ڈیڈیکیٹ کرتے ہیں اللہ کے مشن کے لیے، تو اللہ ضرور اس کی مدد کرتا ہے۔</w:t>
      </w:r>
    </w:p>
    <w:p>
      <w:r>
        <w:rPr>
          <w:b/>
        </w:rPr>
        <w:t xml:space="preserve">[32:13] </w:t>
      </w:r>
      <w:r>
        <w:t>Allah ka matlab yahi hai: rabana atina fid dunya hasana wa fil akhirati hasana wa qina azabannar.</w:t>
      </w:r>
    </w:p>
    <w:p>
      <w:pPr>
        <w:jc w:val="right"/>
      </w:pPr>
      <w:r>
        <w:t>اللہ کا مطلب یہی ہے: ربنا آتنا فی الدنیا حسنہ وفی الآخرة حسنہ وخنا عذاب النار۔</w:t>
      </w:r>
    </w:p>
    <w:p>
      <w:r>
        <w:rPr>
          <w:b/>
        </w:rPr>
        <w:t xml:space="preserve">[32:27] </w:t>
      </w:r>
      <w:r>
        <w:t>rabana taqabbal minna innaka antas samiul aleem wa tub alaina innaka antat tawwabur rahim.</w:t>
      </w:r>
    </w:p>
    <w:p>
      <w:pPr>
        <w:jc w:val="right"/>
      </w:pPr>
      <w:r>
        <w:t>ربنا تقبل منا إنک أنت السبیل العلیم وتب علینا إنک أنت التواب الرحیم۔</w:t>
      </w:r>
    </w:p>
    <w:p>
      <w:r>
        <w:rPr>
          <w:b/>
        </w:rPr>
        <w:t xml:space="preserve">[32:37] </w:t>
      </w:r>
      <w:r>
        <w:t>sallallahu taala ala khairi khalqihi Muhammadin wa aalihi wa ashbihi ajmaeen</w:t>
      </w:r>
    </w:p>
    <w:p>
      <w:pPr>
        <w:jc w:val="right"/>
      </w:pPr>
      <w:r>
        <w:t>صلی اللہ تعالی علی خیر خلقہ محمد وآلہ واصحابہ اجمعین</w:t>
      </w:r>
    </w:p>
    <w:p>
      <w:r>
        <w:rPr>
          <w:b/>
        </w:rPr>
        <w:t xml:space="preserve">[32:43] </w:t>
      </w:r>
      <w:r>
        <w:t>birahamatika ya rabbal alameen. Maulana, sab log yeh program live dekh rahe hain aur sab taraf se messages yeh aa rahe hain ke "we are with this mission" mashallah.</w:t>
      </w:r>
    </w:p>
    <w:p>
      <w:pPr>
        <w:jc w:val="right"/>
      </w:pPr>
      <w:r>
        <w:t>برحمتک یا رب العالمین۔ مولانا، سب لوگ یہ پروگرام لائیو دیکھ رہے ہیں اور سب طرف سے میسجز یہ آ رہے ہیں کہ "وی آر ود دس مشن" ماشاءاللہ۔</w:t>
      </w:r>
    </w:p>
    <w:p>
      <w:r>
        <w:rPr>
          <w:b/>
        </w:rPr>
        <w:t xml:space="preserve">[32:55] </w:t>
      </w:r>
      <w:r>
        <w:t>and Maulana, "we are with you". ah Maulana, ek ah sawal aap se poochna chahenge kyunke aaj ah Maulana Wahiduddin Khan Peace Foundation aap ne launch kiya hai.</w:t>
      </w:r>
    </w:p>
    <w:p>
      <w:pPr>
        <w:jc w:val="right"/>
      </w:pPr>
      <w:r>
        <w:t>اینڈ مولانا، "وی آر ود یو"۔ اہ مولانا، ایک اہ سوال آپ سے پوچھنا چاہیں گے کیونکہ آج اہ مولانا وحید الدین خان پیس فاؤنڈیشن آپ نے لانچ کیا ہے۔</w:t>
      </w:r>
    </w:p>
    <w:p>
      <w:r>
        <w:rPr>
          <w:b/>
        </w:rPr>
        <w:t xml:space="preserve">[33:07] </w:t>
      </w:r>
      <w:r>
        <w:t>to Maulana, ek guideline ke taur pe saare CPS members ko aap kya kehna chahenge ke hum apne aap ko kis cheez se bachayein taake yeh jo mission hai, yeh chalta rahe?</w:t>
      </w:r>
    </w:p>
    <w:p>
      <w:pPr>
        <w:jc w:val="right"/>
      </w:pPr>
      <w:r>
        <w:t>تو مولانا، ایک گائیڈ لائن کے طور پہ سارے سی پی ایس ممبرز کو آپ کیا کہنا چاہیں گے کہ ہم اپنے آپ کو کس چیز سے بچائیں تاکہ یہ جو مشن ہے، یہ چلتا رہے؟</w:t>
      </w:r>
    </w:p>
    <w:p>
      <w:r>
        <w:rPr>
          <w:b/>
        </w:rPr>
        <w:t xml:space="preserve">[33:21] </w:t>
      </w:r>
      <w:r>
        <w:t>dekhie, hadith mein aata hai Rasool Allah salallahu alaihi wasallam ne farmaya tha ke jo mission tha Rasool Allah salallahu alaihi wasallam ka, to ek hi point bataya aap ne ke tum aapas mein ikhtilaf se bacho,</w:t>
      </w:r>
    </w:p>
    <w:p>
      <w:pPr>
        <w:jc w:val="right"/>
      </w:pPr>
      <w:r>
        <w:t>دیکھیے، حدیث میں آتا ہے رسول اللہ صلی اللہ علیہ وسلم نے فرمایا تھا کہ جو مشن تھا رسول اللہ صلی اللہ علیہ وسلم کا، تو ایک ہی پوائنٹ بتایا آپ نے کہ تم آپس میں اختلاف سے بچو،</w:t>
      </w:r>
    </w:p>
    <w:p>
      <w:r>
        <w:rPr>
          <w:b/>
        </w:rPr>
        <w:t xml:space="preserve">[33:37] </w:t>
      </w:r>
      <w:r>
        <w:t>ikhtilaf se bacho. to aap ki spirit ko kill karta hai ikhtilaf. main samajhta hoon ke aap ko jab yeh dhyan hoga ke hum Allah ke mission ke liye uthe hain to aap sochen ke hamein hamara time kahan hai.</w:t>
      </w:r>
    </w:p>
    <w:p>
      <w:pPr>
        <w:jc w:val="right"/>
      </w:pPr>
      <w:r>
        <w:t>اختلاف سے بچو۔ تو آپ کی اسپیٹ کو کل کرتا ہے اختلاف۔ میں سمجھتا ہوں کہ آپ کو جب یہ دھیان ہوگا کہ ہم اللہ کے مشن کے لیے اٹھے ہیں تو آپ سوچیں کہ ہمیں ہمارا ٹائم کہاں ہے۔</w:t>
      </w:r>
    </w:p>
    <w:p>
      <w:r>
        <w:rPr>
          <w:b/>
        </w:rPr>
        <w:t xml:space="preserve">[33:58] </w:t>
      </w:r>
      <w:r>
        <w:t>jaise woh jo aadmi letter le ke ja raha tha collector sahab ka, aisa lagta tha uske paas kisi aur cheez ke liye time nahi hai siwaye uske ke uska mind mein basa hua tha ke yeh letter mujhe pahunchana hai falan landlord ko bas.</w:t>
      </w:r>
    </w:p>
    <w:p>
      <w:pPr>
        <w:jc w:val="right"/>
      </w:pPr>
      <w:r>
        <w:t>جیسے وہ جو آدمی لیٹر لے کے جا رہا تھا کلیکٹر صاحب کا، ایسا لگتا تھا اس کے پاس کسی اور چیز کے لیے ٹائم نہیں ہے سوائے اس کے کہ اس کا مائنڈ میں بسا ہوا تھا کہ یہ لیٹر مجھے پہنچانا ہے فلاں لینڈ لارڈ کو بس۔</w:t>
      </w:r>
    </w:p>
    <w:p>
      <w:r>
        <w:rPr>
          <w:b/>
        </w:rPr>
        <w:t xml:space="preserve">[34:13] </w:t>
      </w:r>
      <w:r>
        <w:t>aur kisi cheez ke sochne ka time uske paas nahi hai. to aap apne aap ko jab dedicate karenge is kaam mein aur mashallah aap kiye hue hain to Allah ki madad aap ko hasil hogi aur aap ka haal yeh ho jayega ke difference ke liye, ikhtilaf ke liye,</w:t>
      </w:r>
    </w:p>
    <w:p>
      <w:pPr>
        <w:jc w:val="right"/>
      </w:pPr>
      <w:r>
        <w:t>اور کسی چیز کے سوچنے کا ٹائم اس کے پاس نہیں ہے۔ تو آپ اپنے آپ کو جب ڈیڈیکیٹ کریں گے اس کام میں اور ماشاءاللہ آپ کیے ہوئے ہیں تو اللہ کی مدد آپ کو حاصل ہوگی اور آپ کا حال یہ ہو جائے گا کہ ڈیفرنس کے لیے، اختلاف کے لیے،</w:t>
      </w:r>
    </w:p>
    <w:p>
      <w:r>
        <w:rPr>
          <w:b/>
        </w:rPr>
        <w:t xml:space="preserve">[34:31] </w:t>
      </w:r>
      <w:r>
        <w:t>kisi se ghussa hone ke liye aap ka time hi nahi rahega.</w:t>
      </w:r>
    </w:p>
    <w:p>
      <w:pPr>
        <w:jc w:val="right"/>
      </w:pPr>
      <w:r>
        <w:t>کسی سے غصہ ہونے کے لیے آپ کا ٹائم ہی نہیں رہے گا۔</w:t>
      </w:r>
    </w:p>
    <w:p>
      <w:r>
        <w:rPr>
          <w:b/>
        </w:rPr>
        <w:t xml:space="preserve">[34:36] </w:t>
      </w:r>
      <w:r>
        <w:t>bas yahi main aap ki yani apne aap to point formula ab aap ko bataunga: ikhtilaf se apne aap ko bachana aur dua karte rehna.</w:t>
      </w:r>
    </w:p>
    <w:p>
      <w:pPr>
        <w:jc w:val="right"/>
      </w:pPr>
      <w:r>
        <w:t>بس یہی میں آپ کی یعنی اپنے آپ ٹو پوائنٹ فارمولا اب آپ کو بتاؤں گا: اختلاف سے اپنے آپ کو بچانا اور دعا کرتے رہنا۔</w:t>
      </w:r>
    </w:p>
    <w:p>
      <w:r>
        <w:rPr>
          <w:b/>
        </w:rPr>
        <w:t xml:space="preserve">[34:53] </w:t>
      </w:r>
      <w:r>
        <w:t>yani dawat ke kaam mein apne ko lagane ke baad do point: apne aap ko ikhtilaf se bachana, baahami ikhtilaf, aur dua karte rehna.</w:t>
      </w:r>
    </w:p>
    <w:p>
      <w:pPr>
        <w:jc w:val="right"/>
      </w:pPr>
      <w:r>
        <w:t>یعنی دعوت کے کام میں اپنے کو لگانے کے بعد دو پوائنٹ: اپنے آپ کو اختلاف سے بچانا، بامی اختلاف، اور دعا کرتے رہنا۔</w:t>
      </w:r>
    </w:p>
    <w:p>
      <w:r>
        <w:rPr>
          <w:b/>
        </w:rPr>
        <w:t xml:space="preserve">[35:07] </w:t>
      </w:r>
      <w:r>
        <w:t>bhai, yeh inshallah kafi hai.</w:t>
      </w:r>
    </w:p>
    <w:p>
      <w:pPr>
        <w:jc w:val="right"/>
      </w:pPr>
      <w:r>
        <w:t>بھئی، یہ انشاءاللہ کافی ہے۔</w:t>
      </w:r>
    </w:p>
    <w:p>
      <w:r>
        <w:rPr>
          <w:b/>
        </w:rPr>
        <w:t xml:space="preserve">[35:12] </w:t>
      </w:r>
      <w:r>
        <w:t>Maulana, ah since Maulana Wahiduddin Khan Foundation would be engaging in activities which will be global in nature, and one of the prime objective would be to ah spread message of peace and interfaith harmony.</w:t>
      </w:r>
    </w:p>
    <w:p>
      <w:pPr>
        <w:jc w:val="right"/>
      </w:pPr>
      <w:r>
        <w:t>مولانا، اہ سنس مولانا وحید الدین خان فاؤنڈیشن وڈ بی انگیجنگ ان ایکٹیویٹیز وچ ول بی گلوبل ان نیچر، اینڈ ون اف دا پرائم ابجیکٹو وڈ بی ٹو اہ سپریڈ میسج اف پیس اینڈ انٹر فیتھ ہارمونی۔</w:t>
      </w:r>
    </w:p>
    <w:p>
      <w:r>
        <w:rPr>
          <w:b/>
        </w:rPr>
        <w:t xml:space="preserve">[35:31] </w:t>
      </w:r>
      <w:r>
        <w:t>but to spread ah peace in the outer world, ah inner peace is very much required. so how can CPS members ah maintain their inner inner peace so that they can be instrumental ah in spreading the message of peace outside?</w:t>
      </w:r>
    </w:p>
    <w:p>
      <w:pPr>
        <w:jc w:val="right"/>
      </w:pPr>
      <w:r>
        <w:t>بٹ ٹو سپریڈ اہ پیس ان دی آؤٹر ورلڈ، اہ انر پیس از ویری مچ ریکوائرڈ۔ سو ہاؤ کین سی پی ایس ممبرز اہ مینٹین دیر انر انر پیس سو دیٹ دے کین بی انسٹرومنٹل اہ ان سپریڈنگ دی میسج اف پیس آؤٹ سائیڈ؟</w:t>
      </w:r>
    </w:p>
    <w:p>
      <w:r>
        <w:rPr>
          <w:b/>
        </w:rPr>
        <w:t xml:space="preserve">[35:54] </w:t>
      </w:r>
      <w:r>
        <w:t>dekhie, iska raaz sirf ek hai. isko hadith mein aata hai: "liwajillah, liwajillah" yani is kaam ko karna Allah ki raza ke liye.</w:t>
      </w:r>
    </w:p>
    <w:p>
      <w:pPr>
        <w:jc w:val="right"/>
      </w:pPr>
      <w:r>
        <w:t>دیکھیے، اس کا راز صرف ایک ہے۔ اس کو حدیث میں آتا ہے: "لوج اللہ، لوج اللہ" یعنی اس کام کو کرنا اللہ کی رضا کے لیے۔</w:t>
      </w:r>
    </w:p>
    <w:p>
      <w:r>
        <w:rPr>
          <w:b/>
        </w:rPr>
        <w:t xml:space="preserve">[36:06] </w:t>
      </w:r>
      <w:r>
        <w:t>liwajillah! jitna zyada aap par yeh cheez chhai hogi ke main jo kaam kar raha hoon woh Allah ki raza ke liye, utna hi aap distraction se bachenge,</w:t>
      </w:r>
    </w:p>
    <w:p>
      <w:pPr>
        <w:jc w:val="right"/>
      </w:pPr>
      <w:r>
        <w:t>لوج اللہ! جتنا زیادہ آپ پر یہ چیز چھائی ہوگی کہ میں جو کام کر رہا ہوں وہ اللہ کی رضا کے لیے، اتنا ہی آپ ڈسٹریشن سے بچیں گے،</w:t>
      </w:r>
    </w:p>
    <w:p>
      <w:r>
        <w:rPr>
          <w:b/>
        </w:rPr>
        <w:t xml:space="preserve">[36:20] </w:t>
      </w:r>
      <w:r>
        <w:t>itna hi aap doosri cheezon mein apne ko uljhane se bachenge ke is cheez ko hum se zinda rakhiye ke bhai, jo kaam kar raha hoon dawat ka, woh sirf Allah ke liye, Allah ke liye, Allah ke liye,</w:t>
      </w:r>
    </w:p>
    <w:p>
      <w:pPr>
        <w:jc w:val="right"/>
      </w:pPr>
      <w:r>
        <w:t>اتنا ہی آپ دوسری چیزوں میں اپنے کو الجھانے سے بچیں گے کہ اس چیز کو ہم سے زندہ رکھیے کہ بھئی، جو کام کر رہا ہوں دعوت کا، وہ صرف اللہ کے لیے، اللہ کے لیے، اللہ کے لیے،</w:t>
      </w:r>
    </w:p>
    <w:p>
      <w:r>
        <w:rPr>
          <w:b/>
        </w:rPr>
        <w:t xml:space="preserve">[36:33] </w:t>
      </w:r>
      <w:r>
        <w:t>aur aakhirat mein Allah ke samne Allah ka ajr lene ke liye, Allah ka reward lene ke liye. Yani Allah ke liye kaam kar raha hoon taake Allah aakhirat mein mujhe apni taraf se reward de.</w:t>
      </w:r>
    </w:p>
    <w:p>
      <w:pPr>
        <w:jc w:val="right"/>
      </w:pPr>
      <w:r>
        <w:t>اور آخرت میں اللہ کے سامنے اللہ کا اجر لینے کے لیے، اللہ کا ریوارڈ لینے کے لیے۔ یعنی اللہ کے لیے کام کر رہا ہوں تاکہ اللہ آخرت میں مجھے اپنی طرف سے ریوارڈ دے۔</w:t>
      </w:r>
    </w:p>
    <w:p>
      <w:r>
        <w:rPr>
          <w:b/>
        </w:rPr>
        <w:t xml:space="preserve">[36:48] </w:t>
      </w:r>
      <w:r>
        <w:t>yeh cheez jitna chhai rahegi, utna hi aap bachenge har us cheez se jo aap ko distract kare aur masail mein uljhaye.</w:t>
      </w:r>
    </w:p>
    <w:p>
      <w:pPr>
        <w:jc w:val="right"/>
      </w:pPr>
      <w:r>
        <w:t>یہ چیز جتنا چھائی رہے گی، اتنا ہی آپ بچیں گے ہر اس چیز سے جو آپ کو ڈسٹریکٹ کرے اور مسائل میں الجھائے۔</w:t>
      </w:r>
    </w:p>
    <w:p>
      <w:r>
        <w:rPr>
          <w:b/>
        </w:rPr>
        <w:t xml:space="preserve">[36:59] </w:t>
      </w:r>
      <w:r>
        <w:t>Maulana, comment aaya hai Kaleem sahab ka Pennsylvania se, woh live dekh rahe hain program ko aur unhone likha hai ke Maulana, "truly today is the historic day in the history of your dawah life.</w:t>
      </w:r>
    </w:p>
    <w:p>
      <w:pPr>
        <w:jc w:val="right"/>
      </w:pPr>
      <w:r>
        <w:t>مولانا، کمنٹ آیا ہے کلیم صاحب کا پینسلوینیا سے، وہ لائیو دیکھ رہے ہیں پروگرام کو اور انہوں نے لکھا ہے کہ مولانا، "ٹرولی ٹوڈے از دی ہسٹورک ڈے ان دی ہسٹری اف یور دعویٰ لائف۔</w:t>
      </w:r>
    </w:p>
    <w:p>
      <w:r>
        <w:rPr>
          <w:b/>
        </w:rPr>
        <w:t xml:space="preserve">[37:16] </w:t>
      </w:r>
      <w:r>
        <w:t>You have been dedicating every moment of your entire life so far, and today you have even dedicated your dwelling place for this course.</w:t>
      </w:r>
    </w:p>
    <w:p>
      <w:pPr>
        <w:jc w:val="right"/>
      </w:pPr>
      <w:r>
        <w:t>یو ہیو بین ڈیڈیکیٹنگ ایوری مومنٹ اف یور انٹائر لائف سو فار، اینڈ ٹوڈے یو ہیو ایون ڈیڈیکیٹڈ یور ڈویلنگ پلیس فار دس کورس۔</w:t>
      </w:r>
    </w:p>
    <w:p>
      <w:r>
        <w:rPr>
          <w:b/>
        </w:rPr>
        <w:t xml:space="preserve">[37:27] </w:t>
      </w:r>
      <w:r>
        <w:t>By God, if we who are working with you, not do our part, then we will be taken to task in the day of Qayamat.</w:t>
      </w:r>
    </w:p>
    <w:p>
      <w:pPr>
        <w:jc w:val="right"/>
      </w:pPr>
      <w:r>
        <w:t>بائے گاڈ، اف وی ہو آر ورکنگ ود یو، ناٹ ڈو اور پارٹ، دین وی ول بی ٹیکن ٹو ٹاسک ان دا ڈے اف قیامہ۔</w:t>
      </w:r>
    </w:p>
    <w:p>
      <w:r>
        <w:rPr>
          <w:b/>
        </w:rPr>
        <w:t xml:space="preserve">[37:37] </w:t>
      </w:r>
      <w:r>
        <w:t>Therefore, I pledge that I dedicate my entire life for this course. Maulana, make dua for me that I don't fizzle out in this task.</w:t>
      </w:r>
    </w:p>
    <w:p>
      <w:pPr>
        <w:jc w:val="right"/>
      </w:pPr>
      <w:r>
        <w:t>دیر فور، آئی پلیج دیٹ آئی ڈیڈیکیٹ مائی انٹائر لائف فار دس کورس۔ مولانا، میک دعا فار می دیٹ آئی ڈونٹ فزل آؤٹ ان دس ٹاسک۔</w:t>
      </w:r>
    </w:p>
    <w:p>
      <w:r>
        <w:rPr>
          <w:b/>
        </w:rPr>
        <w:t xml:space="preserve">[37:48] </w:t>
      </w:r>
      <w:r>
        <w:t>Jazakum Allah, Jazakum Allah, Jazakum Allah. Maulana, Pakistan mein bhi kafi log is program ko dekh rahe hain. Wahan se Muneeb ur Rehman sahab ne bheja hai, unhone likha hai ke unhone aap ki sari baaton ko kaha hai ke "it is true" aur likha hai ke "watching</w:t>
      </w:r>
    </w:p>
    <w:p>
      <w:pPr>
        <w:jc w:val="right"/>
      </w:pPr>
      <w:r>
        <w:t>جزاکم اللہ، جزاکم اللہ، جزاکم اللہ۔ مولانا، پاکستان میں بھی کافی لوگ اس پروگرام کو دیکھ رہے ہیں۔ وہاں سے منیب الرحمن صاحب نے بھیجا ہے، انہوں نے لکھا ہے کہ انہوں نے آپ کی ساری باتوں کو کہا ہے کہ "اٹ از ٹرو" اور لکھا ہے کہ "واچنگ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