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Daur e Jadid Mein</w:t>
      </w:r>
    </w:p>
    <w:p>
      <w:r>
        <w:t>https://www.youtube.com/watch?v=9ZHW3HTZ66o</w:t>
      </w:r>
    </w:p>
    <w:p>
      <w:r>
        <w:rPr>
          <w:b/>
        </w:rPr>
        <w:t xml:space="preserve">[00:04] </w:t>
      </w:r>
      <w:r>
        <w:t>Islam daur-e-jadeed mein. Ameer Shakib Arsalan ki ek kitaab hai jis ka naam hai "Lamaza ta'akhkhar al-muslimeen wa taqaddum ghairuhum" Musalman kyun peeche ho gaye aur un ke siwa doosre kyun aage ho gaye.</w:t>
      </w:r>
    </w:p>
    <w:p>
      <w:pPr>
        <w:jc w:val="right"/>
      </w:pPr>
      <w:r>
        <w:t>اسلام دورِ جدید میں۔ امیر شکیب ارسلان کی ایک کتاب ہے جس کا نام ہے "لماذا تأخر المسلمون وتقدم غيرهم" مسلمان کیوں پیچھے ہو گئے اور ان کے سوا دوسرے کیوں آگے ہو گئے۔</w:t>
      </w:r>
    </w:p>
    <w:p>
      <w:r>
        <w:rPr>
          <w:b/>
        </w:rPr>
        <w:t xml:space="preserve">[00:24] </w:t>
      </w:r>
      <w:r>
        <w:t>yeh kitaab pachas saal pehle chhapi thi. Is ke baad mein ne ek arabi majalla, Rabita al-Alam al-Islami, April 1985 mein ek mazmoon padha.</w:t>
      </w:r>
    </w:p>
    <w:p>
      <w:pPr>
        <w:jc w:val="right"/>
      </w:pPr>
      <w:r>
        <w:t>یہ کتاب پچاس سال پہلے چھپی تھی۔ اس کے بعد میں نے ایک عربی مجلہ، رابطہ العالم الاسلامی، اپریل 1985 میں ایک مضمون پڑھا۔</w:t>
      </w:r>
    </w:p>
    <w:p>
      <w:r>
        <w:rPr>
          <w:b/>
        </w:rPr>
        <w:t xml:space="preserve">[00:38] </w:t>
      </w:r>
      <w:r>
        <w:t>is mazmoon ka unwan dobara hasb-e-zeil alfaaz mein qaim kiya gaya tha: "Lamaza ta'akhkharna wa taqaddum ghairuna".</w:t>
      </w:r>
    </w:p>
    <w:p>
      <w:pPr>
        <w:jc w:val="right"/>
      </w:pPr>
      <w:r>
        <w:t>اس مضمون کا عنوان دوبارہ حسبِ ذیل الفاظ میں قائم کیا گیا تھا: "لماذا تأخرنا وتقدم غيرنا"۔</w:t>
      </w:r>
    </w:p>
    <w:p>
      <w:r>
        <w:rPr>
          <w:b/>
        </w:rPr>
        <w:t xml:space="preserve">[00:46] </w:t>
      </w:r>
      <w:r>
        <w:t>is ka matlab yeh hai ke maujooda zamane ke musalman pichhli nisf sadi se ek hi sawal se dochar hain, aur woh sawal yeh hai ke hum jadeed daur mein doosri qaumon se kyun peeche ho gaye,</w:t>
      </w:r>
    </w:p>
    <w:p>
      <w:pPr>
        <w:jc w:val="right"/>
      </w:pPr>
      <w:r>
        <w:t>اس کا مطلب یہ ہے کہ موجودہ زمانے کے مسلمان پچھلی نصف صدی سے ایک ہی سوال سے دوچار ہیں، اور وہ سوال یہ ہے کہ ہم جدید دور میں دوسری قوموں سے کیوں پیچھے ہو گئے،</w:t>
      </w:r>
    </w:p>
    <w:p>
      <w:r>
        <w:rPr>
          <w:b/>
        </w:rPr>
        <w:t xml:space="preserve">[01:01] </w:t>
      </w:r>
      <w:r>
        <w:t>aur doosri qaumein hum se aage kyun nikal gayeen. Mazeed ajeeb baat yeh hai ke isi nisf sadi ke andar Japan atomi barbadi ke khandaron se ubhra aur taraqqi ki inteha par pahunch gaya.</w:t>
      </w:r>
    </w:p>
    <w:p>
      <w:pPr>
        <w:jc w:val="right"/>
      </w:pPr>
      <w:r>
        <w:t>اور دوسری قومیں ہم سے آگے کیوں نکل گئیں۔ مزید عجیب بات یہ ہے کہ اسی نصف صدی کے اندر جاپان ایٹمی بربادی کے کھنڈر سے ابھرا اور ترقی کی انتہا پر پہنچ گیا۔</w:t>
      </w:r>
    </w:p>
    <w:p>
      <w:r>
        <w:rPr>
          <w:b/>
        </w:rPr>
        <w:t xml:space="preserve">[01:16] </w:t>
      </w:r>
      <w:r>
        <w:t>Chunancha America mein ek kitaab chhapi hai jis ka naam hai "Japan Number 1: Japan as No. 1 Lessons for America" by Ezra Vogel.</w:t>
      </w:r>
    </w:p>
    <w:p>
      <w:pPr>
        <w:jc w:val="right"/>
      </w:pPr>
      <w:r>
        <w:t>چنانچہ امریکہ میں ایک کتاب چھپی ہے جس کا نام ہے "جاپان نمبر 1: Japan as No. 1 Lessons for America" بائے ایزرا ووگل۔</w:t>
      </w:r>
    </w:p>
    <w:p>
      <w:r>
        <w:rPr>
          <w:b/>
        </w:rPr>
        <w:t xml:space="preserve">[01:28] </w:t>
      </w:r>
      <w:r>
        <w:t>Maujooda zamane mein musalmanon ka yeh anjaam kisi mahoom sabab ki bina par nahi hai balke maloom khudai qanoon ki bina par hai.</w:t>
      </w:r>
    </w:p>
    <w:p>
      <w:pPr>
        <w:jc w:val="right"/>
      </w:pPr>
      <w:r>
        <w:t>موجودہ زمانے میں مسلمانوں کا یہ انجام کسی مہوم سبب کی بنا پر نہیں ہے بلکہ معلوم خدائی قانون کی بنا پر ہے۔</w:t>
      </w:r>
    </w:p>
    <w:p>
      <w:r>
        <w:rPr>
          <w:b/>
        </w:rPr>
        <w:t xml:space="preserve">[01:38] </w:t>
      </w:r>
      <w:r>
        <w:t>is duniya ke liye Khuda ka qanoon yeh hai ke jo giroh apne aap ko nafe bakhsh sabit kare us ko duniya mein taraqqi aur istehkam naseeb ho, aur jo giroh nafe bakhshi ki salahiyat kho de us ko hamesha ke liye peeche dhakel diya jaye.</w:t>
      </w:r>
    </w:p>
    <w:p>
      <w:pPr>
        <w:jc w:val="right"/>
      </w:pPr>
      <w:r>
        <w:t>اس دنیا کے لیے خدا کا قانون یہ ہے کہ جو گروہ اپنے آپ کو نفع بخش ثابت کرے اس کو دنیا میں ترقی اور استحکام نصیب ہو، اور جو گروہ نفع بخشی کی صلاحیت کھو دے اس کو ہمیشہ کے لیے پیچھے دھکیل دیا جائے۔</w:t>
      </w:r>
    </w:p>
    <w:p>
      <w:r>
        <w:rPr>
          <w:b/>
        </w:rPr>
        <w:t xml:space="preserve">[01:56] </w:t>
      </w:r>
      <w:r>
        <w:t>Qadeem zamane ke musalman ahle alam ke liye nafe bakhsh bane hue the, is liye qadeem zamane mein unhein azmat hasil hui.</w:t>
      </w:r>
    </w:p>
    <w:p>
      <w:pPr>
        <w:jc w:val="right"/>
      </w:pPr>
      <w:r>
        <w:t>قدیم زمانے کے مسلمان اہلِ عالم کے لیے نفع بخش بنے ہوئے تھے، اس لیے قدیم زمانے میں انہیں عظمت حاصل ہوئی۔</w:t>
      </w:r>
    </w:p>
    <w:p>
      <w:r>
        <w:rPr>
          <w:b/>
        </w:rPr>
        <w:t xml:space="preserve">[02:06] </w:t>
      </w:r>
      <w:r>
        <w:t>Maujooda zamane ke musalman be-nafe ho gaye, is liye maujooda zamane mein unhein koi azmat hasil na ho saki. Urooj o zuwal ka yeh usool Quran ki hasb-e-zeil ayat mein wazeh taur par maujood hai:</w:t>
      </w:r>
    </w:p>
    <w:p>
      <w:pPr>
        <w:jc w:val="right"/>
      </w:pPr>
      <w:r>
        <w:t>موجودہ زمانے کے مسلمان بے نفع ہو گئے، اس لیے موجودہ زمانے میں انہیں کوئی عظمت حاصل نہ ہو سکی۔ عروج و زوال کا یہ اصول قرآن کی حسبِ ذیل آیت میں واضح طور پر موجود ہے:</w:t>
      </w:r>
    </w:p>
    <w:p>
      <w:r>
        <w:rPr>
          <w:b/>
        </w:rPr>
        <w:t xml:space="preserve">[02:21] </w:t>
      </w:r>
      <w:r>
        <w:t>"anzala min al-sama ma' fa salat udiyat bi qadariha fahtamal al-sayl zubdan rabian wa mimma yooqdoon alayh fi al-nar ibtigha ahliyat</w:t>
      </w:r>
    </w:p>
    <w:p>
      <w:pPr>
        <w:jc w:val="right"/>
      </w:pPr>
      <w:r>
        <w:t>"انزل من السماء ماء فصالت عودیت بقدرہا فاحتمل السیل زبدا رابعا ومما یوقدون علیہ فی النار ابتغاء اہلیت</w:t>
      </w:r>
    </w:p>
    <w:p>
      <w:r>
        <w:rPr>
          <w:b/>
        </w:rPr>
        <w:t xml:space="preserve">[02:35] </w:t>
      </w:r>
      <w:r>
        <w:t>aw mata' zubd mithluh kadhalik yadrib Allah al-haqq wal-batil fa amma al-zubd fayadhhab jafa'an wa amma ma yanfa' al-nas fayamkuth fi</w:t>
      </w:r>
    </w:p>
    <w:p>
      <w:pPr>
        <w:jc w:val="right"/>
      </w:pPr>
      <w:r>
        <w:t>او مطاع زبد مثله کذلك یضرب اللہ الحق والباطل فاما الزبد فیذہب جفاء واما ماینفع الناس فيمکس فی</w:t>
      </w:r>
    </w:p>
    <w:p>
      <w:r>
        <w:rPr>
          <w:b/>
        </w:rPr>
        <w:t xml:space="preserve">[02:48] </w:t>
      </w:r>
      <w:r>
        <w:t>al-ard kadhalik yadrib Allah al-amthal".</w:t>
      </w:r>
    </w:p>
    <w:p>
      <w:pPr>
        <w:jc w:val="right"/>
      </w:pPr>
      <w:r>
        <w:t>الارض کذلك یضرب اللہ الامثال"۔</w:t>
      </w:r>
    </w:p>
    <w:p>
      <w:r>
        <w:rPr>
          <w:b/>
        </w:rPr>
        <w:t xml:space="preserve">[02:52] </w:t>
      </w:r>
      <w:r>
        <w:t>yani Allah ne aasman se pani utara, phir naale apni apni miqdar ke muwafiq beh nikle, phir sailab ne ubharte jhaag ko utha liya, aur isi tarah ka jhaag un cheezon mein bhi ubhar aata hai jin ko log zevar ya asbab banane ke liye aag mein pighlate hain.</w:t>
      </w:r>
    </w:p>
    <w:p>
      <w:pPr>
        <w:jc w:val="right"/>
      </w:pPr>
      <w:r>
        <w:t>یعنی اللہ نے آسمان سے پانی اتارا، پھر نالے اپنی اپنی مقدار کے موافق بہہ نکلے، پھر سیلاب نے ابھرتے جھاگ کو اٹھا لیا، اور اسی طرح کا جھاگ ان چیزوں میں بھی ابھر آتا ہے جن کو لوگ زیور یا اسباب بنانے کے لیے آگ میں پگھلاتے ہیں۔</w:t>
      </w:r>
    </w:p>
    <w:p>
      <w:r>
        <w:rPr>
          <w:b/>
        </w:rPr>
        <w:t xml:space="preserve">[03:11] </w:t>
      </w:r>
      <w:r>
        <w:t>is tarah Allah haq aur batil ki misaal bayan karta hai, pas jhaag to sokh kar jata rehta hai, aur jo cheez insanon ko nafe pahunchane wali hai woh zameen mein theher jati hai.</w:t>
      </w:r>
    </w:p>
    <w:p>
      <w:pPr>
        <w:jc w:val="right"/>
      </w:pPr>
      <w:r>
        <w:t>اس طرح اللہ حق اور باطل کی مثال بیان کرتا ہے، پس جھاگ تو سوکھ کر جاتا رہتا ہے، اور جو چیز انسانوں کو نفع پہنچانے والی ہے وہ زمین میں ٹھہر جاتی ہے۔</w:t>
      </w:r>
    </w:p>
    <w:p>
      <w:r>
        <w:rPr>
          <w:b/>
        </w:rPr>
        <w:t xml:space="preserve">[03:23] </w:t>
      </w:r>
      <w:r>
        <w:t>Allah is tarah misalein bayan karta hai. Is ayat se maloom hota hai ke is duniya ke liye Allah taala ka qanoon kya hai.</w:t>
      </w:r>
    </w:p>
    <w:p>
      <w:pPr>
        <w:jc w:val="right"/>
      </w:pPr>
      <w:r>
        <w:t>اللہ اس طرح مثالیں بیان کرتا ہے۔ اس آیت سے معلوم ہوتا ہے کہ اس دنیا کے لیے اللہ تعالیٰ کا قانون کیا ہے۔</w:t>
      </w:r>
    </w:p>
    <w:p>
      <w:r>
        <w:rPr>
          <w:b/>
        </w:rPr>
        <w:t xml:space="preserve">[03:35] </w:t>
      </w:r>
      <w:r>
        <w:t>woh qanoon yeh hai ke jo giroh apne aap ko nafe bakhsh sabit kare us ko duniya mein baqa aur istehkam mile, aur jo giroh apni nafe bakhshi kho de woh yahan be-qeemat ho kar reh jaye.</w:t>
      </w:r>
    </w:p>
    <w:p>
      <w:pPr>
        <w:jc w:val="right"/>
      </w:pPr>
      <w:r>
        <w:t>وہ قانون یہ ہے کہ جو گروہ اپنے آپ کو نفع بخش ثابت کرے اس کو دنیا میں بقا اور استحکام ملے، اور جو گروہ اپنی نفع بخشی کھو دے وہ یہاں بے قیمت ہو کر رہ جائے۔</w:t>
      </w:r>
    </w:p>
    <w:p>
      <w:r>
        <w:rPr>
          <w:b/>
        </w:rPr>
        <w:t xml:space="preserve">[03:49] </w:t>
      </w:r>
      <w:r>
        <w:t>is 'alami qanoon ko ek taraf kitaab-e-Ilahi mein lafzi taur par bayan kiya gaya hai, doosri taraf madi duniya mein is ka amli muzahira kiya ja raha hai.</w:t>
      </w:r>
    </w:p>
    <w:p>
      <w:pPr>
        <w:jc w:val="right"/>
      </w:pPr>
      <w:r>
        <w:t>اس عالمی قانون کو ایک طرف کتابِ الہی میں لفظی طور پر بیان کیا گیا ہے، دوسری طرف مادی دنیا میں اس کا عملی مظاہرہ کیا جا رہا ہے۔</w:t>
      </w:r>
    </w:p>
    <w:p>
      <w:r>
        <w:rPr>
          <w:b/>
        </w:rPr>
        <w:t xml:space="preserve">[04:02] </w:t>
      </w:r>
      <w:r>
        <w:t>Surah Ra'd ki mazkoorah ayat mein is nawiyat ki do misalein di gayi hain. Ek misaal barish ki hai. Barish hoti hai aur us se naale bharti hain to jhaag upar dikhai dene lagta hai, magar jald hi aisa hota hai ke jhaag to hawa mein urr jata hai aur jo cheez is mein nafe bakhsh hai woh baqi rehti hai yani pani.</w:t>
      </w:r>
    </w:p>
    <w:p>
      <w:pPr>
        <w:jc w:val="right"/>
      </w:pPr>
      <w:r>
        <w:t>سورہ رعد کی مذکورہ آیت میں اس نوعیت کی دو مثالیں دی گئی ہیں۔ ایک مثال بارش کی ہے۔ بارش ہوتی ہے اور اس سے نالے بھرتے ہیں تو جھاگ اوپر دکھائی دینے لگتا ہے، مگر جلد ہی ایسا ہوتا ہے کہ جھاگ تو ہوا میں اڑ جاتا ہے اور جو چیز اس میں نفع بخش ہے وہ باقی رہتی ہے یعنی پانی۔</w:t>
      </w:r>
    </w:p>
    <w:p>
      <w:r>
        <w:rPr>
          <w:b/>
        </w:rPr>
        <w:t xml:space="preserve">[04:24] </w:t>
      </w:r>
      <w:r>
        <w:t>doosri misaal dhaat ki hai. dhaat ko jab aag par pighlaya jata hai to ibtidaan is ka mail kuchail oopar dikhai dene lagta hai, magar bohat jald yeh waqti manzar khatam ho jata hai aur jo asal qeemti dhaat hai woh apni jagah baqi reh jati hai.</w:t>
      </w:r>
    </w:p>
    <w:p>
      <w:pPr>
        <w:jc w:val="right"/>
      </w:pPr>
      <w:r>
        <w:t>دوسری مثال دھات کی ہے۔ دھات کو جب آگ پر پگھلایا جاتا ہے تو ابتداءً اس کا میل کچیل اوپر دکھائی دینے لگتا ہے، مگر بہت جلد یہ وقتی منظر ختم ہو جاتا ہے اور جو اصل قیمتی دھات ہے وہ اپنی جگہ باقی رہ جاتی ہے۔</w:t>
      </w:r>
    </w:p>
    <w:p>
      <w:r>
        <w:rPr>
          <w:b/>
        </w:rPr>
        <w:t xml:space="preserve">[04:46] </w:t>
      </w:r>
      <w:r>
        <w:t>dor-e-awwal ki misaal. dor-e-qadeem mein Islam ko ghair-maamooli azmat mili. yeh aik tareekhi haqeeqat hai jis se inkaar nahi kiya ja sakta.</w:t>
      </w:r>
    </w:p>
    <w:p>
      <w:pPr>
        <w:jc w:val="right"/>
      </w:pPr>
      <w:r>
        <w:t>دورِ اول کی مثال۔ دورِ قدیم میں اسلام کو غیر معمولی عظمت ملی۔ یہ ایک تاریخی حقیقت ہے جس سے انکار نہیں کیا جا سکتا۔</w:t>
      </w:r>
    </w:p>
    <w:p>
      <w:r>
        <w:rPr>
          <w:b/>
        </w:rPr>
        <w:t xml:space="preserve">[04:59] </w:t>
      </w:r>
      <w:r>
        <w:t>taqreeban aik hazar saal tak Islam ko aabaad dunya ke qaied ki hesiyat haasil rahi hai.</w:t>
      </w:r>
    </w:p>
    <w:p>
      <w:pPr>
        <w:jc w:val="right"/>
      </w:pPr>
      <w:r>
        <w:t>تقریباً ایک ہزار سال تک اسلام کو آباد دنیا کے قائد کی حیثیت حاصل رہی ہے۔</w:t>
      </w:r>
    </w:p>
    <w:p>
      <w:r>
        <w:rPr>
          <w:b/>
        </w:rPr>
        <w:t xml:space="preserve">[05:09] </w:t>
      </w:r>
      <w:r>
        <w:t>Islam ko yeh azeem hesiyat ittifaqan nahi mili aur na mutalbat ke zariye is ko yeh hesiyat haasil hui. is ki wajah qudrat ka wohi abadi qanoon tha jis ka oopar zikr hua yaani nafa bakhshi aur faiz rasani.</w:t>
      </w:r>
    </w:p>
    <w:p>
      <w:pPr>
        <w:jc w:val="right"/>
      </w:pPr>
      <w:r>
        <w:t>اسلام کو یہ عظیم حیثیت اتفاقاً نہیں ملی اور نہ مطالبات کے ذریعے اس کو یہ حیثیت حاصل ہوئی۔ اس کی وجہ قدرت کا وہی ابدی قانون تھا جس کا اوپر ذکر ہوا یعنی نفع بخشی اور فیض رسانی۔</w:t>
      </w:r>
    </w:p>
    <w:p>
      <w:r>
        <w:rPr>
          <w:b/>
        </w:rPr>
        <w:t xml:space="preserve">[05:27] </w:t>
      </w:r>
      <w:r>
        <w:t>dunya ko Islam se jo kuch mila us ke bohat se pehlu hain. is ka aik pehlu yeh hai ke Islam ne dunya ko tahumat ya superstition ke dor se nikala aur is ko pehli baar science ke dor mein dakhil kiya.</w:t>
      </w:r>
    </w:p>
    <w:p>
      <w:pPr>
        <w:jc w:val="right"/>
      </w:pPr>
      <w:r>
        <w:t>دنیا کو اسلام سے جو کچھ ملا اس کے بہت سے پہلو ہیں۔ اس کا ایک پہلو یہ ہے کہ اسلام نے دنیا کو تہمات یا سپر سٹیشنز کے دور سے نکالا اور اس کو پہلی بار سائنس کے دور میں داخل کیا۔</w:t>
      </w:r>
    </w:p>
    <w:p>
      <w:r>
        <w:rPr>
          <w:b/>
        </w:rPr>
        <w:t xml:space="preserve">[05:43] </w:t>
      </w:r>
      <w:r>
        <w:t>aaj ki dunya jis cheez ko apne liye sab se bari nemat samajhti hai woh science hai, aur tamam muhqqiqeen aur mansaf murikhon ne tasleem kiya hai ke yeh darasal Islam hai jis ne science ke dor ko paida kiya hai.</w:t>
      </w:r>
    </w:p>
    <w:p>
      <w:pPr>
        <w:jc w:val="right"/>
      </w:pPr>
      <w:r>
        <w:t>آج کی دنیا جس چیز کو اپنے لیے سب سے بڑی نعمت سمجھتی ہے وہ سائنس ہے، اور تمام محققین اور منصف مورخین نے تسلیم کیا ہے کہ یہ دراصل اسلام ہے جس نے سائنس کے دور کو پیدا کیا ہے۔</w:t>
      </w:r>
    </w:p>
    <w:p>
      <w:r>
        <w:rPr>
          <w:b/>
        </w:rPr>
        <w:t xml:space="preserve">[06:01] </w:t>
      </w:r>
      <w:r>
        <w:t>yahan hum sirf aik maghribi musannif,</w:t>
      </w:r>
    </w:p>
    <w:p>
      <w:pPr>
        <w:jc w:val="right"/>
      </w:pPr>
      <w:r>
        <w:t>یہاں ہم صرف ایک مغربی مصنف،</w:t>
      </w:r>
    </w:p>
    <w:p>
      <w:r>
        <w:rPr>
          <w:b/>
        </w:rPr>
        <w:t xml:space="preserve">[06:05] </w:t>
      </w:r>
      <w:r>
        <w:t>mr. breifalt ka qool naqal karein ge.</w:t>
      </w:r>
    </w:p>
    <w:p>
      <w:pPr>
        <w:jc w:val="right"/>
      </w:pPr>
      <w:r>
        <w:t>مسٹر بریفالٹ کا قول نقل کریں گے۔</w:t>
      </w:r>
    </w:p>
    <w:p>
      <w:r>
        <w:rPr>
          <w:b/>
        </w:rPr>
        <w:t xml:space="preserve">[06:09] </w:t>
      </w:r>
      <w:r>
        <w:t>wo is mozu par tafseeli behas karte hue likhte hain ke agarchay Europi taraqqi ka koi bhi pehlu</w:t>
      </w:r>
    </w:p>
    <w:p>
      <w:pPr>
        <w:jc w:val="right"/>
      </w:pPr>
      <w:r>
        <w:t>وہ اس موضوع پر تفصیلی بحث کرتے ہوئے لکھتے ہیں کہ اگرچہ یورپی ترقی کا کوئی بھی پہلو</w:t>
      </w:r>
    </w:p>
    <w:p>
      <w:r>
        <w:rPr>
          <w:b/>
        </w:rPr>
        <w:t xml:space="preserve">[06:15] </w:t>
      </w:r>
      <w:r>
        <w:t>aisa nahi jis mein Islami tehzeeb ki fa'al asar-angizi dekhi na ja sakti ho, magar woh sab</w:t>
      </w:r>
    </w:p>
    <w:p>
      <w:pPr>
        <w:jc w:val="right"/>
      </w:pPr>
      <w:r>
        <w:t>ایسا نہیں جس میں اسلامی تہذیب کی فعال اثر انگیزی دیکھی نہ جا سکتی ہو، مگر وہ سب</w:t>
      </w:r>
    </w:p>
    <w:p>
      <w:r>
        <w:rPr>
          <w:b/>
        </w:rPr>
        <w:t xml:space="preserve">[06:23] </w:t>
      </w:r>
      <w:r>
        <w:t>se zyada wazeh is qowat ki paidaish mein hai jo jadeed dunya ki sab se bari taqat hai</w:t>
      </w:r>
    </w:p>
    <w:p>
      <w:pPr>
        <w:jc w:val="right"/>
      </w:pPr>
      <w:r>
        <w:t>سے زیادہ واضح اس قوت کی پیدائش میں ہے جو جدید دنیا کی سب سے بڑی طاقت ہے</w:t>
      </w:r>
    </w:p>
    <w:p>
      <w:r>
        <w:rPr>
          <w:b/>
        </w:rPr>
        <w:t xml:space="preserve">[06:29] </w:t>
      </w:r>
      <w:r>
        <w:t>yani tab'i science aur scientific spirit.</w:t>
      </w:r>
    </w:p>
    <w:p>
      <w:pPr>
        <w:jc w:val="right"/>
      </w:pPr>
      <w:r>
        <w:t>یعنی طبعی سائنس اور سائنسی اسپرٹ۔</w:t>
      </w:r>
    </w:p>
    <w:p>
      <w:r>
        <w:rPr>
          <w:b/>
        </w:rPr>
        <w:t xml:space="preserve">[06:34] </w:t>
      </w:r>
      <w:r>
        <w:t>hamari science par Arabon ka qarz inqilabi nazariyat ki daryaft ki had tak nahi hai. science is se kahin ziyada Arab tehzeeb ki ehsanmand hai.</w:t>
      </w:r>
    </w:p>
    <w:p>
      <w:pPr>
        <w:jc w:val="right"/>
      </w:pPr>
      <w:r>
        <w:t>ہماری سائنس پر عربوں کا قرض انقلابی نظریات کی دریافت کی حد تک نہیں ہے۔ سائنس اس سے کہیں زیادہ عرب تہذیب کی احسان مند ہے۔</w:t>
      </w:r>
    </w:p>
    <w:p>
      <w:r>
        <w:rPr>
          <w:b/>
        </w:rPr>
        <w:t xml:space="preserve">[06:47] </w:t>
      </w:r>
      <w:r>
        <w:t>woh khud apne wujood ke liye is ki marhoon-e-manat hai. For although there is not a single aspect of European growth in which the decisive influence of Islamic culture is not traceable,</w:t>
      </w:r>
    </w:p>
    <w:p>
      <w:pPr>
        <w:jc w:val="right"/>
      </w:pPr>
      <w:r>
        <w:t>وہ خود اپنے وجود کے لیے اس کی مرہون منت ہے۔ For although there is not a single aspect of European growth in which the decisive influence of Islamic culture is not traceable,</w:t>
      </w:r>
    </w:p>
    <w:p>
      <w:r>
        <w:rPr>
          <w:b/>
        </w:rPr>
        <w:t xml:space="preserve">[07:02] </w:t>
      </w:r>
      <w:r>
        <w:t>nowhere is it so clear and momentous as in the genesis of that power which constitutes the permanent distinctive force of the modern world and the supreme source of its victory: natural science and the scientific spirit.</w:t>
      </w:r>
    </w:p>
    <w:p>
      <w:pPr>
        <w:jc w:val="right"/>
      </w:pPr>
      <w:r>
        <w:t>nowhere is it so clear and momentous as in the genesis of that power which constitutes the permanent distinctive force of the modern world and the supreme source of its victory: natural science and the scientific spirit.</w:t>
      </w:r>
    </w:p>
    <w:p>
      <w:r>
        <w:rPr>
          <w:b/>
        </w:rPr>
        <w:t xml:space="preserve">[07:21] </w:t>
      </w:r>
      <w:r>
        <w:t>The depth of our science to that of the Arabs does not consist in startling discoveries of revolutionary theories.</w:t>
      </w:r>
    </w:p>
    <w:p>
      <w:pPr>
        <w:jc w:val="right"/>
      </w:pPr>
      <w:r>
        <w:t>The depth of our science to that of the Arabs does not consist in startling discoveries of revolutionary theories.</w:t>
      </w:r>
    </w:p>
    <w:p>
      <w:r>
        <w:rPr>
          <w:b/>
        </w:rPr>
        <w:t xml:space="preserve">[07:31] </w:t>
      </w:r>
      <w:r>
        <w:t>Science owes a great deal more to Arab culture.</w:t>
      </w:r>
    </w:p>
    <w:p>
      <w:pPr>
        <w:jc w:val="right"/>
      </w:pPr>
      <w:r>
        <w:t>Science owes a great deal more to Arab culture.</w:t>
      </w:r>
    </w:p>
    <w:p>
      <w:r>
        <w:rPr>
          <w:b/>
        </w:rPr>
        <w:t xml:space="preserve">[07:36] </w:t>
      </w:r>
      <w:r>
        <w:t>It owes its existence. Brifalt, Making of Humanity, London. yeh aik maloom tareekhi haqeeqat hai ke qadeem zamanay mein tamam dunya mein shirk ka ghalba tha.</w:t>
      </w:r>
    </w:p>
    <w:p>
      <w:pPr>
        <w:jc w:val="right"/>
      </w:pPr>
      <w:r>
        <w:t>It owes its existence. Brifalt, Making of Humanity, London. یہ ایک معلوم تاریخی حقیقت ہے کہ قدیم زمانے میں تمام دنیا میں شرک کا غلبہ تھا۔</w:t>
      </w:r>
    </w:p>
    <w:p>
      <w:r>
        <w:rPr>
          <w:b/>
        </w:rPr>
        <w:t xml:space="preserve">[07:50] </w:t>
      </w:r>
      <w:r>
        <w:t>tamam qaumain beshumar devtaon ko poojti hain. Hindustani riwayat ke mutabiq un ki tadad 33 crore tak pahunch gayi thi.</w:t>
      </w:r>
    </w:p>
    <w:p>
      <w:pPr>
        <w:jc w:val="right"/>
      </w:pPr>
      <w:r>
        <w:t>تمام قومیں بے شمار دیوتاؤں کو پوجتی ہیں۔ ہندوستانی روایات کے مطابق ان کی تعداد 33 کروڑ تک پہنچ گئی تھی۔</w:t>
      </w:r>
    </w:p>
    <w:p>
      <w:r>
        <w:rPr>
          <w:b/>
        </w:rPr>
        <w:t xml:space="preserve">[08:01] </w:t>
      </w:r>
      <w:r>
        <w:t>Encyclopedia Britannica 1984 mein ta'addud-e-aalaha ke unwan ke tehat bataya gaya hai ke mazahib mein aam tor par yeh baat pai gayi hai ke fitrat ki taqaton aur fitrat ke mazahir ko Khuda maan liya jata hai.</w:t>
      </w:r>
    </w:p>
    <w:p>
      <w:pPr>
        <w:jc w:val="right"/>
      </w:pPr>
      <w:r>
        <w:t>انسائیکلوپیڈیا ویٹرنیکا 1984 میں تعدد آلہہ کے عنوان کے تحت بتایا گیا ہے کہ مذاہب میں عمومی طور پر یہ بات پائی گئی ہے کہ فطرت کی طاقتوں اور فطرت کے مظاہر کو خدا مان لیا جاتا ہے۔</w:t>
      </w:r>
    </w:p>
    <w:p>
      <w:r>
        <w:rPr>
          <w:b/>
        </w:rPr>
        <w:t xml:space="preserve">[08:19] </w:t>
      </w:r>
      <w:r>
        <w:t>nihayat aasani ke sath in ko teen qismon mein banta ja sakta hai: aasmani, fazai aur zamini. yahi taqseem bajaye khud Hind Aryai mazhab mein tasleem ki gayi hai.</w:t>
      </w:r>
    </w:p>
    <w:p>
      <w:pPr>
        <w:jc w:val="right"/>
      </w:pPr>
      <w:r>
        <w:t>نہایت آسانی کے ساتھ ان کو تین قسموں میں بانٹا جا سکتا ہے: آسمانی، فضائی اور زمینی۔ یہی تقسیم بجائے خود ہند آریائی مذہب میں تسلیم کی گئی ہے۔</w:t>
      </w:r>
    </w:p>
    <w:p>
      <w:r>
        <w:rPr>
          <w:b/>
        </w:rPr>
        <w:t xml:space="preserve">[08:33] </w:t>
      </w:r>
      <w:r>
        <w:t>chunancha Sooraj un ke haan aasmani Khuda hai, Indra fazai Khuda hai jo toofan, barish aur jang lanay wala hai, Agni aag ka devta zamini waqiat ka sabab hai.</w:t>
      </w:r>
    </w:p>
    <w:p>
      <w:pPr>
        <w:jc w:val="right"/>
      </w:pPr>
      <w:r>
        <w:t>چنانچہ سورج ان کے ہاں آسمانی خدا ہے، اندر فضائی خدا ہے جو طوفان، بارش اور جنگ لانے والا ہے، اگنی آگ کا دیوتا زمینی واقعات کا سبب ہے۔</w:t>
      </w:r>
    </w:p>
    <w:p>
      <w:r>
        <w:rPr>
          <w:b/>
        </w:rPr>
        <w:t xml:space="preserve">[08:49] </w:t>
      </w:r>
      <w:r>
        <w:t>A widespread phenomena in religions is the identification of natural forces and objects as divinities.</w:t>
      </w:r>
    </w:p>
    <w:p>
      <w:pPr>
        <w:jc w:val="right"/>
      </w:pPr>
      <w:r>
        <w:t>A widespread phenomena in religions is the identification of natural forces and objects as divinities.</w:t>
      </w:r>
    </w:p>
    <w:p>
      <w:r>
        <w:rPr>
          <w:b/>
        </w:rPr>
        <w:t xml:space="preserve">[08:58] </w:t>
      </w:r>
      <w:r>
        <w:t>It is convenient to classify them as celestial, atmospheric and earthly. This classification itself explicitly recognized in Indo-Aryan religions.</w:t>
      </w:r>
    </w:p>
    <w:p>
      <w:pPr>
        <w:jc w:val="right"/>
      </w:pPr>
      <w:r>
        <w:t>It is convenient to classify them as celestial, atmospheric and earthly. This classification itself explicitly recognized in Indo-Aryan religions.</w:t>
      </w:r>
    </w:p>
    <w:p>
      <w:r>
        <w:rPr>
          <w:b/>
        </w:rPr>
        <w:t xml:space="preserve">[09:15] </w:t>
      </w:r>
      <w:r>
        <w:t>Surya, the sun god, is celestial. Indra, associated with storms, rain and battles, is atmospheric.</w:t>
      </w:r>
    </w:p>
    <w:p>
      <w:pPr>
        <w:jc w:val="right"/>
      </w:pPr>
      <w:r>
        <w:t>Surya, the sun god, is celestial. Indra, associated with storms, rain and battles, is atmospheric.</w:t>
      </w:r>
    </w:p>
    <w:p>
      <w:r>
        <w:rPr>
          <w:b/>
        </w:rPr>
        <w:t xml:space="preserve">[09:25] </w:t>
      </w:r>
      <w:r>
        <w:t>And Agni, the fire god, operates primarily at the earthly level.</w:t>
      </w:r>
    </w:p>
    <w:p>
      <w:pPr>
        <w:jc w:val="right"/>
      </w:pPr>
      <w:r>
        <w:t>And Agni, the fire god, operates primarily at the earthly level.</w:t>
      </w:r>
    </w:p>
    <w:p>
      <w:r>
        <w:rPr>
          <w:b/>
        </w:rPr>
        <w:t xml:space="preserve">[09:34] </w:t>
      </w:r>
      <w:r>
        <w:t>Islam se pehle insaan ka haal yeh tha ke woh har cheez ko poojta tha. woh Sooraj aur Chand se le kar darya aur pahaar tak har cheez ke aagay jhukta tha.</w:t>
      </w:r>
    </w:p>
    <w:p>
      <w:pPr>
        <w:jc w:val="right"/>
      </w:pPr>
      <w:r>
        <w:t>اسلام سے پہلے انسان کا حال یہ تھا کہ وہ ہر چیز کو پوجتا تھا۔ وہ سورج اور چاند سے لے کر دریا اور پہاڑ تک ہر چیز کے آگے جھکتا تھا۔</w:t>
      </w:r>
    </w:p>
    <w:p>
      <w:r>
        <w:rPr>
          <w:b/>
        </w:rPr>
        <w:t xml:space="preserve">[09:47] </w:t>
      </w:r>
      <w:r>
        <w:t>darakhton mein is ne darakht Khuda ya plant deities aur janwaron mein is ne janwar Khuda ya animal deities bana rakhe the. dunya ki tamam cheezein maabood bani hui theen aur insaan un ka ibadat guzar.</w:t>
      </w:r>
    </w:p>
    <w:p>
      <w:pPr>
        <w:jc w:val="right"/>
      </w:pPr>
      <w:r>
        <w:t>درختوں میں اس نے درخت خدا یا پلانٹ ڈیٹیز اور جانوروں میں اس نے جانور خدا یا اینیمل ڈیٹیز بنا رکھے تھے۔ دنیا کی تمام چیزیں معبود بنی ہوئی تھیں اور انسان ان کا عبادت گزار۔</w:t>
      </w:r>
    </w:p>
    <w:p>
      <w:r>
        <w:rPr>
          <w:b/>
        </w:rPr>
        <w:t xml:space="preserve">[10:03] </w:t>
      </w:r>
      <w:r>
        <w:t>is tarah insaan ne apni azmat kho di thi. Islam ke zariye tareekh mein jo inqilab aaya us ne pehli baar insaan ko us ki azmat ata ki.</w:t>
      </w:r>
    </w:p>
    <w:p>
      <w:pPr>
        <w:jc w:val="right"/>
      </w:pPr>
      <w:r>
        <w:t>اس طرح انسان نے اپنی عظمت کھو دی تھی۔ اسلام کے ذریعے تاریخ میں جو انقلاب آیا اس نے پہلی بار انسان کو اس کی عظمت عطا کی۔</w:t>
      </w:r>
    </w:p>
    <w:p>
      <w:r>
        <w:rPr>
          <w:b/>
        </w:rPr>
        <w:t xml:space="preserve">[10:16] </w:t>
      </w:r>
      <w:r>
        <w:t>shirk ba-alfaaz-e-deegar mazahir-e-fitrat ki parastish ka riwaj qadeem zamanay mein scientific taraqqiyon mein rukawat bana hua tha.</w:t>
      </w:r>
    </w:p>
    <w:p>
      <w:pPr>
        <w:jc w:val="right"/>
      </w:pPr>
      <w:r>
        <w:t>شرک بالفاظ دیگر مظاہر فطرت کی پرستش کا رواج قدیم زمانے میں سائنسی ترقیوں میں رکاوٹ بنا ہوا تھا۔</w:t>
      </w:r>
    </w:p>
    <w:p>
      <w:r>
        <w:rPr>
          <w:b/>
        </w:rPr>
        <w:t xml:space="preserve">[10:26] </w:t>
      </w:r>
      <w:r>
        <w:t>insaan fitrat ke muzahir ko maabood samajh kar unhein taqaddus ki nazar se dekhta tha. is liye is ke andar yeh jazba hi paida nahi hota tha ke woh in muzahir ki tehqeeq kare aur un ko apne faiday ke liye istemaal kare.</w:t>
      </w:r>
    </w:p>
    <w:p>
      <w:pPr>
        <w:jc w:val="right"/>
      </w:pPr>
      <w:r>
        <w:t>انسان فطرت کے مظاہر کو معبود سمجھ کر انہیں تقدس کی نظر سے دیکھتا تھا۔ اس لیے اس کے اندر یہ جذبہ ہی پیدا نہیں ہوتا تھا کہ وہ ان مظاہر کی تحقیق کرے اور ان کو اپنے فائدے کے لیے استعمال کرے۔</w:t>
      </w:r>
    </w:p>
    <w:p>
      <w:r>
        <w:rPr>
          <w:b/>
        </w:rPr>
        <w:t xml:space="preserve">[10:42] </w:t>
      </w:r>
      <w:r>
        <w:t>fitrat ke muzahir, fitrat ke muzahir jab parastish ka mauzu bane hue hon to usi waqt woh tehqeeq ka mauzu nahi ban sakte.</w:t>
      </w:r>
    </w:p>
    <w:p>
      <w:pPr>
        <w:jc w:val="right"/>
      </w:pPr>
      <w:r>
        <w:t>فطرت کے مظاہر، فطرت کے مظاہر جب پرستش کا موضوع بنے ہوئے ہوں تو اسی وقت وہ تحقیق کا موضوع نہیں بن سکتے۔</w:t>
      </w:r>
    </w:p>
    <w:p>
      <w:r>
        <w:rPr>
          <w:b/>
        </w:rPr>
        <w:t xml:space="preserve">[10:52] </w:t>
      </w:r>
      <w:r>
        <w:t>yeh buniyadi sabab tha jo tabai science ka daur shuru hone mein rukawat bana hua tha.</w:t>
      </w:r>
    </w:p>
    <w:p>
      <w:pPr>
        <w:jc w:val="right"/>
      </w:pPr>
      <w:r>
        <w:t>یہ بنیادی سبب تھا جو طبعی سائنس کا دور شروع ہونے میں رکاوٹ بنا ہوا تھا۔</w:t>
      </w:r>
    </w:p>
    <w:p>
      <w:r>
        <w:rPr>
          <w:b/>
        </w:rPr>
        <w:t xml:space="preserve">[11:01] </w:t>
      </w:r>
      <w:r>
        <w:t>islam ne tareekh mein pehli baar is sabab ko khatam kiya. is liye islam ke baad tareekh mein pehli baar yeh mumkin hua ke tabai science ka daur shuru hua aur bil aakhir is had ko pohancha jahan aaj hum is ko dekh rahe hain.</w:t>
      </w:r>
    </w:p>
    <w:p>
      <w:pPr>
        <w:jc w:val="right"/>
      </w:pPr>
      <w:r>
        <w:t>اسلام نے تاریخ میں پہلی بار اس سبب کو ختم کیا۔ اس لیے اسلام کے بعد تاریخ میں پہلی بار یہ ممکن ہوا کہ طبعی سائنس کا دور شروع ہوا اور بالآخر اس حد کو پہنچا جہاں آج ہم اس کو دیکھ رہے ہیں۔</w:t>
      </w:r>
    </w:p>
    <w:p>
      <w:r>
        <w:rPr>
          <w:b/>
        </w:rPr>
        <w:t xml:space="preserve">[11:19] </w:t>
      </w:r>
      <w:r>
        <w:t>arnold toynbee ne baja taur par likha hai ke yeh darasal tauheed ya monotheism ka aqeedah hai. monotheism ka aqeedah hai jis ne jadeed science aur sanati daur ko paida kiya.</w:t>
      </w:r>
    </w:p>
    <w:p>
      <w:pPr>
        <w:jc w:val="right"/>
      </w:pPr>
      <w:r>
        <w:t>آرنلڈ ٹوائن بی نے بجا طور پر لکھا ہے کہ یہ دراصل توحید یا مونو دیزم کا عقیدہ ہے۔ مونو دیزم کا عقیدہ ہے جس نے جدید سائنس اور صنعتی دور کو پیدا کیا۔</w:t>
      </w:r>
    </w:p>
    <w:p>
      <w:r>
        <w:rPr>
          <w:b/>
        </w:rPr>
        <w:t xml:space="preserve">[11:33] </w:t>
      </w:r>
      <w:r>
        <w:t>kyun ke tauheed ke inqilab se pehle duniya mein amli taur par shirk ka ghalba tha. shirk ke aqeedah ke tehat aadmi fitrat ya nature ko poojne ki cheez samjhe hue tha.</w:t>
      </w:r>
    </w:p>
    <w:p>
      <w:pPr>
        <w:jc w:val="right"/>
      </w:pPr>
      <w:r>
        <w:t>کیونکہ توحید کے انقلاب سے پہلے دنیا میں عملی طور پر شرک کا غلبہ تھا۔ شرک کے عقیدے کے تحت آدمی فطرت یا نیچر کو پوجنے کی چیز سمجھے ہوئے تھا۔</w:t>
      </w:r>
    </w:p>
    <w:p>
      <w:r>
        <w:rPr>
          <w:b/>
        </w:rPr>
        <w:t xml:space="preserve">[11:46] </w:t>
      </w:r>
      <w:r>
        <w:t>phir woh is ko tehqeeq o taskheer ki cheez kaise samajhta? jab ke fitrat ko tehqeeq aur taskheer ki cheez samajhne ke baad hi is ilm ka aaghaz hota hai jis ko tabai science kehte hain.</w:t>
      </w:r>
    </w:p>
    <w:p>
      <w:pPr>
        <w:jc w:val="right"/>
      </w:pPr>
      <w:r>
        <w:t>پھر وہ اس کو تحقیق و تسخیر کی چیز کیسے سمجھتا؟ جبکہ فطرت کو تحقیق اور تسخیر کی چیز سمجھنے کے بعد ہی اس علم کا آغاز ہوتا ہے جس کو طبعی سائنس کہتے ہیں۔</w:t>
      </w:r>
    </w:p>
    <w:p>
      <w:r>
        <w:rPr>
          <w:b/>
        </w:rPr>
        <w:t xml:space="preserve">[11:59] </w:t>
      </w:r>
      <w:r>
        <w:t>quran mein mukhtalif andaaz se yeh baat kahi gayi hai ke zameen o aasman ki nishaniyon ya muzahir fitrat par ghaur karo. quran mein is qism ki saat so aayatein shumaar ki gayi hain jin mein muzahir fitrat par ghaur karne ki talqeen ki gayi hai.</w:t>
      </w:r>
    </w:p>
    <w:p>
      <w:pPr>
        <w:jc w:val="right"/>
      </w:pPr>
      <w:r>
        <w:t>قرآن میں مختلف انداز سے یہ بات کہی گئی ہے کہ زمین و آسمان کی نشانیوں یا مظاہر فطرت پر غور کرو۔ قرآن میں اس قسم کی سات سو آیتیں شمار کی گئی ہیں جن میں مظاہر فطرت پر غور کرنے کی تلقین کی گئی ہے۔</w:t>
      </w:r>
    </w:p>
    <w:p>
      <w:r>
        <w:rPr>
          <w:b/>
        </w:rPr>
        <w:t xml:space="preserve">[12:18] </w:t>
      </w:r>
      <w:r>
        <w:t>agar bil waasta aayaton ko bhi shamil kiya jaye to un ki tadaad ek hazar tak pahanch jayegi. yeh maloom insani tareekh mein bilkul nayi awaaz thi.</w:t>
      </w:r>
    </w:p>
    <w:p>
      <w:pPr>
        <w:jc w:val="right"/>
      </w:pPr>
      <w:r>
        <w:t>اگر بالواسطہ آیتوں کو بھی شامل کیا جائے تو ان کی تعداد ایک ہزار تک پہنچ جائے گی۔ یہ معلوم انسانی تاریخ میں بالکل نئی آواز تھی۔</w:t>
      </w:r>
    </w:p>
    <w:p>
      <w:r>
        <w:rPr>
          <w:b/>
        </w:rPr>
        <w:t xml:space="preserve">[12:29] </w:t>
      </w:r>
      <w:r>
        <w:t>kyun ke is se pehle insaan sirf yeh jaanta tha ke woh muzahir fitrat ko pooje. ek aisi duniya jis mein hazaron baras se insaan sirf yeh jaanta tha ke muzahir fitrat poojne ki cheez hain.</w:t>
      </w:r>
    </w:p>
    <w:p>
      <w:pPr>
        <w:jc w:val="right"/>
      </w:pPr>
      <w:r>
        <w:t>کیونکہ اس سے پہلے انسان صرف یہ جانتا تھا کہ وہ مظاہر فطرت کو پوجے۔ ایک ایسی دنیا جس میں ہزاروں برس سے انسان صرف یہ جانتا تھا کہ مظاہر فطرت پوجنے کی چیز ہیں۔</w:t>
      </w:r>
    </w:p>
    <w:p>
      <w:r>
        <w:rPr>
          <w:b/>
        </w:rPr>
        <w:t xml:space="preserve">[12:47] </w:t>
      </w:r>
      <w:r>
        <w:t>wohahan quran ne yeh awaaz buland ki ke muzahir fitrat is liye hain ke un par ghaur kiya jaye aur un mein chupi hui hikmaton ko daryaft kiya jaye.</w:t>
      </w:r>
    </w:p>
    <w:p>
      <w:pPr>
        <w:jc w:val="right"/>
      </w:pPr>
      <w:r>
        <w:t>وہاں قرآن نے یہ آواز بلند کی کہ مظاہر فطرت اس لیے ہیں کہ ان پر غور کیا جائے اور ان میں چھپی ہوئی حکمتوں کو دریافت کیا جائے۔</w:t>
      </w:r>
    </w:p>
    <w:p>
      <w:r>
        <w:rPr>
          <w:b/>
        </w:rPr>
        <w:t xml:space="preserve">[12:57] </w:t>
      </w:r>
      <w:r>
        <w:t>islam ka yeh paigham sirf paigham na raha balke sau saal ke andar hi woh ek aalmi inqilab ban gaya. is ne awalan arab ke dil o dimaagh ko fateh kiya phir woh asia aur africa aur europe tak pohancha.</w:t>
      </w:r>
    </w:p>
    <w:p>
      <w:pPr>
        <w:jc w:val="right"/>
      </w:pPr>
      <w:r>
        <w:t>اسلام کا یہ پیغام صرف پیغام نہ رہا بلکہ سو سال کے اندر ہی وہ ایک عالمی انقلاب بن گیا۔ اس نے اولا عرب کے دل و دماغ کو فتح کیا پھر وہ ایشیا اور افریقہ اور یورپ تک پہنچ گیا۔</w:t>
      </w:r>
    </w:p>
    <w:p>
      <w:r>
        <w:rPr>
          <w:b/>
        </w:rPr>
        <w:t xml:space="preserve">[13:16] </w:t>
      </w:r>
      <w:r>
        <w:t>is ne arab ke butkhane khatam kar diye. irani aur romi shehanshayatein is zamane mein shirk ki sab se badi sarparast thin.</w:t>
      </w:r>
    </w:p>
    <w:p>
      <w:pPr>
        <w:jc w:val="right"/>
      </w:pPr>
      <w:r>
        <w:t>اس نے عرب کے بت خانے ختم کر دیے۔ ایرانی اور رومی شہنشاہتیں اس زمانے میں شرک کی سب سے بڑی سرپرست تھیں۔</w:t>
      </w:r>
    </w:p>
    <w:p>
      <w:r>
        <w:rPr>
          <w:b/>
        </w:rPr>
        <w:t xml:space="preserve">[13:26] </w:t>
      </w:r>
      <w:r>
        <w:t>donon ko islam ne maghloob kar liya aur tauheed ka ghalba taqreeban poori abad duniya mein qaim kar diya.</w:t>
      </w:r>
    </w:p>
    <w:p>
      <w:pPr>
        <w:jc w:val="right"/>
      </w:pPr>
      <w:r>
        <w:t>دونوں کو اسلام نے مغلوب کر لیا اور توحید کا غلبہ تقریباً پوری آباد دنیا میں قائم کر دیا۔</w:t>
      </w:r>
    </w:p>
    <w:p>
      <w:r>
        <w:rPr>
          <w:b/>
        </w:rPr>
        <w:t xml:space="preserve">[13:38] </w:t>
      </w:r>
      <w:r>
        <w:t>islam ki is nafe bakhshi ko tamam mansaf mizaj murikhin ne tasleem kiya hai. yahan hum encyclopedia britannica 1984 ka ek paragraph naqal karte hain.</w:t>
      </w:r>
    </w:p>
    <w:p>
      <w:pPr>
        <w:jc w:val="right"/>
      </w:pPr>
      <w:r>
        <w:t>اسلام کی اس نفع بخشی کو تمام منصف مزاج مورخین نے تسلیم کیا ہے۔ یہاں ہم انسائیکلوپیڈیا ویٹرنیکا 1984 کا ایک پیراگراف نقل کرتے ہیں۔</w:t>
      </w:r>
    </w:p>
    <w:p>
      <w:r>
        <w:rPr>
          <w:b/>
        </w:rPr>
        <w:t xml:space="preserve">[13:53] </w:t>
      </w:r>
      <w:r>
        <w:t>Islamic culture is the most relevant to European science.</w:t>
      </w:r>
    </w:p>
    <w:p>
      <w:pPr>
        <w:jc w:val="right"/>
      </w:pPr>
      <w:r>
        <w:t>Islamic culture is the most relevant to European science.</w:t>
      </w:r>
    </w:p>
    <w:p>
      <w:r>
        <w:rPr>
          <w:b/>
        </w:rPr>
        <w:t xml:space="preserve">[13:58] </w:t>
      </w:r>
      <w:r>
        <w:t>There was active cultural contact between Arabic speaking lands and Latin Europe. Conquest by the prophets' followers began in the seventh century, and by the tenth, Arabic was the literate language of nations stretching from Persia to Spain.</w:t>
      </w:r>
    </w:p>
    <w:p>
      <w:pPr>
        <w:jc w:val="right"/>
      </w:pPr>
      <w:r>
        <w:t>There was active cultural contact between Arabic speaking lands and Latin Europe. Conquest by the prophets' followers began in the seventh century, and by the tenth, Arabic was the literate language of nations stretching from Persia to Spain.</w:t>
      </w:r>
    </w:p>
    <w:p>
      <w:r>
        <w:rPr>
          <w:b/>
        </w:rPr>
        <w:t xml:space="preserve">[14:18] </w:t>
      </w:r>
      <w:r>
        <w:t>Arabic conquerors generally brought peace and prosperity to the countries they settled.</w:t>
      </w:r>
    </w:p>
    <w:p>
      <w:pPr>
        <w:jc w:val="right"/>
      </w:pPr>
      <w:r>
        <w:t>Arabic conquerors generally brought peace and prosperity to the countries they settled.</w:t>
      </w:r>
    </w:p>
    <w:p>
      <w:r>
        <w:rPr>
          <w:b/>
        </w:rPr>
        <w:t xml:space="preserve">[14:27] </w:t>
      </w:r>
      <w:r>
        <w:t>islami tehzeeb ka talluq European science se bohat zyada hai. arabi zaban bolne wale ilaqon aur latini Europe ke darmiyan nihayat gehra rabta qaim tha.</w:t>
      </w:r>
    </w:p>
    <w:p>
      <w:pPr>
        <w:jc w:val="right"/>
      </w:pPr>
      <w:r>
        <w:t>اسلامی تہذیب کا تعلق یورپی سائنس سے بہت زیادہ ہے۔ عربی زبان بولنے والے علاقوں اور لاطینی یورپ کے درمیان نہایت گہرا رابطہ قائم تھا۔</w:t>
      </w:r>
    </w:p>
    <w:p>
      <w:r>
        <w:rPr>
          <w:b/>
        </w:rPr>
        <w:t xml:space="preserve">[14:39] </w:t>
      </w:r>
      <w:r>
        <w:t>paighambar ke pairawon ki futuhat saatveen sadi eesvi mein shuru huin aur dasveen sadi tak yeh haal ho gaya ke arabi zaban iran se le kar spain tak ki tamam qaumon ki ilmi zaban ban gayi.</w:t>
      </w:r>
    </w:p>
    <w:p>
      <w:pPr>
        <w:jc w:val="right"/>
      </w:pPr>
      <w:r>
        <w:t>پیغمبر کے پیروؤں کی فتوحات ساتویں صدی عیسوی میں شروع ہوئیں اور دسویں صدی تک یہ حال ہو گیا کہ عربی زبان ایران سے لے کر اسپین تک کی تمام قوموں کی علمی زبان بن گئی۔</w:t>
      </w:r>
    </w:p>
    <w:p>
      <w:r>
        <w:rPr>
          <w:b/>
        </w:rPr>
        <w:t xml:space="preserve">[14:53] </w:t>
      </w:r>
      <w:r>
        <w:t>arab fatehine jahan gaye wahan aam taur par woh aman aur khushhali le gaye. quran ke zariye aalmi satah par jo fikri inqilab aaya us ne tareekh mein pehli baar nayi qism ki sargharmiyan shuru kar din.</w:t>
      </w:r>
    </w:p>
    <w:p>
      <w:pPr>
        <w:jc w:val="right"/>
      </w:pPr>
      <w:r>
        <w:t>عرب فاتحین جہاں گئے وہاں عام طور پر وہ امن اور خوشحالی لے گئے۔ قرآن کے ذریعے عالمی سطح پر جو فکری انقلاب آیا اس نے تاریخ میں پہلی بار نئی قسم کی سرگرمیاں شروع کر دیں۔</w:t>
      </w:r>
    </w:p>
    <w:p>
      <w:r>
        <w:rPr>
          <w:b/>
        </w:rPr>
        <w:t xml:space="preserve">[15:12] </w:t>
      </w:r>
      <w:r>
        <w:t>insaan ne apne aap ko ek aisi duniya mein paya jo poojne ki cheez nahi balkeh bartne ki cheez thi. jis ka woh tabe na tha balkeh woh is ke liye masakhar ki gayi thi ke woh is ko apna tabe banae.</w:t>
      </w:r>
    </w:p>
    <w:p>
      <w:pPr>
        <w:jc w:val="right"/>
      </w:pPr>
      <w:r>
        <w:t>انسان نے اپنے آپ کو ایک ایسی دنیا میں پایا جو پوجنے کی چیز نہیں بلکہ برتنے کی چیز تھی۔ جس کا وہ تابع نہ تھا بلکہ وہ اس کے لیے مسخر کی گئی تھی کہ وہ اس کو اپنا تابع بنائے۔</w:t>
      </w:r>
    </w:p>
    <w:p>
      <w:r>
        <w:rPr>
          <w:b/>
        </w:rPr>
        <w:t xml:space="preserve">[15:28] </w:t>
      </w:r>
      <w:r>
        <w:t>chanaanche islam ke azeem ul shaan aqeedati inqilab ke sath ek azeem ul shaan ilmi aur zehni inqilab bhi shuru ho gaya.</w:t>
      </w:r>
    </w:p>
    <w:p>
      <w:pPr>
        <w:jc w:val="right"/>
      </w:pPr>
      <w:r>
        <w:t>چنانچہ اسلام کے عظیم الشان اعتقادی انقلاب کے ساتھ ایک عظیم الشان علمی اور ذہنی انقلاب بھی شروع ہو گیا۔</w:t>
      </w:r>
    </w:p>
    <w:p>
      <w:r>
        <w:rPr>
          <w:b/>
        </w:rPr>
        <w:t xml:space="preserve">[15:38] </w:t>
      </w:r>
      <w:r>
        <w:t>islam ke manne walon ne jab ek qadir e mutlaq khuda ko paya to usi ke sath unhon ne doosri tamam cheezon ko bhi pa liya.</w:t>
      </w:r>
    </w:p>
    <w:p>
      <w:pPr>
        <w:jc w:val="right"/>
      </w:pPr>
      <w:r>
        <w:t>اسلام کے ماننے والوں نے جب ایک قادر مطلق خدا کو پایا تو اسی کے ساتھ انہوں نے دوسری تمام چیزوں کو بھی پا لیا۔</w:t>
      </w:r>
    </w:p>
    <w:p>
      <w:r>
        <w:rPr>
          <w:b/>
        </w:rPr>
        <w:t xml:space="preserve">[15:49] </w:t>
      </w:r>
      <w:r>
        <w:t>unhon ne har maidan mein tarqqiyan shuru kar din. un se duniya ko woh cheezen milne lagin jo abhi tak is ko nahi mili thin.</w:t>
      </w:r>
    </w:p>
    <w:p>
      <w:pPr>
        <w:jc w:val="right"/>
      </w:pPr>
      <w:r>
        <w:t>انہوں نے ہر میدان میں ترقیاں شروع کر دیں۔ ان سے دنیا کو وہ چیزیں ملنے لگیں جو ابھی تک اس کو نہیں ملی تھیں۔</w:t>
      </w:r>
    </w:p>
    <w:p>
      <w:r>
        <w:rPr>
          <w:b/>
        </w:rPr>
        <w:t xml:space="preserve">[15:59] </w:t>
      </w:r>
      <w:r>
        <w:t>chunanche is daur mein paida hone wali jitni bhi qabil zikr taraqqiyan hain un ka mutalea kijiye to har taraqqi ke peechay kisi na kisi musalman ka hath kaam karta nazar ayega.</w:t>
      </w:r>
    </w:p>
    <w:p>
      <w:pPr>
        <w:jc w:val="right"/>
      </w:pPr>
      <w:r>
        <w:t>چنانچہ اس دور میں پیدا ہونے والی جتنی بھی قابل ذکر ترقیاں ہیں ان کا مطالعہ کیجیے تو ہر ترقی کے پیچھے کسی نہ کسی مسلمان کا ہاتھ کام کرتا نظر آئے گا۔</w:t>
      </w:r>
    </w:p>
    <w:p>
      <w:r>
        <w:rPr>
          <w:b/>
        </w:rPr>
        <w:t xml:space="preserve">[16:13] </w:t>
      </w:r>
      <w:r>
        <w:t>chand tareekhi hawale:</w:t>
      </w:r>
    </w:p>
    <w:p>
      <w:pPr>
        <w:jc w:val="right"/>
      </w:pPr>
      <w:r>
        <w:t>چند تاریخی حوالے:</w:t>
      </w:r>
    </w:p>
    <w:p>
      <w:r>
        <w:rPr>
          <w:b/>
        </w:rPr>
        <w:t xml:space="preserve">[16:18] </w:t>
      </w:r>
      <w:r>
        <w:t>tauheed is dunya ki sab se bari sachai hai. tauheed ko ikhtiyar karne ki wajah se daur awwal ke musalmanon ke liye yeh mumkin hua ke woh dunya walon ke darmiyan ek aisi baradari ban kar ubhren jin ka har taraf istaqbal kiya jaye aur jin se dunya walon ko har qism ka nafa hasil ho.</w:t>
      </w:r>
    </w:p>
    <w:p>
      <w:pPr>
        <w:jc w:val="right"/>
      </w:pPr>
      <w:r>
        <w:t>توحید اس دنیا کی سب سے بڑی سچائی ہے۔ توحید کو اختیار کرنے کی وجہ سے دور اول کے مسلمانوں کے لیے یہ ممکن ہوا کہ وہ دنیا والوں کے درمیان ایک ایسی برادری بن کر ابھریں جن کا ہر طرف استقبال کیا جائے اور جن سے دنیا والوں کو ہر قسم کا نفع حاصل ہو۔</w:t>
      </w:r>
    </w:p>
    <w:p>
      <w:r>
        <w:rPr>
          <w:b/>
        </w:rPr>
        <w:t xml:space="preserve">[16:42] </w:t>
      </w:r>
      <w:r>
        <w:t>yahan hum is silsile mein chand misalein darj karenge. number ek: islami inqilab ke baad kai so saal aise guzre hain jab musalman sari dunya mein ilm-e-tib ke imam thay.</w:t>
      </w:r>
    </w:p>
    <w:p>
      <w:pPr>
        <w:jc w:val="right"/>
      </w:pPr>
      <w:r>
        <w:t>یہاں ہم اس سلسلے میں چند مثالیں درج کریں گے۔ نمبر ایک: اسلامی انقلاب کے بعد کئی سو سال ایسے گزرے ہیں جب مسلمان ساری دنیا میں علم طب کے امام تھے۔</w:t>
      </w:r>
    </w:p>
    <w:p>
      <w:r>
        <w:rPr>
          <w:b/>
        </w:rPr>
        <w:t xml:space="preserve">[16:58] </w:t>
      </w:r>
      <w:r>
        <w:t>dunya ke baray baray log muslim atibba se rujoo karte thay aur tib mein musalmanon ki tasneefat har jagah fan-e-tib ka ma'khaz bani hui theen.</w:t>
      </w:r>
    </w:p>
    <w:p>
      <w:pPr>
        <w:jc w:val="right"/>
      </w:pPr>
      <w:r>
        <w:t>دنیا کے بڑے بڑے لوگ مسلم اطباء سے رجوع کرتے تھے اور طب میں مسلمانوں کی تصنیفات ہر جگہ فن طب کا ماخذ بنی ہوئی تھیں۔</w:t>
      </w:r>
    </w:p>
    <w:p>
      <w:r>
        <w:rPr>
          <w:b/>
        </w:rPr>
        <w:t xml:space="preserve">[17:10] </w:t>
      </w:r>
      <w:r>
        <w:t>europe ka sab se pehla medical college sarno italy mein qaim hua. yeh medical college gyarween sadi isvi mein qaim hua tha.</w:t>
      </w:r>
    </w:p>
    <w:p>
      <w:pPr>
        <w:jc w:val="right"/>
      </w:pPr>
      <w:r>
        <w:t>یورپ کا سب سے پہلا میڈیکل کالج سارنو اٹلی میں قائم ہوا۔ یہ میڈیکل کالج گیارہویں صدی عیسوی میں قائم ہوا تھا۔</w:t>
      </w:r>
    </w:p>
    <w:p>
      <w:r>
        <w:rPr>
          <w:b/>
        </w:rPr>
        <w:t xml:space="preserve">[17:21] </w:t>
      </w:r>
      <w:r>
        <w:t>is ka nisaab bari had tak un tibbi kitabon par mushtamil tha jo arabi zaban se latini zaban mein tarjuma ki gayi theen.</w:t>
      </w:r>
    </w:p>
    <w:p>
      <w:pPr>
        <w:jc w:val="right"/>
      </w:pPr>
      <w:r>
        <w:t>اس کا نصاب بڑی حد تک ان طبی کتابوں پر مشتمل تھا جو عربی زبان سے لاطینی زبان میں ترجمہ کی گئی تھیں۔</w:t>
      </w:r>
    </w:p>
    <w:p>
      <w:r>
        <w:rPr>
          <w:b/>
        </w:rPr>
        <w:t xml:space="preserve">[17:31] </w:t>
      </w:r>
      <w:r>
        <w:t>encyclopedia britannica ne is ke tazkire ke zail mein likha hai ke europe mein barahween sadi ne arabi se latini mein kitabon ke tarjume ka ek heiroana program dekha.</w:t>
      </w:r>
    </w:p>
    <w:p>
      <w:pPr>
        <w:jc w:val="right"/>
      </w:pPr>
      <w:r>
        <w:t>انسائیکلوپیڈیا ویٹرنیکا نے اس کے تذکرے کے ذیل میں لکھا ہے کہ یورپ میں بارہویں صدی نے عربی سے لاطینی میں کتابوں کے ترجمے کا ایک ہیروانہ پروگرام دیکھا۔</w:t>
      </w:r>
    </w:p>
    <w:p>
      <w:r>
        <w:rPr>
          <w:b/>
        </w:rPr>
        <w:t xml:space="preserve">[17:45] </w:t>
      </w:r>
      <w:r>
        <w:t>yeh baat bohat aham hai ke europe ka ibtidai tibbi school jo salerno mein qaim hua aur doosra jo montpellier mein qaim hua, dono arabi aur yahoodi ma'khazon se bohat qareeb thay.</w:t>
      </w:r>
    </w:p>
    <w:p>
      <w:pPr>
        <w:jc w:val="right"/>
      </w:pPr>
      <w:r>
        <w:t>یہ بات بہت اہم ہے کہ یورپ کا ابتدائی طبی اسکول جو سیلر نو میں قائم ہوا اور دوسرا جو ماؤنٹ پیلیئر میں قائم ہوا، دونوں عربی اور یہودی ماخذوں سے بہت قریب تھے۔</w:t>
      </w:r>
    </w:p>
    <w:p>
      <w:r>
        <w:rPr>
          <w:b/>
        </w:rPr>
        <w:t xml:space="preserve">[18:01] </w:t>
      </w:r>
      <w:r>
        <w:t>The twelfth century saw a heroic program of translation of works from Arabic to Latin. It is significant that the earliest medical school in Europe was at Salar No and that it was later rivaled by Montpellier, also close to Arabic and Jewish sources.</w:t>
      </w:r>
    </w:p>
    <w:p>
      <w:pPr>
        <w:jc w:val="right"/>
      </w:pPr>
      <w:r>
        <w:t>The twelfth century saw a heroic program of translation of works from Arabic to Latin. It is significant that the earliest medical school in Europe was at Salar No and that it was later rivaled by Montpellier, also close to Arabic and Jewish sources.</w:t>
      </w:r>
    </w:p>
    <w:p>
      <w:r>
        <w:rPr>
          <w:b/>
        </w:rPr>
        <w:t xml:space="preserve">[18:23] </w:t>
      </w:r>
      <w:r>
        <w:t>professor hitti ne is silsile mein mazeed tafseel bayan karte hue likha hai ke al-zahrawi ki kitab al-tasreef liman ajza an al-talif ka surgery se mutaliq hissa gherard of cremona ne arabi se latini mein tarjuma kiya.</w:t>
      </w:r>
    </w:p>
    <w:p>
      <w:pPr>
        <w:jc w:val="right"/>
      </w:pPr>
      <w:r>
        <w:t>پروفیسر ہٹی نے اس سلسلے میں مزید تفصیل بیان کرتے ہوئے لکھا ہے کہ الزہراوی کی کتاب التصریف لمن اجزا عن التالیف کا سرجری سے متعلق حصہ گیراڈ آف کریمونا نے عربی سے لاطینی میں ترجمہ کیا۔</w:t>
      </w:r>
    </w:p>
    <w:p>
      <w:r>
        <w:rPr>
          <w:b/>
        </w:rPr>
        <w:t xml:space="preserve">[18:41] </w:t>
      </w:r>
      <w:r>
        <w:t>europe mein is ke mukhtalif edition chhapay: venice mein 1497 mein, basel mein 1541 mein, oxford mein 1778 mein.</w:t>
      </w:r>
    </w:p>
    <w:p>
      <w:pPr>
        <w:jc w:val="right"/>
      </w:pPr>
      <w:r>
        <w:t>یورپ میں اس کے مختلف ایڈیشن چھپے: وینس میں 1497 میں، بیسل میں 1541 میں، آکسفورڈ میں 1778 میں۔</w:t>
      </w:r>
    </w:p>
    <w:p>
      <w:r>
        <w:rPr>
          <w:b/>
        </w:rPr>
        <w:t xml:space="preserve">[18:54] </w:t>
      </w:r>
      <w:r>
        <w:t>yeh tarjuma sadiyon tak salerno aur montpellier aur doosre europi tibbi idaron mein nisaab-e-taleem ka juz bana raha. This surgical part was translated into Latin by Gherard of Cremona and various editions were published at Venice 1497, at Bessel in 1541, and at Oxford in 1778.</w:t>
      </w:r>
    </w:p>
    <w:p>
      <w:pPr>
        <w:jc w:val="right"/>
      </w:pPr>
      <w:r>
        <w:t>یہ ترجمہ صدیوں تک سیلر نو اور ماؤنٹ پیلیئر اور دوسرے یورپی طبی اداروں میں نصاب تعلیم کا جز بنا رہا۔ This surgical part was translated into Latin by Gherard of Cremona and various editions were published at Venice 1497, at Bessel in 1541, and at Oxford in 1778.</w:t>
      </w:r>
    </w:p>
    <w:p>
      <w:r>
        <w:rPr>
          <w:b/>
        </w:rPr>
        <w:t xml:space="preserve">[19:20] </w:t>
      </w:r>
      <w:r>
        <w:t>It held its place for centuries as the manual of surgery in Salar No, Montpellier, and other early schools of medicine.</w:t>
      </w:r>
    </w:p>
    <w:p>
      <w:pPr>
        <w:jc w:val="right"/>
      </w:pPr>
      <w:r>
        <w:t>It held its place for centuries as the manual of surgery in Salar No, Montpellier, and other early schools of medicine.</w:t>
      </w:r>
    </w:p>
    <w:p>
      <w:r>
        <w:rPr>
          <w:b/>
        </w:rPr>
        <w:t xml:space="preserve">[19:33] </w:t>
      </w:r>
      <w:r>
        <w:t>aaj aap jadeed tarz ke kisi hospital ya kisi medical college mein dakhil hon to wahan ki har cheez aap ko maghribi tehzeeb ka tohfa nazar ayegi.</w:t>
      </w:r>
    </w:p>
    <w:p>
      <w:pPr>
        <w:jc w:val="right"/>
      </w:pPr>
      <w:r>
        <w:t>آج آپ جدید طرز کے کسی ہسپتال یا کسی میڈیکل کالج میں داخل ہوں تو وہاں کی ہر چیز آپ کو مغربی تہذیب کا عطیہ نظر آئے گی۔</w:t>
      </w:r>
    </w:p>
    <w:p>
      <w:r>
        <w:rPr>
          <w:b/>
        </w:rPr>
        <w:t xml:space="preserve">[19:42] </w:t>
      </w:r>
      <w:r>
        <w:t>magar chand so saal pehle yeh haal tha ke aap waqt ke kisi mayari hospital ya kisi medical college mein dakhil hon to wahan ki har cheez islami tehzeeb ka tohfa nazar aati thi.</w:t>
      </w:r>
    </w:p>
    <w:p>
      <w:pPr>
        <w:jc w:val="right"/>
      </w:pPr>
      <w:r>
        <w:t>مگر چند سو سال پہلے یہ حال تھا کہ آپ وقت کے کسی معیاری ہسپتال یا کسی میڈیکل کالج میں داخل ہوں تو وہاں کی ہر چیز اسلامی تہذیب کا عطیہ نظر آتی تھی۔</w:t>
      </w:r>
    </w:p>
    <w:p>
      <w:r>
        <w:rPr>
          <w:b/>
        </w:rPr>
        <w:t xml:space="preserve">[19:56] </w:t>
      </w:r>
      <w:r>
        <w:t>yeh hai woh bunyadi farq jo musalmanon ke maazi aur un ke haal mein paida ho gaya hai. number do: geography ek be had aham science hai.</w:t>
      </w:r>
    </w:p>
    <w:p>
      <w:pPr>
        <w:jc w:val="right"/>
      </w:pPr>
      <w:r>
        <w:t>یہ ہے وہ بنیادی فرق جو مسلمانوں کے ماضی اور ان کے حال میں پیدا ہو گیا ہے۔ نمبر دو: جغرافیہ ایک بے حد اہم سائنس ہے۔</w:t>
      </w:r>
    </w:p>
    <w:p>
      <w:r>
        <w:rPr>
          <w:b/>
        </w:rPr>
        <w:t xml:space="preserve">[20:07] </w:t>
      </w:r>
      <w:r>
        <w:t>iska talluq zindagi ke beshumar shobon se hai. daur awwal ke musalmanon ne is fun mein bhi kamal paida kiya. misal ke taur par al-idrisi apne zamanay mein dunya ka sab se bara geography alam tha.</w:t>
      </w:r>
    </w:p>
    <w:p>
      <w:pPr>
        <w:jc w:val="right"/>
      </w:pPr>
      <w:r>
        <w:t>اس کا تعلق زندگی کے بے شمار شعبوں سے ہے۔ دور اول کے مسلمانوں نے اس فن میں بھی کمال پیدا کیا۔ مثال کے طور پر الادریسی اپنے زمانے میں دنیا کا سب سے بڑا جغرافی عالم تھا۔</w:t>
      </w:r>
    </w:p>
    <w:p>
      <w:r>
        <w:rPr>
          <w:b/>
        </w:rPr>
        <w:t xml:space="preserve">[20:23] </w:t>
      </w:r>
      <w:r>
        <w:t>professor philip hitti ne is ki babat hasb-e-zeil alfaaz likhe hain: "The most distinguished geographer of the Middle Ages" yani qurun-e-wusta ka sab se ziyada mumtaz geography dan.</w:t>
      </w:r>
    </w:p>
    <w:p>
      <w:pPr>
        <w:jc w:val="right"/>
      </w:pPr>
      <w:r>
        <w:t>پروفیسر فلپ ہٹی نے اس کی بابت حسب ذیل الفاظ لکھے ہیں: "The most distinguished geographer of the Middle Ages" یعنی قرون وسطیٰ کا سب سے زیادہ ممتاز جغرافیہ دان۔</w:t>
      </w:r>
    </w:p>
    <w:p>
      <w:r>
        <w:rPr>
          <w:b/>
        </w:rPr>
        <w:t xml:space="preserve">[20:39] </w:t>
      </w:r>
      <w:r>
        <w:t>al-idrisi ke zamanay mein roger دوم sicily ka badshah tha. us ko ek geography naqshay ki zaroorat hui to us ko yeh naqsha jis ne bana kar diya woh yahi al-idrisi tha.</w:t>
      </w:r>
    </w:p>
    <w:p>
      <w:pPr>
        <w:jc w:val="right"/>
      </w:pPr>
      <w:r>
        <w:t>الادریسی کے زمانے میں راجر دوم سسلی کا بادشاہ تھا۔ اس کو ایک جغرافی نقشے کی ضرورت ہوئی تو اس کو یہ نقشہ جس نے بنا کر دیا وہ یہی الادریسی تھا۔</w:t>
      </w:r>
    </w:p>
    <w:p>
      <w:r>
        <w:rPr>
          <w:b/>
        </w:rPr>
        <w:t xml:space="preserve">[20:50] </w:t>
      </w:r>
      <w:r>
        <w:t>philip hitti ne mazeed likha hai: "The most brilliant geographical author" "The most brilliant geographical author and cartographer of the twelfth century" Indeed, of all medieval time, was al-Idrisi a descendant of a Spanish-Arab family who got his education in Spain.</w:t>
      </w:r>
    </w:p>
    <w:p>
      <w:pPr>
        <w:jc w:val="right"/>
      </w:pPr>
      <w:r>
        <w:t>فلپ ہٹی نے مزید لکھا ہے: "The most brilliant geographical author" "The most brilliant geographical author and cartographer of the twelfth century" Indeed, of all medieval time, was al-Idrisi a descendant of a Spanish-Arab family who got his education in Spain.</w:t>
      </w:r>
    </w:p>
    <w:p>
      <w:r>
        <w:rPr>
          <w:b/>
        </w:rPr>
        <w:t xml:space="preserve">[21:14] </w:t>
      </w:r>
      <w:r>
        <w:t>barahween sadi isvi ka sab se ziyada bakamal geography musannif aur naqsha nawis balkay pure qurun-e-wusta ka sab se bara geography alam bilashuba al-idrisi tha.</w:t>
      </w:r>
    </w:p>
    <w:p>
      <w:pPr>
        <w:jc w:val="right"/>
      </w:pPr>
      <w:r>
        <w:t>بارہویں صدی عیسوی کا سب سے زیادہ باکمال جغرافی مصنف اور نقشہ نویس بلکہ پورے قرون وسطیٰ کا سب سے بڑا جغرافی عالم بلاشبہ الادریسی تھا۔</w:t>
      </w:r>
    </w:p>
    <w:p>
      <w:r>
        <w:rPr>
          <w:b/>
        </w:rPr>
        <w:t xml:space="preserve">[21:28] </w:t>
      </w:r>
      <w:r>
        <w:t>woh spain ke ek aala arab khandan mein paida hua aur us ki taleem spain mein hui. encyclopedia britannica ke maqala nigar ne likha hai ke al-idrisi ne 1154 mein sicily ke maseehi hukmaran roger دوم ke liye ek almi naqsha banaya.</w:t>
      </w:r>
    </w:p>
    <w:p>
      <w:pPr>
        <w:jc w:val="right"/>
      </w:pPr>
      <w:r>
        <w:t>وہ اسپین کے ایک اعلیٰ عرب خاندان میں پیدا ہوا اور اس کی تعلیم اسپین میں ہوئی۔ انسائیکلوپیڈیا ویٹرنیکا کے مقالہ نگار نے لکھا ہے کہ الادریسی نے 1154 میں سسلی کے مسیحی حکمران راجر دوم کے لیے ایک عالمی نقشہ بنایا۔</w:t>
      </w:r>
    </w:p>
    <w:p>
      <w:r>
        <w:rPr>
          <w:b/>
        </w:rPr>
        <w:t xml:space="preserve">[21:47] </w:t>
      </w:r>
      <w:r>
        <w:t>us mein asiyai ilaqon ki ziyada behtar maloomat di gayi theen jo us waqt tak abhi insan ko hasil nahi hui theen.</w:t>
      </w:r>
    </w:p>
    <w:p>
      <w:pPr>
        <w:jc w:val="right"/>
      </w:pPr>
      <w:r>
        <w:t>اس میں ایشیائی علاقوں کی زیادہ بہتر معلومات دی گئی تھیں جو اس وقت تک ابھی انسان کو حاصل نہیں ہوئی تھیں۔</w:t>
      </w:r>
    </w:p>
    <w:p>
      <w:r>
        <w:rPr>
          <w:b/>
        </w:rPr>
        <w:t xml:space="preserve">[21:57] </w:t>
      </w:r>
      <w:r>
        <w:t>Al-Idrisi constructed a world map in AD 1154 for the Christian king Roger of Sicily, showing better information on Asian areas than had been available there before.</w:t>
      </w:r>
    </w:p>
    <w:p>
      <w:pPr>
        <w:jc w:val="right"/>
      </w:pPr>
      <w:r>
        <w:t>Al-Idrisi constructed a world map in AD 1154 for the Christian king Roger of Sicily, showing better information on Asian areas than had been available there before.</w:t>
      </w:r>
    </w:p>
    <w:p>
      <w:r>
        <w:rPr>
          <w:b/>
        </w:rPr>
        <w:t xml:space="preserve">[22:13] </w:t>
      </w:r>
      <w:r>
        <w:t>maujooda zamane mein muslim mulkon mein maghrib ke mahireen ya experts bhare hue hain. magar ek waqt tha jab ke musalman har shobay ke mahireen dunya ko faraham kar rahe thay.</w:t>
      </w:r>
    </w:p>
    <w:p>
      <w:pPr>
        <w:jc w:val="right"/>
      </w:pPr>
      <w:r>
        <w:t>موجودہ زمانے میں مسلم ملکوں میں مغرب کے ماہرین یا experts بھرے ہوئے ہیں۔ مگر ایک وقت تھا جب کہ مسلمان ہر شعبے کے ماہرین دنیا کو فراہم کر رہے تھے۔</w:t>
      </w:r>
    </w:p>
    <w:p>
      <w:r>
        <w:rPr>
          <w:b/>
        </w:rPr>
        <w:t xml:space="preserve">[22:27] </w:t>
      </w:r>
      <w:r>
        <w:t>aaj musalman dunya walon se le rahe hain. Magar chand saal pehle yeh haal tha ke musalman dunya ko dene walay banay hue thay.</w:t>
      </w:r>
    </w:p>
    <w:p>
      <w:pPr>
        <w:jc w:val="right"/>
      </w:pPr>
      <w:r>
        <w:t>آج مسلمان دنیا والوں سے لے رہے ہیں۔ مگر چند سال پہلے یہ حال تھا کہ مسلمان دنیا کو دینے والے بنے ہوئے تھے۔</w:t>
      </w:r>
    </w:p>
    <w:p>
      <w:r>
        <w:rPr>
          <w:b/>
        </w:rPr>
        <w:t xml:space="preserve">[22:36] </w:t>
      </w:r>
      <w:r>
        <w:t>kaisa ajeeb farq hai mazi mein aur haal mein. Number teen: aaj muslim mulkon ke note aur sikkay maghribi mumalik tayyar karte hain.</w:t>
      </w:r>
    </w:p>
    <w:p>
      <w:pPr>
        <w:jc w:val="right"/>
      </w:pPr>
      <w:r>
        <w:t>کیسا عجیب فرق ہے ماضی میں اور حال میں۔ نمبر تین: آج مسلم ملکوں کے نوٹ اور سکے مغربی ممالک تیار کرتے ہیں۔</w:t>
      </w:r>
    </w:p>
    <w:p>
      <w:r>
        <w:rPr>
          <w:b/>
        </w:rPr>
        <w:t xml:space="preserve">[22:48] </w:t>
      </w:r>
      <w:r>
        <w:t>aur agar koi muslim mulk khud apna sikka ya note tayyar karta hai to us ke liye bhi woh maghribi technology ka marhoon-e-minnat hai. Magar ek waqt tha ke yeh maqam khud musalmanon ko aalami satah par hasil tha.</w:t>
      </w:r>
    </w:p>
    <w:p>
      <w:pPr>
        <w:jc w:val="right"/>
      </w:pPr>
      <w:r>
        <w:t>اور اگر کوئی مسلم ملک خود اپنا سکہ یا نوٹ تیار کرتا ہے تو اس کے لیے بھی وہ مغربی ٹیکنالوجی کا مرہون منت ہے۔ مگر ایک وقت تھا کہ یہ مقام خود مسلمانوں کو عالمی سطح پر حاصل تھا۔</w:t>
      </w:r>
    </w:p>
    <w:p>
      <w:r>
        <w:rPr>
          <w:b/>
        </w:rPr>
        <w:t xml:space="preserve">[23:03] </w:t>
      </w:r>
      <w:r>
        <w:t>Professor H.W.C. Davies ne apni kitab "Quroon-e-Wusta ka England: Medieval England" England ke ek qadeem sunahri sikkay ki tasweer is ke dono rukh se chhapi hai.</w:t>
      </w:r>
    </w:p>
    <w:p>
      <w:pPr>
        <w:jc w:val="right"/>
      </w:pPr>
      <w:r>
        <w:t>پروفیسر ایچ ڈبلیو سی ڈیوس نے اپنی کتاب "قرون وسطیٰ کا انگلستان: Medieval England" انگلستان کے ایک قدیم سنہری سکے کی تصویر اس کے دونوں رخ سے چھاپی ہے۔</w:t>
      </w:r>
    </w:p>
    <w:p>
      <w:r>
        <w:rPr>
          <w:b/>
        </w:rPr>
        <w:t xml:space="preserve">[23:16] </w:t>
      </w:r>
      <w:r>
        <w:t>yeh sikka British Museum mein rakha hua hai. Tasweer mein wazeh tor par nazar aa raha hai ke sikkay ke ek taraf arabi rasm-ul-khat mein kalma-e-shahadat likha hua hai aur doosri taraf us waqt ke England ke badshah Offa ka naam kundah hai.</w:t>
      </w:r>
    </w:p>
    <w:p>
      <w:pPr>
        <w:jc w:val="right"/>
      </w:pPr>
      <w:r>
        <w:t>یہ سکہ برٹش میوزیم میں رکھا ہوا ہے۔ تصویر میں واضح طور پر نظر آ رہا ہے کہ سکے کے ایک طرف عربی رسم الخط میں کلمہ شہادت لکھا ہوا ہے اور دوسری طرف اس وقت کے انگلستان کے بادشاہ اوفر ایکس کا نام کندہ ہے۔</w:t>
      </w:r>
    </w:p>
    <w:p>
      <w:r>
        <w:rPr>
          <w:b/>
        </w:rPr>
        <w:t xml:space="preserve">[23:34] </w:t>
      </w:r>
      <w:r>
        <w:t>isi ke sath sikkay par Baghdad ke musalman sikka-gar ka naam bhi darj hai. Sikkay ki tasweer ke neeche Professor Davies ne hasb-e-zail alfaaz likhe hain: "Anglo-Saxon gold coin imitating an Arab dinar of the year 774"</w:t>
      </w:r>
    </w:p>
    <w:p>
      <w:pPr>
        <w:jc w:val="right"/>
      </w:pPr>
      <w:r>
        <w:t>اسی کے ساتھ سکے پر بغداد کے مسلمان سکہ گر کا نام بھی درج ہے۔ سکے کی تصویر کے نیچے پروفیسر ڈیوس نے حسب ذیل الفاظ لکھے ہیں: "Anglo-Saxon gold coin imitating an Arab dinar of the year 774"</w:t>
      </w:r>
    </w:p>
    <w:p>
      <w:r>
        <w:rPr>
          <w:b/>
        </w:rPr>
        <w:t xml:space="preserve">[23:52] </w:t>
      </w:r>
      <w:r>
        <w:t>yani qadeem England ka sone ka sikka jo 774 mein dhala gaya aur jis mein aik Arab dinar</w:t>
      </w:r>
    </w:p>
    <w:p>
      <w:pPr>
        <w:jc w:val="right"/>
      </w:pPr>
      <w:r>
        <w:t>یعنی قدیم انگلستان کا سونے کا سکہ جو 774 میں ڈھالا گیا اور جس میں ایک عرب دینار</w:t>
      </w:r>
    </w:p>
    <w:p>
      <w:r>
        <w:rPr>
          <w:b/>
        </w:rPr>
        <w:t xml:space="preserve">[23:58] </w:t>
      </w:r>
      <w:r>
        <w:t>ki naqal ki gayi hai.</w:t>
      </w:r>
    </w:p>
    <w:p>
      <w:pPr>
        <w:jc w:val="right"/>
      </w:pPr>
      <w:r>
        <w:t>کی نقل کی گئی ہے۔</w:t>
      </w:r>
    </w:p>
    <w:p>
      <w:r>
        <w:rPr>
          <w:b/>
        </w:rPr>
        <w:t xml:space="preserve">[24:01] </w:t>
      </w:r>
      <w:r>
        <w:t>yeh aik tareekhi shahadat hai jo batati hai ke aathveen sadi Isvi mein musalman sanati taraqqi ke is</w:t>
      </w:r>
    </w:p>
    <w:p>
      <w:pPr>
        <w:jc w:val="right"/>
      </w:pPr>
      <w:r>
        <w:t>یہ ایک تاریخی شہادت ہے جو بتاتی ہے کہ آٹھویں صدی عیسوی میں مسلمان صنعتی ترقی کے اس</w:t>
      </w:r>
    </w:p>
    <w:p>
      <w:r>
        <w:rPr>
          <w:b/>
        </w:rPr>
        <w:t xml:space="preserve">[24:08] </w:t>
      </w:r>
      <w:r>
        <w:t>maqam par thay ke England ke namwar badshah Offa's wafat 796 Isvi ko zaroorat mehsoos hoti thi ke</w:t>
      </w:r>
    </w:p>
    <w:p>
      <w:pPr>
        <w:jc w:val="right"/>
      </w:pPr>
      <w:r>
        <w:t>مقام پر تھے کہ انگلستان کے نامور بادشاہ اوفارکس وفات 796 عیسوی کو ضرورت محسوس ہوتی تھی کہ</w:t>
      </w:r>
    </w:p>
    <w:p>
      <w:r>
        <w:rPr>
          <w:b/>
        </w:rPr>
        <w:t xml:space="preserve">[24:17] </w:t>
      </w:r>
      <w:r>
        <w:t>woh apne mulk ka sikka dhalne ke liye Baghdad se Muslim mahireen ko bulayen.</w:t>
      </w:r>
    </w:p>
    <w:p>
      <w:pPr>
        <w:jc w:val="right"/>
      </w:pPr>
      <w:r>
        <w:t>وہ اپنے ملک کا سکہ ڈھالنے کے لیے بغداد سے مسلم ماہرین کو بلائیں۔</w:t>
      </w:r>
    </w:p>
    <w:p>
      <w:r>
        <w:rPr>
          <w:b/>
        </w:rPr>
        <w:t xml:space="preserve">[24:24] </w:t>
      </w:r>
      <w:r>
        <w:t>us waqt England mein jo sikka dhala gaya woh muslim mumalik ke sikkay ya dinar ki naqal thi. Hatta ke muslim sikkon ki tarah is par kalma-e-shahadat bhi arabi rasm-ul-khat mein likha hua tha.</w:t>
      </w:r>
    </w:p>
    <w:p>
      <w:pPr>
        <w:jc w:val="right"/>
      </w:pPr>
      <w:r>
        <w:t>اس وقت انگلستان میں جو سکہ ڈھالا گیا وہ مسلم ممالک کے سکے یا دینار کی نقل تھا۔ حتیٰ کہ مسلم سکوں کی طرح اس پر کلمہ شہادت بھی عربی رسم الخط میں لکھا ہوا تھا۔</w:t>
      </w:r>
    </w:p>
    <w:p>
      <w:r>
        <w:rPr>
          <w:b/>
        </w:rPr>
        <w:t xml:space="preserve">[24:39] </w:t>
      </w:r>
      <w:r>
        <w:t>is se andaza kiya ja sakta hai ke hazar bar pehle ke daur mein Islami tehzeeb sari dunya mein kis qadar ghalib hasiyat rakhti thi.</w:t>
      </w:r>
    </w:p>
    <w:p>
      <w:pPr>
        <w:jc w:val="right"/>
      </w:pPr>
      <w:r>
        <w:t>اس سے اندازہ کیا جا سکتا ہے کہ ہزار برس پہلے کے دور میں اسلامی تہذیب ساری دنیا میں کس قدر غالب حیثیت رکھتی تھی۔</w:t>
      </w:r>
    </w:p>
    <w:p>
      <w:r>
        <w:rPr>
          <w:b/>
        </w:rPr>
        <w:t xml:space="preserve">[24:49] </w:t>
      </w:r>
      <w:r>
        <w:t>Number paanch: pandrahveen sadi Isvi ke aakhir mein jo daryaften huien un mein se ek woh daryaft hai jis ko nayi dunya ya America ki daryaft kaha jata hai.</w:t>
      </w:r>
    </w:p>
    <w:p>
      <w:pPr>
        <w:jc w:val="right"/>
      </w:pPr>
      <w:r>
        <w:t>نمبر پانچ: پندرہویں صدی عیسوی کے آخر میں جو دریافتیں ہوئیں ان میں سے ایک وہ دریافت ہے جس کو نئی دنیا یا امریکہ کی دریافت کہا جاتا ہے۔</w:t>
      </w:r>
    </w:p>
    <w:p>
      <w:r>
        <w:rPr>
          <w:b/>
        </w:rPr>
        <w:t xml:space="preserve">[25:02] </w:t>
      </w:r>
      <w:r>
        <w:t>yeh azeem daryaft aam taur par Christopher Columbus ke naam se mausoom hai. Yeh sahih hai ke Italy ka Columbus hi woh shakhs hai jis ne is muhim ki rehnumai ki.</w:t>
      </w:r>
    </w:p>
    <w:p>
      <w:pPr>
        <w:jc w:val="right"/>
      </w:pPr>
      <w:r>
        <w:t>یہ عظیم دریافت عام طور پر کرسٹوفر کولمبس کے نام سے موسوم ہے۔ یہ صحیح ہے کہ اٹلی کا کولمبس ہی وہ شخص ہے جس نے اس مہم کی رہنمائی کی۔</w:t>
      </w:r>
    </w:p>
    <w:p>
      <w:r>
        <w:rPr>
          <w:b/>
        </w:rPr>
        <w:t xml:space="preserve">[25:14] </w:t>
      </w:r>
      <w:r>
        <w:t>magar is ko yeh tasawwur dene walay musalman thay ke woh Atlantic samandar mein apni kashti is umeed mein dakhil karein ke is napaeed kinare samandar ke doosri taraf is ko khushki mile gi jahan woh utar sakein.</w:t>
      </w:r>
    </w:p>
    <w:p>
      <w:pPr>
        <w:jc w:val="right"/>
      </w:pPr>
      <w:r>
        <w:t>مگر اس کو یہ تصور دینے والے مسلمان تھے کہ وہ اٹلانٹک سمندر میں اپنی کشتی اس امید میں داخل کریں کہ اس ناپید کنار سمندر کے دوسری طرف اس کو خشکی ملے گی جہاں وہ اتر سکیں۔</w:t>
      </w:r>
    </w:p>
    <w:p>
      <w:r>
        <w:rPr>
          <w:b/>
        </w:rPr>
        <w:t xml:space="preserve">[25:30] </w:t>
      </w:r>
      <w:r>
        <w:t>Professor Hitti ne likha hai ke Arabon ne zameen ke gol hone ke qadeem nazariye ko zinda rakha jis ke baghair nayi dunya ki daryaft mumkin na hoti.</w:t>
      </w:r>
    </w:p>
    <w:p>
      <w:pPr>
        <w:jc w:val="right"/>
      </w:pPr>
      <w:r>
        <w:t>پروفیسر ہٹی نے لکھا ہے کہ عربوں نے زمین کے گول ہونے کے قدیم نظریے کو زندہ رکھا جس کے بغیر نئی دنیا کی دریافت ممکن نہ ہوتی۔</w:t>
      </w:r>
    </w:p>
    <w:p>
      <w:r>
        <w:rPr>
          <w:b/>
        </w:rPr>
        <w:t xml:space="preserve">[25:41] </w:t>
      </w:r>
      <w:r>
        <w:t>is nazariye ka ek muballigh Abu Ubaidah Muslim Al-Balansi tha jis ne is mauzu par ek kitab bhi likhi thi. Is ka zamana dasveen sadi Isvi ka nisf-e-awwal hai.</w:t>
      </w:r>
    </w:p>
    <w:p>
      <w:pPr>
        <w:jc w:val="right"/>
      </w:pPr>
      <w:r>
        <w:t>اس نظریے کا ایک مبلغ ابو عبیدہ مسلم البلنسی تھا جس نے اس موضوع پر ایک کتاب بھی لکھی تھی۔ اس کا زمانہ دسویں صدی عیسوی کا نصف اول ہے۔</w:t>
      </w:r>
    </w:p>
    <w:p>
      <w:r>
        <w:rPr>
          <w:b/>
        </w:rPr>
        <w:t xml:space="preserve">[25:54] </w:t>
      </w:r>
      <w:r>
        <w:t>zameen ke gol hone ka nazariya arabi se latini mein tarjuma ho kar 1410 mein Europe mein shaya hua. Is ko parh kar Columbus ne is nazariye se wāqifiyat hasil ki.</w:t>
      </w:r>
    </w:p>
    <w:p>
      <w:pPr>
        <w:jc w:val="right"/>
      </w:pPr>
      <w:r>
        <w:t>زمین کے گول ہونے کا نظریہ عربی سے لاطینی میں ترجمہ ہو کر 1410 میں یورپ میں شائع ہوا۔ اس کو پڑھ کر کولمبس نے اس نظریے سے واقفیت حاصل کی۔</w:t>
      </w:r>
    </w:p>
    <w:p>
      <w:r>
        <w:rPr>
          <w:b/>
        </w:rPr>
        <w:t xml:space="preserve">[26:07] </w:t>
      </w:r>
      <w:r>
        <w:t>is se us ne samjha ke zameen ek nashpati ki manind hai aur yeh ke zameen ke maghribi nisf-e-kura mein bhi aisa hi ubhaar maujood hai jaisa ke is ke mashriqi nisf-e-kura mein nazar aata hai.</w:t>
      </w:r>
    </w:p>
    <w:p>
      <w:pPr>
        <w:jc w:val="right"/>
      </w:pPr>
      <w:r>
        <w:t>اس سے اس نے سمجھا کہ زمین ایک ناشپاتی کی مانند ہے اور یہ کہ زمین کے مغربی نصف کرہ میں بھی ایسا ہی ابھار موجود ہے جیسا کہ اس کے مشرقی نصف کرہ میں نظر آتا ہے۔</w:t>
      </w:r>
    </w:p>
    <w:p>
      <w:r>
        <w:rPr>
          <w:b/>
        </w:rPr>
        <w:t xml:space="preserve">[26:21] </w:t>
      </w:r>
      <w:r>
        <w:t>Professor Hitti ke alfaaz yeh hain: "They kept alive the ancient doctrine that the earth was round.</w:t>
      </w:r>
    </w:p>
    <w:p>
      <w:pPr>
        <w:jc w:val="right"/>
      </w:pPr>
      <w:r>
        <w:t>پروفیسر ہٹی کے الفاظ یہ ہیں: "They kept alive the ancient doctrine that the earth was round.</w:t>
      </w:r>
    </w:p>
    <w:p>
      <w:r>
        <w:rPr>
          <w:b/>
        </w:rPr>
        <w:t xml:space="preserve">[26:29] </w:t>
      </w:r>
      <w:r>
        <w:t>We have already referred to the Hindu idea that the known hemisphere of the world had a center or world cupola situated at an equal distance from the four cardinal points.</w:t>
      </w:r>
    </w:p>
    <w:p>
      <w:pPr>
        <w:jc w:val="right"/>
      </w:pPr>
      <w:r>
        <w:t>We have already referred to the Hindu idea that the known hemisphere of the world had a center or world cupola situated at an equal distance from the four cardinal points.</w:t>
      </w:r>
    </w:p>
    <w:p>
      <w:r>
        <w:rPr>
          <w:b/>
        </w:rPr>
        <w:t xml:space="preserve">[26:42] </w:t>
      </w:r>
      <w:r>
        <w:t>This Erin theory found its way into a Latin work published in 1410.</w:t>
      </w:r>
    </w:p>
    <w:p>
      <w:pPr>
        <w:jc w:val="right"/>
      </w:pPr>
      <w:r>
        <w:t>This Erin theory found its way into a Latin work published in 1410.</w:t>
      </w:r>
    </w:p>
    <w:p>
      <w:r>
        <w:rPr>
          <w:b/>
        </w:rPr>
        <w:t xml:space="preserve">[26:48] </w:t>
      </w:r>
      <w:r>
        <w:t>From this, Columbus acquired the doctrine which made him believe that the earth was shaped in the form of a pear and that on the western hemisphere, opposite the Erin was a corresponding elevated center."</w:t>
      </w:r>
    </w:p>
    <w:p>
      <w:pPr>
        <w:jc w:val="right"/>
      </w:pPr>
      <w:r>
        <w:t>From this, Columbus acquired the doctrine which made him believe that the earth was shaped in the form of a pear and that on the western hemisphere, opposite the Erin was a corresponding elevated center."</w:t>
      </w:r>
    </w:p>
    <w:p>
      <w:r>
        <w:rPr>
          <w:b/>
        </w:rPr>
        <w:t xml:space="preserve">[27:07] </w:t>
      </w:r>
      <w:r>
        <w:t>humein kya karna hai? Ab sawal yeh hai ke humein kya karna hai? Mazi mein bilashubah musalmanon ne bohat bari bari scientific khidmat anjam di theen.</w:t>
      </w:r>
    </w:p>
    <w:p>
      <w:pPr>
        <w:jc w:val="right"/>
      </w:pPr>
      <w:r>
        <w:t>ہمیں کیا کرنا ہے؟ اب سوال یہ ہے کہ ہمیں کیا کرنا ہے؟ ماضی میں بلاشبہ مسلمانوں نے بہت بڑی بڑی سائنسی خدمات انجام دی تھیں۔</w:t>
      </w:r>
    </w:p>
    <w:p>
      <w:r>
        <w:rPr>
          <w:b/>
        </w:rPr>
        <w:t xml:space="preserve">[27:20] </w:t>
      </w:r>
      <w:r>
        <w:t>magar maujooda zamane mein musalman science aur sanat ke maidan mein tamam qaumon se peechay ho gaye hain. Aaj woh is hasiyat mein nahi hain ke khalis scientific aur sanati aitbar se ahl-e-dunya ke liye nafeh bakhsh ban sakein.</w:t>
      </w:r>
    </w:p>
    <w:p>
      <w:pPr>
        <w:jc w:val="right"/>
      </w:pPr>
      <w:r>
        <w:t>مگر موجودہ زمانے میں مسلمان سائنس اور صنعت کے میدان میں تمام قوموں سے پیچھے ہو گئے ہیں۔ آج وہ اس حیثیت میں نہیں ہیں کہ خالص سائنسی اور صنعتی اعتبار سے اہل دنیا کے لیے نفع بخش بن سکیں۔</w:t>
      </w:r>
    </w:p>
    <w:p>
      <w:r>
        <w:rPr>
          <w:b/>
        </w:rPr>
        <w:t xml:space="preserve">[27:37] </w:t>
      </w:r>
      <w:r>
        <w:t>maujooda zamane ke musalmanon ka haal yeh hai ke woh abhi tak sanati daur ya Industrial Age mein bhi dakhil nahi hue. Jab ke baqi dunya Alvin Toffler ke alfaaz mein mafoq-ul-sanati daur ya Super Industrial Age mein dakhil ho gayi hai.</w:t>
      </w:r>
    </w:p>
    <w:p>
      <w:pPr>
        <w:jc w:val="right"/>
      </w:pPr>
      <w:r>
        <w:t>موجودہ زمانے کے مسلمانوں کا حال یہ ہے کہ وہ ابھی تک صنعتی دور یا انڈسٹریل ایج میں بھی داخل نہیں ہوئے۔ جبکہ بقیہ دنیا ایلون ٹوفلر کے الفاظ میں مافوق صنعتی دور یا سپر انڈسٹریل ایج میں داخل ہو گئی ہے۔</w:t>
      </w:r>
    </w:p>
    <w:p>
      <w:r>
        <w:rPr>
          <w:b/>
        </w:rPr>
        <w:t xml:space="preserve">[27:54] </w:t>
      </w:r>
      <w:r>
        <w:t>Alvin Toffler: "Futures of New York" Magar ummat-e-muslima mehfooz aasmani kitab ki hamil hai. Is nisbat se woh khud bhi ek mehfooz ummat hai.</w:t>
      </w:r>
    </w:p>
    <w:p>
      <w:pPr>
        <w:jc w:val="right"/>
      </w:pPr>
      <w:r>
        <w:t>ایلون ٹوفلر: "Futures of New York" مگر امت مسلمہ محفوظ آسمانی کتاب کی حامل ہے۔ اس نسبت سے وہ خود بھی ایک محفوظ امت ہے۔</w:t>
      </w:r>
    </w:p>
    <w:p>
      <w:r>
        <w:rPr>
          <w:b/>
        </w:rPr>
        <w:t xml:space="preserve">[28:07] </w:t>
      </w:r>
      <w:r>
        <w:t>is mehfooziyat ka aik pehlu yeh bhi hai ke jahan mawaqe bظahir khatm ho jayen wahan bhi is ke liye aik naya moqa maujood rehta hai.</w:t>
      </w:r>
    </w:p>
    <w:p>
      <w:pPr>
        <w:jc w:val="right"/>
      </w:pPr>
      <w:r>
        <w:t>اس محفوظیت کا ایک پہلو یہ بھی ہے کہ جہاں مواقع بظاہر ختم ہو جائیں وہاں بھی اس کے لیے ایک نیا موقع موجود رہتا ہے۔</w:t>
      </w:r>
    </w:p>
    <w:p>
      <w:r>
        <w:rPr>
          <w:b/>
        </w:rPr>
        <w:t xml:space="preserve">[28:17] </w:t>
      </w:r>
      <w:r>
        <w:t>khuda ne insaniyat ke liye aam taur par aur ummat e muslema ke liye khaas taur par yeh faisla kar diya hai ke har disadvantage ke sath is ke liye aik advantage hamesha maujood rahay.</w:t>
      </w:r>
    </w:p>
    <w:p>
      <w:pPr>
        <w:jc w:val="right"/>
      </w:pPr>
      <w:r>
        <w:t>خدا نے انسانیت کے لیے عام طور پر اور امت مسلمہ کے لیے خاص طور پر یہ فیصلہ کر دیا ہے کہ ہر ڈس ایڈوانٹیج کے ساتھ اس کے لیے ایک ایڈوانٹیج ہمیشہ موجود رہے۔</w:t>
      </w:r>
    </w:p>
    <w:p>
      <w:r>
        <w:rPr>
          <w:b/>
        </w:rPr>
        <w:t xml:space="preserve">[28:31] </w:t>
      </w:r>
      <w:r>
        <w:t>yahi woh abdi haqeeqat hai jo quran mein in alfaz mein bayan ki gayi hai: "فإنما العسري يسرا"</w:t>
      </w:r>
    </w:p>
    <w:p>
      <w:pPr>
        <w:jc w:val="right"/>
      </w:pPr>
      <w:r>
        <w:t>یہی وہ ابدی حقیقت ہے جو قرآن میں ان الفاظ میں بیان کی گئی ہے: "فإنما العسري يسرا"</w:t>
      </w:r>
    </w:p>
    <w:p>
      <w:r>
        <w:rPr>
          <w:b/>
        </w:rPr>
        <w:t xml:space="preserve">[28:41] </w:t>
      </w:r>
      <w:r>
        <w:t>yani pas mushkil ke sath aasani hai, beshak mushkil ke sath aasani hai. Allah taala ki yeh sunnat maujooda zamanay mein poori tarah zahir ho chuki hai.</w:t>
      </w:r>
    </w:p>
    <w:p>
      <w:pPr>
        <w:jc w:val="right"/>
      </w:pPr>
      <w:r>
        <w:t>یعنی پس مشکل کے ساتھ آسانی ہے، بے شک مشکل کے ساتھ آسانی ہے۔ اللہ تعالیٰ کی یہ سنت موجودہ زمانے میں پوری طرح ظاہر ہو چکی ہے۔</w:t>
      </w:r>
    </w:p>
    <w:p>
      <w:r>
        <w:rPr>
          <w:b/>
        </w:rPr>
        <w:t xml:space="preserve">[28:54] </w:t>
      </w:r>
      <w:r>
        <w:t>science apni taraqqiyon ki inteha par pohnch kar aik aisay sangin maslay se dochar hai jis ka khud is ke paas koi hal nahi.</w:t>
      </w:r>
    </w:p>
    <w:p>
      <w:pPr>
        <w:jc w:val="right"/>
      </w:pPr>
      <w:r>
        <w:t>سائنس اپنی ترقیوں کی انتہا پر پہنچ کر ایک ایسے سنگین مسئلے سے دوچار ہے جس کا خود اس کے پاس کوئی حل نہیں۔</w:t>
      </w:r>
    </w:p>
    <w:p>
      <w:r>
        <w:rPr>
          <w:b/>
        </w:rPr>
        <w:t xml:space="preserve">[29:05] </w:t>
      </w:r>
      <w:r>
        <w:t>na sainsi tabqay se bahar koi aisa groh maujood hai jo is maslay ka hal use de sakay. Yeh sirf musalman hain jo mehfooz aasmani kitaab ke hamail honay ki wajah se is position mein hain ke sainsi tabqay ko, nazir poori insaniyat ko, is maslay ke hal ka tohfa pesh kar sakain.</w:t>
      </w:r>
    </w:p>
    <w:p>
      <w:pPr>
        <w:jc w:val="right"/>
      </w:pPr>
      <w:r>
        <w:t>نہ سائنسی طبقے سے باہر کوئی ایسا گروہ موجود ہے جو اس مسئلے کا حل اسے دے سکے۔ یہ صرف مسلمان ہیں جو محفوظ آسمانی کتاب کے حامل ہونے کی وجہ سے اس پوزیشن میں ہیں کہ سائنسی طبقے کو، نیز پوری انسانیت کو، اس مسئلے کے حل کا تحفہ پیش کر سکیں۔</w:t>
      </w:r>
    </w:p>
    <w:p>
      <w:r>
        <w:rPr>
          <w:b/>
        </w:rPr>
        <w:t xml:space="preserve">[29:26] </w:t>
      </w:r>
      <w:r>
        <w:t>is mamlay ki noiyat samajhnay ke liye yahan mein encyclopedia Britannica ka aik paragraph naqal karunga. Is ke tareekh science ya History of Science ke maqala nigar ne is silsilay mein likha hai:</w:t>
      </w:r>
    </w:p>
    <w:p>
      <w:pPr>
        <w:jc w:val="right"/>
      </w:pPr>
      <w:r>
        <w:t>اس معاملے کی نوعیت سمجھنے کے لیے یہاں میں انسائیکلوپیڈیا ویٹرنیکا کا ایک پیراگراف نقل کروں گا۔ اس کے تاریخ سائنس یا History of Science کے مقالہ نگار نے اس سلسلے میں لکھا ہے:</w:t>
      </w:r>
    </w:p>
    <w:p>
      <w:r>
        <w:rPr>
          <w:b/>
        </w:rPr>
        <w:t xml:space="preserve">[29:40] </w:t>
      </w:r>
      <w:r>
        <w:t>Until recently, the history of science was a story of success.</w:t>
      </w:r>
    </w:p>
    <w:p>
      <w:pPr>
        <w:jc w:val="right"/>
      </w:pPr>
      <w:r>
        <w:t>"Until recently, the history of science was a story of success.</w:t>
      </w:r>
    </w:p>
    <w:p>
      <w:r>
        <w:rPr>
          <w:b/>
        </w:rPr>
        <w:t xml:space="preserve">[29:45] </w:t>
      </w:r>
      <w:r>
        <w:t>The triumphs of science represented an accumulative process of increasing knowledge and a sequence of victories over ignorance and superstition.</w:t>
      </w:r>
    </w:p>
    <w:p>
      <w:pPr>
        <w:jc w:val="right"/>
      </w:pPr>
      <w:r>
        <w:t>The triumphs of science represented an accumulative process of increasing knowledge and a sequence of victories over ignorance and superstition.</w:t>
      </w:r>
    </w:p>
    <w:p>
      <w:r>
        <w:rPr>
          <w:b/>
        </w:rPr>
        <w:t xml:space="preserve">[29:57] </w:t>
      </w:r>
      <w:r>
        <w:t>And from science flowed a stream of inventions for the improvement of human life.</w:t>
      </w:r>
    </w:p>
    <w:p>
      <w:pPr>
        <w:jc w:val="right"/>
      </w:pPr>
      <w:r>
        <w:t>And from science flowed a stream of inventions for the improvement of human life.</w:t>
      </w:r>
    </w:p>
    <w:p>
      <w:r>
        <w:rPr>
          <w:b/>
        </w:rPr>
        <w:t xml:space="preserve">[30:03] </w:t>
      </w:r>
      <w:r>
        <w:t>The recent realization of deep moral problems within science of external forces and constraints on its development and</w:t>
      </w:r>
    </w:p>
    <w:p>
      <w:pPr>
        <w:jc w:val="right"/>
      </w:pPr>
      <w:r>
        <w:t>The recent realization of deep moral problems within science of external forces and constraints on its development and</w:t>
      </w:r>
    </w:p>
    <w:p>
      <w:r>
        <w:rPr>
          <w:b/>
        </w:rPr>
        <w:t xml:space="preserve">[30:12] </w:t>
      </w:r>
      <w:r>
        <w:t>of dangers in uncontrolled technological change has challenged historians to a critical reassessment of this earlier simple faith."</w:t>
      </w:r>
    </w:p>
    <w:p>
      <w:pPr>
        <w:jc w:val="right"/>
      </w:pPr>
      <w:r>
        <w:t>of dangers in uncontrolled technological change has challenged historians to a critical reassessment of this earlier simple faith."</w:t>
      </w:r>
    </w:p>
    <w:p>
      <w:r>
        <w:rPr>
          <w:b/>
        </w:rPr>
        <w:t xml:space="preserve">[30:24] </w:t>
      </w:r>
      <w:r>
        <w:t>abhi haal tak science ki tareekh kamyabiyon ki kahani thi.</w:t>
      </w:r>
    </w:p>
    <w:p>
      <w:pPr>
        <w:jc w:val="right"/>
      </w:pPr>
      <w:r>
        <w:t>ابھی حال تک سائنس کی تاریخ کامیابیوں کی کہانی تھی۔</w:t>
      </w:r>
    </w:p>
    <w:p>
      <w:r>
        <w:rPr>
          <w:b/>
        </w:rPr>
        <w:t xml:space="preserve">[30:29] </w:t>
      </w:r>
      <w:r>
        <w:t>science ki futuhat mein yeh shumar hota tha ke is ne insani maloomat mein izafa kiya hai aur jahalat aur toham parasti par fateh hasil ki hai.</w:t>
      </w:r>
    </w:p>
    <w:p>
      <w:pPr>
        <w:jc w:val="right"/>
      </w:pPr>
      <w:r>
        <w:t>سائنس کی فتوحات میں یہ شمار ہوتا تھا کہ اس نے انسانی معلومات میں اضافہ کیا ہے اور جہالت اور توہم پرستی پر فتح حاصل کی ہے۔</w:t>
      </w:r>
    </w:p>
    <w:p>
      <w:r>
        <w:rPr>
          <w:b/>
        </w:rPr>
        <w:t xml:space="preserve">[30:39] </w:t>
      </w:r>
      <w:r>
        <w:t>science se ijadat ka aik sailab nikla hai jis ne insani zindagi ko behtar banaya hai. Magar haal mein yeh haqeeqat samnay aayi hai ke science gehre akhlaqi sawalat se dochar hai.</w:t>
      </w:r>
    </w:p>
    <w:p>
      <w:pPr>
        <w:jc w:val="right"/>
      </w:pPr>
      <w:r>
        <w:t>سائنس سے ایجادات کا ایک سیلاب نکلا ہے جس نے انسانی زندگی کو بہتر بنایا ہے۔ مگر حال میں یہ حقیقت سامنے آئی ہے کہ سائنس گہرے اخلاقی سوالات سے دوچار ہے۔</w:t>
      </w:r>
    </w:p>
    <w:p>
      <w:r>
        <w:rPr>
          <w:b/>
        </w:rPr>
        <w:t xml:space="preserve">[30:52] </w:t>
      </w:r>
      <w:r>
        <w:t>beghair technology ke khatrat ki wajah se is ki taraqqi par rokk laganay ki baatein ki ja rahi hain. Yeh soorat e haal morkheen ko challenge kar rahi hai ke woh in khayalat ka dobara tanqidi jaiza lain jo ibtida mein saada tor par qaim kar liye gaye thay.</w:t>
      </w:r>
    </w:p>
    <w:p>
      <w:pPr>
        <w:jc w:val="right"/>
      </w:pPr>
      <w:r>
        <w:t>بے غیر ٹیکنالوجی کے خطرات کی وجہ سے اس کی ترقی پر روک لگانے کی باتیں کی جا رہی ہیں۔ یہ صورتحال مورخین کو چیلنج کر رہی ہے کہ وہ ان خیالات کا دوبارہ تنقیدی جائزہ لیں جو ابتداء میں سادہ طور پر قائم کر لیے گئے تھے۔</w:t>
      </w:r>
    </w:p>
    <w:p>
      <w:r>
        <w:rPr>
          <w:b/>
        </w:rPr>
        <w:t xml:space="preserve">[31:11] </w:t>
      </w:r>
      <w:r>
        <w:t>jadeed duniya ka yahi woh khala hai jahan musalman apne nafe bakhsh honay ka saboot de saktay hain. Aur is tarah dobara apne liye sarfarazi ka woh maqam hasil kar saktay hain jo unhon ne duniya mein kho diya hai.</w:t>
      </w:r>
    </w:p>
    <w:p>
      <w:pPr>
        <w:jc w:val="right"/>
      </w:pPr>
      <w:r>
        <w:t>جدید دنیا کا یہی وہ خلا ہے جہاں مسلمان اپنے نفع بخش ہونے کا ثبوت دے سکتے ہیں۔ اور اس طرح دوبارہ اپنے لیے سرفرازی کا وہ مقام حاصل کر سکتے ہیں جو انہوں نے دنیا میں کھو دیا ہے۔</w:t>
      </w:r>
    </w:p>
    <w:p>
      <w:r>
        <w:rPr>
          <w:b/>
        </w:rPr>
        <w:t xml:space="preserve">[31:28] </w:t>
      </w:r>
      <w:r>
        <w:t>science ki ibtidai futuhat ne bohat se logon ko itna ziyada mutasir kiya ke unhon ne samajh liya ke ab hamein science ke siwa kisi aur cheez ki zaroorat nahi.</w:t>
      </w:r>
    </w:p>
    <w:p>
      <w:pPr>
        <w:jc w:val="right"/>
      </w:pPr>
      <w:r>
        <w:t>سائنس کی ابتدائی فتوحات نے بہت سے لوگوں کو اتنا زیادہ متاثر کیا کہ انہوں نے سمجھ لیا کہ اب ہمیں سائنس کے سوا کسی اور چیز کی ضرورت نہیں۔</w:t>
      </w:r>
    </w:p>
    <w:p>
      <w:r>
        <w:rPr>
          <w:b/>
        </w:rPr>
        <w:t xml:space="preserve">[31:41] </w:t>
      </w:r>
      <w:r>
        <w:t>science hamari tamam zarooraton ke liye kafi hai.</w:t>
      </w:r>
    </w:p>
    <w:p>
      <w:pPr>
        <w:jc w:val="right"/>
      </w:pPr>
      <w:r>
        <w:t>سائنس ہماری تمام ضرورتوں کے لیے کافی ہے۔</w:t>
      </w:r>
    </w:p>
    <w:p>
      <w:r>
        <w:rPr>
          <w:b/>
        </w:rPr>
        <w:t xml:space="preserve">[31:45] </w:t>
      </w:r>
      <w:r>
        <w:t>is silsile mein beshumar kitabein likhi gayeen.</w:t>
      </w:r>
    </w:p>
    <w:p>
      <w:pPr>
        <w:jc w:val="right"/>
      </w:pPr>
      <w:r>
        <w:t>اس سلسلے میں بے شمار کتابیں لکھی گئیں۔</w:t>
      </w:r>
    </w:p>
    <w:p>
      <w:r>
        <w:rPr>
          <w:b/>
        </w:rPr>
        <w:t xml:space="preserve">[31:48] </w:t>
      </w:r>
      <w:r>
        <w:t>Julian Huxley ne is nuqta nazar ki numaindagi karte hue ek kitaab shaya ki thi jis ka naam</w:t>
      </w:r>
    </w:p>
    <w:p>
      <w:pPr>
        <w:jc w:val="right"/>
      </w:pPr>
      <w:r>
        <w:t>جولین ہکسلے نے اس نقطہ نظر کی نمائندگی کرتے ہوئے ایک کتاب شائع کی تھی جس کا نام</w:t>
      </w:r>
    </w:p>
    <w:p>
      <w:r>
        <w:rPr>
          <w:b/>
        </w:rPr>
        <w:t xml:space="preserve">[31:54] </w:t>
      </w:r>
      <w:r>
        <w:t>tha: "insan tanha khara hota hai: Man Stands Alone" is ke jawab mein Gracie Morrison ne ek kitaab</w:t>
      </w:r>
    </w:p>
    <w:p>
      <w:pPr>
        <w:jc w:val="right"/>
      </w:pPr>
      <w:r>
        <w:t>تھا: "انسان تنہا کھڑا ہوتا ہے: Man Stands Alone" اس کے جواب میں گریسی موریسن نے ایک کتاب</w:t>
      </w:r>
    </w:p>
    <w:p>
      <w:r>
        <w:rPr>
          <w:b/>
        </w:rPr>
        <w:t xml:space="preserve">[32:02] </w:t>
      </w:r>
      <w:r>
        <w:t>shaya ki jis ka naam ba-ma'ni taur par yeh tha: "insan tanha khara nahi ho sakta: Man Does</w:t>
      </w:r>
    </w:p>
    <w:p>
      <w:pPr>
        <w:jc w:val="right"/>
      </w:pPr>
      <w:r>
        <w:t>شائع کی جس کا نام بامعنی طور پر یہ تھا: "انسان تنہا کھڑا نہیں ہو سکتا: Man Does</w:t>
      </w:r>
    </w:p>
    <w:p>
      <w:r>
        <w:rPr>
          <w:b/>
        </w:rPr>
        <w:t xml:space="preserve">[32:09] </w:t>
      </w:r>
      <w:r>
        <w:t>Not Stand Alone" baisveen sadi ke nisf awwal tak insan ka yeh da'wa tha ke us ki science</w:t>
      </w:r>
    </w:p>
    <w:p>
      <w:pPr>
        <w:jc w:val="right"/>
      </w:pPr>
      <w:r>
        <w:t>Not Stand Alone" بیسویں صدی کے نصف اول تک انسان کا یہ دعویٰ تھا کہ اس کی سائنس</w:t>
      </w:r>
    </w:p>
    <w:p>
      <w:r>
        <w:rPr>
          <w:b/>
        </w:rPr>
        <w:t xml:space="preserve">[32:16] </w:t>
      </w:r>
      <w:r>
        <w:t>us ke liye kafi hai.</w:t>
      </w:r>
    </w:p>
    <w:p>
      <w:pPr>
        <w:jc w:val="right"/>
      </w:pPr>
      <w:r>
        <w:t>اس کے لیے کافی ہے۔</w:t>
      </w:r>
    </w:p>
    <w:p>
      <w:r>
        <w:rPr>
          <w:b/>
        </w:rPr>
        <w:t xml:space="preserve">[32:19] </w:t>
      </w:r>
      <w:r>
        <w:t>magar isi sadi ke nisf sani mein insan ko apni rai se rujoo karna para. Is se pehle jo baat Gracie Morrison jaisay chand mustasna afraad kehtay thay ab woh aam taur par logon ki zubanon se kahi ja rahi hai.</w:t>
      </w:r>
    </w:p>
    <w:p>
      <w:pPr>
        <w:jc w:val="right"/>
      </w:pPr>
      <w:r>
        <w:t>مگر اسی صدی کے نصف ثانی میں انسان کو اپنی رائے سے رجوع کرنا پڑا۔ اس سے پہلے جو بات گریسی موریسن جیسے چند مستثنیٰ افراد کہتے تھے اب وہ عام طور پر لوگوں کی زبانوں سے کہی جا رہی ہے۔</w:t>
      </w:r>
    </w:p>
    <w:p>
      <w:r>
        <w:rPr>
          <w:b/>
        </w:rPr>
        <w:t xml:space="preserve">[32:35] </w:t>
      </w:r>
      <w:r>
        <w:t>yahi woh haqeeqat hai jis ka etaraf encyclopedia Britannica ke mazkoora iqtibass mein kiya gaya hai.</w:t>
      </w:r>
    </w:p>
    <w:p>
      <w:pPr>
        <w:jc w:val="right"/>
      </w:pPr>
      <w:r>
        <w:t>یہی وہ حقیقت ہے جس کا اعتراف انسائیکلوپیڈیا ویٹرنیکا کے مذکورہ اقتباس میں کیا گیا ہے۔</w:t>
      </w:r>
    </w:p>
    <w:p>
      <w:r>
        <w:rPr>
          <w:b/>
        </w:rPr>
        <w:t xml:space="preserve">[32:48] </w:t>
      </w:r>
      <w:r>
        <w:t>jadeed insan ki zehni halat kya hai? Is ka aik namona Lord Bertrand Russell 1872 ta 1970 hai.</w:t>
      </w:r>
    </w:p>
    <w:p>
      <w:pPr>
        <w:jc w:val="right"/>
      </w:pPr>
      <w:r>
        <w:t>جدید انسان کی ذہنی حالت کیا ہے؟ اس کا ایک نمونہ لارڈ برٹرینڈ رسل 1872 تا 1970 ہے۔</w:t>
      </w:r>
    </w:p>
    <w:p>
      <w:r>
        <w:rPr>
          <w:b/>
        </w:rPr>
        <w:t xml:space="preserve">[32:59] </w:t>
      </w:r>
      <w:r>
        <w:t>woh England ke aik daulatmand khandan mein paida hua. Us ne aala tareen taleem hasil ki. Us ko Nobel inam mila jo aaj ki duniya mein sab se bara ilmi e'zaz samjha jata hai.</w:t>
      </w:r>
    </w:p>
    <w:p>
      <w:pPr>
        <w:jc w:val="right"/>
      </w:pPr>
      <w:r>
        <w:t>وہ انگلینڈ کے ایک دولت مند خاندان میں پیدا ہوا۔ اس نے اعلیٰ ترین تعلیم حاصل کی۔ اس کو نوبیل انعام ملا جو آج کی دنیا میں سب سے بڑا علمی اعزاز سمجھا جاتا ہے۔</w:t>
      </w:r>
    </w:p>
    <w:p>
      <w:r>
        <w:rPr>
          <w:b/>
        </w:rPr>
        <w:t xml:space="preserve">[33:11] </w:t>
      </w:r>
      <w:r>
        <w:t>us ne mazhab ko chhod diya aur madi science mein sukoon talash karne ki koshish ki. Magar bharpoor umar guzarnay ke bawajood us ko woh cheez nahi mili jis ko sukoon kaha jata hai.</w:t>
      </w:r>
    </w:p>
    <w:p>
      <w:pPr>
        <w:jc w:val="right"/>
      </w:pPr>
      <w:r>
        <w:t>اس نے مذہب کو چھوڑ دیا اور مادی سائنس میں سکون تلاش کرنے کی کوشش کی۔ مگر بھرپور عمر گزارنے کے باوجود اس کو وہ چیز نہیں ملی جس کو سکون کہا جاتا ہے۔</w:t>
      </w:r>
    </w:p>
    <w:p>
      <w:r>
        <w:rPr>
          <w:b/>
        </w:rPr>
        <w:t xml:space="preserve">[33:27] </w:t>
      </w:r>
      <w:r>
        <w:t>Bertrand Russell ki taweel khud nawisht sawaneh umri ke aakhir mein hum us ke hath se yeh alfaz likhay hue paatay hain: "The inner failure has made my mental life a perpetual battle." Andarooni nakami ne meri zehni zindagi ko aik mustaqil jang mein mubtala rakha: Galileo aur science.</w:t>
      </w:r>
    </w:p>
    <w:p>
      <w:pPr>
        <w:jc w:val="right"/>
      </w:pPr>
      <w:r>
        <w:t>برٹرینڈ رسل کی طویل خود نوشت سوانح عمری کے آخر میں ہم اس کے ہاتھ سے یہ الفاظ لکھے ہوئے پاتے ہیں: "The inner failure has made my mental life a perpetual battle." اندرونی ناکامی نے میری ذہنی زندگی کو ایک مستقل جنگ میں مبتلا رکھا: گیلیلیو اور سائنس۔</w:t>
      </w:r>
    </w:p>
    <w:p>
      <w:r>
        <w:rPr>
          <w:b/>
        </w:rPr>
        <w:t xml:space="preserve">[33:52] </w:t>
      </w:r>
      <w:r>
        <w:t>aap science ki tareekh ki kisi kitaab mein Galileo ka bab khol kar dekhen to wahan aap ko is qism ke alfaz likhay hue milenge ke Galileo ne mashahida aur tajruba aur riyazi ko jis tarah istemal kiya us ne jadeed science ki buniyad rakhnay mein madad di.</w:t>
      </w:r>
    </w:p>
    <w:p>
      <w:pPr>
        <w:jc w:val="right"/>
      </w:pPr>
      <w:r>
        <w:t>آپ سائنس کی تاریخ کی کسی کتاب میں گیلیلیو کا باب کھول کر دیکھیں تو وہاں آپ کو اس قسم کے الفاظ لکھے ہوئے ملیں گے کہ گیلیلیو نے مشاہدہ اور تجربہ اور ریاضی کو جس طرح استعمال کیا اس نے جدید سائنس کی بنیاد رکھنے میں مدد دی۔</w:t>
      </w:r>
    </w:p>
    <w:p>
      <w:r>
        <w:rPr>
          <w:b/>
        </w:rPr>
        <w:t xml:space="preserve">[34:11] </w:t>
      </w:r>
      <w:r>
        <w:t>"His use of observation, experiment, and mathematics helped lay the foundation of modern science." Galileo ka khaas kar-nama kya hai?</w:t>
      </w:r>
    </w:p>
    <w:p>
      <w:pPr>
        <w:jc w:val="right"/>
      </w:pPr>
      <w:r>
        <w:t>"His use of observation, experiment, and mathematics helped lay the foundation of modern science." گیلیلیو کا خاص کارنامہ کیا ہے؟</w:t>
      </w:r>
    </w:p>
    <w:p>
      <w:r>
        <w:rPr>
          <w:b/>
        </w:rPr>
        <w:t xml:space="preserve">[34:23] </w:t>
      </w:r>
      <w:r>
        <w:t>Galileo ka khaas kar-nama yeh hai ke is ne cheezon ki ibtidai sifaat ko jo ab'aad ya dimension aur wazan (weight) par mushtamil hain aur jin ki aasani se paimaaish ki ja sakti hain, un ko saani sifaat se alag kar diya.</w:t>
      </w:r>
    </w:p>
    <w:p>
      <w:pPr>
        <w:jc w:val="right"/>
      </w:pPr>
      <w:r>
        <w:t>گیلیلیو کا خاص کارنامہ یہ ہے کہ اس نے چیزوں کی ابتدائی صفات کو جو ابعاد یا ڈائمنشن اور وزن (weight) پر مشتمل ہیں اور جن کی آسانی سے پیمائش کی جا سکتی ہیں، ان کو ثانوی صفات سے الگ کر دیا۔</w:t>
      </w:r>
    </w:p>
    <w:p>
      <w:r>
        <w:rPr>
          <w:b/>
        </w:rPr>
        <w:t xml:space="preserve">[34:40] </w:t>
      </w:r>
      <w:r>
        <w:t>jo shakl, rang, aur bo waghera se talluq rakhti hain aur jin ki pemaish nahi ki ja sakti. ek lafz mein yeh ke is ne kamiyat ko kiefiyat se juda kar diya.</w:t>
      </w:r>
    </w:p>
    <w:p>
      <w:pPr>
        <w:jc w:val="right"/>
      </w:pPr>
      <w:r>
        <w:t>جو شکل، رنگ، اور بو وغیرہ سے تعلق رکھتی ہیں اور جن کی پیمائش نہیں کی جا سکتی۔ ایک لفظ میں یہ کہ اس نے کمیت کو کیفیت سے جدا کر دیا۔</w:t>
      </w:r>
    </w:p>
    <w:p>
      <w:r>
        <w:rPr>
          <w:b/>
        </w:rPr>
        <w:t xml:space="preserve">[34:53] </w:t>
      </w:r>
      <w:r>
        <w:t>galileo ke is feal ne is baat ko mumkin bana diya ke aadmi meter ko istemal kar sake baghair is ke ke is ne meter ke bare mein zaroori maloomat hasil ki hon.</w:t>
      </w:r>
    </w:p>
    <w:p>
      <w:pPr>
        <w:jc w:val="right"/>
      </w:pPr>
      <w:r>
        <w:t>گیلیلیو کے اس فعل نے اس بات کو ممکن بنا دیا کہ آدمی میٹر کو استعمال کر سکے بغیر اس کے کہ اس نے میٹر کے بارے میں ضروری معلومات حاصل کی ہوں۔</w:t>
      </w:r>
    </w:p>
    <w:p>
      <w:r>
        <w:rPr>
          <w:b/>
        </w:rPr>
        <w:t xml:space="preserve">[35:05] </w:t>
      </w:r>
      <w:r>
        <w:t>is tarah fitrat ko kaam mein lane ka darwaza khul gaya. technology ko taraqqi hui aur beshumar nai nai cheezen banni lagin jo insan ke liye mufeed sabit huin.</w:t>
      </w:r>
    </w:p>
    <w:p>
      <w:pPr>
        <w:jc w:val="right"/>
      </w:pPr>
      <w:r>
        <w:t>اس طرح فطرت کو کام میں لانے کا دروازہ کھل گیا۔ ٹیکنالوجی کو ترقی ہوئی اور بے شمار نئی نئی چیزیں بننے لگیں جو انسان کے لیے مفید ثابت ہوئیں۔</w:t>
      </w:r>
    </w:p>
    <w:p>
      <w:r>
        <w:rPr>
          <w:b/>
        </w:rPr>
        <w:t xml:space="preserve">[35:18] </w:t>
      </w:r>
      <w:r>
        <w:t>magar ziyada muddat nahi guzri ke insan ka adam itminan zahir ho gaya. is tarah fitrat ko kaam mein lane ka darwaza khul gaya.</w:t>
      </w:r>
    </w:p>
    <w:p>
      <w:pPr>
        <w:jc w:val="right"/>
      </w:pPr>
      <w:r>
        <w:t>مگر زیادہ مدت نہیں گزری کہ انسان کا عدم اطمینان ظاہر ہو گیا۔ اس طرح فطرت کو کام میں لانے کا دروازہ کھل گیا۔</w:t>
      </w:r>
    </w:p>
    <w:p>
      <w:r>
        <w:rPr>
          <w:b/>
        </w:rPr>
        <w:t xml:space="preserve">[35:27] </w:t>
      </w:r>
      <w:r>
        <w:t>technology ko taraqqi hui aur beshumar nai nai cheezen banni lagin jo insan ke liye mufeed sabit huin.</w:t>
      </w:r>
    </w:p>
    <w:p>
      <w:pPr>
        <w:jc w:val="right"/>
      </w:pPr>
      <w:r>
        <w:t>ٹیکنالوجی کو ترقی ہوئی اور بے شمار نئی نئی چیزیں بننے لگیں جو انسان کے لیے مفید ثابت ہوئیں۔</w:t>
      </w:r>
    </w:p>
    <w:p>
      <w:r>
        <w:rPr>
          <w:b/>
        </w:rPr>
        <w:t xml:space="preserve">[35:36] </w:t>
      </w:r>
      <w:r>
        <w:t>magar ziyada muddat nahi guzri ke insan ka adam itminan zahir ho gaya. maloom hua ke is mamle mein scientist ya engineer ka mamla is jahal badhai se kuch bhi mukhtalif nahi jo lakri ko kaat kar furniture banata hai agarchay woh lakri ki chemistry ke bare mein kuch nahi janta.</w:t>
      </w:r>
    </w:p>
    <w:p>
      <w:pPr>
        <w:jc w:val="right"/>
      </w:pPr>
      <w:r>
        <w:t>مگر زیادہ مدت نہیں گزری کہ انسان کا عدم اطمینان ظاہر ہو گیا۔ معلوم ہوا کہ اس معاملے میں سائنسدان یا انجینئر کا معاملہ اس جاہل بڑھئی سے کچھ بھی مختلف نہیں جو لکڑی کو کاٹ کر فرنیچر بناتا ہے اگرچہ وہ لکڑی کی کیمسٹری کے بارے میں کچھ نہیں جانتا۔</w:t>
      </w:r>
    </w:p>
    <w:p>
      <w:r>
        <w:rPr>
          <w:b/>
        </w:rPr>
        <w:t xml:space="preserve">[35:57] </w:t>
      </w:r>
      <w:r>
        <w:t>baad ki tehqiqat ne bataya ke galileo ne cheezon ke jis zahiri pehlu ko alag kar ke is ko science ke mutalay ka mozu banaya tha, us ke bare mein bhi insan ki maloomat had darjay naqis hain.</w:t>
      </w:r>
    </w:p>
    <w:p>
      <w:pPr>
        <w:jc w:val="right"/>
      </w:pPr>
      <w:r>
        <w:t>بعد کی تحقیقات نے بتایا کہ گیلیلیو نے چیزوں کے جس ظاہری پہلو کو الگ کر کے اس کو سائنس کے مطالعے کا موضوع بنایا تھا، اس کے بارے میں بھی انسان کی معلومات حد درجے ناقص ہیں۔</w:t>
      </w:r>
    </w:p>
    <w:p>
      <w:r>
        <w:rPr>
          <w:b/>
        </w:rPr>
        <w:t xml:space="preserve">[36:13] </w:t>
      </w:r>
      <w:r>
        <w:t>insan na sirf phool ki khushbu se bekhabar hai balkay phool ki chemistry bhi bohat kam is ke ilm mein aati hai. ek cheez jis ko mutamad'din dunya ka insan teen so saal tak ilm samajhta raha woh bhi aakhir kar be-elmi sabit hua.</w:t>
      </w:r>
    </w:p>
    <w:p>
      <w:pPr>
        <w:jc w:val="right"/>
      </w:pPr>
      <w:r>
        <w:t>انسان نہ صرف پھول کی خوشبو سے بے خبر ہے بلکہ پھول کی کیمسٹری بھی بہت کم اس کے علم میں آتی ہے۔ ایک چیز جس کو متمدن دنیا کا انسان تین سو سال تک علم سمجھتا رہا وہ بھی آخر کار بے علمی ثابت ہوا۔</w:t>
      </w:r>
    </w:p>
    <w:p>
      <w:r>
        <w:rPr>
          <w:b/>
        </w:rPr>
        <w:t xml:space="preserve">[36:32] </w:t>
      </w:r>
      <w:r>
        <w:t>bertrand russell ne apni khud nawisht sawaneh umri mein likha hai: "As is natural when one is trying to ignore a profound cause of unhappiness,</w:t>
      </w:r>
    </w:p>
    <w:p>
      <w:pPr>
        <w:jc w:val="right"/>
      </w:pPr>
      <w:r>
        <w:t>برٹرینڈ رسل نے اپنی خود نوشت سوانح عمری میں لکھا ہے: "As is natural when one is trying to ignore a profound cause of unhappiness,</w:t>
      </w:r>
    </w:p>
    <w:p>
      <w:r>
        <w:rPr>
          <w:b/>
        </w:rPr>
        <w:t xml:space="preserve">[36:43] </w:t>
      </w:r>
      <w:r>
        <w:t>I found impersonal reasons for gloom. I had been very full of personal misery in the early years of the century.</w:t>
      </w:r>
    </w:p>
    <w:p>
      <w:pPr>
        <w:jc w:val="right"/>
      </w:pPr>
      <w:r>
        <w:t>I found impersonal reasons for gloom. I had been very full of personal misery in the early years of the century.</w:t>
      </w:r>
    </w:p>
    <w:p>
      <w:r>
        <w:rPr>
          <w:b/>
        </w:rPr>
        <w:t xml:space="preserve">[36:52] </w:t>
      </w:r>
      <w:r>
        <w:t>But at that time I had a more or less Platonic philosophy which enabled me to see beauty in the extra-human universe.</w:t>
      </w:r>
    </w:p>
    <w:p>
      <w:pPr>
        <w:jc w:val="right"/>
      </w:pPr>
      <w:r>
        <w:t>But at that time I had a more or less Platonic philosophy which enabled me to see beauty in the extra-human universe.</w:t>
      </w:r>
    </w:p>
    <w:p>
      <w:r>
        <w:rPr>
          <w:b/>
        </w:rPr>
        <w:t xml:space="preserve">[37:04] </w:t>
      </w:r>
      <w:r>
        <w:t>Mathematics and the stars consoled me when the human world seemed empty of comfort.</w:t>
      </w:r>
    </w:p>
    <w:p>
      <w:pPr>
        <w:jc w:val="right"/>
      </w:pPr>
      <w:r>
        <w:t>Mathematics and the stars consoled me when the human world seemed empty of comfort.</w:t>
      </w:r>
    </w:p>
    <w:p>
      <w:r>
        <w:rPr>
          <w:b/>
        </w:rPr>
        <w:t xml:space="preserve">[37:12] </w:t>
      </w:r>
      <w:r>
        <w:t>But changes in my philosophy have robbed me of such consolations. Solipsism oppressed me, particularly after studying such interpretations of physics as that of Eddington.</w:t>
      </w:r>
    </w:p>
    <w:p>
      <w:pPr>
        <w:jc w:val="right"/>
      </w:pPr>
      <w:r>
        <w:t>But changes in my philosophy have robbed me of such consolations. Solipsism oppressed me, particularly after studying such interpretations of physics as that of Eddington.</w:t>
      </w:r>
    </w:p>
    <w:p>
      <w:r>
        <w:rPr>
          <w:b/>
        </w:rPr>
        <w:t xml:space="preserve">[37:26] </w:t>
      </w:r>
      <w:r>
        <w:t>It seemed that what we had thought of as laws of nature were only linguistic conventions and that physics was not really concerned with an external world</w:t>
      </w:r>
    </w:p>
    <w:p>
      <w:pPr>
        <w:jc w:val="right"/>
      </w:pPr>
      <w:r>
        <w:t>It seemed that what we had thought of as laws of nature were only linguistic conventions and that physics was not really concerned with an external world</w:t>
      </w:r>
    </w:p>
    <w:p>
      <w:r>
        <w:rPr>
          <w:b/>
        </w:rPr>
        <w:t xml:space="preserve">[37:38] </w:t>
      </w:r>
      <w:r>
        <w:t>. I do not mean that I quite believed this but that it became a haunting nightmare, increasingly invading my imagination." bertrand russell: Autobiography, Unwinned Paperbacks, London mein ne apni udasi ke kuch ghair-shakhsi asbab pa liye jaisa ke aam tor par us waqt hota hai jab ke aadmi nakhushi ke aik gehre sabab ko nazar andaz karne ki koshish kar raha ho.</w:t>
      </w:r>
    </w:p>
    <w:p>
      <w:pPr>
        <w:jc w:val="right"/>
      </w:pPr>
      <w:r>
        <w:t>. I do not mean that I quite believed this but that it became a haunting nightmare, increasingly invading my imagination." برٹرینڈ رسل: Autobiography, Unwinned Paperbacks, London میں نے اپنی اداسی کے کچھ غیر شخصی اسباب پا لیے جیسا کہ عام طور پر اس وقت ہوتا ہے جب کہ آدمی ناخوشی کے ایک گہرے سبب کو نظر انداز کرنے کی کوشش کر رہا ہو۔</w:t>
      </w:r>
    </w:p>
    <w:p>
      <w:r>
        <w:rPr>
          <w:b/>
        </w:rPr>
        <w:t xml:space="preserve">[38:06] </w:t>
      </w:r>
      <w:r>
        <w:t>mein mojooda sadi ke ibtidai saalon mein zaati pareshaniyon mein bohat ziyada mubtala raha hon magar us waqt mein kam o besh aflatoon-i falsafay ka qail tha jis ne mujhe is qabil banaye rakha ke mein kharji dunya mein husn ko dekh sakoon.</w:t>
      </w:r>
    </w:p>
    <w:p>
      <w:pPr>
        <w:jc w:val="right"/>
      </w:pPr>
      <w:r>
        <w:t>میں موجودہ صدی کے ابتدائی سالوں میں ذاتی پریشانیوں میں بہت زیادہ مبتلا رہا ہوں مگر اس وقت میں کم و بیش افلاطونی فلسفے کا قائل تھا جس نے مجھے اس قابل بنائے رکھا کہ میں خارجی دنیا میں حسن کو دیکھ سکوں۔</w:t>
      </w:r>
    </w:p>
    <w:p>
      <w:r>
        <w:rPr>
          <w:b/>
        </w:rPr>
        <w:t xml:space="preserve">[38:22] </w:t>
      </w:r>
      <w:r>
        <w:t>riyaziyat aur sitaron ne mujhe us waqt taskeen di jab ke insani dunya aish se khali nazar aati thi magar mere falsafay mein tabdeeli ne is qism ki taskeen ko mujh se cheen liya.</w:t>
      </w:r>
    </w:p>
    <w:p>
      <w:pPr>
        <w:jc w:val="right"/>
      </w:pPr>
      <w:r>
        <w:t>ریاضیات اور ستاروں نے مجھے اس وقت تسکین دی جب کہ انسانی دنیا آسائش سے خالی نظر آتی تھی مگر میرے فلسفے میں تبدیلی نے اس قسم کی تسکین کو مجھ سے چھین لیا۔</w:t>
      </w:r>
    </w:p>
    <w:p>
      <w:r>
        <w:rPr>
          <w:b/>
        </w:rPr>
        <w:t xml:space="preserve">[38:36] </w:t>
      </w:r>
      <w:r>
        <w:t>khudi ne mujh ko bilkul mazhal kar diya, khas tor par us waqt jab ke mein tibbiyat ki un tashreehon ko parha jo eddington jaisay logon ne ki hain.</w:t>
      </w:r>
    </w:p>
    <w:p>
      <w:pPr>
        <w:jc w:val="right"/>
      </w:pPr>
      <w:r>
        <w:t>خودی نے مجھ کو بالکل مزمحل کر دیا خاص طور پر اس وقت جب کہ میں طبیعات کی ان تشریحوں کو پڑھا جو ایڈنگٹن جیسے لوگوں نے کی ہیں۔</w:t>
      </w:r>
    </w:p>
    <w:p>
      <w:r>
        <w:rPr>
          <w:b/>
        </w:rPr>
        <w:t xml:space="preserve">[38:46] </w:t>
      </w:r>
      <w:r>
        <w:t>mujh ko nazar aaya ke jis cheez ko hum ne fitrat ke qawaneen samjha tha woh mahaz alfaaz ka mamla tha aur tibbiyat haqeeqatan kisi kharji dunya se koi talluq nahi rakhti.</w:t>
      </w:r>
    </w:p>
    <w:p>
      <w:pPr>
        <w:jc w:val="right"/>
      </w:pPr>
      <w:r>
        <w:t>مجھ کو نظر آیا کہ جس چیز کو ہم نے فطرت کے قوانین سمجھا تھا وہ محض الفاظ کا معاملہ تھا اور طبیعات حقیقتاً کسی خارجی دنیا سے کوئی تعلق نہیں رکھتی۔</w:t>
      </w:r>
    </w:p>
    <w:p>
      <w:r>
        <w:rPr>
          <w:b/>
        </w:rPr>
        <w:t xml:space="preserve">[38:59] </w:t>
      </w:r>
      <w:r>
        <w:t>mera matlab yeh nahi hai ke mein is ko poori tarah manta hon magar yeh mere liye aik qabos ban gaya jo mera peecha kar raha tha. woh mere takhayulat par barabar hamla kar raha tha.</w:t>
      </w:r>
    </w:p>
    <w:p>
      <w:pPr>
        <w:jc w:val="right"/>
      </w:pPr>
      <w:r>
        <w:t>میرا مطلب یہ نہیں ہے کہ میں اس کو پوری طرح مانتا ہوں مگر یہ میرے لیے ایک قابوس بن گیا جو میرا پیچھا کر رہا تھا۔ وہ میرے تخیلات پر برابر حملہ کر رہا تھا۔</w:t>
      </w:r>
    </w:p>
    <w:p>
      <w:r>
        <w:rPr>
          <w:b/>
        </w:rPr>
        <w:t xml:space="preserve">[39:11] </w:t>
      </w:r>
      <w:r>
        <w:t>rohani taskeen: jo science kharji dunya ka ilm dene se ajiz thi woh is batini dunya ka ilm kiya deti jis ke baray mein is ne galileo hi ke zamanay mein amli taur par apni na-rasai ka ailan kar diya tha.</w:t>
      </w:r>
    </w:p>
    <w:p>
      <w:pPr>
        <w:jc w:val="right"/>
      </w:pPr>
      <w:r>
        <w:t>روحانی تسکین: جو سائنس خارجی دنیا کا علم دینے سے عاجز تھی وہ اس باطنی دنیا کا علم کیا دیتی جس کے بارے میں اس نے گیلیلیو ہی کے زمانے میں عملی طور پر اپنی نارسائی کا اعلان کر دیا تھا۔</w:t>
      </w:r>
    </w:p>
    <w:p>
      <w:r>
        <w:rPr>
          <w:b/>
        </w:rPr>
        <w:t xml:space="preserve">[39:31] </w:t>
      </w:r>
      <w:r>
        <w:t>science aadmi ko woh jhoota itminan bhi na de saki jo madi satah par bazahir aik insaan ko hasil hota hai aur zehni aur rohani satah ka itminan to na is ke bas mein tha aur na kabhi is ne is ko dene ka dawah kiya.</w:t>
      </w:r>
    </w:p>
    <w:p>
      <w:pPr>
        <w:jc w:val="right"/>
      </w:pPr>
      <w:r>
        <w:t>سائنس آدمی کو وہ جھوٹا اطمینان بھی نہ دے سکی جو مادی سطح پر بظاہر ایک انسان کو حاصل ہوتا ہے اور ذہنی اور روحانی سطح کا اطمینان تو نہ اس کے بس میں تھا اور نہ کبھی اس نے اس کو دینے کا دعویٰ کیا۔</w:t>
      </w:r>
    </w:p>
    <w:p>
      <w:r>
        <w:rPr>
          <w:b/>
        </w:rPr>
        <w:t xml:space="preserve">[39:49] </w:t>
      </w:r>
      <w:r>
        <w:t>quran mein irshad hua hai: "ala bi zikr allahi tatmain al quloob" yani sun lo ke Allah ki yaad se hi dilon ko itminan hota hai.</w:t>
      </w:r>
    </w:p>
    <w:p>
      <w:pPr>
        <w:jc w:val="right"/>
      </w:pPr>
      <w:r>
        <w:t>قرآن میں ارشاد ہوا ہے: "ألا بذكر الله تطمئن القلوب" یعنی سن لو کہ اللہ کی یاد سے ہی دلوں کو اطمینان ہوتا ہے۔</w:t>
      </w:r>
    </w:p>
    <w:p>
      <w:r>
        <w:rPr>
          <w:b/>
        </w:rPr>
        <w:t xml:space="preserve">[39:58] </w:t>
      </w:r>
      <w:r>
        <w:t>yehi baat bible mein un alfaaz mein aayi hai: "insan sirf roti hi se jeeta nahi rehta balkay har baat se jo khawand ke munh se nikalti hai woh jeeta rehta hai." "Man does not live by bread alone but by every word that comes from the mouth of the Lord."</w:t>
      </w:r>
    </w:p>
    <w:p>
      <w:pPr>
        <w:jc w:val="right"/>
      </w:pPr>
      <w:r>
        <w:t>یہی بات بائبل میں ان الفاظ میں آئی ہے: "انسان صرف روٹی ہی سے جیتا نہیں رہتا بلکہ ہر بات سے جو خداوند کے منہ سے نکلتی ہے وہ جیتا رہتا ہے۔" "Man does not live by bread alone but by every word that comes from the mouth of the Lord."</w:t>
      </w:r>
    </w:p>
    <w:p>
      <w:r>
        <w:rPr>
          <w:b/>
        </w:rPr>
        <w:t xml:space="preserve">[40:17] </w:t>
      </w:r>
      <w:r>
        <w:t>hazrat masih ne isi baat ko un lafzon mein bayan kiya hai: "aadmi sirf roti hi se jeeta na rahega balkay har baat se jo Khuda ke munh se nikalti hai." "Man shall not live by bread alone but by every word that comes from the mouth of God."</w:t>
      </w:r>
    </w:p>
    <w:p>
      <w:pPr>
        <w:jc w:val="right"/>
      </w:pPr>
      <w:r>
        <w:t>حضرت مسیح نے اسی بات کو ان لفظوں میں بیان کیا ہے: "آدمی صرف روٹی ہی سے جیتا نہ رہے گا بلکہ ہر بات سے جو خدا کے منہ سے نکلتی ہے۔" "Man shall not live by bread alone but by every word that comes from the mouth of God."</w:t>
      </w:r>
    </w:p>
    <w:p>
      <w:r>
        <w:rPr>
          <w:b/>
        </w:rPr>
        <w:t xml:space="preserve">[40:34] </w:t>
      </w:r>
      <w:r>
        <w:t>insaan apne saath aik مخصوص نفسیات rakhta hai. is نفسیات se woh apne aap ko juda nahi kar sakta. yeh نفسیات aik bartar taskeen ki talib hai.</w:t>
      </w:r>
    </w:p>
    <w:p>
      <w:pPr>
        <w:jc w:val="right"/>
      </w:pPr>
      <w:r>
        <w:t>انسان اپنے ساتھ ایک مخصوص نفسیات رکھتا ہے۔ اس نفسیات سے وہ اپنے آپ کو جدا نہیں کر سکتا۔ یہ نفسیات ایک برتر تسکین کی طالب ہے۔</w:t>
      </w:r>
    </w:p>
    <w:p>
      <w:r>
        <w:rPr>
          <w:b/>
        </w:rPr>
        <w:t xml:space="preserve">[40:47] </w:t>
      </w:r>
      <w:r>
        <w:t>insaan ko maadi saaz o saamaan ke saath aik aqeedah aur aik usool-e-hayat bhi darkaar hai. science ne insaan ko jo kuch diya woh apni aakhri soorat mein bhi sirf maadi saaz o saamaan tha.</w:t>
      </w:r>
    </w:p>
    <w:p>
      <w:pPr>
        <w:jc w:val="right"/>
      </w:pPr>
      <w:r>
        <w:t>انسان کو مادی ساز و سامان کے ساتھ ایک عقیدہ اور ایک اصول حیات بھی درکار ہے۔ سائنس نے انسان کو جو کچھ دیا وہ اپنی آخری صورت میں بھی صرف مادی ساز و سامان تھا۔</w:t>
      </w:r>
    </w:p>
    <w:p>
      <w:r>
        <w:rPr>
          <w:b/>
        </w:rPr>
        <w:t xml:space="preserve">[41:01] </w:t>
      </w:r>
      <w:r>
        <w:t>science insaan ko aik qabil-e-aitebaar aqeedah na de saki. yahi woh kami hai jis ne jadeed duniya ke beshumaar logon ko ghair mutmain kar rakha hai.</w:t>
      </w:r>
    </w:p>
    <w:p>
      <w:pPr>
        <w:jc w:val="right"/>
      </w:pPr>
      <w:r>
        <w:t>سائنس انسان کو ایک قابل اعتماد عقیدہ نہ دے سکی۔ یہی وہ کمی ہے جس نے جدید دنیا کے بے شمار لوگوں کو غیر مطمئن کر رکھا ہے۔</w:t>
      </w:r>
    </w:p>
    <w:p>
      <w:r>
        <w:rPr>
          <w:b/>
        </w:rPr>
        <w:t xml:space="preserve">[41:15] </w:t>
      </w:r>
      <w:r>
        <w:t>bahir se dekhne walon ko un ki zindagiyaan pur raunaq nazar aati hain magar andar se un ki rooh bilkul veeran ho chuki hai. yeh masla jis se aaj ka insaan dochaar hai:</w:t>
      </w:r>
    </w:p>
    <w:p>
      <w:pPr>
        <w:jc w:val="right"/>
      </w:pPr>
      <w:r>
        <w:t>باہر سے دیکھنے والوں کو ان کی زندگیاں پر رونق نظر آتی ہیں مگر اندر سے ان کی روح بالکل ویران ہو چکی ہے۔ یہ مسئلہ جس سے آج کا انسان دوچار ہے:</w:t>
      </w:r>
    </w:p>
    <w:p>
      <w:r>
        <w:rPr>
          <w:b/>
        </w:rPr>
        <w:t xml:space="preserve">[41:29] </w:t>
      </w:r>
      <w:r>
        <w:t>aqdaar ka masla. yeh masla jis se aaj ka insaan dochaar hai falsafiyana lafz mein is ko aqdaar ka masla ya problem of values kaha ja sakta hai.</w:t>
      </w:r>
    </w:p>
    <w:p>
      <w:pPr>
        <w:jc w:val="right"/>
      </w:pPr>
      <w:r>
        <w:t>اقدار کا مسئلہ۔ یہ مسئلہ جس سے آج کا انسان دوچار ہے فلسفیانہ لفظ میں اس کو اقدار کا مسئلہ یا problem of values کہا جا سکتا ہے۔</w:t>
      </w:r>
    </w:p>
    <w:p>
      <w:r>
        <w:rPr>
          <w:b/>
        </w:rPr>
        <w:t xml:space="preserve">[41:43] </w:t>
      </w:r>
      <w:r>
        <w:t>jadeed taleem yafta insaan aik dohri mushkil se dochaar hai. woh jaanta hai magar nahi jaanta. maloomat ke dher ke darmiyan woh mehsoos karta hai ke woh kam se kam is position mein hota ja raha hai ke yeh faisla kar sake ke kya achha hai aur kya bura.</w:t>
      </w:r>
    </w:p>
    <w:p>
      <w:pPr>
        <w:jc w:val="right"/>
      </w:pPr>
      <w:r>
        <w:t>جدید تعلیم یافتہ انسان ایک دوہری مشکل سے دوچار ہے۔ وہ جانتا ہے مگر نہیں جانتا۔ معلومات کے ڈھیر کے درمیان وہ محسوس کرتا ہے کہ وہ کم سے کم اس پوزیشن میں ہوتا جا رہا ہے کہ یہ فیصلہ کر سکے کہ کیا اچھا ہے اور کیا برا۔</w:t>
      </w:r>
    </w:p>
    <w:p>
      <w:r>
        <w:rPr>
          <w:b/>
        </w:rPr>
        <w:t xml:space="preserve">[42:03] </w:t>
      </w:r>
      <w:r>
        <w:t>woh apni fitrat se majboor hai ke woh kisi cheez ko achha aur kisi cheez ko bura samjhe. woh is tameez ko kisi bhi tarah apne aap se juda nahi kar sakta.</w:t>
      </w:r>
    </w:p>
    <w:p>
      <w:pPr>
        <w:jc w:val="right"/>
      </w:pPr>
      <w:r>
        <w:t>وہ اپنی فطرت سے مجبور ہے کہ وہ کسی چیز کو اچھا اور کسی چیز کو برا سمجھے۔ وہ اس تمیز کو کسی بھی طرح اپنے آپ سے جدا نہیں کر سکتا۔</w:t>
      </w:r>
    </w:p>
    <w:p>
      <w:r>
        <w:rPr>
          <w:b/>
        </w:rPr>
        <w:t xml:space="preserve">[42:15] </w:t>
      </w:r>
      <w:r>
        <w:t>magar jab apni aqal ya apne ilm ke zariye woh is ko mutayyan karna chahta hai to woh is ko mutayyan nahi kar pata. Joseph Wood Krutch ne apni kitaab "The Modern Temper" mein is masle par aqli bahas ki hai.</w:t>
      </w:r>
    </w:p>
    <w:p>
      <w:pPr>
        <w:jc w:val="right"/>
      </w:pPr>
      <w:r>
        <w:t>مگر جب اپنی عقل یا اپنے علم کے ذریعے وہ اس کو متعین کرنا چاہتا ہے تو وہ اس کو متعین نہیں کر پاتا۔ جوزف وڈ کرچ نے اپنی کتاب "دورِ جدید کا مزاج" میں اس مسئلے پر عقلی بحث کی ہے۔</w:t>
      </w:r>
    </w:p>
    <w:p>
      <w:r>
        <w:rPr>
          <w:b/>
        </w:rPr>
        <w:t xml:space="preserve">[42:32] </w:t>
      </w:r>
      <w:r>
        <w:t>is ka kehna hai ke insaan agarchay ba-aitbaar fitrat yeh yaqeen karne ki taraf maail hai ke zindagi ka aik maqsad hai aur achhai aur burai ka aik meyar hai magar science is ka koi hatmi jawab nahi deti.</w:t>
      </w:r>
    </w:p>
    <w:p>
      <w:pPr>
        <w:jc w:val="right"/>
      </w:pPr>
      <w:r>
        <w:t>اس کا کہنا ہے کہ انسان اگرچہ باعتبار فطرت یہ یقین کرنے کی طرف مائل ہے کہ زندگی کا ایک مقصد ہے اور اچھائی اور برائی کا ایک معیار ہے مگر سائنس اس کا کوئی حتمی جواب نہیں دیتی۔</w:t>
      </w:r>
    </w:p>
    <w:p>
      <w:r>
        <w:rPr>
          <w:b/>
        </w:rPr>
        <w:t xml:space="preserve">[42:49] </w:t>
      </w:r>
      <w:r>
        <w:t>science ki taraqqi is ko ziyada se ziyada zahir karti ja rahi hai ke hum aik aisi duniya mein hain jahan aqdaar apna koi mawzu'i maqam ya objective status nahi rakhti.</w:t>
      </w:r>
    </w:p>
    <w:p>
      <w:pPr>
        <w:jc w:val="right"/>
      </w:pPr>
      <w:r>
        <w:t>سائنس کی ترقی اس کو زیادہ سے زیادہ ظاہر کرتی جا رہی ہے کہ ہم ایک ایسی دنیا میں ہیں جہاں اقدار اپنا کوئی موضوعی مقام یا objective status نہیں رکھتیں۔</w:t>
      </w:r>
    </w:p>
    <w:p>
      <w:r>
        <w:rPr>
          <w:b/>
        </w:rPr>
        <w:t xml:space="preserve">[43:02] </w:t>
      </w:r>
      <w:r>
        <w:t>insaan akhlaqi meyaroon ki zaroorat mehsoos karta hai jis ke mutabiq woh zindagi guzare. woh wajdani tor par is ki mustaqil talash mein hai.</w:t>
      </w:r>
    </w:p>
    <w:p>
      <w:pPr>
        <w:jc w:val="right"/>
      </w:pPr>
      <w:r>
        <w:t>انسان اخلاقی معیاروں کی ضرورت محسوس کرتا ہے جس کے مطابق وہ زندگی گزارے۔ وہ وجدانی طور پر اس کی مستقل تلاش میں ہے۔</w:t>
      </w:r>
    </w:p>
    <w:p>
      <w:r>
        <w:rPr>
          <w:b/>
        </w:rPr>
        <w:t xml:space="preserve">[43:15] </w:t>
      </w:r>
      <w:r>
        <w:t>magar science ki daryaft kardah duniya mein khair o shar ke tasawwurat ki koi jagah nahi. bazahir aisa maloom hota hai ke insaan aik akhlaqi jaanwar hai jo aik aisi kainat mein hai jahan akhlaqi asar ka koi wajood nahi.</w:t>
      </w:r>
    </w:p>
    <w:p>
      <w:pPr>
        <w:jc w:val="right"/>
      </w:pPr>
      <w:r>
        <w:t>مگر سائنس کی دریافت کردہ دنیا میں خیر و شر کے تصورات کی کوئی جگہ نہیں۔ بظاہر ایسا معلوم ہوتا ہے کہ انسان ایک اخلاقی جانور ہے جو ایک ایسی کائنات میں ہے جہاں اخلاقی عنصر کا کوئی وجود نہیں۔</w:t>
      </w:r>
    </w:p>
    <w:p>
      <w:r>
        <w:rPr>
          <w:b/>
        </w:rPr>
        <w:t xml:space="preserve">[43:33] </w:t>
      </w:r>
      <w:r>
        <w:t>"man is an ethical animal in a universe which contains no ethical element</w:t>
      </w:r>
    </w:p>
    <w:p>
      <w:pPr>
        <w:jc w:val="right"/>
      </w:pPr>
      <w:r>
        <w:t>"Man is an ethical animal in a universe which contains no ethical element</w:t>
      </w:r>
    </w:p>
    <w:p>
      <w:r>
        <w:rPr>
          <w:b/>
        </w:rPr>
        <w:t xml:space="preserve">[43:39] </w:t>
      </w:r>
      <w:r>
        <w:t>." joseph wood krutch: the modern temper, new york insaan cheezon ki haqeeqat ko jaanna chahta hai magar science is ko sirf cheezon ke dhanchay ka ilm deti hai.</w:t>
      </w:r>
    </w:p>
    <w:p>
      <w:pPr>
        <w:jc w:val="right"/>
      </w:pPr>
      <w:r>
        <w:t>." جوزف وڈ کرچ: The Modern Temper, New York انسان چیزوں کی حقیقت کو جاننا چاہتا ہے مگر سائنس اس کو صرف چیزوں کے ڈھانچے کا علم دیتی ہے۔</w:t>
      </w:r>
    </w:p>
    <w:p>
      <w:r>
        <w:rPr>
          <w:b/>
        </w:rPr>
        <w:t xml:space="preserve">[43:52] </w:t>
      </w:r>
      <w:r>
        <w:t>insaan duniya ke aaghaz o anjaam ko jaanna chahta hai magar science is ko sirf darmiyani marhalay ke baray mein kuch baatein batati hai.</w:t>
      </w:r>
    </w:p>
    <w:p>
      <w:pPr>
        <w:jc w:val="right"/>
      </w:pPr>
      <w:r>
        <w:t>انسان دنیا کے آغاز و انجام کو جاننا چاہتا ہے مگر سائنس اس کو صرف درمیانی مرحلے کے بارے میں کچھ باتیں بتاتی ہے۔</w:t>
      </w:r>
    </w:p>
    <w:p>
      <w:r>
        <w:rPr>
          <w:b/>
        </w:rPr>
        <w:t xml:space="preserve">[44:01] </w:t>
      </w:r>
      <w:r>
        <w:t>insaan cheezon ki ma'nawiyat ko daryaft karna chahta hai magar science is ko sirf is ki zahiri he'at ka pata deti hai.</w:t>
      </w:r>
    </w:p>
    <w:p>
      <w:pPr>
        <w:jc w:val="right"/>
      </w:pPr>
      <w:r>
        <w:t>انسان چیزوں کی معنویت کو دریافت کرنا چاہتا ہے مگر سائنس اس کو صرف اس کی ظاہری ہیئت کا پتہ دیتی ہے۔</w:t>
      </w:r>
    </w:p>
    <w:p>
      <w:r>
        <w:rPr>
          <w:b/>
        </w:rPr>
        <w:t xml:space="preserve">[44:11] </w:t>
      </w:r>
      <w:r>
        <w:t>insaan phool ki mehak ko samajhna chahta hai magar science is ko sirf phool ki chemistry se aagah karti hai. insaan zehn aur rooh ki gehrai mein utarna chahta hai magar science sirf jism ke maadi ajzaa ka tajziya is ke samnay pesh karti hai.</w:t>
      </w:r>
    </w:p>
    <w:p>
      <w:pPr>
        <w:jc w:val="right"/>
      </w:pPr>
      <w:r>
        <w:t>انسان پھول کی مہک کو سمجھنا چاہتا ہے مگر سائنس اس کو صرف پھول کی کیمسٹری سے آگاہ کرتی ہے۔ انسان ذہن اور روح کی گہرائی میں اترنا چاہتا ہے مگر سائنس صرف جسم کے مادی اجزاء کا تجزیہ اس کے سامنے پیش کرتی ہے۔</w:t>
      </w:r>
    </w:p>
    <w:p>
      <w:r>
        <w:rPr>
          <w:b/>
        </w:rPr>
        <w:t xml:space="preserve">[44:31] </w:t>
      </w:r>
      <w:r>
        <w:t>aik lafz mein yeh ke insaan khalq ke baray mein jaanna chahta hai aur science is ko sirf makhlooq ke baray mein bata kar khamosh ho jati hai.</w:t>
      </w:r>
    </w:p>
    <w:p>
      <w:pPr>
        <w:jc w:val="right"/>
      </w:pPr>
      <w:r>
        <w:t>ایک لفظ میں یہ کہ انسان خالق کے بارے میں جاننا چاہتا ہے اور سائنس اس کو صرف مخلوق کے بارے میں بتا کر خاموش ہو جاتی ہے۔</w:t>
      </w:r>
    </w:p>
    <w:p>
      <w:r>
        <w:rPr>
          <w:b/>
        </w:rPr>
        <w:t xml:space="preserve">[44:42] </w:t>
      </w:r>
      <w:r>
        <w:t>yahi baat hai jis ko aik maghribi mufakkir ne hasrat ke saath is fiqray mein bayan kiya hai: "jo aham hai woh na-qabil-e-daryaft hai aur jo qabil-e-daryaft hai woh aham nahi." "the important is unknowable and the knowable is unimportant."</w:t>
      </w:r>
    </w:p>
    <w:p>
      <w:pPr>
        <w:jc w:val="right"/>
      </w:pPr>
      <w:r>
        <w:t>یہی بات ہے جس کو ایک مغربی مفکر نے حسرت کے ساتھ اس فقرے میں بیان کیا ہے: "جو اہم ہے وہ ناقابل دریافت ہے اور جو قابل دریافت ہے وہ اہم نہیں۔" "The important is unknowable and the knowable is unimportant."</w:t>
      </w:r>
    </w:p>
    <w:p>
      <w:r>
        <w:rPr>
          <w:b/>
        </w:rPr>
        <w:t xml:space="preserve">[45:10] </w:t>
      </w:r>
      <w:r>
        <w:t>aala zariya-e-ilm: yahi be-itminani jadeed daur ke tamam bashaoor insaanon ka peecha kiye hue hai.</w:t>
      </w:r>
    </w:p>
    <w:p>
      <w:pPr>
        <w:jc w:val="right"/>
      </w:pPr>
      <w:r>
        <w:t>اعلیٰ ذریعہ علم: یہی بے اطمینانی جدید دور کے تمام باشعور انسانوں کا پیچھا کیے ہوئے ہے۔</w:t>
      </w:r>
    </w:p>
    <w:p>
      <w:r>
        <w:rPr>
          <w:b/>
        </w:rPr>
        <w:t xml:space="preserve">[45:21] </w:t>
      </w:r>
      <w:r>
        <w:t>un ki aksariyat agarchay mazhab ko maanne ke liye tayyar nahi hai magar unhon ne yeh baat maan li hai ke jis scientific taraqqi ko unhon ne insaniyat ke masle ka hal samajh liya tha woh insaniyat ke masle ka hal na tha.</w:t>
      </w:r>
    </w:p>
    <w:p>
      <w:pPr>
        <w:jc w:val="right"/>
      </w:pPr>
      <w:r>
        <w:t>ان کی اکثریت اگرچہ مذہب کو ماننے کے لیے تیار نہیں ہے مگر انہوں نے یہ بات مان لی ہے کہ جس سائنسی ترقی کو انہوں نے انسانیت کے مسئلے کا حل سمجھ لیا تھا وہ انسانیت کے مسئلے کا حل نہ تھا۔</w:t>
      </w:r>
    </w:p>
    <w:p>
      <w:r>
        <w:rPr>
          <w:b/>
        </w:rPr>
        <w:t xml:space="preserve">[45:37] </w:t>
      </w:r>
      <w:r>
        <w:t>Bertrand Russell ne maghribi fikr o falsafa par ek zakhim kitaab likhi hai.</w:t>
      </w:r>
    </w:p>
    <w:p>
      <w:pPr>
        <w:jc w:val="right"/>
      </w:pPr>
      <w:r>
        <w:t>برٹرینڈ رسل نے مغربی فکر و فلسفہ پر ایک زخیم کتاب لکھی ہے۔</w:t>
      </w:r>
    </w:p>
    <w:p>
      <w:r>
        <w:rPr>
          <w:b/>
        </w:rPr>
        <w:t xml:space="preserve">[45:42] </w:t>
      </w:r>
      <w:r>
        <w:t>is kitaab ke aakhir mein hum is ke iqrar ke hasb-e-zel kalmaat paate hain: "Western philosophers confess</w:t>
      </w:r>
    </w:p>
    <w:p>
      <w:pPr>
        <w:jc w:val="right"/>
      </w:pPr>
      <w:r>
        <w:t>اس کتاب کے آخر میں ہم اس کے اعتراف کے حسب ذیل کلمات پاتے ہیں: "Western philosophers confess</w:t>
      </w:r>
    </w:p>
    <w:p>
      <w:r>
        <w:rPr>
          <w:b/>
        </w:rPr>
        <w:t xml:space="preserve">[45:51] </w:t>
      </w:r>
      <w:r>
        <w:t>frankly that the human intellect is unable to find conclusive answers to many questions of profound importance to</w:t>
      </w:r>
    </w:p>
    <w:p>
      <w:pPr>
        <w:jc w:val="right"/>
      </w:pPr>
      <w:r>
        <w:t>frankly that the human intellect is unable to find conclusive answers to many questions of profound importance to</w:t>
      </w:r>
    </w:p>
    <w:p>
      <w:r>
        <w:rPr>
          <w:b/>
        </w:rPr>
        <w:t xml:space="preserve">[45:59] </w:t>
      </w:r>
      <w:r>
        <w:t>mankind but they refuse to believe that there is some higher way of knowledge by which we can</w:t>
      </w:r>
    </w:p>
    <w:p>
      <w:pPr>
        <w:jc w:val="right"/>
      </w:pPr>
      <w:r>
        <w:t>mankind but they refuse to believe that there is some higher way of knowledge by which we can</w:t>
      </w:r>
    </w:p>
    <w:p>
      <w:r>
        <w:rPr>
          <w:b/>
        </w:rPr>
        <w:t xml:space="preserve">[46:05] </w:t>
      </w:r>
      <w:r>
        <w:t>discover truths hidden from science and intellect."</w:t>
      </w:r>
    </w:p>
    <w:p>
      <w:pPr>
        <w:jc w:val="right"/>
      </w:pPr>
      <w:r>
        <w:t>discover truths hidden from science and intellect."</w:t>
      </w:r>
    </w:p>
    <w:p>
      <w:r>
        <w:rPr>
          <w:b/>
        </w:rPr>
        <w:t xml:space="preserve">[46:10] </w:t>
      </w:r>
      <w:r>
        <w:t>Bertrand Russell: A History of Western Philosophy maghribi falsafi khule taur par iqrar karte hain ke insani aql</w:t>
      </w:r>
    </w:p>
    <w:p>
      <w:pPr>
        <w:jc w:val="right"/>
      </w:pPr>
      <w:r>
        <w:t>برٹرینڈ رسل: A History of Western Philosophy مغربی فلسفی کھلے طور پر اقرار کرتے ہیں کہ انسانی عقل</w:t>
      </w:r>
    </w:p>
    <w:p>
      <w:r>
        <w:rPr>
          <w:b/>
        </w:rPr>
        <w:t xml:space="preserve">[46:18] </w:t>
      </w:r>
      <w:r>
        <w:t>ke bas se bahar hai ke woh un bahut se sawalat ka</w:t>
      </w:r>
    </w:p>
    <w:p>
      <w:pPr>
        <w:jc w:val="right"/>
      </w:pPr>
      <w:r>
        <w:t>کے بس سے باہر ہے کہ وہ ان بہت سے سوالات کا</w:t>
      </w:r>
    </w:p>
    <w:p>
      <w:r>
        <w:rPr>
          <w:b/>
        </w:rPr>
        <w:t xml:space="preserve">[46:22] </w:t>
      </w:r>
      <w:r>
        <w:t>qata'i jawab pa sake jo insaniyat ke liye be had ahmiyat rakhte hain. magar woh is ko maanne se inkar karte hain ke science ke ilawa ilm ka koi aur buland tareeqa hai jis ke zariye se hum un sachaiyon ko daryaft kar sakein jo science aur aql ki dastaras mein nahi aati.</w:t>
      </w:r>
    </w:p>
    <w:p>
      <w:pPr>
        <w:jc w:val="right"/>
      </w:pPr>
      <w:r>
        <w:t>قطعی جواب پا سکے جو انسانیت کے لیے بے حد اہمیت رکھتے ہیں۔ مگر وہ اس کو ماننے سے انکار کرتے ہیں کہ سائنس کے علاوہ علم کا کوئی اور بلند طریقہ ہے جس کے ذریعے سے ہم ان سچائیوں کو دریافت کر سکیں جو سائنس اور عقل کی دسترس میں نہیں آتیں۔</w:t>
      </w:r>
    </w:p>
    <w:p>
      <w:r>
        <w:rPr>
          <w:b/>
        </w:rPr>
        <w:t xml:space="preserve">[46:44] </w:t>
      </w:r>
      <w:r>
        <w:t>aaj ke insaan ko yahi batana, is ko sab se bari cheez dena hai ke haan yahan aik buland tar tareeqa mojood hai jis ke zariye naamaloom ko maloom kiya ja sake aur woh ilham-e-khudawandi hai.</w:t>
      </w:r>
    </w:p>
    <w:p>
      <w:pPr>
        <w:jc w:val="right"/>
      </w:pPr>
      <w:r>
        <w:t>آج کے انسان کو یہی بتانا، اس کو سب سے بڑی چیز دینا ہے کہ ہاں یہاں ایک بلند تر طریقہ موجود ہے جس کے ذریعے نامعلوم کو معلوم کیا جا سکے اور وہ الہام خداوندی ہے۔</w:t>
      </w:r>
    </w:p>
    <w:p>
      <w:r>
        <w:rPr>
          <w:b/>
        </w:rPr>
        <w:t xml:space="preserve">[47:00] </w:t>
      </w:r>
      <w:r>
        <w:t>aur yeh ilham-e-khudawandi jahan apni mehfooz soorat mein mojood hai woh quran hai. quran poori tarah apni asal halat mein mehfooz hai aur taqreeban deyr hazaar baras se musalsal apni sadaqat ko sabit kar raha hai.</w:t>
      </w:r>
    </w:p>
    <w:p>
      <w:pPr>
        <w:jc w:val="right"/>
      </w:pPr>
      <w:r>
        <w:t>اور یہ الہام خداوندی جہاں اپنی محفوظ شکل میں موجود ہے وہ قرآن ہے۔ قرآن پوری طرح اپنی اصل حالت میں محفوظ ہے اور تقریباً ڈیڑھ ہزار برس سے مسلسل اپنی صداقت کو ثابت کر رہا ہے۔</w:t>
      </w:r>
    </w:p>
    <w:p>
      <w:r>
        <w:rPr>
          <w:b/>
        </w:rPr>
        <w:t xml:space="preserve">[47:18] </w:t>
      </w:r>
      <w:r>
        <w:t>is mozu par raqim ul huroof ne apni kitab "azmat e quran" aur doosri kitabon mein guftagu ki hai. is ki tafseel un kitabon mein dekhi ja sakti hai.</w:t>
      </w:r>
    </w:p>
    <w:p>
      <w:pPr>
        <w:jc w:val="right"/>
      </w:pPr>
      <w:r>
        <w:t>اس موضوع پر راقم الحروف نے اپنی کتاب "عظمت قرآن" اور دوسری کتابوں میں گفتگو کی ہے۔ اس کی تفصیل ان کتابوں میں دیکھی جا سکتی ہے۔</w:t>
      </w:r>
    </w:p>
    <w:p>
      <w:r>
        <w:rPr>
          <w:b/>
        </w:rPr>
        <w:t xml:space="preserve">[47:30] </w:t>
      </w:r>
      <w:r>
        <w:t>dakhli shahadat: akhlaqi ya mazhabi ehsas insan ke andar be had taqatwar hai. mazi se le kar haal tak ka tajruba batata hai ke yeh ehsas kisi tarah insan ke andar se khatam nahi hota.</w:t>
      </w:r>
    </w:p>
    <w:p>
      <w:pPr>
        <w:jc w:val="right"/>
      </w:pPr>
      <w:r>
        <w:t>داخلی شہادت: اخلاقی یا مذہبی احساس انسان کے اندر بے حد طاقتور ہے۔ ماضی سے لے کر حال تک کا تجربہ بتاتا ہے کہ یہ احساس کسی طرح انسان کے اندر سے ختم نہیں ہوتا۔</w:t>
      </w:r>
    </w:p>
    <w:p>
      <w:r>
        <w:rPr>
          <w:b/>
        </w:rPr>
        <w:t xml:space="preserve">[47:46] </w:t>
      </w:r>
      <w:r>
        <w:t>mazeed yeh ke yeh khalis insani khusoosiyat hai. kisi bhi noo ke janwar mein ab tak akhlaqi ya mazhabi shaoor ka hona sabit na kiya ja saka.</w:t>
      </w:r>
    </w:p>
    <w:p>
      <w:pPr>
        <w:jc w:val="right"/>
      </w:pPr>
      <w:r>
        <w:t>مزید یہ کہ یہ خالص انسانی خصوصیت ہے۔ کسی بھی نوع کے جانور میں اب تک اخلاقی یا مذہبی شعور کا ہونا ثابت نہ کیا جا سکا۔</w:t>
      </w:r>
    </w:p>
    <w:p>
      <w:r>
        <w:rPr>
          <w:b/>
        </w:rPr>
        <w:t xml:space="preserve">[47:57] </w:t>
      </w:r>
      <w:r>
        <w:t>alfred russel wallace mashhoor irtqa pasand aalim hain taham woh darwin ki tarah is ka qail na tha ke zehn insani ki aala aur nadir khusoosiyat mahaz intikhab tabai ya natural selection ka nateeja ho sakti hain.</w:t>
      </w:r>
    </w:p>
    <w:p>
      <w:pPr>
        <w:jc w:val="right"/>
      </w:pPr>
      <w:r>
        <w:t>الفریڈ رسل ویلس مشہور ارتقاء پسند عالم ہیں تاہم وہ ڈارون کی طرح اس کا قائل نہ تھا کہ ذہن انسانی کی اعلیٰ اور نادر خصوصیات محض انتخاب طبعی یا natural selection کا نتیجہ ہو سکتی ہیں۔</w:t>
      </w:r>
    </w:p>
    <w:p>
      <w:r>
        <w:rPr>
          <w:b/>
        </w:rPr>
        <w:t xml:space="preserve">[48:14] </w:t>
      </w:r>
      <w:r>
        <w:t>isi tarah is ne likha hai ke afadiyat ka mafroza jo ke darasal zehn par intikhab tabai ke nazariye ka intibaq hai woh insan ke andar akhlaqi shaoor ki paidaish ki tashreeh ke liye nakafi maloom hota hai.</w:t>
      </w:r>
    </w:p>
    <w:p>
      <w:pPr>
        <w:jc w:val="right"/>
      </w:pPr>
      <w:r>
        <w:t>اسی طرح اس نے لکھا ہے کہ افادیت کا مفروضہ جو کہ دراصل ذہن پر انتخاب طبعی کے نظریے کا انطباق ہے وہ انسان کے اندر اخلاقی شعور کی پیدائش کی تشریح کے لیے ناکافی معلوم ہوتا ہے۔</w:t>
      </w:r>
    </w:p>
    <w:p>
      <w:r>
        <w:rPr>
          <w:b/>
        </w:rPr>
        <w:t xml:space="preserve">[48:30] </w:t>
      </w:r>
      <w:r>
        <w:t>akhlaqi shaoor ko is dunya mein be had mushkilat ke sath kaam karna parta hai. tarah tarah ke istisnai halaat paish atay hain.</w:t>
      </w:r>
    </w:p>
    <w:p>
      <w:pPr>
        <w:jc w:val="right"/>
      </w:pPr>
      <w:r>
        <w:t>اخلاقی شعور کو اس دنیا میں بے حد مشکلات کے ساتھ کام کرنا پڑتا ہے۔ طرح طرح کے استثنائی حالات پیش آتے ہیں۔</w:t>
      </w:r>
    </w:p>
    <w:p>
      <w:r>
        <w:rPr>
          <w:b/>
        </w:rPr>
        <w:t xml:space="preserve">[48:40] </w:t>
      </w:r>
      <w:r>
        <w:t>aksar aisa hota hai ke akhlaqi shaoor ke tehat amal karne wala maut se dochar hota hai ya barbaad ho kar reh jata hai. hum kyun kar yaqeen kar sakte hain ke afadiyat ka lihaz aik shakhs ke andar aik aala neki ke liye itna purasar taqaddus paida kar sakta hai?</w:t>
      </w:r>
    </w:p>
    <w:p>
      <w:pPr>
        <w:jc w:val="right"/>
      </w:pPr>
      <w:r>
        <w:t>اکثر ایسا ہوتا ہے کہ اخلاقی شعور کے تحت عمل کرنے والا موت سے دوچار ہوتا ہے یا برباد ہو کر رہ جاتا ہے۔ ہم کیوں کر یقین کر سکتے ہیں کہ افادیت کا لحاظ ایک شخص کے اندر ایک اعلیٰ نیکی کے لیے اتنا پراصرار تقدس پیدا کر سکتا ہے؟</w:t>
      </w:r>
    </w:p>
    <w:p>
      <w:r>
        <w:rPr>
          <w:b/>
        </w:rPr>
        <w:t xml:space="preserve">[48:59] </w:t>
      </w:r>
      <w:r>
        <w:t>kya afadiyat aadmi ke andar yeh mizaj paida kar sakti hai ke woh sachai ko bazat khud maqsood o matloob samjhe aur nataij ka lihaz kiye baghair is par amal kare?</w:t>
      </w:r>
    </w:p>
    <w:p>
      <w:pPr>
        <w:jc w:val="right"/>
      </w:pPr>
      <w:r>
        <w:t>کیا افادیت آدمی کے اندر یہ مزاج پیدا کر سکتی ہے کہ وہ سچائی کو بذات خود مقصود و مطلوب سمجھے اور نتائج کا لحاظ کیے بغیر اس پر عمل کرے؟</w:t>
      </w:r>
    </w:p>
    <w:p>
      <w:r>
        <w:rPr>
          <w:b/>
        </w:rPr>
        <w:t xml:space="preserve">[49:12] </w:t>
      </w:r>
      <w:r>
        <w:t>the utilitarian hypothesis which is the theory of natural selection applied to mind seems inadequate to account for the development of the moral sense.</w:t>
      </w:r>
    </w:p>
    <w:p>
      <w:pPr>
        <w:jc w:val="right"/>
      </w:pPr>
      <w:r>
        <w:t>"The utilitarian hypothesis which is the theory of natural selection applied to mind seems inadequate to account for the development of the moral sense.</w:t>
      </w:r>
    </w:p>
    <w:p>
      <w:r>
        <w:rPr>
          <w:b/>
        </w:rPr>
        <w:t xml:space="preserve">[49:24] </w:t>
      </w:r>
      <w:r>
        <w:t>such being the difficulties with which virtue or the moral sense has had to struggle with so many exceptions in its practice, with so many instances in which it brought ruin or death to its too ardent devotee.</w:t>
      </w:r>
    </w:p>
    <w:p>
      <w:pPr>
        <w:jc w:val="right"/>
      </w:pPr>
      <w:r>
        <w:t>Such being the difficulties with which virtue or the moral sense has had to struggle with so many exceptions in its practice, with so many instances in which it brought ruin or death to its too ardent devotee.</w:t>
      </w:r>
    </w:p>
    <w:p>
      <w:r>
        <w:rPr>
          <w:b/>
        </w:rPr>
        <w:t xml:space="preserve">[49:41] </w:t>
      </w:r>
      <w:r>
        <w:t>how can we believe that considerations of utility could ever invest it with the mysterious sanctity of the highest virtue, could ever induce man to value truth for its own sake and practice it regardless of consequ</w:t>
      </w:r>
    </w:p>
    <w:p>
      <w:pPr>
        <w:jc w:val="right"/>
      </w:pPr>
      <w:r>
        <w:t>How can we believe that considerations of utility could ever invest it with the mysterious sanctity of the highest virtue, could ever induce man to value truth for its own sake and practice it regardless of consequ</w:t>
      </w:r>
    </w:p>
    <w:p>
      <w:r>
        <w:rPr>
          <w:b/>
        </w:rPr>
        <w:t xml:space="preserve">[49:57] </w:t>
      </w:r>
      <w:r>
        <w:t>ences?" zeheen kainat nami kitab ka musannif fred hoyle apne qeemti mutaleay ka khatma in alfaz par karta hai ke agar zameen ko kisi mazeed ahmiyat ka hamil banna hai aur insan ko kainaati scheme mein koi jagah paani hai to zaroorat hogi ke hum afadiyat ke nazariye ko mukammal tor par tark kar dein.</w:t>
      </w:r>
    </w:p>
    <w:p>
      <w:pPr>
        <w:jc w:val="right"/>
      </w:pPr>
      <w:r>
        <w:t>ences؟" ذہین کائنات نامی کتاب کا مصنف فریڈ ہائل اپنے قیمتی مطالعے کا خاتمہ ان الفاظ پر کرتا ہے کہ اگر زمین کو کسی مزید اہمیت کا حامل بننا ہے اور انسان کو کائناتی سکیم میں کوئی جگہ پانی ہے تو ضرورت ہوگی کہ ہم افادیت کے نظریے کو مکمل طور پر ترک کر دیں۔</w:t>
      </w:r>
    </w:p>
    <w:p>
      <w:r>
        <w:rPr>
          <w:b/>
        </w:rPr>
        <w:t xml:space="preserve">[50:21] </w:t>
      </w:r>
      <w:r>
        <w:t>agarche mera khayal hai ke qadeem tarz ke mazhabi nazariyat ki taraf wapsi kuch mufeed na hogi magar hamein samajhna hoga ke aisa kyun hai ke wallace ki tashreeh ke mutabiq purasar taqaddus hamare andar maujood rehta hai aur ferdosi dunya ki taraf ishara karta hai ke kya hum is ki pairwi karenge?</w:t>
      </w:r>
    </w:p>
    <w:p>
      <w:pPr>
        <w:jc w:val="right"/>
      </w:pPr>
      <w:r>
        <w:t>اگرچہ میرا خیال ہے کہ قدیم طرز کے مذہبی نظریات کی طرف واپسی کچھ مفید نہ ہوگی مگر ہمیں سمجھنا ہوگا کہ ایسا کیوں ہے کہ ویلس کی تشریح کے مطابق پراصرار تقدس ہمارے اندر موجود رہتا ہے اور فردوسی دنیا کی طرف اشارہ کرتا ہے کہ کیا ہم اس کی پیروی کریں گے؟</w:t>
      </w:r>
    </w:p>
    <w:p>
      <w:r>
        <w:rPr>
          <w:b/>
        </w:rPr>
        <w:t xml:space="preserve">[50:44] </w:t>
      </w:r>
      <w:r>
        <w:t>if the earth is to emerge as a place of added consequence with man of some relevance in the cosmic scheme, we shall need to dispense entirely with the philosophy of opportunism, while it would be no advantage, i believe, to return to older religious concepts.</w:t>
      </w:r>
    </w:p>
    <w:p>
      <w:pPr>
        <w:jc w:val="right"/>
      </w:pPr>
      <w:r>
        <w:t>"If the earth is to emerge as a place of added consequence with man of some relevance in the cosmic scheme, we shall need to dispense entirely with the philosophy of opportunism, while it would be no advantage, I believe, to return to older religious concepts.</w:t>
      </w:r>
    </w:p>
    <w:p>
      <w:r>
        <w:rPr>
          <w:b/>
        </w:rPr>
        <w:t xml:space="preserve">[51:03] </w:t>
      </w:r>
      <w:r>
        <w:t>we shall need to understand why it is that the mysterious sanctity described by welles persists within us, beckoning us elusive fields if only we will follow."</w:t>
      </w:r>
    </w:p>
    <w:p>
      <w:pPr>
        <w:jc w:val="right"/>
      </w:pPr>
      <w:r>
        <w:t>We shall need to understand why it is that the mysterious sanctity described by Welles persists within us, beckoning us elusive fields if only we will follow."</w:t>
      </w:r>
    </w:p>
    <w:p>
      <w:r>
        <w:rPr>
          <w:b/>
        </w:rPr>
        <w:t xml:space="preserve">[51:16] </w:t>
      </w:r>
      <w:r>
        <w:t>fred hoyle: the intelligent universe, michael joseph, london haqeeqat yeh hai ke mazhab insan ki sirsht mein dakhil hai.</w:t>
      </w:r>
    </w:p>
    <w:p>
      <w:pPr>
        <w:jc w:val="right"/>
      </w:pPr>
      <w:r>
        <w:t>فریڈ ہائل: The Intelligent Universe, Michael Joseph, London حقیقت یہ ہے کہ مذہب انسان کی سرشت میں داخل ہے۔</w:t>
      </w:r>
    </w:p>
    <w:p>
      <w:r>
        <w:rPr>
          <w:b/>
        </w:rPr>
        <w:t xml:space="preserve">[51:25] </w:t>
      </w:r>
      <w:r>
        <w:t>woh mazhab ke baghair nahi reh sakta. aaj ka insan bhi itna hi zyada mazhab ka zaroorat mand hai jitna qadeem zamanay ka insan tha.</w:t>
      </w:r>
    </w:p>
    <w:p>
      <w:pPr>
        <w:jc w:val="right"/>
      </w:pPr>
      <w:r>
        <w:t>وہ مذہب کے بغیر نہیں رہ سکتا۔ آج کا انسان بھی اتنا ہی زیادہ مذہب کا ضرورت مند ہے جتنا قدیم زمانے کا انسان تھا۔</w:t>
      </w:r>
    </w:p>
    <w:p>
      <w:r>
        <w:rPr>
          <w:b/>
        </w:rPr>
        <w:t xml:space="preserve">[51:35] </w:t>
      </w:r>
      <w:r>
        <w:t>mazeed yeh ke science ki taraf se mayoosi ne is ko mazeed shiddat ke sath mazhab ka mushtaq bana diya hai. magar jadeed insan ki mushkil yeh hai</w:t>
      </w:r>
    </w:p>
    <w:p>
      <w:pPr>
        <w:jc w:val="right"/>
      </w:pPr>
      <w:r>
        <w:t>مزید یہ کہ سائنس کی طرف سے مایوسی نے اس کو مزید شدت کے ساتھ مذہب کا مشتاق بنا دیا ہے۔ مگر جدید انسان کی مشکل یہ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