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the Quran April 7, 2019</w:t>
      </w:r>
    </w:p>
    <w:p>
      <w:r>
        <w:t>https://www.youtube.com/watch?v=m_Om5MtQJz4</w:t>
      </w:r>
    </w:p>
    <w:p>
      <w:r>
        <w:rPr>
          <w:b/>
        </w:rPr>
        <w:t xml:space="preserve">[00:13] </w:t>
      </w:r>
      <w:r>
        <w:t>bismillah hir rahman nir rahim, wa salla Allahu ala nabi il kareem.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[00:39] </w:t>
      </w:r>
      <w:r>
        <w:t>7 April 2019.</w:t>
      </w:r>
    </w:p>
    <w:p>
      <w:pPr>
        <w:jc w:val="right"/>
      </w:pPr>
      <w:r>
        <w:t>7 اپریل 2019۔</w:t>
      </w:r>
    </w:p>
    <w:p>
      <w:r>
        <w:rPr>
          <w:b/>
        </w:rPr>
        <w:t xml:space="preserve">[00:49] </w:t>
      </w:r>
      <w:r>
        <w:t>aap jante hain ke yeh itwar ko hamara jo program hota hai, woh quran ko le kar hota hai.</w:t>
      </w:r>
    </w:p>
    <w:p>
      <w:pPr>
        <w:jc w:val="right"/>
      </w:pPr>
      <w:r>
        <w:t>آپ جانتے ہیں کہ یہ اتوار کو ہمارا جو پروگرام ہوتا ہے، وہ قرآن کو لے کر ہوتا ہے۔</w:t>
      </w:r>
    </w:p>
    <w:p>
      <w:r>
        <w:rPr>
          <w:b/>
        </w:rPr>
        <w:t xml:space="preserve">[01:02] </w:t>
      </w:r>
      <w:r>
        <w:t>quran mein aik sawal hai ke quran mein kul 114 verses hain, 114 surahein.</w:t>
      </w:r>
    </w:p>
    <w:p>
      <w:pPr>
        <w:jc w:val="right"/>
      </w:pPr>
      <w:r>
        <w:t>قرآن میں ایک سوال ہے کہ قرآن میں کل 114 ورسز ہیں، 114 سورتیں۔</w:t>
      </w:r>
    </w:p>
    <w:p>
      <w:r>
        <w:rPr>
          <w:b/>
        </w:rPr>
        <w:t xml:space="preserve">[01:16] </w:t>
      </w:r>
      <w:r>
        <w:t>un mein se 29 surahein aisi hain jin ke shuru mein kuch huroof atay hain, huroof.</w:t>
      </w:r>
    </w:p>
    <w:p>
      <w:pPr>
        <w:jc w:val="right"/>
      </w:pPr>
      <w:r>
        <w:t>ان میں سے 29 سورتیں ایسی ہیں جن کے شروع میں کچھ حروف آتے ہیں، حروف۔</w:t>
      </w:r>
    </w:p>
    <w:p>
      <w:r>
        <w:rPr>
          <w:b/>
        </w:rPr>
        <w:t xml:space="preserve">[01:25] </w:t>
      </w:r>
      <w:r>
        <w:t>sab. un ko kaha jata hai, un ko muqaddas, un ko mohsin kehte rahay hain.</w:t>
      </w:r>
    </w:p>
    <w:p>
      <w:pPr>
        <w:jc w:val="right"/>
      </w:pPr>
      <w:r>
        <w:t>سب۔ ان کو کہا جاتا ہے، ان کو مقدس، ان کو محسن کہتے رہے ہیں۔</w:t>
      </w:r>
    </w:p>
    <w:p>
      <w:r>
        <w:rPr>
          <w:b/>
        </w:rPr>
        <w:t xml:space="preserve">[01:35] </w:t>
      </w:r>
      <w:r>
        <w:t>huroof muqatta'at. huroof muqatta'at. asad sahib ne apni tafsir mein likha hai un ke bare mein ke woh hain " a dis jointed letter".</w:t>
      </w:r>
    </w:p>
    <w:p>
      <w:pPr>
        <w:jc w:val="right"/>
      </w:pPr>
      <w:r>
        <w:t>حروف مقطعات۔ حروف مقطعات۔ اسد صاحب نے اپنی تفسیر میں لکھا ہے ان کے بارے میں کہ وہ ہیں "اے ڈس جوائنٹڈ لیٹر"۔</w:t>
      </w:r>
    </w:p>
    <w:p>
      <w:r>
        <w:rPr>
          <w:b/>
        </w:rPr>
        <w:t xml:space="preserve">[01:54] </w:t>
      </w:r>
      <w:r>
        <w:t>yeh baghair</w:t>
      </w:r>
    </w:p>
    <w:p>
      <w:pPr>
        <w:jc w:val="right"/>
      </w:pPr>
      <w:r>
        <w:t>یہ بغیر</w:t>
      </w:r>
    </w:p>
    <w:p>
      <w:r>
        <w:rPr>
          <w:b/>
        </w:rPr>
        <w:t xml:space="preserve">[01:58] </w:t>
      </w:r>
      <w:r>
        <w:t>tarkeeb ke ghair murakkab huroof. mislan dekhiye,</w:t>
      </w:r>
    </w:p>
    <w:p>
      <w:pPr>
        <w:jc w:val="right"/>
      </w:pPr>
      <w:r>
        <w:t>ترکیب کے غیر مرکب حروف۔ مثلاً دیکھیے،</w:t>
      </w:r>
    </w:p>
    <w:p>
      <w:r>
        <w:rPr>
          <w:b/>
        </w:rPr>
        <w:t xml:space="preserve">[02:07] </w:t>
      </w:r>
      <w:r>
        <w:t>29 suraten hain aisi. to kahin hai alif lam meem, kahin hai alif lam meem saad, kahin kahin hai kaaf ya ain saad, kahin kuch, kahin kuch.</w:t>
      </w:r>
    </w:p>
    <w:p>
      <w:pPr>
        <w:jc w:val="right"/>
      </w:pPr>
      <w:r>
        <w:t>29 سورتیں ہیں ایسی۔ تو کہیں ہے الف لام میم، کہیں ہے الف لام میم صاد، کہیں کہیں ہے کف یا عین صاد، کہیں کچھ، کہیں کچھ۔</w:t>
      </w:r>
    </w:p>
    <w:p>
      <w:r>
        <w:rPr>
          <w:b/>
        </w:rPr>
        <w:t xml:space="preserve">[02:23] </w:t>
      </w:r>
      <w:r>
        <w:t>yeh sab dis jointed letter hain.</w:t>
      </w:r>
    </w:p>
    <w:p>
      <w:pPr>
        <w:jc w:val="right"/>
      </w:pPr>
      <w:r>
        <w:t>یہ سب ڈس جوائنٹڈ لیٹر ہیں۔</w:t>
      </w:r>
    </w:p>
    <w:p>
      <w:r>
        <w:rPr>
          <w:b/>
        </w:rPr>
        <w:t xml:space="preserve">[02:31] </w:t>
      </w:r>
      <w:r>
        <w:t>yani woh</w:t>
      </w:r>
    </w:p>
    <w:p>
      <w:pPr>
        <w:jc w:val="right"/>
      </w:pPr>
      <w:r>
        <w:t>یعنی وہ</w:t>
      </w:r>
    </w:p>
    <w:p>
      <w:r>
        <w:rPr>
          <w:b/>
        </w:rPr>
        <w:t xml:space="preserve">[02:34] </w:t>
      </w:r>
      <w:r>
        <w:t>lafz nahin banta, nahin hain balkeh alag alag huroof hain. to kya matlab hai is ka?</w:t>
      </w:r>
    </w:p>
    <w:p>
      <w:pPr>
        <w:jc w:val="right"/>
      </w:pPr>
      <w:r>
        <w:t>لفظ نہیں بن، نہیں ہیں بلکہ الگ الگ حروف ہیں۔ تو کیا مطلب ہے اس کا؟</w:t>
      </w:r>
    </w:p>
    <w:p>
      <w:r>
        <w:rPr>
          <w:b/>
        </w:rPr>
        <w:t xml:space="preserve">[02:43] </w:t>
      </w:r>
      <w:r>
        <w:t>kya matlab hai is ka? main bohat sochta raha hoon ke dis jointed letter kya hain, yeh kis liye hain?</w:t>
      </w:r>
    </w:p>
    <w:p>
      <w:pPr>
        <w:jc w:val="right"/>
      </w:pPr>
      <w:r>
        <w:t>کیا مطلب ہے اس کا؟ میں بہت سوچتا رہا ہوں کہ ڈس جوائنٹڈ لیٹر کیا ہیں، یہ کس لیے ہیں؟</w:t>
      </w:r>
    </w:p>
    <w:p>
      <w:r>
        <w:rPr>
          <w:b/>
        </w:rPr>
        <w:t xml:space="preserve">[02:55] </w:t>
      </w:r>
      <w:r>
        <w:t>to meri samajh mein aaya ke yeh yeh hain like jigsaw puzzle. like jigsaw puzzle.</w:t>
      </w:r>
    </w:p>
    <w:p>
      <w:pPr>
        <w:jc w:val="right"/>
      </w:pPr>
      <w:r>
        <w:t>تو میری سمجھ میں آیا کہ یہ یہ ہیں لائک جکسا پزل۔ لائک جکسا پزل۔</w:t>
      </w:r>
    </w:p>
    <w:p>
      <w:r>
        <w:rPr>
          <w:b/>
        </w:rPr>
        <w:t xml:space="preserve">[03:07] </w:t>
      </w:r>
      <w:r>
        <w:t>aap jante hain ke education ki field mein ek technique hai jo kehte hain jigsaw puzzle.</w:t>
      </w:r>
    </w:p>
    <w:p>
      <w:pPr>
        <w:jc w:val="right"/>
      </w:pPr>
      <w:r>
        <w:t>آپ جانتے ہیں کہ ایجوکیشن کی فیلڈ میں ایک ٹیکنیک ہے جو کہتے ہیں جکسا پزل۔</w:t>
      </w:r>
    </w:p>
    <w:p>
      <w:r>
        <w:rPr>
          <w:b/>
        </w:rPr>
        <w:t xml:space="preserve">[03:18] </w:t>
      </w:r>
      <w:r>
        <w:t>yani kisi kisi cheez ke, kisi animal ke</w:t>
      </w:r>
    </w:p>
    <w:p>
      <w:pPr>
        <w:jc w:val="right"/>
      </w:pPr>
      <w:r>
        <w:t>یعنی کسی کسی چیز کے، کسی اینیمل کے</w:t>
      </w:r>
    </w:p>
    <w:p>
      <w:r>
        <w:rPr>
          <w:b/>
        </w:rPr>
        <w:t xml:space="preserve">[03:25] </w:t>
      </w:r>
      <w:r>
        <w:t>body ko kai hisson mein cut kar dena hai, cut. gardan alag, paon alag, yeh alag, woh alag.</w:t>
      </w:r>
    </w:p>
    <w:p>
      <w:pPr>
        <w:jc w:val="right"/>
      </w:pPr>
      <w:r>
        <w:t>باڈی کو کئی حصوں میں کٹ کر دینا ہے، کٹ۔ گردن الگ، پاؤں الگ، یہ الگ، وہ الگ۔</w:t>
      </w:r>
    </w:p>
    <w:p>
      <w:r>
        <w:rPr>
          <w:b/>
        </w:rPr>
        <w:t xml:space="preserve">[03:35] </w:t>
      </w:r>
      <w:r>
        <w:t>to bachche ko diya jata hai ke use jodo, apni aql ko istemal karo. to ab phir aql ko istemal kar ke woh jodta hai ke yeh alag alag parts the, yeh mil kar ke oont ban gaye, alag alag parts the, mil kar ke horse ban gaye.</w:t>
      </w:r>
    </w:p>
    <w:p>
      <w:pPr>
        <w:jc w:val="right"/>
      </w:pPr>
      <w:r>
        <w:t>تو بچے کو دیا جاتا ہے کہ اسے جوڑو، اپنی عقل کو استعمال کرو۔ تو اب پھر عقل کو استعمال کر کے وہ جوڑتا ہے کہ یہ الگ الگ پارٹس تھے، یہ مل کر کے اونٹ بن گئے، الگ الگ پارٹس تھے، مل کر کے ہارس بن گئے۔</w:t>
      </w:r>
    </w:p>
    <w:p>
      <w:r>
        <w:rPr>
          <w:b/>
        </w:rPr>
        <w:t xml:space="preserve">[03:54] </w:t>
      </w:r>
      <w:r>
        <w:t>to yeh hai jigsaw puzzle. to main samajhta hoon ke yeh jo huroof muqatta'at hain, yeh dis jointed letter hain, yeh symbolic sense mein hain, yeh kisi purasrar bare mein nahin hain.</w:t>
      </w:r>
    </w:p>
    <w:p>
      <w:pPr>
        <w:jc w:val="right"/>
      </w:pPr>
      <w:r>
        <w:t>تو یہ ہے جکسا پزل۔ تو میں سمجھتا ہوں کہ یہ جو حروف مقطعات ہیں، یہ ڈس جوائنٹڈ لیٹر ہیں، یہ سمبالک سینس میں ہیں، یہ کسی پراسرار بارے میں نہیں ہیں۔</w:t>
      </w:r>
    </w:p>
    <w:p>
      <w:r>
        <w:rPr>
          <w:b/>
        </w:rPr>
        <w:t xml:space="preserve">[04:10] </w:t>
      </w:r>
      <w:r>
        <w:t>symbolic sense mein. yani kya matlab hai ke quran jo aaya hai, woh ek qism ka jigsaw puzzle hai, ek qism ka.</w:t>
      </w:r>
    </w:p>
    <w:p>
      <w:pPr>
        <w:jc w:val="right"/>
      </w:pPr>
      <w:r>
        <w:t>سمبالک سینس میں۔ یعنی کیا مطلب ہے کہ قرآن جو آیا ہے، وہ ایک قسم کا جکسا پزل ہے، ایک قسم کا۔</w:t>
      </w:r>
    </w:p>
    <w:p>
      <w:r>
        <w:rPr>
          <w:b/>
        </w:rPr>
        <w:t xml:space="preserve">[04:23] </w:t>
      </w:r>
      <w:r>
        <w:t>yani sheikh ki tarah koi laga bada is mein qanoon nahin hai. har zamane mein aap ko quran ko rediscover karna hai, reassemble karna hai.</w:t>
      </w:r>
    </w:p>
    <w:p>
      <w:pPr>
        <w:jc w:val="right"/>
      </w:pPr>
      <w:r>
        <w:t>یعنی شیخ کی طرح کوئی لگا بدا اس میں قانون نہیں ہے۔ ہر زمانے میں آپ کو قرآن کو ری ڈسکور کرنا ہے، ری اسمبل کرنا ہے۔</w:t>
      </w:r>
    </w:p>
    <w:p>
      <w:r>
        <w:rPr>
          <w:b/>
        </w:rPr>
        <w:t xml:space="preserve">[04:38] </w:t>
      </w:r>
      <w:r>
        <w:t>woh ek eternal jis ka puzzle hai, ek eternal.</w:t>
      </w:r>
    </w:p>
    <w:p>
      <w:pPr>
        <w:jc w:val="right"/>
      </w:pPr>
      <w:r>
        <w:t>وہ ایک ایٹرنل جس کا پزل ہے، ایک ایٹرنل۔</w:t>
      </w:r>
    </w:p>
    <w:p>
      <w:r>
        <w:rPr>
          <w:b/>
        </w:rPr>
        <w:t xml:space="preserve">[04:47] </w:t>
      </w:r>
      <w:r>
        <w:t>aap ko kisi ek word par stick nahin karna hai, balkeh is ke huroof ko le kar, is ke shabdon ko le kar hamesha sochte rehna hai, sochte rehna hai.</w:t>
      </w:r>
    </w:p>
    <w:p>
      <w:pPr>
        <w:jc w:val="right"/>
      </w:pPr>
      <w:r>
        <w:t>آپ کو کسی ایک ورڈ پر اسٹک نہیں کرنا ہے، بلکہ اس کے حروف کو لے کر، اس کے शब्दوں کو لے کر ہمیشہ سوچتے رہنا ہے، سوچتے رہنا ہے۔</w:t>
      </w:r>
    </w:p>
    <w:p>
      <w:r>
        <w:rPr>
          <w:b/>
        </w:rPr>
        <w:t xml:space="preserve">[05:04] </w:t>
      </w:r>
      <w:r>
        <w:t>main aap ko misal deta hoon.</w:t>
      </w:r>
    </w:p>
    <w:p>
      <w:pPr>
        <w:jc w:val="right"/>
      </w:pPr>
      <w:r>
        <w:t>میں آپ کو مثال دیتا ہوں۔</w:t>
      </w:r>
    </w:p>
    <w:p>
      <w:r>
        <w:rPr>
          <w:b/>
        </w:rPr>
        <w:t xml:space="preserve">[05:08] </w:t>
      </w:r>
      <w:r>
        <w:t>aap dekhiye, Hazrat Ibrahim ko dekhiye.</w:t>
      </w:r>
    </w:p>
    <w:p>
      <w:pPr>
        <w:jc w:val="right"/>
      </w:pPr>
      <w:r>
        <w:t>آپ دیکھیے، حضرت ابراہیم کو دیکھیے۔</w:t>
      </w:r>
    </w:p>
    <w:p>
      <w:r>
        <w:rPr>
          <w:b/>
        </w:rPr>
        <w:t xml:space="preserve">[05:14] </w:t>
      </w:r>
      <w:r>
        <w:t>Hazrat Ibrahim ke zamane mein Iraq mein khud un ke baap ke</w:t>
      </w:r>
    </w:p>
    <w:p>
      <w:pPr>
        <w:jc w:val="right"/>
      </w:pPr>
      <w:r>
        <w:t>حضرت ابراہیم کے زمانے میں عراق میں خود ان کے باپ کے</w:t>
      </w:r>
    </w:p>
    <w:p>
      <w:r>
        <w:rPr>
          <w:b/>
        </w:rPr>
        <w:t xml:space="preserve">[05:24] </w:t>
      </w:r>
      <w:r>
        <w:t>ka jo idara tha, usi mein bohat se but rakhe hue the, asnaam.</w:t>
      </w:r>
    </w:p>
    <w:p>
      <w:pPr>
        <w:jc w:val="right"/>
      </w:pPr>
      <w:r>
        <w:t>کا جو ادارہ تھا، اسی میں بہت سے بت رکھے ہوئے تھے، اسنام۔</w:t>
      </w:r>
    </w:p>
    <w:p>
      <w:r>
        <w:rPr>
          <w:b/>
        </w:rPr>
        <w:t xml:space="preserve">[05:34] </w:t>
      </w:r>
      <w:r>
        <w:t>to unhon ne ek raat ko kulhadi le kar ke asnaam ko toda, yani but shikni ki.</w:t>
      </w:r>
    </w:p>
    <w:p>
      <w:pPr>
        <w:jc w:val="right"/>
      </w:pPr>
      <w:r>
        <w:t>تو انہوں نے ایک رات کو کلہاڑی لے کر کے اسنام کو توڑا، یعنی بت شکنی کی۔</w:t>
      </w:r>
    </w:p>
    <w:p>
      <w:r>
        <w:rPr>
          <w:b/>
        </w:rPr>
        <w:t xml:space="preserve">[05:47] </w:t>
      </w:r>
      <w:r>
        <w:t>toda. lekin aap sochiye, is ke baad aate hain Rasool Allah salallahu alaihi wasallam. aap ke zamane mein bhi kaaba mein but rakhe hue the.</w:t>
      </w:r>
    </w:p>
    <w:p>
      <w:pPr>
        <w:jc w:val="right"/>
      </w:pPr>
      <w:r>
        <w:t>توڑا۔ لیکن آپ سوچیے، اس کے بعد آتے ہیں رسول اللہ صلی اللہ علیہ وسلم۔ آپ کے زمانے میں بھی کعبہ میں بت رکھے ہوئے تھے۔</w:t>
      </w:r>
    </w:p>
    <w:p>
      <w:r>
        <w:rPr>
          <w:b/>
        </w:rPr>
        <w:t xml:space="preserve">[05:57] </w:t>
      </w:r>
      <w:r>
        <w:t>kya aap ne toda?</w:t>
      </w:r>
    </w:p>
    <w:p>
      <w:pPr>
        <w:jc w:val="right"/>
      </w:pPr>
      <w:r>
        <w:t>کیا آپ نے توڑا؟</w:t>
      </w:r>
    </w:p>
    <w:p>
      <w:r>
        <w:rPr>
          <w:b/>
        </w:rPr>
        <w:t xml:space="preserve">[06:02] </w:t>
      </w:r>
      <w:r>
        <w:t>nahi toṛa aap ne. Baqi rehne diya. Is ka matlab ke Hazrat Ibrahim ki jo sunnat hai, woh but shikanī nahi hai.</w:t>
      </w:r>
    </w:p>
    <w:p>
      <w:pPr>
        <w:jc w:val="right"/>
      </w:pPr>
      <w:r>
        <w:t>نہیں توڑا آپ نے۔ باقی رہنے دیا۔ اس کا معنی کہ حضرت ابراہیم کی جو سنت ہے، وہ بت شکنی نہیں ہے۔</w:t>
      </w:r>
    </w:p>
    <w:p>
      <w:r>
        <w:rPr>
          <w:b/>
        </w:rPr>
        <w:t xml:space="preserve">[06:13] </w:t>
      </w:r>
      <w:r>
        <w:t>Islām ka re-interpretation hai. Khuda ki kitab ko phir se paṛhna hai. Yeh hai. Ab Mahmood jo āya tha India mein, us ne is rāt ko nahi janta.</w:t>
      </w:r>
    </w:p>
    <w:p>
      <w:pPr>
        <w:jc w:val="right"/>
      </w:pPr>
      <w:r>
        <w:t>اسلام کا ری انٹرپریٹیشن ہے۔ خدا کی کتاب کو پھر سے پڑھنا ہے۔ یہ ہے۔ اب محمود جو آیا تھا انڈیا میں، اس نے اس رات کو نہیں جانتا۔</w:t>
      </w:r>
    </w:p>
    <w:p>
      <w:r>
        <w:rPr>
          <w:b/>
        </w:rPr>
        <w:t xml:space="preserve">[06:30] </w:t>
      </w:r>
      <w:r>
        <w:t>To us ne Somnath mein bulton ko toṛ ḍālā. Kaha jata hai ke Mahmood but shikan. Lekin is ka natija kya hua?</w:t>
      </w:r>
    </w:p>
    <w:p>
      <w:pPr>
        <w:jc w:val="right"/>
      </w:pPr>
      <w:r>
        <w:t>تو اس نے سومناتھ میں بتوں کو توڑ ڈالا۔ کہا جاتا ہے کہ محمود بت شکن۔ لیکن اس کا نتیجہ کیا ہوا؟</w:t>
      </w:r>
    </w:p>
    <w:p>
      <w:r>
        <w:rPr>
          <w:b/>
        </w:rPr>
        <w:t xml:space="preserve">[06:41] </w:t>
      </w:r>
      <w:r>
        <w:t>Āj tak India mein Musalmānon ke khilāf nafrat pāi jati hai. Aur Bab Masjid toṛi gayi thi, isi ka reaction thi.</w:t>
      </w:r>
    </w:p>
    <w:p>
      <w:pPr>
        <w:jc w:val="right"/>
      </w:pPr>
      <w:r>
        <w:t>آج تک انڈیا میں مسلمانوں کے خلاف نفرت پائی جاتی ہے۔ اور باب مسجد توڑی گئی تھی، اسی کا ری ایکشن تھی۔</w:t>
      </w:r>
    </w:p>
    <w:p>
      <w:r>
        <w:rPr>
          <w:b/>
        </w:rPr>
        <w:t xml:space="preserve">[06:50] </w:t>
      </w:r>
      <w:r>
        <w:t>Yeh</w:t>
      </w:r>
    </w:p>
    <w:p>
      <w:pPr>
        <w:jc w:val="right"/>
      </w:pPr>
      <w:r>
        <w:t>یہ</w:t>
      </w:r>
    </w:p>
    <w:p>
      <w:r>
        <w:rPr>
          <w:b/>
        </w:rPr>
        <w:t xml:space="preserve">[06:54] </w:t>
      </w:r>
      <w:r>
        <w:t>Yeh koi yeh koi Quran fami nahi hai ke isi ko repeat karte rahein aap. Nahi, aap creative creative thinking lāiye apne andar.</w:t>
      </w:r>
    </w:p>
    <w:p>
      <w:pPr>
        <w:jc w:val="right"/>
      </w:pPr>
      <w:r>
        <w:t>یہ کوئی یہ کوئی قرآن فامی نہیں ہے کہ اسی کو ریپیٹ کرتے رہیں آپ۔ نہیں، آپ کریٹیو کریٹیو تھنکنگ لائیے اپنے اندر۔</w:t>
      </w:r>
    </w:p>
    <w:p>
      <w:r>
        <w:rPr>
          <w:b/>
        </w:rPr>
        <w:t xml:space="preserve">[07:06] </w:t>
      </w:r>
      <w:r>
        <w:t>Aap jāniye ke āj is ka interpretation kya hai. Āj is ko phir se study kijiye, phir se samjhiye.</w:t>
      </w:r>
    </w:p>
    <w:p>
      <w:pPr>
        <w:jc w:val="right"/>
      </w:pPr>
      <w:r>
        <w:t>آپ جانیے کہ آج اس کا انٹرپریشن کیا ہے۔ آج اس کو پھر سے اسٹڈی کیجئے، پھر سے سمجھیے۔</w:t>
      </w:r>
    </w:p>
    <w:p>
      <w:r>
        <w:rPr>
          <w:b/>
        </w:rPr>
        <w:t xml:space="preserve">[07:20] </w:t>
      </w:r>
      <w:r>
        <w:t>Ab aap dekhiye, Rasool Allah Sallallahu Alaihi Wasallam ne kya kiya? Bulton ko toṛa nahi, isi ne bāqi rehne diya hai. Ka'aba mein bulton ko bāqi rehne diya hai.</w:t>
      </w:r>
    </w:p>
    <w:p>
      <w:pPr>
        <w:jc w:val="right"/>
      </w:pPr>
      <w:r>
        <w:t>اب آپ دیکھیے، رسول اللہ صلی اللہ علیہ وسلم نے کیا کیا؟ بتوں کو توڑا نہیں، اسی نے باقی رہنے دیا ہے۔ کعبہ میں بتوں کو باقی رہنے دیا ہے۔</w:t>
      </w:r>
    </w:p>
    <w:p>
      <w:r>
        <w:rPr>
          <w:b/>
        </w:rPr>
        <w:t xml:space="preserve">[07:33] </w:t>
      </w:r>
      <w:r>
        <w:t>Kyun aap ne is ko phir se study ki? Re-planning ki. Phir se sochā.</w:t>
      </w:r>
    </w:p>
    <w:p>
      <w:pPr>
        <w:jc w:val="right"/>
      </w:pPr>
      <w:r>
        <w:t>کیوں آپ نے اس کو پھر سے اسٹڈی کی؟ ری پلاننگ کی۔ پھر سے سوچا۔</w:t>
      </w:r>
    </w:p>
    <w:p>
      <w:r>
        <w:rPr>
          <w:b/>
        </w:rPr>
        <w:t xml:space="preserve">[07:45] </w:t>
      </w:r>
      <w:r>
        <w:t>To aap ne discover kiya ke yeh but jo hain Ka'aba mein, yeh to hamari asset hain, asset problem nahi hai.</w:t>
      </w:r>
    </w:p>
    <w:p>
      <w:pPr>
        <w:jc w:val="right"/>
      </w:pPr>
      <w:r>
        <w:t>تو آپ نے ڈسکور کیا کہ یہ بت جو ہیں کعبہ میں، یہ تو ہماری ایسٹ ہیں، ایسٹ پرابلم نہیں ہے۔</w:t>
      </w:r>
    </w:p>
    <w:p>
      <w:r>
        <w:rPr>
          <w:b/>
        </w:rPr>
        <w:t xml:space="preserve">[07:54] </w:t>
      </w:r>
      <w:r>
        <w:t>Woh yani sare Arab ke jo tribes the, un ke but the. Woh</w:t>
      </w:r>
    </w:p>
    <w:p>
      <w:pPr>
        <w:jc w:val="right"/>
      </w:pPr>
      <w:r>
        <w:t>وہ یعنی سارے عرب کے جو ٹرائبس تھے، ان کے بت تھے۔ وہ</w:t>
      </w:r>
    </w:p>
    <w:p>
      <w:r>
        <w:rPr>
          <w:b/>
        </w:rPr>
        <w:t xml:space="preserve">[08:05] </w:t>
      </w:r>
      <w:r>
        <w:t>To sare Arab ke jo tribes hain, qabā'il, woh āte the Makka in bulton ko pūjne ke liye, un ke darshan ke liye, un ki minnatें māne ke liye, māne ke liye.</w:t>
      </w:r>
    </w:p>
    <w:p>
      <w:pPr>
        <w:jc w:val="right"/>
      </w:pPr>
      <w:r>
        <w:t>تو سارے عرب کے جو ٹرائبس ہیں، قبائل، وہ آتے تھے مکہ ان بتوں کو پوجنے کے لیے، ان کے درشن کے لیے، ان کی منتیں ماننے کے لیے، ماننے کے لیے۔</w:t>
      </w:r>
    </w:p>
    <w:p>
      <w:r>
        <w:rPr>
          <w:b/>
        </w:rPr>
        <w:t xml:space="preserve">[08:21] </w:t>
      </w:r>
      <w:r>
        <w:t>To woh but jo hai, us zamāne mein in bulton ki wajah se Makka ek ijtima'i markaz ban gaya tha sare Arab ka.</w:t>
      </w:r>
    </w:p>
    <w:p>
      <w:pPr>
        <w:jc w:val="right"/>
      </w:pPr>
      <w:r>
        <w:t>تو وہ بت جو ہے، اس زمانے میں ان بتوں کی وجہ سے مکہ ایک اجتماعی مرکز بن گیا تھا سارے عرب کا۔</w:t>
      </w:r>
    </w:p>
    <w:p>
      <w:r>
        <w:rPr>
          <w:b/>
        </w:rPr>
        <w:t xml:space="preserve">[08:38] </w:t>
      </w:r>
      <w:r>
        <w:t>Sare Arab ka. Is wajah se kya hua ke Rasool Allah ne discover kiya ke ab to yeh hamari asset hain, in ki wajah se hamein audience mil raha hai.</w:t>
      </w:r>
    </w:p>
    <w:p>
      <w:pPr>
        <w:jc w:val="right"/>
      </w:pPr>
      <w:r>
        <w:t>سارے عرب کا۔ اس وجہ سے کیا ہوا کہ رسول اللہ نے ڈسکور کیا کہ اب تو یہ ہماری ایسٹ ہیں، ان کی وجہ سے ہمیں آڈینس مل رہا ہے۔</w:t>
      </w:r>
    </w:p>
    <w:p>
      <w:r>
        <w:rPr>
          <w:b/>
        </w:rPr>
        <w:t xml:space="preserve">[08:51] </w:t>
      </w:r>
      <w:r>
        <w:t>Audience. Sare Arab ke qabā'il yahān āte hain, hamein audience milta hai, hum un ko Quran pesh karte hain. Kya jo kitābon mein āta hai ke "faṭalla 'alayhi al-Qur'ān wa 'araḍa 'alayhi al-Islām".</w:t>
      </w:r>
    </w:p>
    <w:p>
      <w:pPr>
        <w:jc w:val="right"/>
      </w:pPr>
      <w:r>
        <w:t>آڈینس۔ سارے عرب کے قبائل یہاں آتے ہیں، ہمیں آڈینس ملتا ہے، ہم ان کو قرآن پیش کرتے ہیں۔ کیا جو کتابوں میں آتا ہے کہ "فطلع علیہ القرآن واعرض علیہ الاسلام"۔</w:t>
      </w:r>
    </w:p>
    <w:p>
      <w:r>
        <w:rPr>
          <w:b/>
        </w:rPr>
        <w:t xml:space="preserve">[09:08] </w:t>
      </w:r>
      <w:r>
        <w:t>To khair ghaur kijiye, Hazrat Ibrahim ne toṛa tha, Rasool Allah ne is ko bāqi rakha, is ko as an audience avail kiya.</w:t>
      </w:r>
    </w:p>
    <w:p>
      <w:pPr>
        <w:jc w:val="right"/>
      </w:pPr>
      <w:r>
        <w:t>تو خیر غور کیجئے، حضرت ابراہیم نے توڑا تھا، رسول اللہ نے اس کو باقی رکھا، اس کو ایز این آڈینس اویل کیا۔</w:t>
      </w:r>
    </w:p>
    <w:p>
      <w:r>
        <w:rPr>
          <w:b/>
        </w:rPr>
        <w:t xml:space="preserve">[09:20] </w:t>
      </w:r>
      <w:r>
        <w:t>Kaisi ajib bāt hai? Kaisi ajib bāt hai?</w:t>
      </w:r>
    </w:p>
    <w:p>
      <w:pPr>
        <w:jc w:val="right"/>
      </w:pPr>
      <w:r>
        <w:t>کیسی عجیب بات ہے؟ کیسی عجیب بات ہے؟</w:t>
      </w:r>
    </w:p>
    <w:p>
      <w:r>
        <w:rPr>
          <w:b/>
        </w:rPr>
        <w:t xml:space="preserve">[09:28] </w:t>
      </w:r>
      <w:r>
        <w:t>Bas āj aise log andhe bah rahe hain jo bas yeh kahein ke Ibrahim but shikan ka is wajah se ke tum Mahmood bin shikan ban jao.</w:t>
      </w:r>
    </w:p>
    <w:p>
      <w:pPr>
        <w:jc w:val="right"/>
      </w:pPr>
      <w:r>
        <w:t>بس آج ایسے لوگ اندھے بہہ رہے ہیں جو بس یہ کہیں کہ ابراہیم بت شکن کا اس وجہ ہے کہ تم محمود بن شکن بن جاؤ۔</w:t>
      </w:r>
    </w:p>
    <w:p>
      <w:r>
        <w:rPr>
          <w:b/>
        </w:rPr>
        <w:t xml:space="preserve">[09:39] </w:t>
      </w:r>
      <w:r>
        <w:t>Yeh andhe bah rahe hain, pata ki bāt hai? Aap ko Quran ko phir se paṛhna hai, Quran ki buniyād pe re-planning karni hai, phir se sare mamlāt ko hāth sar lo,</w:t>
      </w:r>
    </w:p>
    <w:p>
      <w:pPr>
        <w:jc w:val="right"/>
      </w:pPr>
      <w:r>
        <w:t>یہ اندھے بہہ رہے ہیں، پتہ کی بات ہے؟ آپ کو قرآن کو پھر سے پڑھنا ہے، قرآن کی بنیاد پہ ری پلاننگ کرنی ہے، پھر سے سارے معاملات کو ہاتھ سر لو،</w:t>
      </w:r>
    </w:p>
    <w:p>
      <w:r>
        <w:rPr>
          <w:b/>
        </w:rPr>
        <w:t xml:space="preserve">[09:53] </w:t>
      </w:r>
      <w:r>
        <w:t>Jā'iza lena hai.</w:t>
      </w:r>
    </w:p>
    <w:p>
      <w:pPr>
        <w:jc w:val="right"/>
      </w:pPr>
      <w:r>
        <w:t>جائزہ لینا ہے۔</w:t>
      </w:r>
    </w:p>
    <w:p>
      <w:r>
        <w:rPr>
          <w:b/>
        </w:rPr>
        <w:t xml:space="preserve">[10:02] </w:t>
      </w:r>
      <w:r>
        <w:t>Yeh nahi ke woh ānh band kar ke bas toṛte rahein, toṛte rahein. Phir dekhiye, aur main kehta hoon, Ka'aba mein āj but to nahi hain,</w:t>
      </w:r>
    </w:p>
    <w:p>
      <w:pPr>
        <w:jc w:val="right"/>
      </w:pPr>
      <w:r>
        <w:t>یہ نہیں کہ وہ آنکھ بند کر کے بس توڑتے رہیں، توڑتے رہیں۔ پھر دیکھیے، اور میں کہتا ہوں، کعبہ میں آج بت تو نہیں ہیں،</w:t>
      </w:r>
    </w:p>
    <w:p>
      <w:r>
        <w:rPr>
          <w:b/>
        </w:rPr>
        <w:t xml:space="preserve">[10:16] </w:t>
      </w:r>
      <w:r>
        <w:t>Lekin Ka'aba mein ek aur cheez hai jo mutashakkir ki yādgār hai, woh hai Hujr. Āp Hajj karne jā'en to āp wahān pā'en ge ke Ka'aba ka one third Hujr bana hua hai, yani woh Ka'aba mein shāmil nahi hai.</w:t>
      </w:r>
    </w:p>
    <w:p>
      <w:pPr>
        <w:jc w:val="right"/>
      </w:pPr>
      <w:r>
        <w:t>لیکن کعبہ میں ایک اور چیز ہے جو متشکر کی یادگار ہے، وہ ہے حکیم۔ آپ حج کرنے جائیں تو آپ وہاں پائیں گے کہ کعبہ کا ون تھرڈ حکیم بنا ہوا ہے، یعنی وہ کعبہ میں شامل نہیں ہے۔</w:t>
      </w:r>
    </w:p>
    <w:p>
      <w:r>
        <w:rPr>
          <w:b/>
        </w:rPr>
        <w:t xml:space="preserve">[10:37] </w:t>
      </w:r>
      <w:r>
        <w:t>Ka'aba mein shāmil nahi hai, toṭa phūṭa hai woh. To us ko waise hi chhoṛ diya, waise hi chhoṛ diya, āj tak woh waise hi chhoṛ paṛa hua hai woh.</w:t>
      </w:r>
    </w:p>
    <w:p>
      <w:pPr>
        <w:jc w:val="right"/>
      </w:pPr>
      <w:r>
        <w:t>کعبہ میں شامل نہیں ہے، ٹوٹا پھوٹا ہے وہ۔ تو اس کو ویسے ہی چھوڑ دیا، ویسے ہی چھوڑ دیا، آج تک وہ ویسے ہی چھوڑ پڑا ہوا ہے وہ۔</w:t>
      </w:r>
    </w:p>
    <w:p>
      <w:r>
        <w:rPr>
          <w:b/>
        </w:rPr>
        <w:t xml:space="preserve">[10:49] </w:t>
      </w:r>
      <w:r>
        <w:t>Aur Quran mein āya hai ke "layaṣdū manāfi'a lahum". Tum log āo Ka'aba ki ziyārat karo, Makka āo aur is is cheez se lesson nikalo ke Hujr kyun aisa paṛa hua hai.</w:t>
      </w:r>
    </w:p>
    <w:p>
      <w:pPr>
        <w:jc w:val="right"/>
      </w:pPr>
      <w:r>
        <w:t>اور قرآن میں آیا ہے کہ "لیسد منافع لہم"۔ تم لوگ آؤ کعبہ کی زیارت کرو، مکہ آؤ اور اس اس چیز سے لیسن نکالو کہ حکیم کیوں ایسا پڑا ہوا ہے۔</w:t>
      </w:r>
    </w:p>
    <w:p>
      <w:r>
        <w:rPr>
          <w:b/>
        </w:rPr>
        <w:t xml:space="preserve">[11:07] </w:t>
      </w:r>
      <w:r>
        <w:t>"Layaṣdū manāfi'a lahum". Apne fā'idon ko is mein discover karo.</w:t>
      </w:r>
    </w:p>
    <w:p>
      <w:pPr>
        <w:jc w:val="right"/>
      </w:pPr>
      <w:r>
        <w:t>"لیسد منافع لہم"۔ اپنے فائدوں کو اس میں ڈسکور کرو۔</w:t>
      </w:r>
    </w:p>
    <w:p>
      <w:r>
        <w:rPr>
          <w:b/>
        </w:rPr>
        <w:t xml:space="preserve">[11:18] </w:t>
      </w:r>
      <w:r>
        <w:t>to mein ab sahi kahunga ke hadith mein aata hai ke ek zamana aayega jab ghair muslim qaumein Islam ki supporter ban jayengi.</w:t>
      </w:r>
    </w:p>
    <w:p>
      <w:pPr>
        <w:jc w:val="right"/>
      </w:pPr>
      <w:r>
        <w:t>تو میں اب صحیح کہوں گا کہ حدیث میں آتا ہے کہ ایک زمانہ آئے گا جب غیر مسلم قومیں اسلام کی سپورٹر بن جائیں گی۔</w:t>
      </w:r>
    </w:p>
    <w:p>
      <w:r>
        <w:rPr>
          <w:b/>
        </w:rPr>
        <w:t xml:space="preserve">[11:27] </w:t>
      </w:r>
      <w:r>
        <w:t>yeh awaz Bukhari mein aur tamam hadith kitabon mein aayi hai ke ek zamana aayega jab ghair muslim qaumein Islam ki supporter ban jayengi, moajid moajid ban jayengi, supporter.</w:t>
      </w:r>
    </w:p>
    <w:p>
      <w:pPr>
        <w:jc w:val="right"/>
      </w:pPr>
      <w:r>
        <w:t>یہ آواز بخاری میں اور تمام حدیث کتابوں میں آئی ہے کہ ایک زمانہ آئے گا جب غیر مسلم قومیں اسلام کی سپورٹر بن جائیں گی، موجد موجد بن جائیں گی، سپورٹر۔</w:t>
      </w:r>
    </w:p>
    <w:p>
      <w:r>
        <w:rPr>
          <w:b/>
        </w:rPr>
        <w:t xml:space="preserve">[11:43] </w:t>
      </w:r>
      <w:r>
        <w:t>woh kya hua? phir second world war mein dekhiye, Germany haar gaya, west Germany ban gaya, east Germany ban gaya, yani tukde tukde ho gaye Germany ke.</w:t>
      </w:r>
    </w:p>
    <w:p>
      <w:pPr>
        <w:jc w:val="right"/>
      </w:pPr>
      <w:r>
        <w:t>وہ کیا ہوا؟ پھر سکن ورلڈ وار میں دیکھیے، جرمنی ہار گیا، ویسٹ جرمنی بن گیا، ای جرمنی بن گیا، یعنی ٹکڑے ٹکڑے ہو گئے جرمنی کے۔</w:t>
      </w:r>
    </w:p>
    <w:p>
      <w:r>
        <w:rPr>
          <w:b/>
        </w:rPr>
        <w:t xml:space="preserve">[12:01] </w:t>
      </w:r>
      <w:r>
        <w:t>to German qaum ne ek nayi planning ikhtiyar ki</w:t>
      </w:r>
    </w:p>
    <w:p>
      <w:pPr>
        <w:jc w:val="right"/>
      </w:pPr>
      <w:r>
        <w:t>تو جرمن قوم نے ایک نئی پلاننگ اختیار کی</w:t>
      </w:r>
    </w:p>
    <w:p>
      <w:r>
        <w:rPr>
          <w:b/>
        </w:rPr>
        <w:t xml:space="preserve">[12:08] </w:t>
      </w:r>
      <w:r>
        <w:t>ke remaining part of land jo tha, unka remaining part, usko le kar planning karna. Yani east Germany ko ek side mein rakh kar ke, usko alag kar ke,</w:t>
      </w:r>
    </w:p>
    <w:p>
      <w:pPr>
        <w:jc w:val="right"/>
      </w:pPr>
      <w:r>
        <w:t>کہ ریمیننگ پارٹ آف لینڈ جو تھا، ان کا ریمیننگ پارٹ، اس کو لے کر پلاننگ کرنا۔ یعنی ایسٹ جرمنی کو ایک سائیڈ میں رکھ کر کے، اس کو الگ کر کے،</w:t>
      </w:r>
    </w:p>
    <w:p>
      <w:r>
        <w:rPr>
          <w:b/>
        </w:rPr>
        <w:t xml:space="preserve">[12:23] </w:t>
      </w:r>
      <w:r>
        <w:t>west Germany ki buniyad par planning karna. Is maani ke isi waqeye se Hazrat Ibrahim ke baad Rasool Allah ne doosra liya, Rasool Allah ke baad Germany ne ek aur nikala,</w:t>
      </w:r>
    </w:p>
    <w:p>
      <w:pPr>
        <w:jc w:val="right"/>
      </w:pPr>
      <w:r>
        <w:t>ویسٹ جرمنی کی بنیاد پر پلاننگ کرنا۔ اس معنی کہ اسی واقعے سے حضرت ابراہیم کے بعد رسول اللہ نے دوسرا لیا، رسول اللہ کے بعد جرمنی نے ایک اور نکالا،</w:t>
      </w:r>
    </w:p>
    <w:p>
      <w:r>
        <w:rPr>
          <w:b/>
        </w:rPr>
        <w:t xml:space="preserve">[12:39] </w:t>
      </w:r>
      <w:r>
        <w:t>remaining part of Germany ko le kar planning.</w:t>
      </w:r>
    </w:p>
    <w:p>
      <w:pPr>
        <w:jc w:val="right"/>
      </w:pPr>
      <w:r>
        <w:t>ریمیننگ پارٹ آف جرمنی کو لے کر پلاننگ۔</w:t>
      </w:r>
    </w:p>
    <w:p>
      <w:r>
        <w:rPr>
          <w:b/>
        </w:rPr>
        <w:t xml:space="preserve">[12:47] </w:t>
      </w:r>
      <w:r>
        <w:t>Musalman yeh sab baat jante nahi, jante nahi ke ke Kaaba jo hai, hamare liye ek abadi uswa bana diya gaya hai.</w:t>
      </w:r>
    </w:p>
    <w:p>
      <w:pPr>
        <w:jc w:val="right"/>
      </w:pPr>
      <w:r>
        <w:t>مسلمان یہ سب بات جانتے نہیں، جانتے نہیں کہ کہ کعبہ جو ہے، ہمارے لیے ایک ابدی اسوہ بنا دیا گیا ہے۔</w:t>
      </w:r>
    </w:p>
    <w:p>
      <w:r>
        <w:rPr>
          <w:b/>
        </w:rPr>
        <w:t xml:space="preserve">[13:01] </w:t>
      </w:r>
      <w:r>
        <w:t>Uswa to Rasool Allah ki seerat nahi hai,</w:t>
      </w:r>
    </w:p>
    <w:p>
      <w:pPr>
        <w:jc w:val="right"/>
      </w:pPr>
      <w:r>
        <w:t>اسوہ تو رسول اللہ کی سیرت نہیں ہے،</w:t>
      </w:r>
    </w:p>
    <w:p>
      <w:r>
        <w:rPr>
          <w:b/>
        </w:rPr>
        <w:t xml:space="preserve">[13:08] </w:t>
      </w:r>
      <w:r>
        <w:t>uswa to Rasool Allah ki seerat nahi hai. Kaisi ajib baat hai ke Kaaba ke pathar bhi uswa hain, Kaaba ke pathar bhi namuna hain.</w:t>
      </w:r>
    </w:p>
    <w:p>
      <w:pPr>
        <w:jc w:val="right"/>
      </w:pPr>
      <w:r>
        <w:t>اسوہ تو رسول اللہ کی سیرت نہیں ہے۔ کیسی عجیب بات ہے کہ کعبہ کے پتھر بھی اسوہ ہیں، کعبہ کے پتھر بھی نمونہ ہیں۔</w:t>
      </w:r>
    </w:p>
    <w:p>
      <w:r>
        <w:rPr>
          <w:b/>
        </w:rPr>
        <w:t xml:space="preserve">[13:19] </w:t>
      </w:r>
      <w:r>
        <w:t>Hatta ke woh hissa jo mushrikeen ki yaadgar hai, Hakeem, woh bhi namuna hai</w:t>
      </w:r>
    </w:p>
    <w:p>
      <w:pPr>
        <w:jc w:val="right"/>
      </w:pPr>
      <w:r>
        <w:t>حتیٰ کہ وہ حصہ جو مشرکین کی یادگار ہے، حکیم، وہ بھی نمونہ ہے</w:t>
      </w:r>
    </w:p>
    <w:p>
      <w:r>
        <w:rPr>
          <w:b/>
        </w:rPr>
        <w:t xml:space="preserve">[13:29] </w:t>
      </w:r>
      <w:r>
        <w:t>ke ek zamana aayega jab ke tumhare hath mein poora land nahi hoga. To remaining part par plan karo, jaise Germany ne kiya.</w:t>
      </w:r>
    </w:p>
    <w:p>
      <w:pPr>
        <w:jc w:val="right"/>
      </w:pPr>
      <w:r>
        <w:t>کہ ایک زمانہ آئے گا جب کہ تمہارے ہاتھ میں پورا لینڈ نہیں ہوگا۔ تو ریمیننگ پارٹ پر پلان کرو، جیسے جرمنی نے کیا۔</w:t>
      </w:r>
    </w:p>
    <w:p>
      <w:r>
        <w:rPr>
          <w:b/>
        </w:rPr>
        <w:t xml:space="preserve">[13:40] </w:t>
      </w:r>
      <w:r>
        <w:t>yeh hai deen ki berwi, yeh hai Rasool Allah ka uswa, yeh hai mukammal Islam.</w:t>
      </w:r>
    </w:p>
    <w:p>
      <w:pPr>
        <w:jc w:val="right"/>
      </w:pPr>
      <w:r>
        <w:t>یہ ہے دین کی بیروی، یہ ہے رسول اللہ کا اسوہ، یہ ہے مکمل اسلام۔</w:t>
      </w:r>
    </w:p>
    <w:p>
      <w:r>
        <w:rPr>
          <w:b/>
        </w:rPr>
        <w:t xml:space="preserve">[13:52] </w:t>
      </w:r>
      <w:r>
        <w:t>to Quran mein jo huroof muqattaat hain, disjointed letters jo hain, woh bohat badi is ke andar wisdom hai, wisdom, wisdom hai.</w:t>
      </w:r>
    </w:p>
    <w:p>
      <w:pPr>
        <w:jc w:val="right"/>
      </w:pPr>
      <w:r>
        <w:t>تو قرآن میں جو حروف مقطعات ہیں، ڈس جوائنٹڈ لیٹر جو ہیں، وہ بہت بڑی اس کے اندر وزڈم ہے، وزڈم، وزڈم ہے۔</w:t>
      </w:r>
    </w:p>
    <w:p>
      <w:r>
        <w:rPr>
          <w:b/>
        </w:rPr>
        <w:t xml:space="preserve">[14:06] </w:t>
      </w:r>
      <w:r>
        <w:t>Reassemble karo, hamesha reinterpretation do, phir se socho, re-planning karo.</w:t>
      </w:r>
    </w:p>
    <w:p>
      <w:pPr>
        <w:jc w:val="right"/>
      </w:pPr>
      <w:r>
        <w:t>ری اسمبل کرو، ہمیشہ ری انٹرپریشن دو، پھر سے سوچو، ری پلاننگ کرو۔</w:t>
      </w:r>
    </w:p>
    <w:p>
      <w:r>
        <w:rPr>
          <w:b/>
        </w:rPr>
        <w:t xml:space="preserve">[14:19] </w:t>
      </w:r>
      <w:r>
        <w:t>Ek qism ka jigsaw puzzle hai, is mein ek qism ka, usko reassemble karo, phir se socho, re-planning karo.</w:t>
      </w:r>
    </w:p>
    <w:p>
      <w:pPr>
        <w:jc w:val="right"/>
      </w:pPr>
      <w:r>
        <w:t>ایک قسم کا جکسا پزل ہے، اس میں ایک قسم کا، اس کو ری اسمبل کرو، پھر سے سوچو، ری پلاننگ کرو۔</w:t>
      </w:r>
    </w:p>
    <w:p>
      <w:r>
        <w:rPr>
          <w:b/>
        </w:rPr>
        <w:t xml:space="preserve">[14:30] </w:t>
      </w:r>
      <w:r>
        <w:t>Aap ghor kijiye ke kitni revolutionary aur taleem hai Islam mein, kitni sara alam aap ke liye uswa hai, sara alam aap ke liye namuna hai, sara alam aap ke liye model hai.</w:t>
      </w:r>
    </w:p>
    <w:p>
      <w:pPr>
        <w:jc w:val="right"/>
      </w:pPr>
      <w:r>
        <w:t>آپ غور کیجئے کہ کتنی ریوشنری اور تعلیم ہے اسلام میں، کتنی سارا عالم آپ کے لیے اسوہ ہے، سارا عالم آپ کے لیے نمونہ ہے، سارا عالم آپ کے لیے ماڈل ہے۔</w:t>
      </w:r>
    </w:p>
    <w:p>
      <w:r>
        <w:rPr>
          <w:b/>
        </w:rPr>
        <w:t xml:space="preserve">[14:47] </w:t>
      </w:r>
      <w:r>
        <w:t>Yani jo Islam jo hai, aap ke andar universal thinking lata hai, universal source, sari duniya ka namuna bana diya hai.</w:t>
      </w:r>
    </w:p>
    <w:p>
      <w:pPr>
        <w:jc w:val="right"/>
      </w:pPr>
      <w:r>
        <w:t>یعنی جو اسلام جو ہے، آپ کے اندر یونیورسل تھنکنگ لاتا ہے، یونیورسل سورس، ساری دنیا کا نمونہ بنا دیا ہے۔</w:t>
      </w:r>
    </w:p>
    <w:p>
      <w:r>
        <w:rPr>
          <w:b/>
        </w:rPr>
        <w:t xml:space="preserve">[14:59] </w:t>
      </w:r>
      <w:r>
        <w:t>Kya is se badi koi inqalabi baat ho sakti hai?</w:t>
      </w:r>
    </w:p>
    <w:p>
      <w:pPr>
        <w:jc w:val="right"/>
      </w:pPr>
      <w:r>
        <w:t>کیا اس سے بڑی کوئی انقلابی بات ہو سکتی ہے؟</w:t>
      </w:r>
    </w:p>
    <w:p>
      <w:r>
        <w:rPr>
          <w:b/>
        </w:rPr>
        <w:t xml:space="preserve">[15:07] </w:t>
      </w:r>
      <w:r>
        <w:t>Is se badi koi inqalabi baat ho sakti hai ke sari duniya hi tumhare liye namuna hai, sara alam tumhare liye uswa hai.</w:t>
      </w:r>
    </w:p>
    <w:p>
      <w:pPr>
        <w:jc w:val="right"/>
      </w:pPr>
      <w:r>
        <w:t>اس سے بڑی کوئی انقلابی بات ہو سکتی ہے کہ ساری دنیا ہی تمہارے لیے نمونہ ہے، سارا عالم تمہارے لیے اسوہ ہے۔</w:t>
      </w:r>
    </w:p>
    <w:p>
      <w:r>
        <w:rPr>
          <w:b/>
        </w:rPr>
        <w:t xml:space="preserve">[15:20] </w:t>
      </w:r>
      <w:r>
        <w:t>To is tarah se Quran ko hamein samajhna padega. Bas khali Quran ko ratein, is ka memorize karein to is se Quran ka haq ada nahi hota.</w:t>
      </w:r>
    </w:p>
    <w:p>
      <w:pPr>
        <w:jc w:val="right"/>
      </w:pPr>
      <w:r>
        <w:t>تو اس طرح سے قرآن کو ہمیں سمجھنا پڑے گا۔ بس خالی قرآن کو رٹیں، اس کا میمورائز کریں تو اس سے قرآن کا حق ادا نہیں ہوتا۔</w:t>
      </w:r>
    </w:p>
    <w:p>
      <w:r>
        <w:rPr>
          <w:b/>
        </w:rPr>
        <w:t xml:space="preserve">[15:34] </w:t>
      </w:r>
      <w:r>
        <w:t>Kuch nuqte, fanni nuqte nikalein, fanni nuqte, aur isi ko le kar khoob badhaya charhaya.</w:t>
      </w:r>
    </w:p>
    <w:p>
      <w:pPr>
        <w:jc w:val="right"/>
      </w:pPr>
      <w:r>
        <w:t>کچھ نقطے، فنی نقطے نکالیں، فنی نقطے، اور اسی کو لے کر خوب بڑھایا چڑھائیں۔</w:t>
      </w:r>
    </w:p>
    <w:p>
      <w:r>
        <w:rPr>
          <w:b/>
        </w:rPr>
        <w:t xml:space="preserve">[15:43] </w:t>
      </w:r>
      <w:r>
        <w:t>Is se har giz Quran ka haq ada nahi hota. Main samajhta hoon ke Al-Baqarah, Sahih Bukhari mein jo riwayat hai ke kuch log Hazrat Aisha ke paas aaye,</w:t>
      </w:r>
    </w:p>
    <w:p>
      <w:pPr>
        <w:jc w:val="right"/>
      </w:pPr>
      <w:r>
        <w:t>اس سے ہرگز قرآن کا حق ادا نہیں ہوتا۔ میں سمجھتا ہوں کہ البقرہ، صحیح البخاری میں جو روایت ہے کہ کچھ لوگ حضرت عائشہ کے پاس آئے،</w:t>
      </w:r>
    </w:p>
    <w:p>
      <w:r>
        <w:rPr>
          <w:b/>
        </w:rPr>
        <w:t xml:space="preserve">[16:00] </w:t>
      </w:r>
      <w:r>
        <w:t>unhone kaha ke falan log jo hain, bohat Quran padhte hain, bohat Quran padhte hain. Phir unhone is ki scrutiny ki to maloom hua ke bas rat rahe hain,</w:t>
      </w:r>
    </w:p>
    <w:p>
      <w:pPr>
        <w:jc w:val="right"/>
      </w:pPr>
      <w:r>
        <w:t>انہوں نے کہا کہ فلاں لوگ جو ہیں، بہت قرآن پڑھتے ہیں، بہت قرآن پڑھتے ہیں۔ پھر انہوں نے اس کی سکروٹنی کی تو معلوم ہوا کہ بس رٹ رہے ہیں،</w:t>
      </w:r>
    </w:p>
    <w:p>
      <w:r>
        <w:rPr>
          <w:b/>
        </w:rPr>
        <w:t xml:space="preserve">[16:14] </w:t>
      </w:r>
      <w:r>
        <w:t>alfaaz ko dohra rahe hain, is se koi lesson nahi nikal rahe hain.</w:t>
      </w:r>
    </w:p>
    <w:p>
      <w:pPr>
        <w:jc w:val="right"/>
      </w:pPr>
      <w:r>
        <w:t>الفاظ کو دہرا رہے ہیں، اس سے کوئی لیسن نہیں نکال رہے ہیں۔</w:t>
      </w:r>
    </w:p>
    <w:p>
      <w:r>
        <w:rPr>
          <w:b/>
        </w:rPr>
        <w:t xml:space="preserve">[16:21] </w:t>
      </w:r>
      <w:r>
        <w:t>to hazrat aisha ne kaha ke "awlaa-e-ka qaru wa lam yaqru". kaisi ajeeb baat hai yeh? yeh hazrat aisha ka qaul hai bukhari mein: "awlaa-e-ka qaru wa lam yaqru".</w:t>
      </w:r>
    </w:p>
    <w:p>
      <w:pPr>
        <w:jc w:val="right"/>
      </w:pPr>
      <w:r>
        <w:t>تو حضرت عائشہ نے کہا کہ "اولائے کا قرو ولم یقرو"۔ کیسی عجیب بات ہے یہ؟ یہ حضرت عائشہ کا قول ہے بخاری میں: "اولائے کا قرو ولم یقرو"۔</w:t>
      </w:r>
    </w:p>
    <w:p>
      <w:r>
        <w:rPr>
          <w:b/>
        </w:rPr>
        <w:t xml:space="preserve">[16:38] </w:t>
      </w:r>
      <w:r>
        <w:t>unhon ne parha magar unhon ne nahi parha.</w:t>
      </w:r>
    </w:p>
    <w:p>
      <w:pPr>
        <w:jc w:val="right"/>
      </w:pPr>
      <w:r>
        <w:t>انہوں نے پڑھا مگر انہوں نے نہیں پڑھا۔</w:t>
      </w:r>
    </w:p>
    <w:p>
      <w:r>
        <w:rPr>
          <w:b/>
        </w:rPr>
        <w:t xml:space="preserve">[16:45] </w:t>
      </w:r>
      <w:r>
        <w:t>unhon ne quran ko parha magar unhon ne quran ko nahi parha. is liye ke is ke andar jo lesson tha, jo wisdom thi, woh to liya nahi.</w:t>
      </w:r>
    </w:p>
    <w:p>
      <w:pPr>
        <w:jc w:val="right"/>
      </w:pPr>
      <w:r>
        <w:t>انہوں نے قرآن کو پڑھا مگر انہوں نے قرآن کو نہیں پڑھا۔ اس لیے کہ اس کے اندر جو لیسن تھا، جو وزڈم تھی، وہ تو لیا نہیں۔</w:t>
      </w:r>
    </w:p>
    <w:p>
      <w:r>
        <w:rPr>
          <w:b/>
        </w:rPr>
        <w:t xml:space="preserve">[16:54] </w:t>
      </w:r>
      <w:r>
        <w:t>rat rahe, khali rat rahe hain. to quran se wisdom nikalna, quran ko reassemble karna, quran ko reinterpretation dena, quran ki buniyad par replanning karna, yeh hai quran ka haq.</w:t>
      </w:r>
    </w:p>
    <w:p>
      <w:pPr>
        <w:jc w:val="right"/>
      </w:pPr>
      <w:r>
        <w:t>رٹ رہے، خالی رٹ رہے ہیں۔ تو قرآن سے وزڈم نکالنا، قرآن کو ری اسمبل کرنا، قرآن کو ری انٹرپریشن دینا، قرآن کی بنیاد پر ری پلاننگ کرنا، یہ ہے قرآن کا حق۔</w:t>
      </w:r>
    </w:p>
    <w:p>
      <w:r>
        <w:rPr>
          <w:b/>
        </w:rPr>
        <w:t xml:space="preserve">[17:13] </w:t>
      </w:r>
      <w:r>
        <w:t>yeh hai quran ka haq. yaani quran ko ek creative response darkar hai.</w:t>
      </w:r>
    </w:p>
    <w:p>
      <w:pPr>
        <w:jc w:val="right"/>
      </w:pPr>
      <w:r>
        <w:t>یہ ہے قرآن کا حق۔ یعنی قرآن کو ایک کریٹیو رسپانس درکار ہے۔</w:t>
      </w:r>
    </w:p>
    <w:p>
      <w:r>
        <w:rPr>
          <w:b/>
        </w:rPr>
        <w:t xml:space="preserve">[17:24] </w:t>
      </w:r>
      <w:r>
        <w:t>quran chahta hai ke is ko parhne wale is ko creative response dein,</w:t>
      </w:r>
    </w:p>
    <w:p>
      <w:pPr>
        <w:jc w:val="right"/>
      </w:pPr>
      <w:r>
        <w:t>قرآن چاہتا ہے کہ اس کو پڑھنے والے اس کو کریٹیو رسپانس دیں،</w:t>
      </w:r>
    </w:p>
    <w:p>
      <w:r>
        <w:rPr>
          <w:b/>
        </w:rPr>
        <w:t xml:space="preserve">[17:32] </w:t>
      </w:r>
      <w:r>
        <w:t>ijtehadi response dein. har zamane mein is ko apply karein, naye dhang se, naya andaaz mein. har zamane mein quran ko reapply karein.</w:t>
      </w:r>
    </w:p>
    <w:p>
      <w:pPr>
        <w:jc w:val="right"/>
      </w:pPr>
      <w:r>
        <w:t>اجتہادی رسپانس دیں۔ ہر زمانے میں اس کو اپلائی کریں، نئے ڈھنگ سے، نیا انداز میں۔ ہر زمانے میں قرآن کو ری اپلائی کریں۔</w:t>
      </w:r>
    </w:p>
    <w:p>
      <w:r>
        <w:rPr>
          <w:b/>
        </w:rPr>
        <w:t xml:space="preserve">[17:47] </w:t>
      </w:r>
      <w:r>
        <w:t>yeh hai</w:t>
      </w:r>
    </w:p>
    <w:p>
      <w:pPr>
        <w:jc w:val="right"/>
      </w:pPr>
      <w:r>
        <w:t>یہ ہے</w:t>
      </w:r>
    </w:p>
    <w:p>
      <w:r>
        <w:rPr>
          <w:b/>
        </w:rPr>
        <w:t xml:space="preserve">[17:51] </w:t>
      </w:r>
      <w:r>
        <w:t>quran ko jo hadith mein aata hai: "ta'ahhud quran ke sath". ta'ahhud karo, yeh hai ta'ahhud hadith mein aata hai: "quran ke sath ta'ahhud karo".</w:t>
      </w:r>
    </w:p>
    <w:p>
      <w:pPr>
        <w:jc w:val="right"/>
      </w:pPr>
      <w:r>
        <w:t>قرآن کو جو حدیث میں آتا ہے: "تعہد قرآن کے ساتھ"۔ تعہد کرو، یہ ہے تعہد حدیث میں آتا ہے: "قرآن کے ساتھ تعہد کرو"۔</w:t>
      </w:r>
    </w:p>
    <w:p>
      <w:r>
        <w:rPr>
          <w:b/>
        </w:rPr>
        <w:t xml:space="preserve">[18:05] </w:t>
      </w:r>
      <w:r>
        <w:t>yeh hai ta'ahhud yaani quran se lage raho, sochte raho, is ke mani dhoondhte raho, is ki ijtehadi tashreeh karo, naye naye halaat is ko apply karo.</w:t>
      </w:r>
    </w:p>
    <w:p>
      <w:pPr>
        <w:jc w:val="right"/>
      </w:pPr>
      <w:r>
        <w:t>یہ ہے تعہد یعنی قرآن سے لگے رہو، سوچتے رہو، اس کے معنی ڈھونڈتے رہو، اس کی اجتہادی تشریح کرو، نئے نئے حالات اس کو اپلائی کرو۔</w:t>
      </w:r>
    </w:p>
    <w:p>
      <w:r>
        <w:rPr>
          <w:b/>
        </w:rPr>
        <w:t xml:space="preserve">[18:18] </w:t>
      </w:r>
      <w:r>
        <w:t>yeh hai ta'ahhud</w:t>
      </w:r>
    </w:p>
    <w:p>
      <w:pPr>
        <w:jc w:val="right"/>
      </w:pPr>
      <w:r>
        <w:t>یہ ہے تعہد</w:t>
      </w:r>
    </w:p>
    <w:p>
      <w:r>
        <w:rPr>
          <w:b/>
        </w:rPr>
        <w:t xml:space="preserve">[18:26] </w:t>
      </w:r>
      <w:r>
        <w:t>to quran, quran karein aap. is se nahi quran mil jaye ga aap ko. quran ko ijtehadi andaaz mein lena parega,</w:t>
      </w:r>
    </w:p>
    <w:p>
      <w:pPr>
        <w:jc w:val="right"/>
      </w:pPr>
      <w:r>
        <w:t>تو قرآن، قرآن کریں آپ۔ اس سے نہیں قرآن مل جائے گا آپ کو۔ قرآن کو اجتہادی انداز میں لینا پڑے گا،</w:t>
      </w:r>
    </w:p>
    <w:p>
      <w:r>
        <w:rPr>
          <w:b/>
        </w:rPr>
        <w:t xml:space="preserve">[18:39] </w:t>
      </w:r>
      <w:r>
        <w:t>tab quran milega aap ko.</w:t>
      </w:r>
    </w:p>
    <w:p>
      <w:pPr>
        <w:jc w:val="right"/>
      </w:pPr>
      <w:r>
        <w:t>تب قرآن ملے گا آپ کو۔</w:t>
      </w:r>
    </w:p>
    <w:p>
      <w:r>
        <w:rPr>
          <w:b/>
        </w:rPr>
        <w:t xml:space="preserve">[18:45] </w:t>
      </w:r>
      <w:r>
        <w:t>misal ke taur par dekhiye, quran mein surah al-hajj hai. surah hajj mein hai ke hajj ke liye jao, oonton par sawar ho kar, oontniyon par sawar ho kar.</w:t>
      </w:r>
    </w:p>
    <w:p>
      <w:pPr>
        <w:jc w:val="right"/>
      </w:pPr>
      <w:r>
        <w:t>مثلاً دیکھیے، قرآن میں سورہ الحج ہے۔ سورہ حج میں ہے کہ حج کے لیے جاؤ، اونٹوں پر سوار ہو کر، اونٹنیوں پر سوار ہو کر۔</w:t>
      </w:r>
    </w:p>
    <w:p>
      <w:r>
        <w:rPr>
          <w:b/>
        </w:rPr>
        <w:t xml:space="preserve">[19:02] </w:t>
      </w:r>
      <w:r>
        <w:t>ab aap har zamane mein bas oont dhoondhein, har zamane mein bas oont paalein aur oont par baith baith kar jayein hajj karne ke liye. chahe time guzar jaye aur aap pahunchein nahi wahan par.</w:t>
      </w:r>
    </w:p>
    <w:p>
      <w:pPr>
        <w:jc w:val="right"/>
      </w:pPr>
      <w:r>
        <w:t>اب آپ ہر زمانے میں بس اونٹ ڈھونڈیں، ہر زمانے میں بس اونٹ پالیں اور اونٹ پر بیٹھ بیٹھ کر جائیں حج کرنے کے لیے۔ چاہے ٹائم گزر جائے اور آپ پہنچیں نہیں وہاں پر۔</w:t>
      </w:r>
    </w:p>
    <w:p>
      <w:r>
        <w:rPr>
          <w:b/>
        </w:rPr>
        <w:t xml:space="preserve">[19:14] </w:t>
      </w:r>
      <w:r>
        <w:t>nahi, aap is ko naya trips dijiye, phir se read kijiye in hisson ko quran ke to aap payein ge ke is ka matlab yeh hai ke apne zamane ki sawariyon ko istemal kar ke aao.</w:t>
      </w:r>
    </w:p>
    <w:p>
      <w:pPr>
        <w:jc w:val="right"/>
      </w:pPr>
      <w:r>
        <w:t>نہیں، آپ اس کو نیا ٹرپس دیجیے، پھر سے ریڈ کیجئے ان حصوں کو قرآن کے تو آپ پائیں گے کہ اس کا مطلب یہ ہے کہ اپنے زمانے کی سواریوں کو استعمال کر کے آؤ۔</w:t>
      </w:r>
    </w:p>
    <w:p>
      <w:r>
        <w:rPr>
          <w:b/>
        </w:rPr>
        <w:t xml:space="preserve">[19:32] </w:t>
      </w:r>
      <w:r>
        <w:t>yeh nahi ke badwi daur ke jo sawariyan thi, oont, bas usi par baitho. chahe pahunchein, hajj ka zamana khatam ho jaye aur tum raste mein reh jao.</w:t>
      </w:r>
    </w:p>
    <w:p>
      <w:pPr>
        <w:jc w:val="right"/>
      </w:pPr>
      <w:r>
        <w:t>یہ نہیں کہ بدوی دور کے جو سواریاں تھیں، اونٹ، بس اسی پر بیٹھو۔ چاہے پہنچو، حج کا زمانہ ختم ہو جائے اور تم راستے میں رہ جاؤ۔</w:t>
      </w:r>
    </w:p>
    <w:p>
      <w:r>
        <w:rPr>
          <w:b/>
        </w:rPr>
        <w:t xml:space="preserve">[19:45] </w:t>
      </w:r>
      <w:r>
        <w:t>nahi, apne zamane ki sawariyon ko istemal karo, ijtehadi andaaz ikhtiyar karo.</w:t>
      </w:r>
    </w:p>
    <w:p>
      <w:pPr>
        <w:jc w:val="right"/>
      </w:pPr>
      <w:r>
        <w:t>نہیں، اپنے زمانے کی سواریوں کو استعمال کرو، اجتہادی انداز اختیار کرو۔</w:t>
      </w:r>
    </w:p>
    <w:p>
      <w:r>
        <w:rPr>
          <w:b/>
        </w:rPr>
        <w:t xml:space="preserve">[19:58] </w:t>
      </w:r>
      <w:r>
        <w:t>yeh hai quran ko parhna, quran ko samajhna,</w:t>
      </w:r>
    </w:p>
    <w:p>
      <w:pPr>
        <w:jc w:val="right"/>
      </w:pPr>
      <w:r>
        <w:t>یہ ہے قرآن کو پڑھنا، قرآن کو سمجھنا،</w:t>
      </w:r>
    </w:p>
    <w:p>
      <w:r>
        <w:rPr>
          <w:b/>
        </w:rPr>
        <w:t xml:space="preserve">[20:07] </w:t>
      </w:r>
      <w:r>
        <w:t>quran ko apni zindagi mein shamil karna. yeh hai to kehta hai, sahi kaha tha hazrat aisha ne ke "awlaa-e-ka qaru wa lam yaqru".</w:t>
      </w:r>
    </w:p>
    <w:p>
      <w:pPr>
        <w:jc w:val="right"/>
      </w:pPr>
      <w:r>
        <w:t>قرآن کو اپنی زندگی میں شامل کرنا۔ یہ ہے تو کہتا ہے، صحیح کہا تھا حضرت عائشہ نے کہ "اولائے کا قرو ولم یقرو"۔</w:t>
      </w:r>
    </w:p>
    <w:p>
      <w:r>
        <w:rPr>
          <w:b/>
        </w:rPr>
        <w:t xml:space="preserve">[20:16] </w:t>
      </w:r>
      <w:r>
        <w:t>yeh woh log hain jo unhon ne quran ko parha magar parha nahi quran ko.</w:t>
      </w:r>
    </w:p>
    <w:p>
      <w:pPr>
        <w:jc w:val="right"/>
      </w:pPr>
      <w:r>
        <w:t>یہ وہ لوگ ہیں جو انہوں نے قرآن کو پڑھا مگر پڑھا نہیں قرآن کو۔</w:t>
      </w:r>
    </w:p>
    <w:p>
      <w:r>
        <w:rPr>
          <w:b/>
        </w:rPr>
        <w:t xml:space="preserve">[20:24] </w:t>
      </w:r>
      <w:r>
        <w:t>to main aaj soch raha tha, to main ne socha ke yeh huroof-e-muqatta'at jo hain, disjointed letters jo hain, yeh to bohat hi bara ek naqab, is ke andar sabak hai ke quran ko reassemble karo, phir se interpretation is ko talash karo,</w:t>
      </w:r>
    </w:p>
    <w:p>
      <w:pPr>
        <w:jc w:val="right"/>
      </w:pPr>
      <w:r>
        <w:t>تو میں آج سوچ رہا تھا، تو میں نے سوچا کہ یہ حروف مقطعات جو ہیں، ڈس جوائنٹڈ لیٹر جو ہیں، یہ تو بہت ہی بڑا ایک نقاب، اس کے اندر سبق ہے کہ قرآن کو ری اسمبل کرو، پھر سے انٹرپریشن اس کو تلاش کرو،</w:t>
      </w:r>
    </w:p>
    <w:p>
      <w:r>
        <w:rPr>
          <w:b/>
        </w:rPr>
        <w:t xml:space="preserve">[20:43] </w:t>
      </w:r>
      <w:r>
        <w:t>is ko reapply karo, quran ki taleemat ki buniyad par replanning karo.</w:t>
      </w:r>
    </w:p>
    <w:p>
      <w:pPr>
        <w:jc w:val="right"/>
      </w:pPr>
      <w:r>
        <w:t>اس کو ری اپلائی کرو، قرآن کی تعلیمات کی بنیاد پر ری پلاننگ کرو۔</w:t>
      </w:r>
    </w:p>
    <w:p>
      <w:r>
        <w:rPr>
          <w:b/>
        </w:rPr>
        <w:t xml:space="preserve">[20:57] </w:t>
      </w:r>
      <w:r>
        <w:t>aap ghor kijiye ke kitna bara yeh sabak hai jo quran mein hai, lekin log jo hain bas ajeeb o ghareeb qism ke mafhoom nikalte hain.</w:t>
      </w:r>
    </w:p>
    <w:p>
      <w:pPr>
        <w:jc w:val="right"/>
      </w:pPr>
      <w:r>
        <w:t>آپ غور کیجئے کہ کتنا بڑا یہ سبق ہے جو قرآن میں ہے، لیکن لوگ جو ہیں بس عجیب و غریب قسم کے مفہوم نکالتے ہیں۔</w:t>
      </w:r>
    </w:p>
    <w:p>
      <w:r>
        <w:rPr>
          <w:b/>
        </w:rPr>
        <w:t xml:space="preserve">[21:06] </w:t>
      </w:r>
      <w:r>
        <w:t>woh chahte hain ke yahi quran hai, woh quran hai hi nahi, woh "awlaa-e-ka qaru wa lam yaqru" hai. woh</w:t>
      </w:r>
    </w:p>
    <w:p>
      <w:pPr>
        <w:jc w:val="right"/>
      </w:pPr>
      <w:r>
        <w:t>وہ چاہتے ہیں کہ یہی قرآن ہے، وہ قرآن ہے ہی نہیں، وہ "اولائے کا قرو ولم یقرو" ہے۔ وہ</w:t>
      </w:r>
    </w:p>
    <w:p>
      <w:r>
        <w:rPr>
          <w:b/>
        </w:rPr>
        <w:t xml:space="preserve">[21:20] </w:t>
      </w:r>
      <w:r>
        <w:t>misalan dekhiye, qadeem zamane mein talwar istemal ki gayi thi, ghazwaat hue the, ladai hui thi.</w:t>
      </w:r>
    </w:p>
    <w:p>
      <w:pPr>
        <w:jc w:val="right"/>
      </w:pPr>
      <w:r>
        <w:t>مثلاً دیکھیے، قدیم زمانے میں تلوار استعمال کی گئی تھی، غزوات ہوئے تھے، لڑائی ہوئی تھی۔</w:t>
      </w:r>
    </w:p>
    <w:p>
      <w:r>
        <w:rPr>
          <w:b/>
        </w:rPr>
        <w:t xml:space="preserve">[21:32] </w:t>
      </w:r>
      <w:r>
        <w:t>ab sare log isi mein phanse hue hain, koi pathar maar raha hai, koi bam maar raha hai, koi gun chala raha hai. woh samajhte hain ke hum jehad kar rahe hain ya bilkul yani koi kuch bhi nahi kar rahe hain.</w:t>
      </w:r>
    </w:p>
    <w:p>
      <w:pPr>
        <w:jc w:val="right"/>
      </w:pPr>
      <w:r>
        <w:t>اب سارے لوگ اسی میں پھنسے ہوئے ہیں، کوئی پتھر مار رہا ہے، کوئی بم مار رہا ہے، کوئی گن چلا رہا ہے۔ وہ سمجھتے ہیں کہ ہم جہاد کر رہے ہیں یا بالکل یعنی کوئی کچھ بھی نہیں کر رہے ہیں۔</w:t>
      </w:r>
    </w:p>
    <w:p>
      <w:r>
        <w:rPr>
          <w:b/>
        </w:rPr>
        <w:t xml:space="preserve">[21:48] </w:t>
      </w:r>
      <w:r>
        <w:t>"awwalaye ka qaro walim yaqro" ka matlab hai ke unhon ne amal kiya, par unhon ne amal nahi kiya.</w:t>
      </w:r>
    </w:p>
    <w:p>
      <w:pPr>
        <w:jc w:val="right"/>
      </w:pPr>
      <w:r>
        <w:t>"اولائے کا قرو ولم یقرو" کا مطلب ہے کہ انہوں نے عمل کیا، پر انہوں نے عمل نہیں کیا۔</w:t>
      </w:r>
    </w:p>
    <w:p>
      <w:r>
        <w:rPr>
          <w:b/>
        </w:rPr>
        <w:t xml:space="preserve">[21:55] </w:t>
      </w:r>
      <w:r>
        <w:t>mein yeh kahunga ke samajhte hain ke unhon ne amal kiya Islam par, apne sabaq ke mutabiq amal kiya, lekin amal nahi kiya kyunke koi samjha nahi ke Quran ki spirit kya hai.</w:t>
      </w:r>
    </w:p>
    <w:p>
      <w:pPr>
        <w:jc w:val="right"/>
      </w:pPr>
      <w:r>
        <w:t>میں یہ کہوں گا کہ سمجھتے ہیں کہ انہوں نے عمل کیا اسلام پر، اپنے سبق کے مطابق عمل کیا، لیکن عمل نہیں کیا کیونکہ کوئی سمجھا نہیں کہ قرآن کی اسپرٹ کیا ہے۔</w:t>
      </w:r>
    </w:p>
    <w:p>
      <w:r>
        <w:rPr>
          <w:b/>
        </w:rPr>
        <w:t xml:space="preserve">[22:09] </w:t>
      </w:r>
      <w:r>
        <w:t>kyun? dekhiye, zamana aaj terah so saal pehle ke muqable mein bilkul badal chuka hai. ek naya zamana hamare samne hai jis mein kya kya hua, kya kya hua.</w:t>
      </w:r>
    </w:p>
    <w:p>
      <w:pPr>
        <w:jc w:val="right"/>
      </w:pPr>
      <w:r>
        <w:t>کیوں؟ دیکھیے، زمانہ آج تیرہ سو سال پہلے کے مقابلے میں بالکل بدل چکا ہے۔ ایک نیا زمانہ ہمارے سامنے ہے جس میں کیا کیا ہوا، کیا کیا ہوا۔</w:t>
      </w:r>
    </w:p>
    <w:p>
      <w:r>
        <w:rPr>
          <w:b/>
        </w:rPr>
        <w:t xml:space="preserve">[22:25] </w:t>
      </w:r>
      <w:r>
        <w:t>phir etmi ladai hui, atom bam giraye gaye. ab ek naya daur aaya, industrial industrial age aaya,</w:t>
      </w:r>
    </w:p>
    <w:p>
      <w:pPr>
        <w:jc w:val="right"/>
      </w:pPr>
      <w:r>
        <w:t>پھر ایٹمی لڑائی ہوئی، ایٹم بم گرائے گئے۔ اب ایک نیا دور آیا، انڈسٹریل انڈسٹریل ایج آیا،</w:t>
      </w:r>
    </w:p>
    <w:p>
      <w:r>
        <w:rPr>
          <w:b/>
        </w:rPr>
        <w:t xml:space="preserve">[22:37] </w:t>
      </w:r>
      <w:r>
        <w:t>modern civilization aayi, technology aayi, communication aaya. ab ek naya daur hai, ab duniya mein age of peace hai, age of ladai hai hi nahi.</w:t>
      </w:r>
    </w:p>
    <w:p>
      <w:pPr>
        <w:jc w:val="right"/>
      </w:pPr>
      <w:r>
        <w:t>ماڈرن سولائزیشن آئی، ٹیکنالوجی آئی، کمیونیکیشن آیا۔ اب ایک نیا دور ہے، اب دنیا میں ایج آف پیس ہے، ایج آف لڑائی ہے ہی نہیں۔</w:t>
      </w:r>
    </w:p>
    <w:p>
      <w:r>
        <w:rPr>
          <w:b/>
        </w:rPr>
        <w:t xml:space="preserve">[22:53] </w:t>
      </w:r>
      <w:r>
        <w:t>yeh jehad nahi hai jo aap pathar marna aur bam marna ki tareeqe ke ke method ko dohrate hain aur samajhte hain ke mein jehad kar raha hoon.</w:t>
      </w:r>
    </w:p>
    <w:p>
      <w:pPr>
        <w:jc w:val="right"/>
      </w:pPr>
      <w:r>
        <w:t>یہ جہاد نہیں ہے جو آپ پتھر مارنا اور بم مارنا کی طریقے کے کے میتھڈ کو دہراتے ہیں اور سمجھتے ہیں کہ میں جہاد کر رہا ہوں۔</w:t>
      </w:r>
    </w:p>
    <w:p>
      <w:r>
        <w:rPr>
          <w:b/>
        </w:rPr>
        <w:t xml:space="preserve">[23:06] </w:t>
      </w:r>
      <w:r>
        <w:t>woh hazrat Aisha ka qaul yahan sabaq aata hai ke unhon ne jehad kiya, par unhon ne jehad nahi kiya.</w:t>
      </w:r>
    </w:p>
    <w:p>
      <w:pPr>
        <w:jc w:val="right"/>
      </w:pPr>
      <w:r>
        <w:t>وہ حضرت عائشہ کا قول یہاں سابق آتا ہے کہ انہوں نے جہاد کیا، پر انہوں نے جہاد نہیں کیا۔</w:t>
      </w:r>
    </w:p>
    <w:p>
      <w:r>
        <w:rPr>
          <w:b/>
        </w:rPr>
        <w:t xml:space="preserve">[23:17] </w:t>
      </w:r>
      <w:r>
        <w:t>wohi qaul yahan apply hota hai ke unhon ne jehad kiya, par jehad nahi kiya. kyunke kyunke jehad activism ko phir se naya interpretation talash karna tha, usko peaceful daur mein.</w:t>
      </w:r>
    </w:p>
    <w:p>
      <w:pPr>
        <w:jc w:val="right"/>
      </w:pPr>
      <w:r>
        <w:t>وہی قول یہاں اپلائی ہوتا ہے کہ انہوں نے جہاد کیا، پر جہاد نہیں کیا۔ کیونکہ کیونکہ جہاد ایکٹیوزم کو پھر سے نیا انٹرپریشن تلاش کرنا تھا، اس کو پیس فل دور میں۔</w:t>
      </w:r>
    </w:p>
    <w:p>
      <w:r>
        <w:rPr>
          <w:b/>
        </w:rPr>
        <w:t xml:space="preserve">[23:36] </w:t>
      </w:r>
      <w:r>
        <w:t>aaj ka jehad activism hai, woh ek naya form iska hoga, bilkul naya.</w:t>
      </w:r>
    </w:p>
    <w:p>
      <w:pPr>
        <w:jc w:val="right"/>
      </w:pPr>
      <w:r>
        <w:t>آج کا جہاد ایکٹیوزم ہے، وہ ایک نیا فارم اس کا ہوگا، بالکل نیا۔</w:t>
      </w:r>
    </w:p>
    <w:p>
      <w:r>
        <w:rPr>
          <w:b/>
        </w:rPr>
        <w:t xml:space="preserve">[23:45] </w:t>
      </w:r>
      <w:r>
        <w:t>is mein jang nahi hogi, talwar nahi hogi, bam nahi hoga, pathar nahi hoga, peaceful activism hoga.</w:t>
      </w:r>
    </w:p>
    <w:p>
      <w:pPr>
        <w:jc w:val="right"/>
      </w:pPr>
      <w:r>
        <w:t>اس میں جنگ نہیں ہوگی، تلوار نہیں ہوگی، بم نہیں ہوگا، پتھر نہیں ہوگا، پیس فل ایکٹیوزم ہوگا۔</w:t>
      </w:r>
    </w:p>
    <w:p>
      <w:r>
        <w:rPr>
          <w:b/>
        </w:rPr>
        <w:t xml:space="preserve">[23:57] </w:t>
      </w:r>
      <w:r>
        <w:t>toh yeh jo huroof muqattaat hain, yeh bohat bara lesson le kar Quran mein diye gaye hain. 29 suraton mein jo yeh lesson aaye hain, sab toh bohat bara lesson de rahe hain ke reassemble karo, phir se discover karo,</w:t>
      </w:r>
    </w:p>
    <w:p>
      <w:pPr>
        <w:jc w:val="right"/>
      </w:pPr>
      <w:r>
        <w:t>تو یہ جو حروف مقطعات ہیں، یہ بہت بڑا لیسن لے کر قرآن میں دیے گئے ہیں۔ 29 سورتوں میں جو یہ لسان آئے ہیں، سب تو بہت بڑا لیسن دے رہے ہیں کہ ری اسمبل کرو، پھر سے ڈسکور کرو،</w:t>
      </w:r>
    </w:p>
    <w:p>
      <w:r>
        <w:rPr>
          <w:b/>
        </w:rPr>
        <w:t xml:space="preserve">[24:18] </w:t>
      </w:r>
      <w:r>
        <w:t>phir se jano ke Quran ka mafhoom kya hai. har zamane mein iska interpretation talash karo.</w:t>
      </w:r>
    </w:p>
    <w:p>
      <w:pPr>
        <w:jc w:val="right"/>
      </w:pPr>
      <w:r>
        <w:t>پھر سے جانو کہ قرآن کا مفہوم کیا ہے۔ ہر زمانے میں اس کا انٹرپریشن تلاش کرو۔</w:t>
      </w:r>
    </w:p>
    <w:p>
      <w:r>
        <w:rPr>
          <w:b/>
        </w:rPr>
        <w:t xml:space="preserve">[24:35] </w:t>
      </w:r>
      <w:r>
        <w:t>toh Quran ek inqelabi kitaab hai, woh taqlidi kitaab nahi hai. Quran ek ijtihadi kitaab hai, woh hamein ijtihad par ubharta hai.</w:t>
      </w:r>
    </w:p>
    <w:p>
      <w:pPr>
        <w:jc w:val="right"/>
      </w:pPr>
      <w:r>
        <w:t>تو قرآن ایک انقلابی کتاب ہے، وہ تقلیدی کتاب نہیں ہے۔ قرآن ایک اجتہادی کتاب ہے، وہ ہمیں اجتہاد پر ابھارتا ہے۔</w:t>
      </w:r>
    </w:p>
    <w:p>
      <w:r>
        <w:rPr>
          <w:b/>
        </w:rPr>
        <w:t xml:space="preserve">[24:49] </w:t>
      </w:r>
      <w:r>
        <w:t>har zamane ko phir se read karo, yeh batata hai.</w:t>
      </w:r>
    </w:p>
    <w:p>
      <w:pPr>
        <w:jc w:val="right"/>
      </w:pPr>
      <w:r>
        <w:t>ہر زمانے کو پھر سے ریڈ کرو، یہ بتاتا ہے۔</w:t>
      </w:r>
    </w:p>
    <w:p>
      <w:r>
        <w:rPr>
          <w:b/>
        </w:rPr>
        <w:t xml:space="preserve">[25:01] </w:t>
      </w:r>
      <w:r>
        <w:t>aaj kal duniya mein, Muslim duniya mein, ek bohat bara</w:t>
      </w:r>
    </w:p>
    <w:p>
      <w:pPr>
        <w:jc w:val="right"/>
      </w:pPr>
      <w:r>
        <w:t>آج کل دنیا میں، مسلم دنیا میں، ایک بہت بڑا</w:t>
      </w:r>
    </w:p>
    <w:p>
      <w:r>
        <w:rPr>
          <w:b/>
        </w:rPr>
        <w:t xml:space="preserve">[25:08] </w:t>
      </w:r>
      <w:r>
        <w:t>term chala hua hai: Muslim empowerment. mein is ko bilkul bilkul irrelevant samajhta hoon, irrelevant.</w:t>
      </w:r>
    </w:p>
    <w:p>
      <w:pPr>
        <w:jc w:val="right"/>
      </w:pPr>
      <w:r>
        <w:t>ٹرم چلا ہوا ہے: مسلم پاورمنٹ۔ میں اس کو بالکل بالکل اریلیونٹ سمجھتا ہوں، اریلیونٹ۔</w:t>
      </w:r>
    </w:p>
    <w:p>
      <w:r>
        <w:rPr>
          <w:b/>
        </w:rPr>
        <w:t xml:space="preserve">[25:18] </w:t>
      </w:r>
      <w:r>
        <w:t>koi sach hai is ka nahi hai. what is Muslim empowerment?</w:t>
      </w:r>
    </w:p>
    <w:p>
      <w:pPr>
        <w:jc w:val="right"/>
      </w:pPr>
      <w:r>
        <w:t>کوئی سچ ہے اس کا نہیں ہے۔ واٹ از مسلم پاورمنٹ؟</w:t>
      </w:r>
    </w:p>
    <w:p>
      <w:r>
        <w:rPr>
          <w:b/>
        </w:rPr>
        <w:t xml:space="preserve">[25:26] </w:t>
      </w:r>
      <w:r>
        <w:t>ab daur aaya hai ke sare insanon ko le kar chalo, sari universe ko le kar chalo, aur aap Muslim community ko, jo ek degenerated community bani hui hai, us ko le kar chalna chahte hain.</w:t>
      </w:r>
    </w:p>
    <w:p>
      <w:pPr>
        <w:jc w:val="right"/>
      </w:pPr>
      <w:r>
        <w:t>اب دور آیا ہے کہ سارے انسانوں کو لے کر چلو، ساری یونیورس کو لے کر چلو، اور آپ مسلم کمیونٹی کو، جو ایک ڈی جنریٹڈ کمیونٹی بنی ہوئی ہے، اس کو لے کر چلنا چاہتے ہیں۔</w:t>
      </w:r>
    </w:p>
    <w:p>
      <w:r>
        <w:rPr>
          <w:b/>
        </w:rPr>
        <w:t xml:space="preserve">[25:48] </w:t>
      </w:r>
      <w:r>
        <w:t>yani aaj ka daur kehta hai ke sare insanon ko le kar chalo, sari universe ko le kar chalo. har cheez ko aaj universalize kiya jata hai,</w:t>
      </w:r>
    </w:p>
    <w:p>
      <w:pPr>
        <w:jc w:val="right"/>
      </w:pPr>
      <w:r>
        <w:t>یعنی آج کا دور کہتا ہے کہ سارے انسانوں کو لے کر چلو، ساری یونیورس کو لے کر چلو۔ ہر چیز کو آج یونیورسلائز کیا جاتا ہے،</w:t>
      </w:r>
    </w:p>
    <w:p>
      <w:r>
        <w:rPr>
          <w:b/>
        </w:rPr>
        <w:t xml:space="preserve">[26:02] </w:t>
      </w:r>
      <w:r>
        <w:t>aur aap Muslim empowerment mein baithe hain. kuch hone wala nahi hai. mein aap ko saaf kehta hoon ke Muslim empowerment ka kuch bhi nahi hone wala hai, kuch bhi nahi.</w:t>
      </w:r>
    </w:p>
    <w:p>
      <w:pPr>
        <w:jc w:val="right"/>
      </w:pPr>
      <w:r>
        <w:t>اور آپ مسلم پاورمنٹ میں بیٹھے ہیں۔ کچھ ہونے والا نہیں ہے۔ میں آپ کو صاف کہتا ہوں کہ مسلم پاورمنٹ کا کچھ بھی نہیں ہونے والا ہے، کچھ بھی نہیں۔</w:t>
      </w:r>
    </w:p>
    <w:p>
      <w:r>
        <w:rPr>
          <w:b/>
        </w:rPr>
        <w:t xml:space="preserve">[26:17] </w:t>
      </w:r>
      <w:r>
        <w:t>aap likh lijiye is ko, kyunke yeh toh law of nature ke khilaf hai, Allah ke takhleeqi naseeb ke khilaf hai.</w:t>
      </w:r>
    </w:p>
    <w:p>
      <w:pPr>
        <w:jc w:val="right"/>
      </w:pPr>
      <w:r>
        <w:t>آپ لکھ لیجئے اس کو، کیونکہ یہ تو لاء آف نیچر کے خلاف ہے، اللہ کے تخلیقی نصیب کے خلاف ہے۔</w:t>
      </w:r>
    </w:p>
    <w:p>
      <w:r>
        <w:rPr>
          <w:b/>
        </w:rPr>
        <w:t xml:space="preserve">[26:33] </w:t>
      </w:r>
      <w:r>
        <w:t>jab hadithon mein yeh aaya hai ke ek zamana aayega jab ke ghair Muslim qomon mein tumhara namoona ho jayega, tumhein koi tareef milegi un se, sari duniya tumhari moajad ban jayegi.</w:t>
      </w:r>
    </w:p>
    <w:p>
      <w:pPr>
        <w:jc w:val="right"/>
      </w:pPr>
      <w:r>
        <w:t>جب حدیثوں میں یہ آیا ہے کہ ایک زمانہ آئے گا جب کہ غیر مسلم قوموں میں تمہارا نمونہ ہو جائے گا، تمہیں کوئی تعریف ملے گی ان سے، ساری دنیا تمہاری موجد بن جائے گی۔</w:t>
      </w:r>
    </w:p>
    <w:p>
      <w:r>
        <w:rPr>
          <w:b/>
        </w:rPr>
        <w:t xml:space="preserve">[26:46] </w:t>
      </w:r>
      <w:r>
        <w:t>toh kabhi toh woh zamana aayega, kabhi toh woh zamana aayega.</w:t>
      </w:r>
    </w:p>
    <w:p>
      <w:pPr>
        <w:jc w:val="right"/>
      </w:pPr>
      <w:r>
        <w:t>تو کبھی تو وہ زمانہ آئے گا، کبھی تو وہ زمانہ آئے گا۔</w:t>
      </w:r>
    </w:p>
    <w:p>
      <w:r>
        <w:rPr>
          <w:b/>
        </w:rPr>
        <w:t xml:space="preserve">[26:54] </w:t>
      </w:r>
      <w:r>
        <w:t>to mein kehta hoon ke woh zamana aa chuka hai.</w:t>
      </w:r>
    </w:p>
    <w:p>
      <w:pPr>
        <w:jc w:val="right"/>
      </w:pPr>
      <w:r>
        <w:t>تو میں کہتا ہوں کہ وہ زمانہ آ چکا ہے۔</w:t>
      </w:r>
    </w:p>
    <w:p>
      <w:r>
        <w:rPr>
          <w:b/>
        </w:rPr>
        <w:t xml:space="preserve">[27:02] </w:t>
      </w:r>
      <w:r>
        <w:t>to naye zamane ko pehchaniye, naye zamane ke mutabiq apne amal ki re planning kijiye, naye zamane ke mutabiq amal ka naqsha banaiye,</w:t>
      </w:r>
    </w:p>
    <w:p>
      <w:pPr>
        <w:jc w:val="right"/>
      </w:pPr>
      <w:r>
        <w:t>تو نئے زمانے کو پہچانیے، نئے زمانے کے مطابق اپنے عمل کی ری پلاننگ کیجئے، نئے زمانے کے مطابق عمل کا نقشہ بنائیے،</w:t>
      </w:r>
    </w:p>
    <w:p>
      <w:r>
        <w:rPr>
          <w:b/>
        </w:rPr>
        <w:t xml:space="preserve">[27:17] </w:t>
      </w:r>
      <w:r>
        <w:t>islam ko phir se padhiye, islam ko phir se discover kijiye.</w:t>
      </w:r>
    </w:p>
    <w:p>
      <w:pPr>
        <w:jc w:val="right"/>
      </w:pPr>
      <w:r>
        <w:t>اسلام کو پھر سے پڑھیے، اسلام کو پھر سے ڈسکور کیجئے۔</w:t>
      </w:r>
    </w:p>
    <w:p>
      <w:r>
        <w:rPr>
          <w:b/>
        </w:rPr>
        <w:t xml:space="preserve">[27:28] </w:t>
      </w:r>
      <w:r>
        <w:t>aaj ki yahi zaroorat hai, aaj ki yahi sab se bari zaroorat hai ke islam ko phir se padha jaye, quran ko phir se read kiya jaye,</w:t>
      </w:r>
    </w:p>
    <w:p>
      <w:pPr>
        <w:jc w:val="right"/>
      </w:pPr>
      <w:r>
        <w:t>آج کی یہی ضرورت ہے، آج کی یہی سب سے بڑی ضرورت ہے کہ اسلام کو پھر سے پڑھا جائے، قرآن کو پھر سے ریڈ کیا جائے،</w:t>
      </w:r>
    </w:p>
    <w:p>
      <w:r>
        <w:rPr>
          <w:b/>
        </w:rPr>
        <w:t xml:space="preserve">[27:44] </w:t>
      </w:r>
      <w:r>
        <w:t>quran ko phir se discover kiya jaye.</w:t>
      </w:r>
    </w:p>
    <w:p>
      <w:pPr>
        <w:jc w:val="right"/>
      </w:pPr>
      <w:r>
        <w:t>قرآن کو پھر سے ڈسکور کیا جائے۔</w:t>
      </w:r>
    </w:p>
    <w:p>
      <w:r>
        <w:rPr>
          <w:b/>
        </w:rPr>
        <w:t xml:space="preserve">[27:54] </w:t>
      </w:r>
      <w:r>
        <w:t>warna yeh jo tareeqe chale hue hain ke kuch bhi nahi hone wala hai, so saal beet gaya quran quran karte hue, aur ab hua kuch nahi.</w:t>
      </w:r>
    </w:p>
    <w:p>
      <w:pPr>
        <w:jc w:val="right"/>
      </w:pPr>
      <w:r>
        <w:t>ورنہ یہ جو طریقے چلے ہوئے ہیں کہ کچھ بھی نہیں ہونے والا ہے، سو سال بیت گیا قرآن قرآن کرتے ہوئے، اور اب ہوا کچھ نہیں۔</w:t>
      </w:r>
    </w:p>
    <w:p>
      <w:r>
        <w:rPr>
          <w:b/>
        </w:rPr>
        <w:t xml:space="preserve">[28:06] </w:t>
      </w:r>
      <w:r>
        <w:t>abhi musalman kehte hain ke hum mazloom hain, we are under siege, hum zalim, hum chhaye hue hain, hum ghulam bane hue hain.</w:t>
      </w:r>
    </w:p>
    <w:p>
      <w:pPr>
        <w:jc w:val="right"/>
      </w:pPr>
      <w:r>
        <w:t>ابھی مسلمان کہتے ہیں کہ ہم مظلوم ہیں، وی آر انڈر سیز، ہم ظالم، ہم چھائے ہوئے ہیں، ہم غلام بنے ہوئے ہیں۔</w:t>
      </w:r>
    </w:p>
    <w:p>
      <w:r>
        <w:rPr>
          <w:b/>
        </w:rPr>
        <w:t xml:space="preserve">[28:19] </w:t>
      </w:r>
      <w:r>
        <w:t>to kahan gaye quran? quran ka</w:t>
      </w:r>
    </w:p>
    <w:p>
      <w:pPr>
        <w:jc w:val="right"/>
      </w:pPr>
      <w:r>
        <w:t>تو کہاں گئے قرآن؟ قرآن کا</w:t>
      </w:r>
    </w:p>
    <w:p>
      <w:r>
        <w:rPr>
          <w:b/>
        </w:rPr>
        <w:t xml:space="preserve">[28:26] </w:t>
      </w:r>
      <w:r>
        <w:t>kya activities kahan gayi? quran activism kahan gaya? to woh hai hi nahi, woh quran activism tha hi nahi.</w:t>
      </w:r>
    </w:p>
    <w:p>
      <w:pPr>
        <w:jc w:val="right"/>
      </w:pPr>
      <w:r>
        <w:t>کیا ایکٹیویٹیز کہاں گئی؟ قرآن ایکٹیوزم کہاں گیا؟ تو وہ ہے ہی نہیں، وہ قرآن ایکٹیوزم تھا ہی نہیں۔</w:t>
      </w:r>
    </w:p>
    <w:p>
      <w:r>
        <w:rPr>
          <w:b/>
        </w:rPr>
        <w:t xml:space="preserve">[28:37] </w:t>
      </w:r>
      <w:r>
        <w:t>woh</w:t>
      </w:r>
    </w:p>
    <w:p>
      <w:pPr>
        <w:jc w:val="right"/>
      </w:pPr>
      <w:r>
        <w:t>وہ</w:t>
      </w:r>
    </w:p>
    <w:p>
      <w:r>
        <w:rPr>
          <w:b/>
        </w:rPr>
        <w:t xml:space="preserve">[28:42] </w:t>
      </w:r>
      <w:r>
        <w:t>woh jo hua, woh quran activism tha hi nahi.</w:t>
      </w:r>
    </w:p>
    <w:p>
      <w:pPr>
        <w:jc w:val="right"/>
      </w:pPr>
      <w:r>
        <w:t>وہ جو ہوا، وہ قرآن ایکٹیوزم تھا ہی نہیں۔</w:t>
      </w:r>
    </w:p>
    <w:p>
      <w:r>
        <w:rPr>
          <w:b/>
        </w:rPr>
        <w:t xml:space="preserve">[29:00] </w:t>
      </w:r>
      <w:r>
        <w:t>to beharhaal hamein saare mamle ko phir se sochna parega.</w:t>
      </w:r>
    </w:p>
    <w:p>
      <w:pPr>
        <w:jc w:val="right"/>
      </w:pPr>
      <w:r>
        <w:t>تو بہرحال ہمیں سارے معاملے کو پھر سے سوچنا پڑے گا۔</w:t>
      </w:r>
    </w:p>
    <w:p>
      <w:r>
        <w:rPr>
          <w:b/>
        </w:rPr>
        <w:t xml:space="preserve">[29:10] </w:t>
      </w:r>
      <w:r>
        <w:t>agar ghalti hui ho to pehla kaam hai ghalti ka etraaf karna.</w:t>
      </w:r>
    </w:p>
    <w:p>
      <w:pPr>
        <w:jc w:val="right"/>
      </w:pPr>
      <w:r>
        <w:t>اگر غلطی ہوئی ہو تو پہلا کام ہے غلطی کا اعتراف کرنا۔</w:t>
      </w:r>
    </w:p>
    <w:p>
      <w:r>
        <w:rPr>
          <w:b/>
        </w:rPr>
        <w:t xml:space="preserve">[29:23] </w:t>
      </w:r>
      <w:r>
        <w:t>agar ghalti hui ho, aap ko namaz ka waqt hai, farz kijiye ke zuhar ki namaz ka waqt hai, aur aap fajar ki namaz padh lein, fajar ki to pehla kaam kya hoga ke aap dohraein,</w:t>
      </w:r>
    </w:p>
    <w:p>
      <w:pPr>
        <w:jc w:val="right"/>
      </w:pPr>
      <w:r>
        <w:t>اگر غلطی ہوئی ہو، آپ کو نماز کا وقت ہے، فرض کیجئے کہ ظہر کی نماز کا وقت ہے، اور آپ فجر کی نماز پڑھ لیں، فجر کی تو پہلا کام کیا ہوگا کہ آپ دہرائیں،</w:t>
      </w:r>
    </w:p>
    <w:p>
      <w:r>
        <w:rPr>
          <w:b/>
        </w:rPr>
        <w:t xml:space="preserve">[29:39] </w:t>
      </w:r>
      <w:r>
        <w:t>aur fajar ki namaz ke bajaye zuhar ki namaz padhein. pehla kaam to aaj isi ka waqt aa gaya hai.</w:t>
      </w:r>
    </w:p>
    <w:p>
      <w:pPr>
        <w:jc w:val="right"/>
      </w:pPr>
      <w:r>
        <w:t>اور فجر کی نماز کے بجائے ظہر کی نماز پڑھیں۔ پہلا کام تو آج اسی کا وقت آ گیا ہے۔</w:t>
      </w:r>
    </w:p>
    <w:p>
      <w:r>
        <w:rPr>
          <w:b/>
        </w:rPr>
        <w:t xml:space="preserve">[29:49] </w:t>
      </w:r>
      <w:r>
        <w:t>mein dua karta hoon ke Allah taala hum ko tofeeq de ke hum islam ki spirit ko samjhein aur real sense mein quran ko follow karein.</w:t>
      </w:r>
    </w:p>
    <w:p>
      <w:pPr>
        <w:jc w:val="right"/>
      </w:pPr>
      <w:r>
        <w:t>میں دعا کرتا ہوں کہ اللہ تعالیٰ ہم کو توفیق دے کہ ہم اسلام کی اسپرٹ کو سمجھیں اور ریئل سینس میں قرآن کو فالو کریں۔</w:t>
      </w:r>
    </w:p>
    <w:p>
      <w:r>
        <w:rPr>
          <w:b/>
        </w:rPr>
        <w:t xml:space="preserve">[30:01] </w:t>
      </w:r>
      <w:r>
        <w:t>assalam o alaikum wa rehmatullah.</w:t>
      </w:r>
    </w:p>
    <w:p>
      <w:pPr>
        <w:jc w:val="right"/>
      </w:pPr>
      <w:r>
        <w:t>السلام علیکم ورحمۃ اللہ۔</w:t>
      </w:r>
    </w:p>
    <w:p>
      <w:r>
        <w:rPr>
          <w:b/>
        </w:rPr>
        <w:t xml:space="preserve">[30:16] </w:t>
      </w:r>
      <w:r>
        <w:t>okay, we will start with the question answer and comment session. i will first read out the comments that have come today. maulana, yeh comment bheja hai ek student ne jinka naam aa muhammad ali roomi hai, aur yeh mangalore mein rehte hain, mangalore mein padhte hain, karnataka se.</w:t>
      </w:r>
    </w:p>
    <w:p>
      <w:pPr>
        <w:jc w:val="right"/>
      </w:pPr>
      <w:r>
        <w:t>Okay, we will start with the question answer and comment session. I will first read out the comments that have come today. مولانا، یہ comment بھیجا ہے ایک student نے جن کا نام آ محمد علی رومی ہے، اور یہ Mangalore میں رہتے ہیں، Mangalore میں پڑھتے ہیں، Karnataka سے۔</w:t>
      </w:r>
    </w:p>
    <w:p>
      <w:r>
        <w:rPr>
          <w:b/>
        </w:rPr>
        <w:t xml:space="preserve">[30:37] </w:t>
      </w:r>
      <w:r>
        <w:t>unhone likha hai: "alhamdulillah, i have successfully distributed all the copies of quran in english and kannad language.</w:t>
      </w:r>
    </w:p>
    <w:p>
      <w:pPr>
        <w:jc w:val="right"/>
      </w:pPr>
      <w:r>
        <w:t>انہوں نے لکھا ہے: "Alhamdulillah, I have successfully distributed all the copies of Quran in English and Kannad language.</w:t>
      </w:r>
    </w:p>
    <w:p>
      <w:r>
        <w:rPr>
          <w:b/>
        </w:rPr>
        <w:t xml:space="preserve">[30:49] </w:t>
      </w:r>
      <w:r>
        <w:t>along with this, i gave spirit of islam copies and maulana's articles titled ideology of peace and destination of man, which are translated in kannada language.</w:t>
      </w:r>
    </w:p>
    <w:p>
      <w:pPr>
        <w:jc w:val="right"/>
      </w:pPr>
      <w:r>
        <w:t>Along with this, I gave Spirit of Islam copies and مولانا's articles titled Ideology of Peace and Destination of Man, which are translated in Kannada language.</w:t>
      </w:r>
    </w:p>
    <w:p>
      <w:r>
        <w:rPr>
          <w:b/>
        </w:rPr>
        <w:t xml:space="preserve">[31:01] </w:t>
      </w:r>
      <w:r>
        <w:t>i have received an overwhelming response and duas from people in return. literally, people just love kannada articles by maulana.</w:t>
      </w:r>
    </w:p>
    <w:p>
      <w:pPr>
        <w:jc w:val="right"/>
      </w:pPr>
      <w:r>
        <w:t>I have received an overwhelming response and duas from people in return. Literally, people just love Kannada articles by مولانا.</w:t>
      </w:r>
    </w:p>
    <w:p>
      <w:r>
        <w:rPr>
          <w:b/>
        </w:rPr>
        <w:t xml:space="preserve">[31:12] </w:t>
      </w:r>
      <w:r>
        <w:t>i made fifty extra copies and distributed to all my known friends. people also love the magazine spirit of islam.</w:t>
      </w:r>
    </w:p>
    <w:p>
      <w:pPr>
        <w:jc w:val="right"/>
      </w:pPr>
      <w:r>
        <w:t>I made fifty extra copies and distributed to all my known friends. People also love the magazine Spirit of Islam.</w:t>
      </w:r>
    </w:p>
    <w:p>
      <w:r>
        <w:rPr>
          <w:b/>
        </w:rPr>
        <w:t xml:space="preserve">[31:22] </w:t>
      </w:r>
      <w:r>
        <w:t>especially non-muslim brothers like it a lot. in fact, we may see increase in subscription in future, inshallah."</w:t>
      </w:r>
    </w:p>
    <w:p>
      <w:pPr>
        <w:jc w:val="right"/>
      </w:pPr>
      <w:r>
        <w:t>Especially non-Muslim brothers like it a lot. In fact, we may see increase in subscription in future, Inshallah."</w:t>
      </w:r>
    </w:p>
    <w:p>
      <w:r>
        <w:rPr>
          <w:b/>
        </w:rPr>
        <w:t xml:space="preserve">[31:33] </w:t>
      </w:r>
      <w:r>
        <w:t>maulana, isi ke hawale se ek hum bhi comment aap ko batana chahte hain. aa aa, mr. abhesh kumar ji, jo gandhi peace foundation se unka ta'alluq hai aur kafi senior member hain, aur woh regularly jo hai aap ke aa articles padhte rehte hain, to unhone bhi ek apna comment bheja hai aa jo mein padhna chahunga.</w:t>
      </w:r>
    </w:p>
    <w:p>
      <w:pPr>
        <w:jc w:val="right"/>
      </w:pPr>
      <w:r>
        <w:t>مولانا، اسی کے حوالے سے ایک ہم بھی comment آپ کو بتانا چاہتے ہیں۔ آہ آہ، Mr. Abhesh Kumar جی، جو Gandhi Peace Foundation سے ان کا تعلق ہے اور کافی senior member ہیں، اور وہ regularly جو ہے آپ کے آہ articles پڑھتے رہتے ہیں، تو انہوں نے بھی ایک اپنا comment بھیجا ہے آہ جو میں پڑھنا چاہوں گا۔</w:t>
      </w:r>
    </w:p>
    <w:p>
      <w:r>
        <w:rPr>
          <w:b/>
        </w:rPr>
        <w:t xml:space="preserve">[31:56] </w:t>
      </w:r>
      <w:r>
        <w:t>unhone likha hai: "aa maulana sahib ki patrika spirit of islam bohat achhi hai. is mein safalta ke raaz hain, jeewan kaise bitana chahiye, is ka formula hai.</w:t>
      </w:r>
    </w:p>
    <w:p>
      <w:pPr>
        <w:jc w:val="right"/>
      </w:pPr>
      <w:r>
        <w:t>انہوں نے لکھا ہے: "آہ مولانا صاحب کی پत्रिका Spirit of Islam بہت اچھی ہے۔ اس میں سफलتا کے راز ہیں، جیون کیسے بتانا چاہیے، اس کا فارمولا ہے۔</w:t>
      </w:r>
    </w:p>
    <w:p>
      <w:r>
        <w:rPr>
          <w:b/>
        </w:rPr>
        <w:t xml:space="preserve">[32:10] </w:t>
      </w:r>
      <w:r>
        <w:t>Maulana jis tarah Quran ke message ko batate hain, woh aaj ke daur mein koi nahi batata hai. Yeh mera suhag hai ke main Maulana ke contact mein Gandhi Peace Foundation ke zariye aaya, aur main unke speaking tree articles aur Spirit of Islam magazine ka har mahine besabri se intezar karta hoon. " Mashallah,</w:t>
      </w:r>
    </w:p>
    <w:p>
      <w:pPr>
        <w:jc w:val="right"/>
      </w:pPr>
      <w:r>
        <w:t>مولانا جس طرح قرآن کے message کو بتاتے ہیں، وہ آج کے دور میں کوئی نہیں بتاتا ہے۔ یہ میرا سہاگ ہے کہ میں مولانا کے contact میں Gandhi Peace Foundation کے ذریعے آیا، اور میں ان کے speaking tree articles اور Spirit of Islam magazine کا ہر مہینے بے صبری سے انتظار کرتا ہوں۔" ماشاءاللہ،</w:t>
      </w:r>
    </w:p>
    <w:p>
      <w:r>
        <w:rPr>
          <w:b/>
        </w:rPr>
        <w:t xml:space="preserve">[32:37] </w:t>
      </w:r>
      <w:r>
        <w:t>Mashallah. Maulana, agla comment bheja hai Faraz Khan sahab ne Dilli se. Unhone likha hai: "Molana, from your class on teamwork yesterday, I have learned some very, very important things.</w:t>
      </w:r>
    </w:p>
    <w:p>
      <w:pPr>
        <w:jc w:val="right"/>
      </w:pPr>
      <w:r>
        <w:t>ماشاءاللہ۔ مولانا، اگلا comment بھیجا ہے فراز خان صاحب نے دلی سے۔ انہوں نے لکھا ہے: "Molana, from your class on teamwork yesterday, I have learned some very, very important things.</w:t>
      </w:r>
    </w:p>
    <w:p>
      <w:r>
        <w:rPr>
          <w:b/>
        </w:rPr>
        <w:t xml:space="preserve">[32:50] </w:t>
      </w:r>
      <w:r>
        <w:t>Firstly, teamwork is not a simple thing. It is a part of God's plan.</w:t>
      </w:r>
    </w:p>
    <w:p>
      <w:pPr>
        <w:jc w:val="right"/>
      </w:pPr>
      <w:r>
        <w:t>Firstly, teamwork is not a simple thing. It is a part of God's plan.</w:t>
      </w:r>
    </w:p>
    <w:p>
      <w:r>
        <w:rPr>
          <w:b/>
        </w:rPr>
        <w:t xml:space="preserve">[32:56] </w:t>
      </w:r>
      <w:r>
        <w:t>Man has not been given such power that he can perform great work at individual level. This is God's attribute. For humans, great work can be achieved only and only through teamwork.</w:t>
      </w:r>
    </w:p>
    <w:p>
      <w:pPr>
        <w:jc w:val="right"/>
      </w:pPr>
      <w:r>
        <w:t>Man has not been given such power that he can perform great work at individual level. This is God's attribute. For humans, great work can be achieved only and only through teamwork.</w:t>
      </w:r>
    </w:p>
    <w:p>
      <w:r>
        <w:rPr>
          <w:b/>
        </w:rPr>
        <w:t xml:space="preserve">[33:11] </w:t>
      </w:r>
      <w:r>
        <w:t>Second thing which struck me most is when you said: 'Agar aap individual level pe kaam karne ko aap kaam karein to aap ke liye option hota hai ke chahe karein ya na karein, lekin agar aap teamwork mein shamil ho kar karna chahein, then there is no option for you at all.</w:t>
      </w:r>
    </w:p>
    <w:p>
      <w:pPr>
        <w:jc w:val="right"/>
      </w:pPr>
      <w:r>
        <w:t>Second thing which struck me most is when you said: 'اگر آپ individual level پہ کام کرنے کو آپ کام کریں تو آپ کے لیے option ہوتا ہے کہ چاہے کریں یا نہ کریں، لیکن اگر آپ teamwork میں شامل ہو کر کرنا چاہیں، then there is no option for you at all.</w:t>
      </w:r>
    </w:p>
    <w:p>
      <w:r>
        <w:rPr>
          <w:b/>
        </w:rPr>
        <w:t xml:space="preserve">[33:31] </w:t>
      </w:r>
      <w:r>
        <w:t>If I have boarded a plane, then I cannot stop it mid-air. Third thing which I learned is: teamwork mein offend hona aisa hai jaise farishton se offend hona,</w:t>
      </w:r>
    </w:p>
    <w:p>
      <w:pPr>
        <w:jc w:val="right"/>
      </w:pPr>
      <w:r>
        <w:t>If I have boarded a plane, then I cannot stop it mid-air. Third thing which I learned is: teamwork میں offend ہونا ایسا ہے جیسے فرشتوں سے offend ہونا،</w:t>
      </w:r>
    </w:p>
    <w:p>
      <w:r>
        <w:rPr>
          <w:b/>
        </w:rPr>
        <w:t xml:space="preserve">[33:44] </w:t>
      </w:r>
      <w:r>
        <w:t>saari kainat se offend hona. Yeh aisa hai ke sara universe mein akele ho jana. Kaun sa aasman hai jo mujhe saya dega ya koi bhi afford, yeh koi bhi afford nahi kar sakta.</w:t>
      </w:r>
    </w:p>
    <w:p>
      <w:pPr>
        <w:jc w:val="right"/>
      </w:pPr>
      <w:r>
        <w:t>ساری کائنات سے offend ہونا۔ یہ ایسا ہے کہ سارا universe میں اکیلے ہو جانا۔ کون سا آسمان ہے جو مجھے سایہ دے گا یا کوئی بھی afford، یہ کوئی بھی afford نہیں کر سکتا۔</w:t>
      </w:r>
    </w:p>
    <w:p>
      <w:r>
        <w:rPr>
          <w:b/>
        </w:rPr>
        <w:t xml:space="preserve">[33:58] </w:t>
      </w:r>
      <w:r>
        <w:t>Jazak Allah Maulana for such deep lessons. " Ayaz Ahmed sahab ne Jamshedpur se likha hai: "Masail ko mawaqe mein badalna, Alhamdulillah, Maulana ne ek bilkul nayi baat batai jis se hum ko daawa work ke liye ek naya hausla milega." Maulana Iqbal Umri ne Chennai se likha hai: "Maulana, Quran ka haq hai ke Quran ko living Quran ki hesiyat se discover karein.</w:t>
      </w:r>
    </w:p>
    <w:p>
      <w:pPr>
        <w:jc w:val="right"/>
      </w:pPr>
      <w:r>
        <w:t>جزاک اللہ مولانا for such deep lessons۔" ایاز احمد صاحب نے جمشید پور سے لکھا ہے: "مسائل کو مواقع میں بدلنا، الحمدللہ، مولانا نے ایک بالکل نئی بات بتائی جس سے ہم کو دعویٰ work کے لیے ایک نیا حوصلہ ملے گا۔" مولانا اقبال عمری نے چنئی سے لکھا ہے: "مولانا، قرآن کا حق ہے کہ قرآن کو living قرآن کی حیثیت سے discover کریں۔</w:t>
      </w:r>
    </w:p>
    <w:p>
      <w:r>
        <w:rPr>
          <w:b/>
        </w:rPr>
        <w:t xml:space="preserve">[34:25] </w:t>
      </w:r>
      <w:r>
        <w:t>Muqatta'at ka mani assemble tools hain. Pehli baar jaan saka. Jazak Allah. " Sajid Anwar sahab ne Mumbai se likha hai: "Maulana, today's explanation of disjointed letters of the Quran was simply amazing.</w:t>
      </w:r>
    </w:p>
    <w:p>
      <w:pPr>
        <w:jc w:val="right"/>
      </w:pPr>
      <w:r>
        <w:t>مقطعات کا معنی assemble tools ہیں۔ پہلی بار جان سکا۔ جزاک اللہ۔" ساجد انور صاحب نے ممبئی سے لکھا ہے: "مولانا، today's explanation of disjointed letters of the Quran was simply amazing.</w:t>
      </w:r>
    </w:p>
    <w:p>
      <w:r>
        <w:rPr>
          <w:b/>
        </w:rPr>
        <w:t xml:space="preserve">[34:40] </w:t>
      </w:r>
      <w:r>
        <w:t>The examples of both Prophet Ibrahim and Prophet Muhammad were exemplary to explain the difference in action for the same situation.</w:t>
      </w:r>
    </w:p>
    <w:p>
      <w:pPr>
        <w:jc w:val="right"/>
      </w:pPr>
      <w:r>
        <w:t>The examples of both Prophet ابراہیم and Prophet محمد were exemplary to explain the difference in action for the same situation.</w:t>
      </w:r>
    </w:p>
    <w:p>
      <w:r>
        <w:rPr>
          <w:b/>
        </w:rPr>
        <w:t xml:space="preserve">[34:52] </w:t>
      </w:r>
      <w:r>
        <w:t>Your advice to give the creative response to the Quran is my takeaway from today's lecture</w:t>
      </w:r>
    </w:p>
    <w:p>
      <w:pPr>
        <w:jc w:val="right"/>
      </w:pPr>
      <w:r>
        <w:t>Your advice to give the creative response to the Quran is my takeaway from today's lecture</w:t>
      </w:r>
    </w:p>
    <w:p>
      <w:r>
        <w:rPr>
          <w:b/>
        </w:rPr>
        <w:t xml:space="preserve">[34:58] </w:t>
      </w:r>
      <w:r>
        <w:t>. Jazak Allah Maulana for such a great wisdom and insight. " Miss Haseena Shafi Sahiba ne Srinagar se likha hai: "Maulana, sab kal shaam ke lecture jo teamwork par tha,</w:t>
      </w:r>
    </w:p>
    <w:p>
      <w:pPr>
        <w:jc w:val="right"/>
      </w:pPr>
      <w:r>
        <w:t>. جزاک اللہ مولانا for such a great wisdom and insight۔" Miss حسینہ شافعی صاحبہ نے سری نگر سے لکھا ہے: "مولانا، سب کل شام کے lecture جو teamwork پر تھا،</w:t>
      </w:r>
    </w:p>
    <w:p>
      <w:r>
        <w:rPr>
          <w:b/>
        </w:rPr>
        <w:t xml:space="preserve">[35:13] </w:t>
      </w:r>
      <w:r>
        <w:t>us se hum ne yeh jaana hai ke teamwork Allah ki nasrat hasil karne ka behtareen zariya hai, aur dawah work mein ikhtilaf ko bardasht karne se team mein Allah ki barkat aur nasrat paida hoti hai." Mashallah.</w:t>
      </w:r>
    </w:p>
    <w:p>
      <w:pPr>
        <w:jc w:val="right"/>
      </w:pPr>
      <w:r>
        <w:t>اس سے ہم نے یہ جانا ہے کہ teamwork اللہ کی نصرت حاصل کرنے کا بہترین ذریعہ ہے، اور دعویٰ work میں اختلاف کو برداشت کرنے سے ٹیم میں اللہ کی برکت اور نصرت پیدا ہوتی ہے۔" ماشاءاللہ۔</w:t>
      </w:r>
    </w:p>
    <w:p>
      <w:r>
        <w:rPr>
          <w:b/>
        </w:rPr>
        <w:t xml:space="preserve">[35:31] </w:t>
      </w:r>
      <w:r>
        <w:t>Sheikh Muhammad Iqbal sahab ne likha hai Dilli se: "Maulana sahab, bohat bohat shukriya aaj Quran ke hawale se jo baat aap ne Quran ki creative response darkar hai, us ke bare mein batai.</w:t>
      </w:r>
    </w:p>
    <w:p>
      <w:pPr>
        <w:jc w:val="right"/>
      </w:pPr>
      <w:r>
        <w:t>شیخ محمد اقبال صاحب نے لکھا ہے دلی سے: "مولانا صاحب، بہت بہت شکریہ آج قرآن کے حوالے سے جو بات آپ نے قرآن کی creative response درکار ہے، اس کے بارے میں بتائی۔</w:t>
      </w:r>
    </w:p>
    <w:p>
      <w:r>
        <w:rPr>
          <w:b/>
        </w:rPr>
        <w:t xml:space="preserve">[35:46] </w:t>
      </w:r>
      <w:r>
        <w:t>Quran ko har zamane mein reapply karne ki zaroorat hai. Bohat bohat shukriya." Maulana, ab sawal lena chahenge.</w:t>
      </w:r>
    </w:p>
    <w:p>
      <w:pPr>
        <w:jc w:val="right"/>
      </w:pPr>
      <w:r>
        <w:t>قرآن کو ہر زمانے میں reapply کرنے کی ضرورت ہے۔ بہت بہت شکریہ۔" مولانا، اب سوال لینا چاہیں گے۔</w:t>
      </w:r>
    </w:p>
    <w:p>
      <w:r>
        <w:rPr>
          <w:b/>
        </w:rPr>
        <w:t xml:space="preserve">[35:54] </w:t>
      </w:r>
      <w:r>
        <w:t>Lucknow se sawal bheja hai Muhammad Imran sahab ne, aur unhone likha hai: "Maulana, you always emphasize on doing dua whenever one finds oneself in a difficult situation.</w:t>
      </w:r>
    </w:p>
    <w:p>
      <w:pPr>
        <w:jc w:val="right"/>
      </w:pPr>
      <w:r>
        <w:t>لکھنؤ سے سوال بھیجا ہے محمد عمران صاحب نے، اور انہوں نے لکھا ہے: "مولانا، you always emphasize on doing دعا whenever one finds oneself in a difficult situation.</w:t>
      </w:r>
    </w:p>
    <w:p>
      <w:r>
        <w:rPr>
          <w:b/>
        </w:rPr>
        <w:t xml:space="preserve">[36:10] </w:t>
      </w:r>
      <w:r>
        <w:t>On the other hand, you also emphasize on developing objective thinking. So my question is: how simply doing dua can develop objective thinking to handle a crisis situation?</w:t>
      </w:r>
    </w:p>
    <w:p>
      <w:pPr>
        <w:jc w:val="right"/>
      </w:pPr>
      <w:r>
        <w:t>On the other hand, you also emphasize on developing objective thinking. So my question is: how simply doing دعا can develop objective thinking to handle a crisis situation?</w:t>
      </w:r>
    </w:p>
    <w:p>
      <w:r>
        <w:rPr>
          <w:b/>
        </w:rPr>
        <w:t xml:space="preserve">[36:25] </w:t>
      </w:r>
      <w:r>
        <w:t>If one relies only on dua, then how can one solve a crisis?"</w:t>
      </w:r>
    </w:p>
    <w:p>
      <w:pPr>
        <w:jc w:val="right"/>
      </w:pPr>
      <w:r>
        <w:t>If one relies only on دعا، then how can one solve a crisis؟"</w:t>
      </w:r>
    </w:p>
    <w:p>
      <w:r>
        <w:rPr>
          <w:b/>
        </w:rPr>
        <w:t xml:space="preserve">[36:36] </w:t>
      </w:r>
      <w:r>
        <w:t>Bhai, dua ke maani hain Allah ki help mangna. Isse Allama Ibn Taymiyyah Quran padh rahe the, koi ayat un pe clear nahi hui to unhone kya kiya?</w:t>
      </w:r>
    </w:p>
    <w:p>
      <w:pPr>
        <w:jc w:val="right"/>
      </w:pPr>
      <w:r>
        <w:t>بھئی، دعا کے معنی ہیں اللہ کی help مانگنا۔ اسے علامہ ابن تیمیہ قرآن پڑھ رہے تھے، کوئی آیت ان پہ clear نہیں ہوئی تو انہوں نے کیا کیا؟</w:t>
      </w:r>
    </w:p>
    <w:p>
      <w:r>
        <w:rPr>
          <w:b/>
        </w:rPr>
        <w:t xml:space="preserve">[36:54] </w:t>
      </w:r>
      <w:r>
        <w:t>Wazu kiya, wazu kar ke namaz ke liye khade ho gaye, aur namaz mein dua kiya: "Ya Muallim Ibrahim Allimni".</w:t>
      </w:r>
    </w:p>
    <w:p>
      <w:pPr>
        <w:jc w:val="right"/>
      </w:pPr>
      <w:r>
        <w:t>وضو کیا، وضو کر کے نماز کے لیے کھڑے ہوگئے، اور نماز میں دعا کیا: "یا معلم ابراہیم علمنی"۔</w:t>
      </w:r>
    </w:p>
    <w:p>
      <w:r>
        <w:rPr>
          <w:b/>
        </w:rPr>
        <w:t xml:space="preserve">[37:06] </w:t>
      </w:r>
      <w:r>
        <w:t>"Ya Muallim Ibrahim Allimni". Yeh help mangna, Allah se help mangna, dua koi bhi seedhi cheez nahi hai.</w:t>
      </w:r>
    </w:p>
    <w:p>
      <w:pPr>
        <w:jc w:val="right"/>
      </w:pPr>
      <w:r>
        <w:t>"یا معلم ابراہیم علمنی"۔ یہ help مانگنا، اللہ سے help مانگنا، دعا کوئی بھی سیدھی چیز نہیں ہے۔</w:t>
      </w:r>
    </w:p>
    <w:p>
      <w:r>
        <w:rPr>
          <w:b/>
        </w:rPr>
        <w:t xml:space="preserve">[37:16] </w:t>
      </w:r>
      <w:r>
        <w:t>Dua ka matlab hai ke jo khaliq hai is alam ka, jo author hai Quran ka, jis ne apne paighambar ko bheja, us se kehna ke: "Khudaaya,</w:t>
      </w:r>
    </w:p>
    <w:p>
      <w:pPr>
        <w:jc w:val="right"/>
      </w:pPr>
      <w:r>
        <w:t>دعا کا مطلب ہے کہ جو خالق ہے اس عالم کا، جو author ہے قرآن کا، جس نے اپنے پیغمبر کو بھیجا، اس سے کہنا کہ: "خدایا،</w:t>
      </w:r>
    </w:p>
    <w:p>
      <w:r>
        <w:rPr>
          <w:b/>
        </w:rPr>
        <w:t xml:space="preserve">[37:32] </w:t>
      </w:r>
      <w:r>
        <w:t>meri hadd aa gayi, meri limit aa gayi, ab tu mujhe madad farma, mere limitation ki talafi ata farma." Yeh hai dua.</w:t>
      </w:r>
    </w:p>
    <w:p>
      <w:pPr>
        <w:jc w:val="right"/>
      </w:pPr>
      <w:r>
        <w:t>میری حد آ گئی، میری limit آ گئی، اب تو مجھے مدد فرما، میرے limitation کو تلافی عطا فرما۔" یہ ہے دعا۔</w:t>
      </w:r>
    </w:p>
    <w:p>
      <w:r>
        <w:rPr>
          <w:b/>
        </w:rPr>
        <w:t xml:space="preserve">[37:48] </w:t>
      </w:r>
      <w:r>
        <w:t>To dua to bohat badi taqat hai.</w:t>
      </w:r>
    </w:p>
    <w:p>
      <w:pPr>
        <w:jc w:val="right"/>
      </w:pPr>
      <w:r>
        <w:t>تو دعا تو بہت بڑی طاقت ہے۔</w:t>
      </w:r>
    </w:p>
    <w:p>
      <w:r>
        <w:rPr>
          <w:b/>
        </w:rPr>
        <w:t xml:space="preserve">[37:56] </w:t>
      </w:r>
      <w:r>
        <w:t>Maulana, agla sawal lete hain. Yeh sawal bheja hai Sadiq Khan sahab ne Ahmedabad se. Unhone likha hai: "Maulana sahab, kaam pe satisfied hona aur aage ke liye planning karne ke liye bohat sabr karna padta hai.</w:t>
      </w:r>
    </w:p>
    <w:p>
      <w:pPr>
        <w:jc w:val="right"/>
      </w:pPr>
      <w:r>
        <w:t>مولانا، اگلا سوال لیتے ہیں۔ یہ سوال بھیجا ہے صادق خان صاحب نے احمد آباد سے۔ انہوں نے لکھا ہے: "مولانا صاحب، کم پہ satisfied ہونا اور آگے کے لیے planning کرنے کے لیے بہت صبر کرنا پڑتا ہے۔</w:t>
      </w:r>
    </w:p>
    <w:p>
      <w:r>
        <w:rPr>
          <w:b/>
        </w:rPr>
        <w:t xml:space="preserve">[38:16] </w:t>
      </w:r>
      <w:r>
        <w:t>aaj ka youth itna sabr nahi karta kyunke hamesha woh jaldi ki psychology mein rehta hai, aur isi wajah se ghalati par ghalati karta hai, aur depression ka shikar ho jata hai.</w:t>
      </w:r>
    </w:p>
    <w:p>
      <w:pPr>
        <w:jc w:val="right"/>
      </w:pPr>
      <w:r>
        <w:t>آج کا youth اتنا صبر نہیں کرتا کیونکہ ہمیشہ وہ جلدی کی psychology میں رہتا ہے، اور اسی وجہ سے غلطی پر غلطی کرتا ہے، اور depression کا شکار ہو جاتا ہے۔</w:t>
      </w:r>
    </w:p>
    <w:p>
      <w:r>
        <w:rPr>
          <w:b/>
        </w:rPr>
        <w:t xml:space="preserve">[38:29] </w:t>
      </w:r>
      <w:r>
        <w:t>mera sawal yeh hai ke: "How can we make the youth of today understand the virtue of sabr?" dekhiye, sabr koi mamooli baat nahi hai.</w:t>
      </w:r>
    </w:p>
    <w:p>
      <w:pPr>
        <w:jc w:val="right"/>
      </w:pPr>
      <w:r>
        <w:t>میرا سوال یہ ہے کہ: how can we make the youth of today understand the virtue of صبر؟" دیکھیے، صبر کوئی معمولی بات نہیں ہے۔</w:t>
      </w:r>
    </w:p>
    <w:p>
      <w:r>
        <w:rPr>
          <w:b/>
        </w:rPr>
        <w:t xml:space="preserve">[38:46] </w:t>
      </w:r>
      <w:r>
        <w:t>sabr koi mamooli baat nahi hai. sabr ka matlab hai apni tanhai ko khatam kar ke Allah ko apne sath le laina.</w:t>
      </w:r>
    </w:p>
    <w:p>
      <w:pPr>
        <w:jc w:val="right"/>
      </w:pPr>
      <w:r>
        <w:t>صبر کوئی معمولی بات نہیں ہے۔ صبر کا مطلب ہے اپنی تنہائی کو ختم کر کے اللہ کو اپنے ساتھ لے لینا۔</w:t>
      </w:r>
    </w:p>
    <w:p>
      <w:r>
        <w:rPr>
          <w:b/>
        </w:rPr>
        <w:t xml:space="preserve">[38:59] </w:t>
      </w:r>
      <w:r>
        <w:t>aap ghor kijiye ke sabr koi mamooli baat hai. sabr ke mani hain ke Allah ko apne sath le lena, Rab ul Alameen ko apne sath le lena, sari kainat ke malik ko apne sath le lena.</w:t>
      </w:r>
    </w:p>
    <w:p>
      <w:pPr>
        <w:jc w:val="right"/>
      </w:pPr>
      <w:r>
        <w:t>آپ غور کیجئے کہ صبر کوئی معمولی بات ہے۔ صبر کے معنی ہیں کہ اللہ کو اپنے ساتھ لے لینا، رب العالمین کو اپنے ساتھ لے لینا، ساری کائنات کے مالک کو اپنے ساتھ لے لینا۔</w:t>
      </w:r>
    </w:p>
    <w:p>
      <w:r>
        <w:rPr>
          <w:b/>
        </w:rPr>
        <w:t xml:space="preserve">[39:14] </w:t>
      </w:r>
      <w:r>
        <w:t>bataiye, is mani mein sabr to is se bari to koi cheez hi nahi. is se bari to koi cheez hi nahi.</w:t>
      </w:r>
    </w:p>
    <w:p>
      <w:pPr>
        <w:jc w:val="right"/>
      </w:pPr>
      <w:r>
        <w:t>بتائیے، اس معنی میں صبر تو اس سے بڑی تو کوئی چیز ہی نہیں۔ اس سے بڑی تو کوئی چیز ہی نہیں۔</w:t>
      </w:r>
    </w:p>
    <w:p>
      <w:r>
        <w:rPr>
          <w:b/>
        </w:rPr>
        <w:t xml:space="preserve">[39:28] </w:t>
      </w:r>
      <w:r>
        <w:t>maulana, doctor naghma siddiqui ne dilli se likha hai: "maulana, I understood clearly today that we have to restudy and discover the meaning of the Quran and apply it to our lives.</w:t>
      </w:r>
    </w:p>
    <w:p>
      <w:pPr>
        <w:jc w:val="right"/>
      </w:pPr>
      <w:r>
        <w:t>مولانا، ڈاکٹر نغمہ صدیقی نے دلی سے لکھا ہے: "مولانا، I understood clearly today that we have to restudy and discover the meaning of the Quran and apply it to our lives.</w:t>
      </w:r>
    </w:p>
    <w:p>
      <w:r>
        <w:rPr>
          <w:b/>
        </w:rPr>
        <w:t xml:space="preserve">[39:41] </w:t>
      </w:r>
      <w:r>
        <w:t>And in today's age of peace, all aspects of Islam have to be reinterpreted on peaceful lines. It is very, very important.</w:t>
      </w:r>
    </w:p>
    <w:p>
      <w:pPr>
        <w:jc w:val="right"/>
      </w:pPr>
      <w:r>
        <w:t>And in today's age of peace, all aspects of Islam have to be reinterpreted on peaceful lines. It is very, very important.</w:t>
      </w:r>
    </w:p>
    <w:p>
      <w:r>
        <w:rPr>
          <w:b/>
        </w:rPr>
        <w:t xml:space="preserve">[39:52] </w:t>
      </w:r>
      <w:r>
        <w:t>May God help us to do this and apply it in our life and as a part of teamwork in the Quran mission۔" mashallah.</w:t>
      </w:r>
    </w:p>
    <w:p>
      <w:pPr>
        <w:jc w:val="right"/>
      </w:pPr>
      <w:r>
        <w:t>May God help us to do this and apply it in our life and as a part of teamwork in the Quran mission۔" ماشاءاللہ۔</w:t>
      </w:r>
    </w:p>
    <w:p>
      <w:r>
        <w:rPr>
          <w:b/>
        </w:rPr>
        <w:t xml:space="preserve">[40:07] </w:t>
      </w:r>
      <w:r>
        <w:t>maulana, agla sawal dilli se bheja hai ghayoor ul islam sahib ne. unhon ne likha hai: "maulana ashraf ali thanvi ne likha hai ke sila rehmi karne walon ki umar mein barkat ho jati hai.</w:t>
      </w:r>
    </w:p>
    <w:p>
      <w:pPr>
        <w:jc w:val="right"/>
      </w:pPr>
      <w:r>
        <w:t>مولانا، اگلا سوال دلی سے بھیجا ہے غیور الاسلام صاحب نے۔ انہوں نے لکھا ہے: "مولانا اشرف علی تھانوی نے لکھا ہے کہ صلہ رحمی کرنے والوں کی عمر میں برکت ہو جاتی ہے۔</w:t>
      </w:r>
    </w:p>
    <w:p>
      <w:r>
        <w:rPr>
          <w:b/>
        </w:rPr>
        <w:t xml:space="preserve">[40:19] </w:t>
      </w:r>
      <w:r>
        <w:t>kya yeh sach hai ya nahi? is ko wazeh karen." bhai, yeh baat maine parhi nahi Quran o Hadees mein. ho sakta hai ke ho, lekin main Quran o Hadees mein to kahin parha nahi.</w:t>
      </w:r>
    </w:p>
    <w:p>
      <w:pPr>
        <w:jc w:val="right"/>
      </w:pPr>
      <w:r>
        <w:t>کیا یہ سچ ہے یا نہیں؟ اس کو واضح کریں۔" بھئی، یہ بات میں نے پڑھی نہیں قرآن و حدیث میں۔ ہو سکتا ہے کہ ہو، لیکن میں قرآن و حدیث میں تو کہیں پڑھا نہیں۔</w:t>
      </w:r>
    </w:p>
    <w:p>
      <w:r>
        <w:rPr>
          <w:b/>
        </w:rPr>
        <w:t xml:space="preserve">[40:34] </w:t>
      </w:r>
      <w:r>
        <w:t>umar to ab mere se samajh se aata hai ke muqarrar hai. jab Allah ne jo tay kar diya, us waqt aadmi jayega, us waqt khatam ho jayega.</w:t>
      </w:r>
    </w:p>
    <w:p>
      <w:pPr>
        <w:jc w:val="right"/>
      </w:pPr>
      <w:r>
        <w:t>عمر تو اب میرے سے سمجھ سے آتا ہے کہ مقرر ہے۔ جب اللہ نے جو طے کر دیا، اس وقت آدمی جائے گا، اس وقت ختم ہو جائے گا۔</w:t>
      </w:r>
    </w:p>
    <w:p>
      <w:r>
        <w:rPr>
          <w:b/>
        </w:rPr>
        <w:t xml:space="preserve">[40:49] </w:t>
      </w:r>
      <w:r>
        <w:t>baqi yeh jo nazariya hai, kahin agar hai to mere ilm mein nahi hai.</w:t>
      </w:r>
    </w:p>
    <w:p>
      <w:pPr>
        <w:jc w:val="right"/>
      </w:pPr>
      <w:r>
        <w:t>باقی یہ جو نظریہ ہے، کہیں اگر ہے تو میرے علم میں نہیں ہے۔</w:t>
      </w:r>
    </w:p>
    <w:p>
      <w:r>
        <w:rPr>
          <w:b/>
        </w:rPr>
        <w:t xml:space="preserve">[40:59] </w:t>
      </w:r>
      <w:r>
        <w:t>maulana, kashmir se Miss Mehak Fayyaz Khan ne sawal bheja hai. unhon ne likha hai: "Interpretations can be very vast</w:t>
      </w:r>
    </w:p>
    <w:p>
      <w:pPr>
        <w:jc w:val="right"/>
      </w:pPr>
      <w:r>
        <w:t>مولانا، کشمیر سے Miss Mehak فیاض خان نے سوال بھیجا ہے۔ انہوں نے لکھا ہے: "Interpretations can be very vast</w:t>
      </w:r>
    </w:p>
    <w:p>
      <w:r>
        <w:rPr>
          <w:b/>
        </w:rPr>
        <w:t xml:space="preserve">[41:09] </w:t>
      </w:r>
      <w:r>
        <w:t>. How to tackle situations when interpretations contradict and one is not ready to accept the interpretation of</w:t>
      </w:r>
    </w:p>
    <w:p>
      <w:pPr>
        <w:jc w:val="right"/>
      </w:pPr>
      <w:r>
        <w:t>. How to tackle situations when interpretations contradict and one is not ready to accept the interpretation of</w:t>
      </w:r>
    </w:p>
    <w:p>
      <w:r>
        <w:rPr>
          <w:b/>
        </w:rPr>
        <w:t xml:space="preserve">[41:18] </w:t>
      </w:r>
      <w:r>
        <w:t>other?" dekhiye, contradiction aap ke mind mein hota hai, haqeeqat mein nahi hota. apni soch ki kami ko kehte the ke yeh to contradiction hai.</w:t>
      </w:r>
    </w:p>
    <w:p>
      <w:pPr>
        <w:jc w:val="right"/>
      </w:pPr>
      <w:r>
        <w:t>other?" دیکھیے، contradiction آپ کے mind میں ہوتا ہے، حقیقت میں نہیں ہوتا۔ اپنی سوچ کی کمی کو کہتے تھے کہ یہ تو contradiction ہے۔</w:t>
      </w:r>
    </w:p>
    <w:p>
      <w:r>
        <w:rPr>
          <w:b/>
        </w:rPr>
        <w:t xml:space="preserve">[41:34] </w:t>
      </w:r>
      <w:r>
        <w:t>soch ki kami ko kehte hain ke yeh to contradiction hai.</w:t>
      </w:r>
    </w:p>
    <w:p>
      <w:pPr>
        <w:jc w:val="right"/>
      </w:pPr>
      <w:r>
        <w:t>سوچ کی کمی کو کہتے ہیں کہ یہ تو contradiction ہے۔</w:t>
      </w:r>
    </w:p>
    <w:p>
      <w:r>
        <w:rPr>
          <w:b/>
        </w:rPr>
        <w:t xml:space="preserve">[41:41] </w:t>
      </w:r>
      <w:r>
        <w:t>misal ke taur par, aaj hi ek sahib ne mujh se kaha, aaj ya kal ke Quran mein hai ke Allah momin bande ki madad karta hai, aur yahan to hum sochte hain ke har taraf zulm hai, har taraf hamare khilaf sazishein hain.</w:t>
      </w:r>
    </w:p>
    <w:p>
      <w:pPr>
        <w:jc w:val="right"/>
      </w:pPr>
      <w:r>
        <w:t>مثلاً، آج ہی ایک صاحب نے مجھ سے کہا، آج یا کل کہ قرآن میں ہے کہ اللہ مومن بندے کی مدد کرتا ہے، اور یہاں تو ہم سوچتے ہیں کہ ہر طرف ظلم ہے، ہر طرف ہمارے خلاف سائنسیں ہیں۔</w:t>
      </w:r>
    </w:p>
    <w:p>
      <w:r>
        <w:rPr>
          <w:b/>
        </w:rPr>
        <w:t xml:space="preserve">[41:56] </w:t>
      </w:r>
      <w:r>
        <w:t>yeh kya hai? yeh un logon ki jo aisa kehte hain, un ki bekhabari hai due to unawareness.</w:t>
      </w:r>
    </w:p>
    <w:p>
      <w:pPr>
        <w:jc w:val="right"/>
      </w:pPr>
      <w:r>
        <w:t>یہ کیا ہے؟ یہ ان لوگوں کی جو ایسا کہتے ہیں، ان کی بے خبری ہے due to unawareness۔</w:t>
      </w:r>
    </w:p>
    <w:p>
      <w:r>
        <w:rPr>
          <w:b/>
        </w:rPr>
        <w:t xml:space="preserve">[42:05] </w:t>
      </w:r>
      <w:r>
        <w:t>yeh bilkul ghalat hai yeh sochna ke zulm ho raha hai aur yeh ho raha hai, woh ho raha hai. yeh sab bilkul baseless baatein hain. to apni samajh ki kami ko, apne unawareness ko aadmi manane ke bajaye doosri taraf daal deta hai.</w:t>
      </w:r>
    </w:p>
    <w:p>
      <w:pPr>
        <w:jc w:val="right"/>
      </w:pPr>
      <w:r>
        <w:t>یہ بالکل غلط ہے یہ سوچنا کہ ظلم ہو رہا ہے اور یہ ہو رہا ہے، وہ ہو رہا ہے۔ یہ سب بالکل baseless باتیں ہیں۔ تو اپنی سمجھ کی کمی کو، اپنے unawareness کو آدمی ماننے کے بجائے دوسری طرف ڈال دیتا ہے۔</w:t>
      </w:r>
    </w:p>
    <w:p>
      <w:r>
        <w:rPr>
          <w:b/>
        </w:rPr>
        <w:t xml:space="preserve">[42:26] </w:t>
      </w:r>
      <w:r>
        <w:t>maulana, agla sawal Boston se bheja hai Asad Pervez sahib ne. unhon ne likha hai: "maulana, someone asked me that if the people of the book can enter heaven without accepting Islam, then why would they accept the Quran as the holy book and embrace Islam</w:t>
      </w:r>
    </w:p>
    <w:p>
      <w:pPr>
        <w:jc w:val="right"/>
      </w:pPr>
      <w:r>
        <w:t>مولانا، اگلا سوال Boston سے بھیجا ہے اسد پرویز صاحب نے۔ انہوں نے لکھا ہے: "مولانا، someone asked me that if the people of the book can enter heaven without accepting Islam, then why would they accept the Quran as the holy book and embrace Islam</w:t>
      </w:r>
    </w:p>
    <w:p>
      <w:r>
        <w:rPr>
          <w:b/>
        </w:rPr>
        <w:t xml:space="preserve">[42:46] </w:t>
      </w:r>
      <w:r>
        <w:t>? What will be their motive?"</w:t>
      </w:r>
    </w:p>
    <w:p>
      <w:pPr>
        <w:jc w:val="right"/>
      </w:pPr>
      <w:r>
        <w:t>? What will be their motive?"</w:t>
      </w:r>
    </w:p>
    <w:p>
      <w:r>
        <w:rPr>
          <w:b/>
        </w:rPr>
        <w:t xml:space="preserve">[42:52] </w:t>
      </w:r>
      <w:r>
        <w:t>dekhiye, jannat mein dakhle ka taluq niyat se hai. niyat ko Allah janta hai. Allah jayega payega aap ki niyat ko.</w:t>
      </w:r>
    </w:p>
    <w:p>
      <w:pPr>
        <w:jc w:val="right"/>
      </w:pPr>
      <w:r>
        <w:t>دیکھیے، جنت میں داخلے کا تعلق نیت سے ہے۔ نیت کو اللہ جانتا ہے۔ اللہ جائے پائے گا آپ کی نیت کو۔</w:t>
      </w:r>
    </w:p>
    <w:p>
      <w:r>
        <w:rPr>
          <w:b/>
        </w:rPr>
        <w:t xml:space="preserve">[43:04] </w:t>
      </w:r>
      <w:r>
        <w:t>achhi niyat to aap ko jannat ka faisla karega. yeh koi form se nahi kuch hota, conversion se kuch nahi hota.</w:t>
      </w:r>
    </w:p>
    <w:p>
      <w:pPr>
        <w:jc w:val="right"/>
      </w:pPr>
      <w:r>
        <w:t>اچھی نیت تو آپ کو جنت کا فیصلہ کرے گا۔ یہ کوئی فارم سے نہیں کچھ ہوتا، کنورژن سے کچھ نہیں ہوتا۔</w:t>
      </w:r>
    </w:p>
    <w:p>
      <w:r>
        <w:rPr>
          <w:b/>
        </w:rPr>
        <w:t xml:space="preserve">[43:16] </w:t>
      </w:r>
      <w:r>
        <w:t>aap ke dil ki halat kya hai, aap ki spirit kaisi hai, is se hota hai, aur yeh Allah ko pata hai.</w:t>
      </w:r>
    </w:p>
    <w:p>
      <w:pPr>
        <w:jc w:val="right"/>
      </w:pPr>
      <w:r>
        <w:t>آپ کے دل کی حالت کیا ہے، آپ کی اسپرٹ کیسی ہے، اس سے ہوتا ہے، اور یہ اللہ کو پتہ ہے۔</w:t>
      </w:r>
    </w:p>
    <w:p>
      <w:r>
        <w:rPr>
          <w:b/>
        </w:rPr>
        <w:t xml:space="preserve">[43:28] </w:t>
      </w:r>
      <w:r>
        <w:t>to is qism ki baatein un logon ke dil mein aati hain jo conversion ko bari cheez samajhte hain. conversion aur Islam mein to conversion hai hi nahi.</w:t>
      </w:r>
    </w:p>
    <w:p>
      <w:pPr>
        <w:jc w:val="right"/>
      </w:pPr>
      <w:r>
        <w:t>تو اس قسم کی باتیں ان لوگوں کے دل میں آتی ہیں جو کنورژن کو بڑی چیز سمجھتے ہیں۔ کنورژن اور اسلام میں تو کنورژن ہے ہی نہیں۔</w:t>
      </w:r>
    </w:p>
    <w:p>
      <w:r>
        <w:rPr>
          <w:b/>
        </w:rPr>
        <w:t xml:space="preserve">[43:40] </w:t>
      </w:r>
      <w:r>
        <w:t>islam mein to intellectual</w:t>
      </w:r>
    </w:p>
    <w:p>
      <w:pPr>
        <w:jc w:val="right"/>
      </w:pPr>
      <w:r>
        <w:t>اسلام میں تو intellectual</w:t>
      </w:r>
    </w:p>
    <w:p>
      <w:r>
        <w:rPr>
          <w:b/>
        </w:rPr>
        <w:t xml:space="preserve">[43:45] </w:t>
      </w:r>
      <w:r>
        <w:t>revolution hai, conversion nahi hai.</w:t>
      </w:r>
    </w:p>
    <w:p>
      <w:pPr>
        <w:jc w:val="right"/>
      </w:pPr>
      <w:r>
        <w:t>revolution ہے، کنورژن نہیں ہے۔</w:t>
      </w:r>
    </w:p>
    <w:p>
      <w:r>
        <w:rPr>
          <w:b/>
        </w:rPr>
        <w:t xml:space="preserve">[43:51] </w:t>
      </w:r>
      <w:r>
        <w:t>maulana, agla comment parhna chahenge jo chennai se maulana israr khatib sahab ne bheja hai. unhone likha hai: "maulana, ulma kehte hain ke quran qayamat tak ke liye guide karne wali kitab hai, lekin woh iska application batane mein fail hain,</w:t>
      </w:r>
    </w:p>
    <w:p>
      <w:pPr>
        <w:jc w:val="right"/>
      </w:pPr>
      <w:r>
        <w:t>مولانا، اگلا کمنٹ پڑھنا چاہیں گے جو چنئی سے مولانا اسرار خطیب صاحب نے بھیجا ہے۔ انہوں نے لکھا ہے: "مولانا، علماء کہتے ہیں کہ قرآن قیامت تک کے لیے guide کرنے والی کتاب ہے، لیکن وہ اس کا application بتانے میں fail ہیں،</w:t>
      </w:r>
    </w:p>
    <w:p>
      <w:r>
        <w:rPr>
          <w:b/>
        </w:rPr>
        <w:t xml:space="preserve">[44:09] </w:t>
      </w:r>
      <w:r>
        <w:t>ya woh jo application batate hain, us se to quran par yaqeen hi paida nahi hota, balki quran ek dry book maloom hoti hai.</w:t>
      </w:r>
    </w:p>
    <w:p>
      <w:pPr>
        <w:jc w:val="right"/>
      </w:pPr>
      <w:r>
        <w:t>یا وہ جو application بتاتے ہیں، اس سے تو قرآن پر یقین ہی پیدا نہیں ہوتا، بلکہ قرآن ایک dry book معلوم ہوتی ہے۔</w:t>
      </w:r>
    </w:p>
    <w:p>
      <w:r>
        <w:rPr>
          <w:b/>
        </w:rPr>
        <w:t xml:space="preserve">[44:19] </w:t>
      </w:r>
      <w:r>
        <w:t>maulana, aap jo quran ka application batate hain, us se quran ke eternity par yaqeen paida hota hai, aur quran ek zinda kitab maloom hoti hai, aur is ko ek guidance ke taur par parhne ka dil chahta hai.</w:t>
      </w:r>
    </w:p>
    <w:p>
      <w:pPr>
        <w:jc w:val="right"/>
      </w:pPr>
      <w:r>
        <w:t>مولانا، آپ جو قرآن کا application بتاتے ہیں، اس سے قرآن کے eternity پر یقین پیدا ہوتا ہے، اور قرآن ایک زندہ کتاب معلوم ہوتی ہے، اور اس کو ایک guidance کے طور پر پڑھنے کا دل چاہتا ہے۔</w:t>
      </w:r>
    </w:p>
    <w:p>
      <w:r>
        <w:rPr>
          <w:b/>
        </w:rPr>
        <w:t xml:space="preserve">[44:35] </w:t>
      </w:r>
      <w:r>
        <w:t>jazak allah." mashallah. maulana, agla sawal dilli se bheja hai doctor shuaib zaid sahab ne.</w:t>
      </w:r>
    </w:p>
    <w:p>
      <w:pPr>
        <w:jc w:val="right"/>
      </w:pPr>
      <w:r>
        <w:t>جزاک اللہ۔" ماشاءاللہ۔ مولانا، اگلا سوال دلی سے بھیجا ہے ڈاکٹر شعیب زید صاحب نے۔</w:t>
      </w:r>
    </w:p>
    <w:p>
      <w:r>
        <w:rPr>
          <w:b/>
        </w:rPr>
        <w:t xml:space="preserve">[44:45] </w:t>
      </w:r>
      <w:r>
        <w:t>unhone likha hai: "maulana, is medical insurance aur medical claim permissible in islam? cost of health care has gone up several folds.</w:t>
      </w:r>
    </w:p>
    <w:p>
      <w:pPr>
        <w:jc w:val="right"/>
      </w:pPr>
      <w:r>
        <w:t>انہوں نے لکھا ہے: "مولانا، is medical insurance اور medical claim permissible in Islam؟ Cost of health care has gone up several folds.</w:t>
      </w:r>
    </w:p>
    <w:p>
      <w:r>
        <w:rPr>
          <w:b/>
        </w:rPr>
        <w:t xml:space="preserve">[44:57] </w:t>
      </w:r>
      <w:r>
        <w:t>so if we do not have insurance, it is very difficult to afford.</w:t>
      </w:r>
    </w:p>
    <w:p>
      <w:pPr>
        <w:jc w:val="right"/>
      </w:pPr>
      <w:r>
        <w:t>So if we do not have insurance, it is very difficult to afford.</w:t>
      </w:r>
    </w:p>
    <w:p>
      <w:r>
        <w:rPr>
          <w:b/>
        </w:rPr>
        <w:t xml:space="preserve">[45:03] </w:t>
      </w:r>
      <w:r>
        <w:t>what is your advice to all?" bilkul jaiz hai, yeh sab koi masla hi nahi hai. is ko jaiz najiaz ka masla banana hi galat hai.</w:t>
      </w:r>
    </w:p>
    <w:p>
      <w:pPr>
        <w:jc w:val="right"/>
      </w:pPr>
      <w:r>
        <w:t>What is your advice to all؟" بالکل جائز ہے، یہ سب کوئی مسئلہ ہی نہیں ہے۔ اس کو جائز ناجائز کا مسئلہ بنانا ہی غلط ہے۔</w:t>
      </w:r>
    </w:p>
    <w:p>
      <w:r>
        <w:rPr>
          <w:b/>
        </w:rPr>
        <w:t xml:space="preserve">[45:13] </w:t>
      </w:r>
      <w:r>
        <w:t>yeh to jaiz hai, yeh to najiaz ki koi baat hi nahi. jo cheez dekhiye, insan ke liye mufeed hai, woh jaiz hai. asal criteria yeh hai ke woh insan ke liye mufeed ho.</w:t>
      </w:r>
    </w:p>
    <w:p>
      <w:pPr>
        <w:jc w:val="right"/>
      </w:pPr>
      <w:r>
        <w:t>یہ تو جائز ہے، یہ تو ناجائز کی کوئی بات ہی نہیں۔ جو چیز دیکھیے، انسان کے لیے مفید ہے، وہ جائز ہے۔ اصل کرائٹیریا یہ ہے کہ وہ انسان کے لیے مفید ہو۔</w:t>
      </w:r>
    </w:p>
    <w:p>
      <w:r>
        <w:rPr>
          <w:b/>
        </w:rPr>
        <w:t xml:space="preserve">[45:29] </w:t>
      </w:r>
      <w:r>
        <w:t>baqi yeh koi fatwe ki baat hai hi nahi, yeh ek tajrube ki baat hai, janne ki baat hai. agar aap jana hai aap ne apni study se ke is mein insan ke liye faida hai, to phir zahir hai jaiz hai.</w:t>
      </w:r>
    </w:p>
    <w:p>
      <w:pPr>
        <w:jc w:val="right"/>
      </w:pPr>
      <w:r>
        <w:t>باقی یہ کوئی فتوے کی بات ہے ہی نہیں، یہ ایک تجربے کی بات ہے، جاننے کی بات ہے۔ اگر آپ جانا ہے آپ نے اپنی study سے کہ اس میں انسان کے لیے فائدہ ہے، تو پھر ظاہر ہے جائز ہے۔</w:t>
      </w:r>
    </w:p>
    <w:p>
      <w:r>
        <w:rPr>
          <w:b/>
        </w:rPr>
        <w:t xml:space="preserve">[45:42] </w:t>
      </w:r>
      <w:r>
        <w:t>woh</w:t>
      </w:r>
    </w:p>
    <w:p>
      <w:pPr>
        <w:jc w:val="right"/>
      </w:pPr>
      <w:r>
        <w:t>وہ</w:t>
      </w:r>
    </w:p>
    <w:p>
      <w:r>
        <w:rPr>
          <w:b/>
        </w:rPr>
        <w:t xml:space="preserve">[45:50] </w:t>
      </w:r>
      <w:r>
        <w:t>maulana, agla comment umm ashad sahiba ne chennai se bheja hai. unhone likha hai: "maulana, you are a creative person who gives wisdom to people all over the world.</w:t>
      </w:r>
    </w:p>
    <w:p>
      <w:pPr>
        <w:jc w:val="right"/>
      </w:pPr>
      <w:r>
        <w:t>مولانا، اگلا کمنٹ ام اشاد صاحبہ نے چنئی سے بھیجا ہے۔ انہوں نے لکھا ہے: "مولانا، you are a creative person who gives wisdom to people all over the world.</w:t>
      </w:r>
    </w:p>
    <w:p>
      <w:r>
        <w:rPr>
          <w:b/>
        </w:rPr>
        <w:t xml:space="preserve">[46:02] </w:t>
      </w:r>
      <w:r>
        <w:t>for example, aaj aap ne hazrat ibrahim aur allah ke nabi ne kaise apne apne daur mein dawat ko avail kiya bataya, aur aap hi wahid aalim hain jo age of communication mein dawat aur quran ko kaise rediscover aur re-planning karen batate hain.</w:t>
      </w:r>
    </w:p>
    <w:p>
      <w:pPr>
        <w:jc w:val="right"/>
      </w:pPr>
      <w:r>
        <w:t>For example, آج آپ نے حضرت ابراہیم اور اللہ کے نبی نے کیسے اپنے اپنے دور میں دعوت کو avail کیا بتایا، اور آپ ہی واحد عالم ہیں جو age of communication میں دعوت اور قرآن کو کیسے rediscover اور re-planning کریں بتاتے ہیں۔</w:t>
      </w:r>
    </w:p>
    <w:p>
      <w:r>
        <w:rPr>
          <w:b/>
        </w:rPr>
        <w:t xml:space="preserve">[46:23] </w:t>
      </w:r>
      <w:r>
        <w:t>aaj maine bohat bari baat jani. jazak allah maulana." mashallah. maulana, agla sawal lete hain.</w:t>
      </w:r>
    </w:p>
    <w:p>
      <w:pPr>
        <w:jc w:val="right"/>
      </w:pPr>
      <w:r>
        <w:t>آج میں نے بہت بڑی بات جانی۔ جزاک اللہ مولانا۔" ماشاءاللہ۔ مولانا، اگلا سوال لیتے ہیں۔</w:t>
      </w:r>
    </w:p>
    <w:p>
      <w:r>
        <w:rPr>
          <w:b/>
        </w:rPr>
        <w:t xml:space="preserve">[46:32] </w:t>
      </w:r>
      <w:r>
        <w:t>yeh sawal bheja hai ashraf sahab ne dilli se. unhone likha hai: "unhone quran ke chapter aur verse ka hawala diya hai.</w:t>
      </w:r>
    </w:p>
    <w:p>
      <w:pPr>
        <w:jc w:val="right"/>
      </w:pPr>
      <w:r>
        <w:t>یہ سوال بھیجا ہے اشرف صاحب نے دلی سے۔ انہوں نے لکھا ہے: "انہوں نے قرآن کے chapter اور verse کا حوالہ دیا ہے۔</w:t>
      </w:r>
    </w:p>
    <w:p>
      <w:r>
        <w:rPr>
          <w:b/>
        </w:rPr>
        <w:t xml:space="preserve">[46:45] </w:t>
      </w:r>
      <w:r>
        <w:t>chapter 9, verse number 41. unhone likha hai: 'Quran says go forth light armed and heavy armed and strive with your wealth and your lives in the way of Allah.</w:t>
      </w:r>
    </w:p>
    <w:p>
      <w:pPr>
        <w:jc w:val="right"/>
      </w:pPr>
      <w:r>
        <w:t>Chapter 9، verse number 41۔ انہوں نے لکھا ہے: 'Quran says go forth light armed and heavy armed and strive with your wealth and your lives in the way of Allah.</w:t>
      </w:r>
    </w:p>
    <w:p>
      <w:r>
        <w:rPr>
          <w:b/>
        </w:rPr>
        <w:t xml:space="preserve">[47:02] </w:t>
      </w:r>
      <w:r>
        <w:t>that is best for you if you but know.'" maulana, woh yeh janna cha rahe hain aap se ke is mein jo light armed aur heavy armed ka hawala diya hai, us ke kya maani hain?</w:t>
      </w:r>
    </w:p>
    <w:p>
      <w:pPr>
        <w:jc w:val="right"/>
      </w:pPr>
      <w:r>
        <w:t>That is best for you if you but know۔'" مولانا، وہ یہ جاننا چاہ رہے ہیں آپ سے کہ اس میں جو light armed اور heavy armed کا حوالہ دیا ہے، اس کے کیا معنی ہیں؟</w:t>
      </w:r>
    </w:p>
    <w:p>
      <w:r>
        <w:rPr>
          <w:b/>
        </w:rPr>
        <w:t xml:space="preserve">[47:15] </w:t>
      </w:r>
      <w:r>
        <w:t>main samjha nahi. thoda sa bataiye, kya matlab? maulana, ek ayat hai: "ان</w:t>
      </w:r>
    </w:p>
    <w:p>
      <w:pPr>
        <w:jc w:val="right"/>
      </w:pPr>
      <w:r>
        <w:t>میں سمجھا نہیں۔ تھوڑا سا بتائیے، کیا مطلب؟ مولانا، ایک آیت ہے: "ان</w:t>
      </w:r>
    </w:p>
    <w:p>
      <w:r>
        <w:rPr>
          <w:b/>
        </w:rPr>
        <w:t xml:space="preserve">[47:26] </w:t>
      </w:r>
      <w:r>
        <w:t>haan, haan, hmm ke niklo allah ke raste mein."</w:t>
      </w:r>
    </w:p>
    <w:p>
      <w:pPr>
        <w:jc w:val="right"/>
      </w:pPr>
      <w:r>
        <w:t>ہاں، ہاں، ہمم کہ نکلو اللہ کے راستے میں۔"</w:t>
      </w:r>
    </w:p>
    <w:p>
      <w:r>
        <w:rPr>
          <w:b/>
        </w:rPr>
        <w:t xml:space="preserve">[47:38] </w:t>
      </w:r>
      <w:r>
        <w:t>ae bhai, is ka taluq ladai se hai hi nahi. dawat ke liye nikalne se hai. to jaise aap ke halaat hain, nikal pariye.</w:t>
      </w:r>
    </w:p>
    <w:p>
      <w:pPr>
        <w:jc w:val="right"/>
      </w:pPr>
      <w:r>
        <w:t>اے بھئی، اس کا تعلق لڑائی سے ہے ہی نہیں۔ دعوت کے لیے نکلنے سے ہے۔ تو جیسے آپ کے حالات ہیں، نکل پڑیے۔</w:t>
      </w:r>
    </w:p>
    <w:p>
      <w:r>
        <w:rPr>
          <w:b/>
        </w:rPr>
        <w:t xml:space="preserve">[47:50] </w:t>
      </w:r>
      <w:r>
        <w:t>jo aap paas saman hai, us ki madad se dawat ka kaam kijiye. yeh nahi ke talwar le kar aao, gun le kar aao, aur bomb le kar aao.</w:t>
      </w:r>
    </w:p>
    <w:p>
      <w:pPr>
        <w:jc w:val="right"/>
      </w:pPr>
      <w:r>
        <w:t>جو آپ پاس سامان ہے، اس کی مدد سے دعوت کا کام کیجئے۔ یہ نہیں کہ تلوار لے کر آؤ، گن لے کر آؤ، اور بم لے کر آؤ۔</w:t>
      </w:r>
    </w:p>
    <w:p>
      <w:r>
        <w:rPr>
          <w:b/>
        </w:rPr>
        <w:t xml:space="preserve">[48:00] </w:t>
      </w:r>
      <w:r>
        <w:t>yeh bilkul galat is ka matlab hai. apne halaat ke lehaz se, apni taqat ke lehaz se dawat ka kaam karo. bas.</w:t>
      </w:r>
    </w:p>
    <w:p>
      <w:pPr>
        <w:jc w:val="right"/>
      </w:pPr>
      <w:r>
        <w:t>یہ بالکل غلط اس کا مطلب ہے۔ اپنے حالات کے لحاظ سے، اپنی طاقت کے لحاظ سے دعوت کا کام کرو۔ بس۔</w:t>
      </w:r>
    </w:p>
    <w:p>
      <w:r>
        <w:rPr>
          <w:b/>
        </w:rPr>
        <w:t xml:space="preserve">[48:13] </w:t>
      </w:r>
      <w:r>
        <w:t>maulana, agla sawal bheja hai idrees qamar sahab ne. unhone apni location nahi likhi hai. un ka sawal hai: "maulana, my question is that how do you prepare yourself to talk on different topics?</w:t>
      </w:r>
    </w:p>
    <w:p>
      <w:pPr>
        <w:jc w:val="right"/>
      </w:pPr>
      <w:r>
        <w:t>مولانا، اگلا سوال بھیجا ہے ادریس قمر صاحب نے۔ انہوں نے اپنی location نہیں لکھی ہے۔ ان کا سوال ہے: "مولانا، my question is that how do you prepare yourself to talk on different topics?</w:t>
      </w:r>
    </w:p>
    <w:p>
      <w:r>
        <w:rPr>
          <w:b/>
        </w:rPr>
        <w:t xml:space="preserve">[48:28] </w:t>
      </w:r>
      <w:r>
        <w:t>please tell us so that we can follow the same procedure. you start from an ordinary topic, but your explanation on it is extraordinary." bhai, meri to dua hai.</w:t>
      </w:r>
    </w:p>
    <w:p>
      <w:pPr>
        <w:jc w:val="right"/>
      </w:pPr>
      <w:r>
        <w:t>Please tell us so that we can follow the same procedure. You start from an ordinary topic, but your explanation on it is extraordinary." بھائی، میری تو دعا ہے۔</w:t>
      </w:r>
    </w:p>
    <w:p>
      <w:r>
        <w:rPr>
          <w:b/>
        </w:rPr>
        <w:t xml:space="preserve">[48:40] </w:t>
      </w:r>
      <w:r>
        <w:t>mein ne bataya tha aap ko, mein ibn taimiya ka jo tareeqa tha, wahi baat hai ke "ya muallim ibrahim, ilm nahin." bas isi se mere dimagh khulta hai, isi se mujhe baatein samajh mein aati hain.</w:t>
      </w:r>
    </w:p>
    <w:p>
      <w:pPr>
        <w:jc w:val="right"/>
      </w:pPr>
      <w:r>
        <w:t>میں نے بتایا تھا آپ کو، میں ابن تیمیہ کا جو طریقہ تھا، وہی بات ہے کہ "یا معلم ابراہیم، علم نہیں۔" بس اسی سے میرے دماغ کھلتا ہے، اسی سے مجھے باتیں سمجھ میں آتی ہیں۔</w:t>
      </w:r>
    </w:p>
    <w:p>
      <w:r>
        <w:rPr>
          <w:b/>
        </w:rPr>
        <w:t xml:space="preserve">[48:59] </w:t>
      </w:r>
      <w:r>
        <w:t>molana, agla sawal Miss Nikhet Bukhari ne bheja hai dilli se. unhon ne likha hai: "I would like to ask molana, how much struggle a person must do in learning and understanding anything?</w:t>
      </w:r>
    </w:p>
    <w:p>
      <w:pPr>
        <w:jc w:val="right"/>
      </w:pPr>
      <w:r>
        <w:t>مولانا، اگلا سوال Miss Nikhet Bukhari نے بھیجا ہے دلی سے۔ انہوں نے لکھا ہے: "I would like to ask مولانا، how much struggle a person must do in learning and understanding anything?</w:t>
      </w:r>
    </w:p>
    <w:p>
      <w:r>
        <w:rPr>
          <w:b/>
        </w:rPr>
        <w:t xml:space="preserve">[49:15] </w:t>
      </w:r>
      <w:r>
        <w:t>is there any limit for struggle to gain ilm, be it any learning?" is ke baray mein bataein. koi had nahin hai.</w:t>
      </w:r>
    </w:p>
    <w:p>
      <w:pPr>
        <w:jc w:val="right"/>
      </w:pPr>
      <w:r>
        <w:t>Is there any limit for struggle to gain علم, be it any learning?" اس کے بارے میں بتائیں۔ کوئی حد نہیں ہے۔</w:t>
      </w:r>
    </w:p>
    <w:p>
      <w:r>
        <w:rPr>
          <w:b/>
        </w:rPr>
        <w:t xml:space="preserve">[49:26] </w:t>
      </w:r>
      <w:r>
        <w:t>ilm ki had nahin hai, wisdom ki had nahin hai, sabr ki had nahin hai. islam mein had ka concept nahin hai. khoob struggle karo, khoob faida uthao, khoob ijtihad karo.</w:t>
      </w:r>
    </w:p>
    <w:p>
      <w:pPr>
        <w:jc w:val="right"/>
      </w:pPr>
      <w:r>
        <w:t>علم کی حد نہیں ہے، wisdom کی حد نہیں ہے، صبر کی حد نہیں ہے۔ اسلام میں حد کا concept نہیں ہے۔ خوب struggle کرو، خوب فائدہ اٹھاؤ، خوب اجتہاد کرو۔</w:t>
      </w:r>
    </w:p>
    <w:p>
      <w:r>
        <w:rPr>
          <w:b/>
        </w:rPr>
        <w:t xml:space="preserve">[49:43] </w:t>
      </w:r>
      <w:r>
        <w:t>yeh sab to be khabaron ka nazariya hai.</w:t>
      </w:r>
    </w:p>
    <w:p>
      <w:pPr>
        <w:jc w:val="right"/>
      </w:pPr>
      <w:r>
        <w:t>یہ سب تو بے خبروں کا نظریہ ہے۔</w:t>
      </w:r>
    </w:p>
    <w:p>
      <w:r>
        <w:rPr>
          <w:b/>
        </w:rPr>
        <w:t xml:space="preserve">[49:50] </w:t>
      </w:r>
      <w:r>
        <w:t>molana, agla sawal Etanagar, Arunachal Pradesh se Muhammad Bilal Shafeeq sahib ne bheja hai. unhon ne likha hai: "Molana said yesterday that leaving a team is equivalent to leaving the company of angels and going against the creation plan of God.</w:t>
      </w:r>
    </w:p>
    <w:p>
      <w:pPr>
        <w:jc w:val="right"/>
      </w:pPr>
      <w:r>
        <w:t>مولانا، اگلا سوال ایٹانگر، اروناچل پردیس سے محمد بلال شفیع صاحب نے بھیجا ہے۔ انہوں نے لکھا ہے: "Molana said yesterday that leaving a team is equivalent to leaving the company of angels and going against the creation plan of God.</w:t>
      </w:r>
    </w:p>
    <w:p>
      <w:r>
        <w:rPr>
          <w:b/>
        </w:rPr>
        <w:t xml:space="preserve">[50:09] </w:t>
      </w:r>
      <w:r>
        <w:t>is this principle applicable to any teamwork, or especially to teamwork for God's ca</w:t>
      </w:r>
    </w:p>
    <w:p>
      <w:pPr>
        <w:jc w:val="right"/>
      </w:pPr>
      <w:r>
        <w:t>Is this principle applicable to any teamwork, or especially to teamwork for God's ca</w:t>
      </w:r>
    </w:p>
    <w:p>
      <w:r>
        <w:rPr>
          <w:b/>
        </w:rPr>
        <w:t xml:space="preserve">[50:16] </w:t>
      </w:r>
      <w:r>
        <w:t>use?" is ko wazeh karein.</w:t>
      </w:r>
    </w:p>
    <w:p>
      <w:pPr>
        <w:jc w:val="right"/>
      </w:pPr>
      <w:r>
        <w:t>use?" اس کو واضح کریں۔</w:t>
      </w:r>
    </w:p>
    <w:p>
      <w:r>
        <w:rPr>
          <w:b/>
        </w:rPr>
        <w:t xml:space="preserve">[50:22] </w:t>
      </w:r>
      <w:r>
        <w:t>koi bhi teamwork jo healthy ho, us par apply hota hai. yeh koi doctory ke liye is ko karega, is ko to galat hoga.</w:t>
      </w:r>
    </w:p>
    <w:p>
      <w:pPr>
        <w:jc w:val="right"/>
      </w:pPr>
      <w:r>
        <w:t>کوئی بھی teamwork جو healthy ہو، اس پر apply ہوتا ہے۔ یہ کوئی ڈاکٹری کے لیے اس کو کرے گا، اس کو تو غلط ہوگا۔</w:t>
      </w:r>
    </w:p>
    <w:p>
      <w:r>
        <w:rPr>
          <w:b/>
        </w:rPr>
        <w:t xml:space="preserve">[50:36] </w:t>
      </w:r>
      <w:r>
        <w:t>koi ladne marne ke liye, qatal karne ke liye kare to galat hoga. sachay maqsad ke liye, healthy kaam ke liye, Allah ke cause ke liye karna bilkul woh jo bhi Allah ke cause ke liye hoga, woh us par apply hoga.</w:t>
      </w:r>
    </w:p>
    <w:p>
      <w:pPr>
        <w:jc w:val="right"/>
      </w:pPr>
      <w:r>
        <w:t>کوئی لڑنے مرنے کے لیے، قتل کرنے کے لیے کرے تو غلط ہوگا۔ سچے مقصد کے لیے، healthy کام کے لیے، اللہ کے کاز کے لیے کرنا بالکل وہ جو بھی اللہ کے کاز کے لیے ہوگا، وہ اس پر apply ہوگا۔</w:t>
      </w:r>
    </w:p>
    <w:p>
      <w:r>
        <w:rPr>
          <w:b/>
        </w:rPr>
        <w:t xml:space="preserve">[50:58] </w:t>
      </w:r>
      <w:r>
        <w:t>molana, agla sawal Miss Tuti Malhotra ne dilli se bheja hai. unhon ne aap se poocha hai ke: "Molana, like you have mentioned that we should use latest mode of transport for going to Hajj, then can we say that to do dawah work we should use latest methods and technology to spread Quran?" sahi hai, is mein koi galat baat hai hi nahin.</w:t>
      </w:r>
    </w:p>
    <w:p>
      <w:pPr>
        <w:jc w:val="right"/>
      </w:pPr>
      <w:r>
        <w:t>مولانا، اگلا سوال Miss Tuti Malhotra نے دلی سے بھیجا ہے۔ انہوں نے آپ سے پوچھا ہے کہ: "مولانا، like you have mentioned that we should use latest mode of transport for going to Hajj, then can we say that to do دعویٰ work we should use latest methods and technology to spread قرآن؟" صحیح ہے، اس میں کوئی غلط بات ہے ہی نہیں۔</w:t>
      </w:r>
    </w:p>
    <w:p>
      <w:r>
        <w:rPr>
          <w:b/>
        </w:rPr>
        <w:t xml:space="preserve">[51:28] </w:t>
      </w:r>
      <w:r>
        <w:t>bilkul theek kaha aap ne.</w:t>
      </w:r>
    </w:p>
    <w:p>
      <w:pPr>
        <w:jc w:val="right"/>
      </w:pPr>
      <w:r>
        <w:t>بالکل ٹھیک کہا آپ نے۔</w:t>
      </w:r>
    </w:p>
    <w:p>
      <w:r>
        <w:rPr>
          <w:b/>
        </w:rPr>
        <w:t xml:space="preserve">[51:34] </w:t>
      </w:r>
      <w:r>
        <w:t>molana Yaqoob Umri ne dilli se comment bheja hai: "Molana, today's lecture on disjointed letters in the Quran really thrilled me.</w:t>
      </w:r>
    </w:p>
    <w:p>
      <w:pPr>
        <w:jc w:val="right"/>
      </w:pPr>
      <w:r>
        <w:t>مولانا یعقوب عمری نے دلی سے کمنٹ بھیجا ہے: "Molana, today's lecture on disjointed letters in the Quran really thrilled me.</w:t>
      </w:r>
    </w:p>
    <w:p>
      <w:r>
        <w:rPr>
          <w:b/>
        </w:rPr>
        <w:t xml:space="preserve">[51:43] </w:t>
      </w:r>
      <w:r>
        <w:t>Quran asks the creative response from the readers repeatedly.</w:t>
      </w:r>
    </w:p>
    <w:p>
      <w:pPr>
        <w:jc w:val="right"/>
      </w:pPr>
      <w:r>
        <w:t>Quran asks the creative response from the readers repeatedly.</w:t>
      </w:r>
    </w:p>
    <w:p>
      <w:r>
        <w:rPr>
          <w:b/>
        </w:rPr>
        <w:t xml:space="preserve">[51:48] </w:t>
      </w:r>
      <w:r>
        <w:t>I have never heard such a meaningful interpretation. Jazak Allah."</w:t>
      </w:r>
    </w:p>
    <w:p>
      <w:pPr>
        <w:jc w:val="right"/>
      </w:pPr>
      <w:r>
        <w:t>I have never heard such a meaningful interpretation. جزاک اللہ۔"</w:t>
      </w:r>
    </w:p>
    <w:p>
      <w:r>
        <w:rPr>
          <w:b/>
        </w:rPr>
        <w:t xml:space="preserve">[51:57] </w:t>
      </w:r>
      <w:r>
        <w:t>molana, agla sawal lete hain. yeh Mumbai se bheja hai Razzaq Memon sahib ne. unhon ne likha hai: "Nabi sallallahu alaihi wasallam ne tamam buton ko tod diya tha.</w:t>
      </w:r>
    </w:p>
    <w:p>
      <w:pPr>
        <w:jc w:val="right"/>
      </w:pPr>
      <w:r>
        <w:t>مولانا، اگلا سوال لیتے ہیں۔ یہ ممبئی سے بھیجا ہے رزاق میمن صاحب نے۔ انہوں نے لکھا ہے: "نبی صلی اللہ علیہ وسلم نے تمام بتوں کو توڑ دیا تھا۔</w:t>
      </w:r>
    </w:p>
    <w:p>
      <w:r>
        <w:rPr>
          <w:b/>
        </w:rPr>
        <w:t xml:space="preserve">[52:11] </w:t>
      </w:r>
      <w:r>
        <w:t>Mahmood Ghaznavi ne daulat hasil karne ke liye but tode honge. is ko Babri Masjid girane ki wajah nahin bataya ja sakta.</w:t>
      </w:r>
    </w:p>
    <w:p>
      <w:pPr>
        <w:jc w:val="right"/>
      </w:pPr>
      <w:r>
        <w:t>محمود غزنوی نے دولت حاصل کرنے کے لیے بت توڑے ہوں گے۔ اس کو بابری مسجد گرانے کی وجہ نہیں بتایا جا سکتا۔</w:t>
      </w:r>
    </w:p>
    <w:p>
      <w:r>
        <w:rPr>
          <w:b/>
        </w:rPr>
        <w:t xml:space="preserve">[52:20] </w:t>
      </w:r>
      <w:r>
        <w:t>Mughal hukmaran ne mandir ke liye jaageerein ataa ki theen. molana, is pe clarity dein." theek kaha aap ne.</w:t>
      </w:r>
    </w:p>
    <w:p>
      <w:pPr>
        <w:jc w:val="right"/>
      </w:pPr>
      <w:r>
        <w:t>مغل حکمراں نے مندر کے لیے جاگیریں عطا کی تھیں۔ مولانا، اس پہ clarity دیں۔" ٹھیک کہا آپ نے۔</w:t>
      </w:r>
    </w:p>
    <w:p>
      <w:r>
        <w:rPr>
          <w:b/>
        </w:rPr>
        <w:t xml:space="preserve">[52:29] </w:t>
      </w:r>
      <w:r>
        <w:t>is mein clarity to hai hi. aap hi ke batane mein phir clear ho jata hai.</w:t>
      </w:r>
    </w:p>
    <w:p>
      <w:pPr>
        <w:jc w:val="right"/>
      </w:pPr>
      <w:r>
        <w:t>اس میں clarity تو ہے ہی۔ آپ ہی کے بتانے میں پھر clear ہو جاتا ہے۔</w:t>
      </w:r>
    </w:p>
    <w:p>
      <w:r>
        <w:rPr>
          <w:b/>
        </w:rPr>
        <w:t xml:space="preserve">[52:37] </w:t>
      </w:r>
      <w:r>
        <w:t>sahi kaha aap ne.</w:t>
      </w:r>
    </w:p>
    <w:p>
      <w:pPr>
        <w:jc w:val="right"/>
      </w:pPr>
      <w:r>
        <w:t>صحیح کہا آپ نے۔</w:t>
      </w:r>
    </w:p>
    <w:p>
      <w:r>
        <w:rPr>
          <w:b/>
        </w:rPr>
        <w:t xml:space="preserve">[52:44] </w:t>
      </w:r>
      <w:r>
        <w:t>Professor Najma Siddiqui ne dilli se comment bheja hai. unhon ne likha hai: "Molana, today you have given an important meaning to disjointed letters of the Quran and helped us to learn to apply Quran in new situations and make it a living Quran.</w:t>
      </w:r>
    </w:p>
    <w:p>
      <w:pPr>
        <w:jc w:val="right"/>
      </w:pPr>
      <w:r>
        <w:t>پروفیسر نجمہ صدیقی نے دلی سے کمنٹ بھیجا ہے۔ انہوں نے لکھا ہے: "Molana, today you have given an important meaning to disjointed letters of the Quran and helped us to learn to apply Quran in new situations and make it a living Quran.</w:t>
      </w:r>
    </w:p>
    <w:p>
      <w:r>
        <w:rPr>
          <w:b/>
        </w:rPr>
        <w:t xml:space="preserve">[53:02] </w:t>
      </w:r>
      <w:r>
        <w:t>Jazak Allah." Mashallah. Faraz Khan sahib ne dilli se likha hai: "Molana, today I learned that theright due of Quran is not to cram it, but to extract the wisdom out of</w:t>
      </w:r>
    </w:p>
    <w:p>
      <w:pPr>
        <w:jc w:val="right"/>
      </w:pPr>
      <w:r>
        <w:t>جزاک اللہ۔" ماشاءاللہ۔ فراز خان صاحب نے دلی سے لکھا ہے: "Molana, today I learned that theright due of Quran is not to cram it, but to extract the wisdom out of</w:t>
      </w:r>
    </w:p>
    <w:p>
      <w:r>
        <w:rPr>
          <w:b/>
        </w:rPr>
        <w:t xml:space="preserve">[53:15] </w:t>
      </w:r>
      <w:r>
        <w:t>it. To read it through an ijtihadi angle. The disjointed words of Quran represent this revolutionary spirit of Quran.</w:t>
      </w:r>
    </w:p>
    <w:p>
      <w:pPr>
        <w:jc w:val="right"/>
      </w:pPr>
      <w:r>
        <w:t>it. To read it through an اجتہادی angle. The disjointed words of Quran represent this revolutionary spirit of Quran.</w:t>
      </w:r>
    </w:p>
    <w:p>
      <w:r>
        <w:rPr>
          <w:b/>
        </w:rPr>
        <w:t xml:space="preserve">[53:26] </w:t>
      </w:r>
      <w:r>
        <w:t>We have to reapply, reinterpret Quran.</w:t>
      </w:r>
    </w:p>
    <w:p>
      <w:pPr>
        <w:jc w:val="right"/>
      </w:pPr>
      <w:r>
        <w:t>We have to reapply, reinterpret Quran.</w:t>
      </w:r>
    </w:p>
    <w:p>
      <w:r>
        <w:rPr>
          <w:b/>
        </w:rPr>
        <w:t xml:space="preserve">[53:30] </w:t>
      </w:r>
      <w:r>
        <w:t>Prophet Muhammad's method of using idols in Kaaba as assets as compared to Prophet Ibrahim, who destroyed them, is a direct example of reinterpretation of God's message."</w:t>
      </w:r>
    </w:p>
    <w:p>
      <w:pPr>
        <w:jc w:val="right"/>
      </w:pPr>
      <w:r>
        <w:t>Prophet Muhammad's method of using idols in Kaaba as assets as compared to Prophet Ibrahim, who destroyed them, is a direct example of reinterpretation of God's message."</w:t>
      </w:r>
    </w:p>
    <w:p>
      <w:r>
        <w:rPr>
          <w:b/>
        </w:rPr>
        <w:t xml:space="preserve">[53:46] </w:t>
      </w:r>
      <w:r>
        <w:t>Sehi hai. Okay, so we will end this session now. Thank you.</w:t>
      </w:r>
    </w:p>
    <w:p>
      <w:pPr>
        <w:jc w:val="right"/>
      </w:pPr>
      <w:r>
        <w:t>صحیح ہے۔ Okay, so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