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Spirit of Team Work April 6, 2019</w:t>
      </w:r>
    </w:p>
    <w:p>
      <w:r>
        <w:t>https://www.youtube.com/watch?v=0tSocvvX_Ks</w:t>
      </w:r>
    </w:p>
    <w:p>
      <w:r>
        <w:rPr>
          <w:b/>
        </w:rPr>
        <w:t xml:space="preserve">[00:14] </w:t>
      </w:r>
      <w:r>
        <w:t>Bismillah al-rahman al-rahim, wa salla Allahu ala nabiyyi al-karim.</w:t>
      </w:r>
    </w:p>
    <w:p>
      <w:pPr>
        <w:jc w:val="right"/>
      </w:pPr>
      <w:r>
        <w:t>بسم اللہ الرحمن الرحیم، و صلی اللہ علی نبی الکریم۔</w:t>
      </w:r>
    </w:p>
    <w:p>
      <w:r>
        <w:rPr>
          <w:b/>
        </w:rPr>
        <w:t xml:space="preserve">[00:23] </w:t>
      </w:r>
      <w:r>
        <w:t>6 April 2019.</w:t>
      </w:r>
    </w:p>
    <w:p>
      <w:pPr>
        <w:jc w:val="right"/>
      </w:pPr>
      <w:r>
        <w:t>6 اپریل 2019۔</w:t>
      </w:r>
    </w:p>
    <w:p>
      <w:r>
        <w:rPr>
          <w:b/>
        </w:rPr>
        <w:t xml:space="preserve">[00:32] </w:t>
      </w:r>
      <w:r>
        <w:t>Aaj Quran ki aaj aik hadith ko le kar kuch baat kehna hai.</w:t>
      </w:r>
    </w:p>
    <w:p>
      <w:pPr>
        <w:jc w:val="right"/>
      </w:pPr>
      <w:r>
        <w:t>آج قرآن کی آج ایک حدیث کو لے کر کچھ بات کہنا ہے۔</w:t>
      </w:r>
    </w:p>
    <w:p>
      <w:r>
        <w:rPr>
          <w:b/>
        </w:rPr>
        <w:t xml:space="preserve">[00:45] </w:t>
      </w:r>
      <w:r>
        <w:t>Yeh hadith Ibn Majah mein aayi hai, aur is ke shabda yeh hain.</w:t>
      </w:r>
    </w:p>
    <w:p>
      <w:pPr>
        <w:jc w:val="right"/>
      </w:pPr>
      <w:r>
        <w:t>یہ حدیث ابن ماجہ میں آئی ہے، اور اس کے शब्द یہ ہیں۔</w:t>
      </w:r>
    </w:p>
    <w:p>
      <w:r>
        <w:rPr>
          <w:b/>
        </w:rPr>
        <w:t xml:space="preserve">[00:55] </w:t>
      </w:r>
      <w:r>
        <w:t>An Ibn Umar an al-nabi salla Allahu alayhi wa sallam qala: "Al-mumin alladhi yukhalitu al-nas wa yasbiru ala azahim khayrun min alladhi la yukhalitu al-nas wa la yasbiru ala azahim".</w:t>
      </w:r>
    </w:p>
    <w:p>
      <w:pPr>
        <w:jc w:val="right"/>
      </w:pPr>
      <w:r>
        <w:t>عن ابن عمر عن النبی صلی اللہ علیہ وسلم قال: "المومن الذي يخالط الناس ويصبر على أذاهم خير من الذي لا يخالط الناس ولا يصبر على أذاهم"۔</w:t>
      </w:r>
    </w:p>
    <w:p>
      <w:r>
        <w:rPr>
          <w:b/>
        </w:rPr>
        <w:t xml:space="preserve">[01:08] </w:t>
      </w:r>
      <w:r>
        <w:t>Al-Adab al-Mufrad li al-Bukhari, hadith number 388. Ibn Umar riwayat karte hain nabi salla Allahu alayhi wa sallam se, aap ne kaha: "Woh momin jo logon se milta julta hai aur un ki azzaon par sabr karta hai,</w:t>
      </w:r>
    </w:p>
    <w:p>
      <w:pPr>
        <w:jc w:val="right"/>
      </w:pPr>
      <w:r>
        <w:t>الادب المفرد للبخاری، حدیث نمبر 388۔ ابن عمر روایت کرتے ہیں نبی صلی اللہ علیہ وسلم سے، آپ نے کہا: "وہ مومن جو لوگوں سے ملتا جلتا ہے اور ان کی ایذاؤں پر صبر کرتا ہے،</w:t>
      </w:r>
    </w:p>
    <w:p>
      <w:r>
        <w:rPr>
          <w:b/>
        </w:rPr>
        <w:t xml:space="preserve">[01:23] </w:t>
      </w:r>
      <w:r>
        <w:t>Woh is se behtar hai jo logon se nahi milta aur na un ki takleefon par sabr karta hai". Is hadith ko Tirmidhi ne bhi riwayat kiya hai aur Ibn Majah ne bhi.</w:t>
      </w:r>
    </w:p>
    <w:p>
      <w:pPr>
        <w:jc w:val="right"/>
      </w:pPr>
      <w:r>
        <w:t>وہ اس سے بہتر ہے جو لوگوں سے نہیں ملتا اور نہ ان کی تکلیفوں پر صبر کرتا ہے"۔ اس حدیث کو ترمذی نے بھی روایت کیا ہے اور ابن ماجہ نے بھی۔</w:t>
      </w:r>
    </w:p>
    <w:p>
      <w:r>
        <w:rPr>
          <w:b/>
        </w:rPr>
        <w:t xml:space="preserve">[01:35] </w:t>
      </w:r>
      <w:r>
        <w:t>Aaj mein is hadith ko le kar soch raha tha,</w:t>
      </w:r>
    </w:p>
    <w:p>
      <w:pPr>
        <w:jc w:val="right"/>
      </w:pPr>
      <w:r>
        <w:t>آج میں اس حدیث کو لے کر سوچ رہا تھا،</w:t>
      </w:r>
    </w:p>
    <w:p>
      <w:r>
        <w:rPr>
          <w:b/>
        </w:rPr>
        <w:t xml:space="preserve">[01:47] </w:t>
      </w:r>
      <w:r>
        <w:t>Is hadith mein kaha gaya hai ke jo insan</w:t>
      </w:r>
    </w:p>
    <w:p>
      <w:pPr>
        <w:jc w:val="right"/>
      </w:pPr>
      <w:r>
        <w:t>اس حدیث میں کہا گیا ہے کہ جو انسان</w:t>
      </w:r>
    </w:p>
    <w:p>
      <w:r>
        <w:rPr>
          <w:b/>
        </w:rPr>
        <w:t xml:space="preserve">[02:00] </w:t>
      </w:r>
      <w:r>
        <w:t>Logon ke sath team work karta hai, mil kar kaam karta hai,</w:t>
      </w:r>
    </w:p>
    <w:p>
      <w:pPr>
        <w:jc w:val="right"/>
      </w:pPr>
      <w:r>
        <w:t>لوگوں کے ساتھ ٹیم ورک کرتا ہے، مل کر کام کرتا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