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Help March 31, 2019 Maulana Wahiduddin Khan</w:t>
      </w:r>
    </w:p>
    <w:p>
      <w:r>
        <w:t>https://www.youtube.com/watch?v=o5-R5Rjs5Cw</w:t>
      </w:r>
    </w:p>
    <w:p>
      <w:r>
        <w:rPr>
          <w:b/>
        </w:rPr>
        <w:t xml:space="preserve">[00:11] </w:t>
      </w:r>
      <w:r>
        <w:t>Bismillah al-rahman al-rahim, wa salla Allahu ala al-nabiyyi al-karim.</w:t>
      </w:r>
    </w:p>
    <w:p>
      <w:pPr>
        <w:jc w:val="right"/>
      </w:pPr>
      <w:r>
        <w:t>بسم اللہ الرحمن الرحیم، وصلی اللہ علی النبی الکریم۔</w:t>
      </w:r>
    </w:p>
    <w:p>
      <w:r>
        <w:rPr>
          <w:b/>
        </w:rPr>
        <w:t xml:space="preserve">[00:21] </w:t>
      </w:r>
      <w:r>
        <w:t>31 March 2019.</w:t>
      </w:r>
    </w:p>
    <w:p>
      <w:pPr>
        <w:jc w:val="right"/>
      </w:pPr>
      <w:r>
        <w:t>31 مارچ 2019۔</w:t>
      </w:r>
    </w:p>
    <w:p>
      <w:r>
        <w:rPr>
          <w:b/>
        </w:rPr>
        <w:t xml:space="preserve">[00:29] </w:t>
      </w:r>
      <w:r>
        <w:t>Aaj ke liye aik Quran ki aik ayat ko liya gaya hai, jis ka taluq divine left help se hai, yani Allah rab al-alameen ki madad se.</w:t>
      </w:r>
    </w:p>
    <w:p>
      <w:pPr>
        <w:jc w:val="right"/>
      </w:pPr>
      <w:r>
        <w:t>آج کے لیے ایک قرآن کی ایک آیت کو لیا گیا ہے، جس کا تعلق ڈیوائن لیفٹ ہیلپ سے ہے، یعنی اللہ رب العالمین کی مدد سے۔</w:t>
      </w:r>
    </w:p>
    <w:p>
      <w:r>
        <w:rPr>
          <w:b/>
        </w:rPr>
        <w:t xml:space="preserve">[00:48] </w:t>
      </w:r>
      <w:r>
        <w:t>Toh pehle woh ayat padhi jayegi, phir insha Allah us ki wazahat ki jayegi.</w:t>
      </w:r>
    </w:p>
    <w:p>
      <w:pPr>
        <w:jc w:val="right"/>
      </w:pPr>
      <w:r>
        <w:t>تو پہلے وہ آیت پڑھی جائے گی، پھر انشاءاللہ اس کی وضاحت کی جائے گی۔</w:t>
      </w:r>
    </w:p>
    <w:p>
      <w:r>
        <w:rPr>
          <w:b/>
        </w:rPr>
        <w:t xml:space="preserve">[00:55] </w:t>
      </w:r>
      <w:r>
        <w:t>Bismillah al-rahman al-rahim. Wa sabbi li hákmi rabbika fa innaka bi aiyunina wa sabbih bi hamdi rabbika hína taqoomu.</w:t>
      </w:r>
    </w:p>
    <w:p>
      <w:pPr>
        <w:jc w:val="right"/>
      </w:pPr>
      <w:r>
        <w:t>بسم اللہ الرحمن الرحیم۔ وَاسْبِحْ لِحَكْمِ رَبِّكَ فَإِنَّكَ بِيَ عَيُّنِنَا وَسَبِّحْ بِحَمْدِ رَبِّكَ حِينَ تَقُومُ۔</w:t>
      </w:r>
    </w:p>
    <w:p>
      <w:r>
        <w:rPr>
          <w:b/>
        </w:rPr>
        <w:t xml:space="preserve">[01:06] </w:t>
      </w:r>
      <w:r>
        <w:t>Surah Al-Tur, chapter number 52, verse number 48. Aur tum sabr ke sath apne rab ke faisle ka intezar karo, beshak tum hamari nigah mein ho.</w:t>
      </w:r>
    </w:p>
    <w:p>
      <w:pPr>
        <w:jc w:val="right"/>
      </w:pPr>
      <w:r>
        <w:t>سورہ الطور، چیپٹر نمبر 52، ورس نمبر 48۔ اور تم صبر کے ساتھ اپنے رب کے فیصلے کا انتظار کرو، بے شک تم ہماری نگاہ میں ہو۔</w:t>
      </w:r>
    </w:p>
    <w:p>
      <w:r>
        <w:rPr>
          <w:b/>
        </w:rPr>
        <w:t xml:space="preserve">[01:19] </w:t>
      </w:r>
      <w:r>
        <w:t>Aur apne rab ki tasbeeh karo us ki hamd ke sath jis waqt tum uthte ho.</w:t>
      </w:r>
    </w:p>
    <w:p>
      <w:pPr>
        <w:jc w:val="right"/>
      </w:pPr>
      <w:r>
        <w:t>اور اپنے رب کی تسبیح کرو اس کی حمد کے ساتھ جس وقت تم اٹھتے ہو۔</w:t>
      </w:r>
    </w:p>
    <w:p>
      <w:r>
        <w:rPr>
          <w:b/>
        </w:rPr>
        <w:t xml:space="preserve">[01:28] </w:t>
      </w:r>
      <w:r>
        <w:t>Dekhein, is ayat ka taluq dawat il Allah se hai, yani rasool ka mission.</w:t>
      </w:r>
    </w:p>
    <w:p>
      <w:pPr>
        <w:jc w:val="right"/>
      </w:pPr>
      <w:r>
        <w:t>دیکھیں، اس آیت کا تعلق دعوت الی اللہ سے ہے، یعنی رسول کا مشن۔</w:t>
      </w:r>
    </w:p>
    <w:p>
      <w:r>
        <w:rPr>
          <w:b/>
        </w:rPr>
        <w:t xml:space="preserve">[01:40] </w:t>
      </w:r>
      <w:r>
        <w:t>Mission ke bare mein ya dawat il Allah ke bare mein kyun kaha gaya ke sabr karo?</w:t>
      </w:r>
    </w:p>
    <w:p>
      <w:pPr>
        <w:jc w:val="right"/>
      </w:pPr>
      <w:r>
        <w:t>مشن کے بارے میں یا دعوت الی اللہ کے بارے میں کیوں کہا گیا کہ صبر کرو؟</w:t>
      </w:r>
    </w:p>
    <w:p>
      <w:r>
        <w:rPr>
          <w:b/>
        </w:rPr>
        <w:t xml:space="preserve">[01:48] </w:t>
      </w:r>
      <w:r>
        <w:t>Aur sare Quran mein yeh hai, sab se zyada emphasis kiya gaya hai sabr par.</w:t>
      </w:r>
    </w:p>
    <w:p>
      <w:pPr>
        <w:jc w:val="right"/>
      </w:pPr>
      <w:r>
        <w:t>اور سارے قرآن میں یہ ہے، سب سے زیادہ ایمفیسز کیا گیا ہے صبر پر۔</w:t>
      </w:r>
    </w:p>
    <w:p>
      <w:r>
        <w:rPr>
          <w:b/>
        </w:rPr>
        <w:t xml:space="preserve">[02:00] </w:t>
      </w:r>
      <w:r>
        <w:t>Toh yeh sochne ki baat hai ke dawat se ya mission se sabr ka kya taluq hai? Dekhein, sabr ke do pehlu hain.</w:t>
      </w:r>
    </w:p>
    <w:p>
      <w:pPr>
        <w:jc w:val="right"/>
      </w:pPr>
      <w:r>
        <w:t>تو یہ سوچنے کی بات ہے کہ دعوت سے یا مشن سے صبر کا کیا تعلق ہے؟ دیکھیں، صبر کے دو پہلو ہیں۔</w:t>
      </w:r>
    </w:p>
    <w:p>
      <w:r>
        <w:rPr>
          <w:b/>
        </w:rPr>
        <w:t xml:space="preserve">[02:17] </w:t>
      </w:r>
      <w:r>
        <w:t>Aik hai daai ka amal, daai ka amal.</w:t>
      </w:r>
    </w:p>
    <w:p>
      <w:pPr>
        <w:jc w:val="right"/>
      </w:pPr>
      <w:r>
        <w:t>ایک ہے داعی کا عمل، داعی کا عمل۔</w:t>
      </w:r>
    </w:p>
    <w:p>
      <w:r>
        <w:rPr>
          <w:b/>
        </w:rPr>
        <w:t xml:space="preserve">[02:28] </w:t>
      </w:r>
      <w:r>
        <w:t>Dosra pehlu yeh hai ke rab al-alameen ki planning.</w:t>
      </w:r>
    </w:p>
    <w:p>
      <w:pPr>
        <w:jc w:val="right"/>
      </w:pPr>
      <w:r>
        <w:t>دوسرا پہلو یہ ہے کہ رب العالمین کی پلاننگ۔</w:t>
      </w:r>
    </w:p>
    <w:p>
      <w:r>
        <w:rPr>
          <w:b/>
        </w:rPr>
        <w:t xml:space="preserve">[02:35] </w:t>
      </w:r>
      <w:r>
        <w:t>Daai jo kaam karta hai, woh toh aik farz ke</w:t>
      </w:r>
    </w:p>
    <w:p>
      <w:pPr>
        <w:jc w:val="right"/>
      </w:pPr>
      <w:r>
        <w:t>داعی جو کام کرتا ہے، وہ تو ایک فرض کے</w:t>
      </w:r>
    </w:p>
    <w:p>
      <w:r>
        <w:rPr>
          <w:b/>
        </w:rPr>
        <w:t xml:space="preserve">[02:41] </w:t>
      </w:r>
      <w:r>
        <w:t>farz ki spirit se karta hai, lekin is ke kaam ki takmeel Allah ki planning ke mutabiq hoti hai.</w:t>
      </w:r>
    </w:p>
    <w:p>
      <w:pPr>
        <w:jc w:val="right"/>
      </w:pPr>
      <w:r>
        <w:t>فرض کی سپرٹ سے کرتا ہے، لیکن اس کے کام کی تکمیل اللہ کی پلاننگ کے مطابق ہوتی ہے۔</w:t>
      </w:r>
    </w:p>
    <w:p>
      <w:r>
        <w:rPr>
          <w:b/>
        </w:rPr>
        <w:t xml:space="preserve">[02:55] </w:t>
      </w:r>
      <w:r>
        <w:t>to daai ko Allah ki planning ka ilm peshgi tor par nahi hota hai. Apni spirit ka to andaza hota hai is ko ke mujhe dawat ka kaam karna hai, mujhe Quran phailana hai.</w:t>
      </w:r>
    </w:p>
    <w:p>
      <w:pPr>
        <w:jc w:val="right"/>
      </w:pPr>
      <w:r>
        <w:t>تو داعی کو اللہ کی پلاننگ کا علم پیشگی طور پر نہیں ہوتا ہے۔ اپنی سپرٹ کا تو اندازہ ہوتا ہے اس کو کہ مجھے دعوت کا کام کرنا ہے، مجھے قرآن پھیلانا ہے۔</w:t>
      </w:r>
    </w:p>
    <w:p>
      <w:r>
        <w:rPr>
          <w:b/>
        </w:rPr>
        <w:t xml:space="preserve">[03:11] </w:t>
      </w:r>
      <w:r>
        <w:t>lekin is mamle mein Allah ki planning kya hai, is ka ilm direct tor par is ko bohat kam hota hai.</w:t>
      </w:r>
    </w:p>
    <w:p>
      <w:pPr>
        <w:jc w:val="right"/>
      </w:pPr>
      <w:r>
        <w:t>لیکن اس معاملے میں اللہ کی پلاننگ کیا ہے، اس کا علم ڈائریکٹ طور پر اس کو بہت کم ہوتا ہے۔</w:t>
      </w:r>
    </w:p>
    <w:p>
      <w:r>
        <w:rPr>
          <w:b/>
        </w:rPr>
        <w:t xml:space="preserve">[03:25] </w:t>
      </w:r>
      <w:r>
        <w:t>to is muddat ko ya is jo beech mein jo ek khala hai, is ko poora poora karne ke liye sabr hota hai.</w:t>
      </w:r>
    </w:p>
    <w:p>
      <w:pPr>
        <w:jc w:val="right"/>
      </w:pPr>
      <w:r>
        <w:t>تو اس مدت کو یا اس جو بیچ میں جو ایک خلا ہے، اس کو پورا پورا کرنے کے لیے صبر ہوتا ہے۔</w:t>
      </w:r>
    </w:p>
    <w:p>
      <w:r>
        <w:rPr>
          <w:b/>
        </w:rPr>
        <w:t xml:space="preserve">[03:41] </w:t>
      </w:r>
      <w:r>
        <w:t>matlab hai ke maine ek kaam shuru kiya, mere aql ke mutabiq wo kaam das din mein ho jana chahiye. Lekin Allah ki planning ke mutabiq is ke liye das saal chahte hain.</w:t>
      </w:r>
    </w:p>
    <w:p>
      <w:pPr>
        <w:jc w:val="right"/>
      </w:pPr>
      <w:r>
        <w:t>مطلب ہے کہ میں نے ایک کام شروع کیا، میرے عقل کے مطابق وہ کام دس دن میں ہو جانا چاہیے۔ لیکن اللہ کی پلاننگ کے مطابق اس کے لیے دس سال چاہتے ہیں۔</w:t>
      </w:r>
    </w:p>
    <w:p>
      <w:r>
        <w:rPr>
          <w:b/>
        </w:rPr>
        <w:t xml:space="preserve">[04:00] </w:t>
      </w:r>
      <w:r>
        <w:t>maine ek qissa bataya hai khud apna aap ko ke maine apne ghar mein, jis mein bara sa angan tha, to ek ek darakht, das saal ka darakht tha, wo apne bagh se niklwaya,</w:t>
      </w:r>
    </w:p>
    <w:p>
      <w:pPr>
        <w:jc w:val="right"/>
      </w:pPr>
      <w:r>
        <w:t>میں نے ایک قصہ بتایا ہے خود اپنا آپ کو کہ میں نے اپنے گھر میں، جس میں بڑا سا انگن تھا، تو ایک ایک درخت، دس سال کا درخت تھا، وہ اپنے باغ سے نکلوایا،</w:t>
      </w:r>
    </w:p>
    <w:p>
      <w:r>
        <w:rPr>
          <w:b/>
        </w:rPr>
        <w:t xml:space="preserve">[04:15] </w:t>
      </w:r>
      <w:r>
        <w:t>sara din khoda gaya is ko. To maine la ke apne ghar ke angan mein laga diya.</w:t>
      </w:r>
    </w:p>
    <w:p>
      <w:pPr>
        <w:jc w:val="right"/>
      </w:pPr>
      <w:r>
        <w:t>سارا دن کھودا گیا اس کو۔ تو میں نے لا کے اپنے گھر کے انگن میں لگا دیا۔</w:t>
      </w:r>
    </w:p>
    <w:p>
      <w:r>
        <w:rPr>
          <w:b/>
        </w:rPr>
        <w:t xml:space="preserve">[04:25] </w:t>
      </w:r>
      <w:r>
        <w:t>to main samajhta tha ke maine das saal ko ek din mein poora kar liya.</w:t>
      </w:r>
    </w:p>
    <w:p>
      <w:pPr>
        <w:jc w:val="right"/>
      </w:pPr>
      <w:r>
        <w:t>تو میں سمجھتا تھا کہ میں نے دس سال کو ایک دن میں پورا کر لیا۔</w:t>
      </w:r>
    </w:p>
    <w:p>
      <w:r>
        <w:rPr>
          <w:b/>
        </w:rPr>
        <w:t xml:space="preserve">[04:32] </w:t>
      </w:r>
      <w:r>
        <w:t>jo peed banta bagh mein das saal mein, wo maine ek din mein apne kar liya. Lekin agle din sookh gaya, sookh gaya wo.</w:t>
      </w:r>
    </w:p>
    <w:p>
      <w:pPr>
        <w:jc w:val="right"/>
      </w:pPr>
      <w:r>
        <w:t>جو پیڑ بنتا باغ میں دس سال میں، وہ میں نے ایک دن میں اپنے کر لیا۔ لیکن اگلے دن سوکھ گیا، سوکھ گیا وہ۔</w:t>
      </w:r>
    </w:p>
    <w:p>
      <w:r>
        <w:rPr>
          <w:b/>
        </w:rPr>
        <w:t xml:space="preserve">[04:42] </w:t>
      </w:r>
      <w:r>
        <w:t>kyun ke Allah ki planning ke mutabiq is ko chahiye tha full growth ke liye das saal.</w:t>
      </w:r>
    </w:p>
    <w:p>
      <w:pPr>
        <w:jc w:val="right"/>
      </w:pPr>
      <w:r>
        <w:t>کیونکہ اللہ کی پلاننگ کے مطابق اس کو چاہیے تھا فل گروتھ کے لیے دس سال۔</w:t>
      </w:r>
    </w:p>
    <w:p>
      <w:r>
        <w:rPr>
          <w:b/>
        </w:rPr>
        <w:t xml:space="preserve">[04:52] </w:t>
      </w:r>
      <w:r>
        <w:t>aur maine apni samajh se chaha ke is ko main ek din mein poora kar loon, to wo das din impossible, impossible.</w:t>
      </w:r>
    </w:p>
    <w:p>
      <w:pPr>
        <w:jc w:val="right"/>
      </w:pPr>
      <w:r>
        <w:t>اور میں نے اپنی سمجھ سے چاہا کہ اس کو میں ایک دن میں پورا کر لوں، تو وہ دس دن امپاسیبل، امپاسیبل۔</w:t>
      </w:r>
    </w:p>
    <w:p>
      <w:r>
        <w:rPr>
          <w:b/>
        </w:rPr>
        <w:t xml:space="preserve">[05:02] </w:t>
      </w:r>
      <w:r>
        <w:t>ye mamla dawat ka hai,</w:t>
      </w:r>
    </w:p>
    <w:p>
      <w:pPr>
        <w:jc w:val="right"/>
      </w:pPr>
      <w:r>
        <w:t>یہ معاملہ دعوت کا ہے،</w:t>
      </w:r>
    </w:p>
    <w:p>
      <w:r>
        <w:rPr>
          <w:b/>
        </w:rPr>
        <w:t xml:space="preserve">[05:07] </w:t>
      </w:r>
      <w:r>
        <w:t>ye mamla dawat ka hai. Is ki ek misaal main deta hoon. Rasool Allah ne jab apna mission shuru kiya Makkah mein, to bar bar provocative situation samne aayi.</w:t>
      </w:r>
    </w:p>
    <w:p>
      <w:pPr>
        <w:jc w:val="right"/>
      </w:pPr>
      <w:r>
        <w:t>یہ معاملہ دعوت کا ہے۔ اس کی ایک مثال میں دیتا ہوں۔ رسول اللہ نے جب اپنا مشن شروع کیا مکہ میں، تو بار بار پرووکیٹیو سچوئیشن سامنے آئی۔</w:t>
      </w:r>
    </w:p>
    <w:p>
      <w:r>
        <w:rPr>
          <w:b/>
        </w:rPr>
        <w:t xml:space="preserve">[05:25] </w:t>
      </w:r>
      <w:r>
        <w:t>bar bar. To jo aap ke sath naye naye saathi bane the, wo play the tribal age mein, jis mein takrao hua karta tha.</w:t>
      </w:r>
    </w:p>
    <w:p>
      <w:pPr>
        <w:jc w:val="right"/>
      </w:pPr>
      <w:r>
        <w:t>بار بار۔ تو جو آپ کے ساتھ نئے نئے ساتھی بنے تھے، وہ پلے تھے ٹرائبل ایج میں، جس میں ٹکراؤ ہوا کرتا تھا۔</w:t>
      </w:r>
    </w:p>
    <w:p>
      <w:r>
        <w:rPr>
          <w:b/>
        </w:rPr>
        <w:t xml:space="preserve">[05:40] </w:t>
      </w:r>
      <w:r>
        <w:t>talwar waghera istemal hoti thi. To wo bar bar ye chahte the ke iqdam kiya jaye, iqdam koi karwai kiye ki jaye, musallah karwai.</w:t>
      </w:r>
    </w:p>
    <w:p>
      <w:pPr>
        <w:jc w:val="right"/>
      </w:pPr>
      <w:r>
        <w:t>تلوار وغیرہ استعمال ہوتی تھی۔ تو وہ بار بار یہ چاہتے تھے کہ اقدام کیا جائے، اقدام کوئی کارروائی کیے کی جائے، مسلح کارروائی۔</w:t>
      </w:r>
    </w:p>
    <w:p>
      <w:r>
        <w:rPr>
          <w:b/>
        </w:rPr>
        <w:t xml:space="preserve">[05:56] </w:t>
      </w:r>
      <w:r>
        <w:t>lekin is hamesha sabr ka aadha utarti rahin, hamesha walirabbika fasbir.</w:t>
      </w:r>
    </w:p>
    <w:p>
      <w:pPr>
        <w:jc w:val="right"/>
      </w:pPr>
      <w:r>
        <w:t>لیکن اس ہمیشہ صبر کا آدھا اترتی رہیں، ہمیشہ وَلِرَبِّكَ فَاصْبِرْ۔</w:t>
      </w:r>
    </w:p>
    <w:p>
      <w:r>
        <w:rPr>
          <w:b/>
        </w:rPr>
        <w:t xml:space="preserve">[06:08] </w:t>
      </w:r>
      <w:r>
        <w:t>bar bar utarti rahin. To kyun tha? Isi liye tha ke aap ke saathi chahte the din andar kuch ho jaye.</w:t>
      </w:r>
    </w:p>
    <w:p>
      <w:pPr>
        <w:jc w:val="right"/>
      </w:pPr>
      <w:r>
        <w:t>بار بار اترتی رہیں۔ تو کیوں تھا؟ اسی لیے تھا کہ آپ کے ساتھی چاہتے تھے دن اندر کچھ ہو جائے۔</w:t>
      </w:r>
    </w:p>
    <w:p>
      <w:r>
        <w:rPr>
          <w:b/>
        </w:rPr>
        <w:t xml:space="preserve">[06:21] </w:t>
      </w:r>
      <w:r>
        <w:t>lekin Allah ki jo planning thi, is mein is ke liye lambi muddat darkar thi. Misaal ke tor par, Allah ki planning ye thi ke Makkah mein aman ka halaat kisi tarah se qaim ho jayen,</w:t>
      </w:r>
    </w:p>
    <w:p>
      <w:pPr>
        <w:jc w:val="right"/>
      </w:pPr>
      <w:r>
        <w:t>لیکن اللہ کی جو پلاننگ تھی، اس میں اس کے لیے لمبی مدت درکار تھی۔ مثال کے طور پر، اللہ کی پلاننگ یہ تھی کہ مکہ میں امن کا حالات کسی طریقے سے قائم ہو جائیں،</w:t>
      </w:r>
    </w:p>
    <w:p>
      <w:r>
        <w:rPr>
          <w:b/>
        </w:rPr>
        <w:t xml:space="preserve">[06:40] </w:t>
      </w:r>
      <w:r>
        <w:t>koi bhi ek sacrifice de kar ke aman ki halat. Maslan aap ne Rasool Allah ka lafz mita diya, ek agreement ho raha tha aap aur Quraish ke darmiyan.</w:t>
      </w:r>
    </w:p>
    <w:p>
      <w:pPr>
        <w:jc w:val="right"/>
      </w:pPr>
      <w:r>
        <w:t>کوئی بھی ایک سیکریفائس دے کر کے امن کی حالت۔ مثلاً آپ نے رسول اللہ کا لفظ مٹا دیا، ایک ایگریمنٹ ہو رہا تھا آپ کے اور قریش کے درمیان۔</w:t>
      </w:r>
    </w:p>
    <w:p>
      <w:r>
        <w:rPr>
          <w:b/>
        </w:rPr>
        <w:t xml:space="preserve">[06:55] </w:t>
      </w:r>
      <w:r>
        <w:t>to lafz Rasool Allah mita diya aap, to sare log khilaf ho gaye ke ye nahi ho sakta. Lekin Allah ki planning ye thi ke lafz Rasool chahe mitana pade, lekin peace qaim ho jaye.</w:t>
      </w:r>
    </w:p>
    <w:p>
      <w:pPr>
        <w:jc w:val="right"/>
      </w:pPr>
      <w:r>
        <w:t>تو لفظ رسول اللہ مٹا دیا آپ، تو سارے لوگ خلاف ہو گئے کہ یہ نہیں ہو سکتا۔ لیکن اللہ کی پلاننگ یہ تھی کہ لفظ رسول چاہے مٹانا پڑے، لیکن پیس قائم ہو جائے۔</w:t>
      </w:r>
    </w:p>
    <w:p>
      <w:r>
        <w:rPr>
          <w:b/>
        </w:rPr>
        <w:t xml:space="preserve">[07:12] </w:t>
      </w:r>
      <w:r>
        <w:t>kagaz se lafz Rasool mita do, lekin peace qaim ho jaye. To kya hoga? Ke sare Arab mein hum apne wufood bhejenge, yani daawti wufood,</w:t>
      </w:r>
    </w:p>
    <w:p>
      <w:pPr>
        <w:jc w:val="right"/>
      </w:pPr>
      <w:r>
        <w:t>کاغذ سے لفظ رسول مٹا دو، لیکن پیس قائم ہو جائے۔ تو کیا ہوگا؟ کہ سارے عرب میں ہم اپنے وفود بھیجیں گے، یعنی دعوتی وفود،</w:t>
      </w:r>
    </w:p>
    <w:p>
      <w:r>
        <w:rPr>
          <w:b/>
        </w:rPr>
        <w:t xml:space="preserve">[07:28] </w:t>
      </w:r>
      <w:r>
        <w:t>aur sare Arab mein Islam ki ishaat shuru ho jayegi, peaceful andaz mein. Aur phir jo jo behtareen roohein hain, un ko hum chun sakenge.</w:t>
      </w:r>
    </w:p>
    <w:p>
      <w:pPr>
        <w:jc w:val="right"/>
      </w:pPr>
      <w:r>
        <w:t>اور سارے عرب میں اسلام کی اشاعت شروع ہو جائے گی، پیس فل انداز میں۔ اور پھر جو جو بہترین روحیں ہیں، ان کو ہم چن سکیں گے۔</w:t>
      </w:r>
    </w:p>
    <w:p>
      <w:r>
        <w:rPr>
          <w:b/>
        </w:rPr>
        <w:t xml:space="preserve">[07:47] </w:t>
      </w:r>
      <w:r>
        <w:t>ye planning thi Allah taala ki. Isi liye bawajood logon ki khwahish ke, kabhi bhi iqdam nahi kiya gaya.</w:t>
      </w:r>
    </w:p>
    <w:p>
      <w:pPr>
        <w:jc w:val="right"/>
      </w:pPr>
      <w:r>
        <w:t>یہ پلاننگ تھی اللہ تعالیٰ کی۔ اسی لیے باوجود لوگوں کی خواہش کے، کبھی بھی اقدام نہیں کیا گیا۔</w:t>
      </w:r>
    </w:p>
    <w:p>
      <w:r>
        <w:rPr>
          <w:b/>
        </w:rPr>
        <w:t xml:space="preserve">[07:57] </w:t>
      </w:r>
      <w:r>
        <w:t>bas sabr. Sabr ka matlab tha time, jo is ko kehte hain by time, by time, time lena, time lena.</w:t>
      </w:r>
    </w:p>
    <w:p>
      <w:pPr>
        <w:jc w:val="right"/>
      </w:pPr>
      <w:r>
        <w:t>بس صبر۔ صبر کا مطلب تھا ٹائم، جو اس کو کہتے ہیں بائی ٹائم، بائی ٹائم، ٹائم لینا، ٹائم لینا۔</w:t>
      </w:r>
    </w:p>
    <w:p>
      <w:r>
        <w:rPr>
          <w:b/>
        </w:rPr>
        <w:t xml:space="preserve">[08:13] </w:t>
      </w:r>
      <w:r>
        <w:t>to is ayat mein jo kaha gaya hai ke sabr karo, sabr karo, is ka mani yahi hai ke Allah ki planning ko, is mein ye jo lafz hai ke fainnaka biainina, tum hamari nigah mein ho,</w:t>
      </w:r>
    </w:p>
    <w:p>
      <w:pPr>
        <w:jc w:val="right"/>
      </w:pPr>
      <w:r>
        <w:t>تو اس آیت میں جو کہا گیا ہے کہ صبر کرو، صبر کرو، اس کا معنی یہی ہے کہ اللہ کی پلاننگ کو، اس میں یہ جو لفظ ہے کہ فَإِنَّكَ بِعَينِنَا، تم ہماری نگاہ میں ہو،</w:t>
      </w:r>
    </w:p>
    <w:p>
      <w:r>
        <w:rPr>
          <w:b/>
        </w:rPr>
        <w:t xml:space="preserve">[08:32] </w:t>
      </w:r>
      <w:r>
        <w:t>tum hamari nigaah mein ho. matlab hamari planning ke tehat yeh tumhara chal raha hai. ek process hai, usko poora hona hai,</w:t>
      </w:r>
    </w:p>
    <w:p>
      <w:pPr>
        <w:jc w:val="right"/>
      </w:pPr>
      <w:r>
        <w:t>تم ہماری نگاہ میں ہو۔ مطلب ہماری پلاننگ کے تحت یہ تمہارا چل رہا ہے۔ ایک پراسیس ہے، اس کو پورا ہونا ہے،</w:t>
      </w:r>
    </w:p>
    <w:p>
      <w:r>
        <w:rPr>
          <w:b/>
        </w:rPr>
        <w:t xml:space="preserve">[08:46] </w:t>
      </w:r>
      <w:r>
        <w:t>yaani hamari planning ke tehat ek process chal raha hai. is process ko poora hone do, tab ja kar ke result saamne aayega.</w:t>
      </w:r>
    </w:p>
    <w:p>
      <w:pPr>
        <w:jc w:val="right"/>
      </w:pPr>
      <w:r>
        <w:t>یعنی ہماری پلاننگ کے تحت ایک پراسیس چل رہا ہے۔ اس پراسیس کو پورا ہونے دو، تب جا کر کے رزلٹ سامنے آئے گا۔</w:t>
      </w:r>
    </w:p>
    <w:p>
      <w:r>
        <w:rPr>
          <w:b/>
        </w:rPr>
        <w:t xml:space="preserve">[09:06] </w:t>
      </w:r>
      <w:r>
        <w:t>phir se tarjuma padhiye is ka.</w:t>
      </w:r>
    </w:p>
    <w:p>
      <w:pPr>
        <w:jc w:val="right"/>
      </w:pPr>
      <w:r>
        <w:t>پھر سے ترجمہ پڑھیے اس کا۔</w:t>
      </w:r>
    </w:p>
    <w:p>
      <w:r>
        <w:rPr>
          <w:b/>
        </w:rPr>
        <w:t xml:space="preserve">[09:10] </w:t>
      </w:r>
      <w:r>
        <w:t>aur tum sabr ke saath apne rab ke faisle ka intezaar karo, beshak tum hamari nigaah mein ho. rab ke faisle ka intezaar karwane ka kya hai?</w:t>
      </w:r>
    </w:p>
    <w:p>
      <w:pPr>
        <w:jc w:val="right"/>
      </w:pPr>
      <w:r>
        <w:t>اور تم صبر کے ساتھ اپنے رب کے فیصلے کا انتظار کرو، بے شک تم ہماری نگاہ میں ہو۔ رب کے فیصلے کا انتظار کروانے کا کیا ہے؟</w:t>
      </w:r>
    </w:p>
    <w:p>
      <w:r>
        <w:rPr>
          <w:b/>
        </w:rPr>
        <w:t xml:space="preserve">[09:23] </w:t>
      </w:r>
      <w:r>
        <w:t>rab ke faisle ka intezaar karo karwane ka kya hai? yaani rab ki planning ko culmination tak pahunchne ka intezaar karo.</w:t>
      </w:r>
    </w:p>
    <w:p>
      <w:pPr>
        <w:jc w:val="right"/>
      </w:pPr>
      <w:r>
        <w:t>رب کے فیصلے کا انتظار کرو کروانے کا کیا ہے؟ یعنی رب کی پلاننگ کو کلمیشن تک پہنچنے کا انتظار کرو۔</w:t>
      </w:r>
    </w:p>
    <w:p>
      <w:r>
        <w:rPr>
          <w:b/>
        </w:rPr>
        <w:t xml:space="preserve">[09:35] </w:t>
      </w:r>
      <w:r>
        <w:t>rab ul alameen ki jo planning hai, us ke mutabiq ek ek process chal raha hai. process, is process ko culmination tak pahunchne ka intezaar karo.</w:t>
      </w:r>
    </w:p>
    <w:p>
      <w:pPr>
        <w:jc w:val="right"/>
      </w:pPr>
      <w:r>
        <w:t>رب العالمین کی جو پلاننگ ہے، اس کے مطابق ایک ایک پراسیس چل رہا ہے۔ پراسیس، اس پراسیس کو کلمیشن تک پہنچنے کا انتظار کرو۔</w:t>
      </w:r>
    </w:p>
    <w:p>
      <w:r>
        <w:rPr>
          <w:b/>
        </w:rPr>
        <w:t xml:space="preserve">[09:47] </w:t>
      </w:r>
      <w:r>
        <w:t>yeh hai model. is tarah se log kehte hain na, uswa ho, uswa ho, yahi sab uswa hai. yeh nahi ke daane haasil se miswak daana se karo aur daadhi badhao, moochh katao.</w:t>
      </w:r>
    </w:p>
    <w:p>
      <w:pPr>
        <w:jc w:val="right"/>
      </w:pPr>
      <w:r>
        <w:t>یہ ہے ماڈل۔ اس طرح سے لوگ کہتے ہیں نا، اسوہ ہو، اسوہ ہو، یہی سب اسوہ ہے۔ یہ نہیں کہ دانے حاصل سے مسواک دانہ سے کرو اور داڑھی بڑھاؤ، موش کٹاؤ۔</w:t>
      </w:r>
    </w:p>
    <w:p>
      <w:r>
        <w:rPr>
          <w:b/>
        </w:rPr>
        <w:t xml:space="preserve">[10:09] </w:t>
      </w:r>
      <w:r>
        <w:t>yeh sab uswa nahi hai. yeh sab to arab culture hai. Shah Allah saamne likhta hai ke Rasool Allah ki jin cheezon ko hum sunnat karte hain, us mein bohat si aisi hain jo aaj arab se tan ka taalluq hai,</w:t>
      </w:r>
    </w:p>
    <w:p>
      <w:pPr>
        <w:jc w:val="right"/>
      </w:pPr>
      <w:r>
        <w:t>یہ سب اسوہ نہیں ہے۔ یہ سب تو عرب کلچر ہے۔ شاہ اللہ سامنے لکھتا ہے کہ رسول اللہ کی جن چیزوں کو ہم سنت کرتے ہیں، اس میں بہت سی ایسی ہیں جو آج عرب سے تن کا تعلق ہے،</w:t>
      </w:r>
    </w:p>
    <w:p>
      <w:r>
        <w:rPr>
          <w:b/>
        </w:rPr>
        <w:t xml:space="preserve">[10:27] </w:t>
      </w:r>
      <w:r>
        <w:t>yaani arab culture se taalluq hai. to Rasool Allah ki jo sunnatein hain, woh bohat badi aur bohat gehri hikmatein hain, hikmatein.</w:t>
      </w:r>
    </w:p>
    <w:p>
      <w:pPr>
        <w:jc w:val="right"/>
      </w:pPr>
      <w:r>
        <w:t>یعنی عرب کلچر سے تعلق ہے۔ تو رسول اللہ کی جو سنتیں ہیں، وہ بہت بڑی اور بہت گہری حکمتیں ہیں، حکمتیں۔</w:t>
      </w:r>
    </w:p>
    <w:p>
      <w:r>
        <w:rPr>
          <w:b/>
        </w:rPr>
        <w:t xml:space="preserve">[10:41] </w:t>
      </w:r>
      <w:r>
        <w:t>to in mein se ek yeh hai ke Rasool Allah ko baar baar kaha gaya, sabr karo, sabr karo, sabr karo. aap ko mission bataya gaya, dawat ka mission, inzaar ka mission, yeh bataya gaya awwal din se.</w:t>
      </w:r>
    </w:p>
    <w:p>
      <w:pPr>
        <w:jc w:val="right"/>
      </w:pPr>
      <w:r>
        <w:t>تو ان میں سے ایک یہ ہے کہ رسول اللہ کو بار بار کہا گیا، صبر کرو، صبر کرو، صبر کرو۔ آپ کو مشن بتایا گیا، دعوت کا مشن، انظار کا مشن، یہ بتایا گیا اول دن سے۔</w:t>
      </w:r>
    </w:p>
    <w:p>
      <w:r>
        <w:rPr>
          <w:b/>
        </w:rPr>
        <w:t xml:space="preserve">[10:59] </w:t>
      </w:r>
      <w:r>
        <w:t>qum fanzir, phir kaha gaya ke sabr karo, sabr karo. is ka maani kya the? ke Allah ki jo planning hai, us planning ke saath jo process chal raha hai, process, us process ko culmination tak pahunchne do.</w:t>
      </w:r>
    </w:p>
    <w:p>
      <w:pPr>
        <w:jc w:val="right"/>
      </w:pPr>
      <w:r>
        <w:t>قم فانظر، پھر کہا گیا کہ صبر کرو، صبر کرو۔ اس کا معنی کیا تھے؟ کہ اللہ کی جو پلاننگ ہے، اس پلاننگ کے ساتھ جو پراسیس چل رہا ہے، پراسیس، اس پراسیس کو کلمیشن تک پہنچنے دو۔</w:t>
      </w:r>
    </w:p>
    <w:p>
      <w:r>
        <w:rPr>
          <w:b/>
        </w:rPr>
        <w:t xml:space="preserve">[11:20] </w:t>
      </w:r>
      <w:r>
        <w:t>yeh nahi, Allah ka mission hai ke lad jao, lad ke mar jao, mar kar ke shuhada ki list ban jaye.</w:t>
      </w:r>
    </w:p>
    <w:p>
      <w:pPr>
        <w:jc w:val="right"/>
      </w:pPr>
      <w:r>
        <w:t>یہ نہیں، اللہ کا مشن ہے کہ لڑ جاؤ، لڑ کے مر جاؤ، مر کر کے شہداء کی لسٹ بن جائے۔</w:t>
      </w:r>
    </w:p>
    <w:p>
      <w:r>
        <w:rPr>
          <w:b/>
        </w:rPr>
        <w:t xml:space="preserve">[11:29] </w:t>
      </w:r>
      <w:r>
        <w:t>yeh Allah ka ki planning nahi hai. Allah ki planning yeh nahi hai ke makkah mein</w:t>
      </w:r>
    </w:p>
    <w:p>
      <w:pPr>
        <w:jc w:val="right"/>
      </w:pPr>
      <w:r>
        <w:t>یہ اللہ کا کی پلاننگ نہیں ہے۔ اللہ کی پلاننگ یہ نہیں ہے کہ مکہ میں</w:t>
      </w:r>
    </w:p>
    <w:p>
      <w:r>
        <w:rPr>
          <w:b/>
        </w:rPr>
        <w:t xml:space="preserve">[11:40] </w:t>
      </w:r>
      <w:r>
        <w:t>ladai shuru kar do, ladai, ladai, ladai, aur bohat se log is mein shaheed ho jayen. aur phir tumhare paas ek lambi fehrist shuhada ki ban jayegi.</w:t>
      </w:r>
    </w:p>
    <w:p>
      <w:pPr>
        <w:jc w:val="right"/>
      </w:pPr>
      <w:r>
        <w:t>لڑائی شروع کر دو، لڑائی، لڑائی، لڑائی، اور بہت سے لوگ اس میں شہید ہو جائیں۔ اور پھر تمہارے پاس ایک لمبی فہرست شہداء کی بن جائے گی۔</w:t>
      </w:r>
    </w:p>
    <w:p>
      <w:r>
        <w:rPr>
          <w:b/>
        </w:rPr>
        <w:t xml:space="preserve">[11:49] </w:t>
      </w:r>
      <w:r>
        <w:t>yeh Allah taala ki planning nahi thi, balke logon ko train karna, logon ko zyada, logon ke andar zyada awareness lana,</w:t>
      </w:r>
    </w:p>
    <w:p>
      <w:pPr>
        <w:jc w:val="right"/>
      </w:pPr>
      <w:r>
        <w:t>یہ اللہ تعالیٰ کی پلاننگ نہیں تھی، بلکہ لوگوں کو ٹرین کرنا، لوگوں کو زیادہ، لوگوں کے اندر زیادہ اویرنس لانا،</w:t>
      </w:r>
    </w:p>
    <w:p>
      <w:r>
        <w:rPr>
          <w:b/>
        </w:rPr>
        <w:t xml:space="preserve">[12:06] </w:t>
      </w:r>
      <w:r>
        <w:t>taake Allah ki planning ke mutabiq jo process chal raha hai, society ko badalne ka, afraad ko badalne ka, woh apni culmination tak pahunche, apni takmeel tak.</w:t>
      </w:r>
    </w:p>
    <w:p>
      <w:pPr>
        <w:jc w:val="right"/>
      </w:pPr>
      <w:r>
        <w:t>تاکہ اللہ کی پلاننگ کے مطابق جو پراسیس چل رہا ہے، سوسائٹی کو بدلنے کا، افراد کو بدلنے کا، وہ اپنی کلمیشن تک پہنچے، اپنی تکمیل تک۔</w:t>
      </w:r>
    </w:p>
    <w:p>
      <w:r>
        <w:rPr>
          <w:b/>
        </w:rPr>
        <w:t xml:space="preserve">[12:21] </w:t>
      </w:r>
      <w:r>
        <w:t>tab ja kar ke poora arab Islamize hua, tab ja kar ke makkah Islamize hua, madinah Islamize hua, poora mulk Islamize hua, aur sari duniya mein Islam phail raha hai.</w:t>
      </w:r>
    </w:p>
    <w:p>
      <w:pPr>
        <w:jc w:val="right"/>
      </w:pPr>
      <w:r>
        <w:t>تب جا کر کے پورا عرب اسلامائز ہوا، تب جا کر کے مکہ اسلامائز ہوا، مدینہ اسلامائز ہوا، پورا ملک اسلامائز ہوا، اور ساری دنیا میں اسلام پھیل رہا ہے۔</w:t>
      </w:r>
    </w:p>
    <w:p>
      <w:r>
        <w:rPr>
          <w:b/>
        </w:rPr>
        <w:t xml:space="preserve">[12:35] </w:t>
      </w:r>
      <w:r>
        <w:t>woh is planning ko follow karne ki wajah se hua. yeh nahi ke lad ke mar jao, lad ke mar jao.</w:t>
      </w:r>
    </w:p>
    <w:p>
      <w:pPr>
        <w:jc w:val="right"/>
      </w:pPr>
      <w:r>
        <w:t>وہ اس پلاننگ کو فالو کرنے کی وجہ سے ہوا۔ یہ نہیں کہ لڑ کے مر جاؤ، لڑ کے مر جاؤ۔</w:t>
      </w:r>
    </w:p>
    <w:p>
      <w:r>
        <w:rPr>
          <w:b/>
        </w:rPr>
        <w:t xml:space="preserve">[12:47] </w:t>
      </w:r>
      <w:r>
        <w:t>to yeh bohat bada nuqta hai Islam ke mission ka, Islam ki dawat ka, yeh dawat hai Allah ka, us ko humein jaanna chahiye.</w:t>
      </w:r>
    </w:p>
    <w:p>
      <w:pPr>
        <w:jc w:val="right"/>
      </w:pPr>
      <w:r>
        <w:t>تو یہ بہت بڑا نقطہ ہے اسلام کے مشن کا، اسلام کی دعوت کا، یہ دعوت ہے اللہ کا، اس کو ہمیں جاننا چاہیے۔</w:t>
      </w:r>
    </w:p>
    <w:p>
      <w:r>
        <w:rPr>
          <w:b/>
        </w:rPr>
        <w:t xml:space="preserve">[13:03] </w:t>
      </w:r>
      <w:r>
        <w:t>na janne ki wajah se kya hua? maujooda zamane mein baar baar musalmanon ne yeh galati ki hai. baar baar.</w:t>
      </w:r>
    </w:p>
    <w:p>
      <w:pPr>
        <w:jc w:val="right"/>
      </w:pPr>
      <w:r>
        <w:t>نہ جاننے کی وجہ سے کیا ہوا؟ موجودہ زمانے میں بار بار مسلمانوں نے یہ غلطی کی ہے۔ بار بار۔</w:t>
      </w:r>
    </w:p>
    <w:p>
      <w:r>
        <w:rPr>
          <w:b/>
        </w:rPr>
        <w:t xml:space="preserve">[13:14] </w:t>
      </w:r>
      <w:r>
        <w:t>misal ke taur par dekhiye, abhi bhi kar rahe hain. ab dekhiye, misr mein logon ne mission shuru kiya, Islami mission.</w:t>
      </w:r>
    </w:p>
    <w:p>
      <w:pPr>
        <w:jc w:val="right"/>
      </w:pPr>
      <w:r>
        <w:t>مثلاً دیکھیے، ابھی بھی کر رہے ہیں۔ اب دیکھیے، مصر میں لوگوں نے مشن شروع کیا، اسلامی مشن۔</w:t>
      </w:r>
    </w:p>
    <w:p>
      <w:r>
        <w:rPr>
          <w:b/>
        </w:rPr>
        <w:t xml:space="preserve">[13:28] </w:t>
      </w:r>
      <w:r>
        <w:t>to tareekh kya bani? ladai, ladai ki tareekh, jail jaane ki tareekh, shuhada ki tareekh.</w:t>
      </w:r>
    </w:p>
    <w:p>
      <w:pPr>
        <w:jc w:val="right"/>
      </w:pPr>
      <w:r>
        <w:t>تو تاریخ کیا بنی؟ لڑائی، لڑائی کی تاریخ، جیل جانے کی تاریخ، شہداء کی تاریخ۔</w:t>
      </w:r>
    </w:p>
    <w:p>
      <w:r>
        <w:rPr>
          <w:b/>
        </w:rPr>
        <w:t xml:space="preserve">[13:42] </w:t>
      </w:r>
      <w:r>
        <w:t>kaam success ki koi tareekh nahi bani. poore misr ke itne lambe,</w:t>
      </w:r>
    </w:p>
    <w:p>
      <w:pPr>
        <w:jc w:val="right"/>
      </w:pPr>
      <w:r>
        <w:t>کام سکسیس کی کوئی تاریخ نہیں بنی۔ پورے مصر کے اتنے لمبے،</w:t>
      </w:r>
    </w:p>
    <w:p>
      <w:r>
        <w:rPr>
          <w:b/>
        </w:rPr>
        <w:t xml:space="preserve">[13:51] </w:t>
      </w:r>
      <w:r>
        <w:t>yaani amal ke baad bhi. kyun ke logon ne yeh yeh janne ki koshish nahi ki ke Allah ki planning kya hai.</w:t>
      </w:r>
    </w:p>
    <w:p>
      <w:pPr>
        <w:jc w:val="right"/>
      </w:pPr>
      <w:r>
        <w:t>یعنی عمل کے بعد بھی۔ کیوں کہ لوگوں نے یہ یہ جاننے کی کوشش نہیں کی کہ اللہ کی پلاننگ کیا ہے۔</w:t>
      </w:r>
    </w:p>
    <w:p>
      <w:r>
        <w:rPr>
          <w:b/>
        </w:rPr>
        <w:t xml:space="preserve">[14:02] </w:t>
      </w:r>
      <w:r>
        <w:t>Allah ki planning yeh thi wahan par misr mein ke jab Shah Farooq ko hataya gaya aur ikhwaniyon ki madad se fauji inqilab wahan aaya to Allah ki planning kya thi?</w:t>
      </w:r>
    </w:p>
    <w:p>
      <w:pPr>
        <w:jc w:val="right"/>
      </w:pPr>
      <w:r>
        <w:t>اللہ کی پلاننگ یہ تھی وہاں پر مصر میں کہ جب شاہ فاروق کو ہٹایا گیا اور اخوانیوں کی مدد سے فوجی انقلاب وہاں آیا تو اللہ کی پلاننگ کیا تھی؟</w:t>
      </w:r>
    </w:p>
    <w:p>
      <w:r>
        <w:rPr>
          <w:b/>
        </w:rPr>
        <w:t xml:space="preserve">[14:16] </w:t>
      </w:r>
      <w:r>
        <w:t>is ke sign zahir hue. is ke sign S I G N. woh yeh ke jo wahan ka ruler, fauji hukmaran jo tha,</w:t>
      </w:r>
    </w:p>
    <w:p>
      <w:pPr>
        <w:jc w:val="right"/>
      </w:pPr>
      <w:r>
        <w:t>اس کے سائن ظاہر ہوئے۔ اس کے سائن ایس آئی جی این۔ وہ یہ کہ جو وہاں کا رولر، فوجی حکمران جو تھا،</w:t>
      </w:r>
    </w:p>
    <w:p>
      <w:r>
        <w:rPr>
          <w:b/>
        </w:rPr>
        <w:t xml:space="preserve">[14:30] </w:t>
      </w:r>
      <w:r>
        <w:t>Jamal Abdul Nasser, is ne peshkash ki wahan ke islami pasand anasir ko ke hum Misr mein education ministry aap ko de dete hain.</w:t>
      </w:r>
    </w:p>
    <w:p>
      <w:pPr>
        <w:jc w:val="right"/>
      </w:pPr>
      <w:r>
        <w:t>جمال عبدالناصر، اس نے پیشکش کی وہاں کے اسلام پسند عناصر کو کہ ہم مصر میں ایجوکیشن منسٹری آپ کو دے دیتے ہیں۔</w:t>
      </w:r>
    </w:p>
    <w:p>
      <w:r>
        <w:rPr>
          <w:b/>
        </w:rPr>
        <w:t xml:space="preserve">[14:46] </w:t>
      </w:r>
      <w:r>
        <w:t>Misr ki education ministry khoob logon ko train kijiye. to yeh Allah taala ki planning ke tehat tha, yani beginning from,</w:t>
      </w:r>
    </w:p>
    <w:p>
      <w:pPr>
        <w:jc w:val="right"/>
      </w:pPr>
      <w:r>
        <w:t>مصر کی ایجوکیشن منسٹری خوب لوگوں کو ٹرین کیجئے۔ تو یہ اللہ تعالیٰ کی پلاننگ کے تحت تھا، یعنی بگننگ فرام،</w:t>
      </w:r>
    </w:p>
    <w:p>
      <w:r>
        <w:rPr>
          <w:b/>
        </w:rPr>
        <w:t xml:space="preserve">[15:02] </w:t>
      </w:r>
      <w:r>
        <w:t>yani educate karne se beginning. pehle Misriyon ko educate karo dawat ke liye, Allah ke se mohabbat ke liye, Allah ke se khauf ke liye, aakhirat ke liye, jannat dozakh ke liye.</w:t>
      </w:r>
    </w:p>
    <w:p>
      <w:pPr>
        <w:jc w:val="right"/>
      </w:pPr>
      <w:r>
        <w:t>یعنی ایجوکیٹ کرنے سے بگننگ۔ پہلے مصریوں کو ایجوکیٹ کرو دعوت کے لیے، اللہ کے سے محبت کے لیے، اللہ کے سے خوف کے لیے، آخرت کے لیے، جنت دوزخ کے لیے۔</w:t>
      </w:r>
    </w:p>
    <w:p>
      <w:r>
        <w:rPr>
          <w:b/>
        </w:rPr>
        <w:t xml:space="preserve">[15:18] </w:t>
      </w:r>
      <w:r>
        <w:t>un ko train karo. jab ek group ban jayega to koi rok, kisi to ek sailab hoga. kisi rokne se ruka kar nahi hoga.</w:t>
      </w:r>
    </w:p>
    <w:p>
      <w:pPr>
        <w:jc w:val="right"/>
      </w:pPr>
      <w:r>
        <w:t>ان کو ٹرین کرو۔ جب ایک گروپ بن جائے گا تو کوئی روک، کسی تو ایک سیلاب ہوگا۔ کسی روکنے سے رکا کر نہیں ہوگا۔</w:t>
      </w:r>
    </w:p>
    <w:p>
      <w:r>
        <w:rPr>
          <w:b/>
        </w:rPr>
        <w:t xml:space="preserve">[15:29] </w:t>
      </w:r>
      <w:r>
        <w:t>koi General Najeeb, koi General Nasser, koi General Sadat is ko rok nahi sakta. jaisa ke Rasool Allah ke zamane mein hua.</w:t>
      </w:r>
    </w:p>
    <w:p>
      <w:pPr>
        <w:jc w:val="right"/>
      </w:pPr>
      <w:r>
        <w:t>کوئی جنرل نجیب، کوئی جنرل ناصر، کوئی جنرل سادات اس کو روک نہیں سکتا۔ جیسا کہ رسول اللہ کے زمانے میں ہوا۔</w:t>
      </w:r>
    </w:p>
    <w:p>
      <w:r>
        <w:rPr>
          <w:b/>
        </w:rPr>
        <w:t xml:space="preserve">[15:42] </w:t>
      </w:r>
      <w:r>
        <w:t>jab society tayyar ho gayi, tab Fatah Makkah hua. jab Fatah Makkah ka waqt hua, Rasool Allah ne march kiya to koi rokne wala nahi tha.</w:t>
      </w:r>
    </w:p>
    <w:p>
      <w:pPr>
        <w:jc w:val="right"/>
      </w:pPr>
      <w:r>
        <w:t>جب سوسائٹی تیار ہوگئی، تب فتح مکہ ہوا۔ جب فتح مکہ کا وقت ہوا، رسول اللہ نے مارچ کیا تو کوئی روکنے والا نہیں تھا۔</w:t>
      </w:r>
    </w:p>
    <w:p>
      <w:r>
        <w:rPr>
          <w:b/>
        </w:rPr>
        <w:t xml:space="preserve">[15:54] </w:t>
      </w:r>
      <w:r>
        <w:t>Rasool Allah ne Madine se Makkah ki taraf march kiya to us waqt Quraish ke leader ne kaha tha ke aaj Muhammad se muqabla karne ki hamein taqat nahi hai.</w:t>
      </w:r>
    </w:p>
    <w:p>
      <w:pPr>
        <w:jc w:val="right"/>
      </w:pPr>
      <w:r>
        <w:t>رسول اللہ نے مدینے سے مکہ کی طرف مارچ کیا تو اس وقت قریش کے لیڈر نے کہا تھا کہ آج محمد سے مقابلہ کرنے کی ہمیں طاقت نہیں ہے۔</w:t>
      </w:r>
    </w:p>
    <w:p>
      <w:r>
        <w:rPr>
          <w:b/>
        </w:rPr>
        <w:t xml:space="preserve">[16:07] </w:t>
      </w:r>
      <w:r>
        <w:t>to woh march jo tha Madine se Makkah ki taraf, woh itna zyada,</w:t>
      </w:r>
    </w:p>
    <w:p>
      <w:pPr>
        <w:jc w:val="right"/>
      </w:pPr>
      <w:r>
        <w:t>تو وہ مارچ جو تھا مدینہ سے مکہ کی طرف، وہ اتنا زیادہ،</w:t>
      </w:r>
    </w:p>
    <w:p>
      <w:r>
        <w:rPr>
          <w:b/>
        </w:rPr>
        <w:t xml:space="preserve">[16:15] </w:t>
      </w:r>
      <w:r>
        <w:t>yani itna zyada bada march tha ke koi is ko rok nahi sakta tha. phir yeh jo shikayatein Musalman karte hain, woh sab khatam ho jati hain.</w:t>
      </w:r>
    </w:p>
    <w:p>
      <w:pPr>
        <w:jc w:val="right"/>
      </w:pPr>
      <w:r>
        <w:t>یعنی اتنا زیادہ بڑا مارچ تھا کہ کوئی اس کو روک نہیں سکتا تھا۔ پھر یہ جو شکایتیں مسلمان کرتے ہیں، وہ سب ختم ہو جاتی ہیں۔</w:t>
      </w:r>
    </w:p>
    <w:p>
      <w:r>
        <w:rPr>
          <w:b/>
        </w:rPr>
        <w:t xml:space="preserve">[16:27] </w:t>
      </w:r>
      <w:r>
        <w:t>to yahi muamla Misr tha. agar wahan ke islami pasand anasir ko yeh maloom ho jata ke Khuda ki planning kya hai aur Nasser ke jo Nasser ki jo peshkash hai ke education ministry aap le lijiye aur Misriyon ko tayyar kijiye, woh Khudai isharay se ho rahi hai.</w:t>
      </w:r>
    </w:p>
    <w:p>
      <w:pPr>
        <w:jc w:val="right"/>
      </w:pPr>
      <w:r>
        <w:t>تو یہی معاملہ مصر تھا۔ اگر وہاں کے اسلام پسند عناصر کو یہ معلوم ہو جاتا کہ خدا کی پلاننگ کیا ہے اور ناصر کے جو ناصر کی جو پیشکش ہے کہ ایجوکیشن منسٹری آپ لے لیجئے اور مصریوں کو تیار کیجئے، وہ خدائی اشارے سے ہو رہی ہے۔</w:t>
      </w:r>
    </w:p>
    <w:p>
      <w:r>
        <w:rPr>
          <w:b/>
        </w:rPr>
        <w:t xml:space="preserve">[16:50] </w:t>
      </w:r>
      <w:r>
        <w:t>Khuda ne un ke dil mein dala hai. Khuda ne un ke dil mein dala hai ke ke tum education ministry un ko de do.</w:t>
      </w:r>
    </w:p>
    <w:p>
      <w:pPr>
        <w:jc w:val="right"/>
      </w:pPr>
      <w:r>
        <w:t>خدا نے ان کے دل میں ڈالا ہے۔ خدا نے ان کے دل میں ڈالا ہے کہ کہ تم ایجوکیشن منسٹری ان کو دے دو۔</w:t>
      </w:r>
    </w:p>
    <w:p>
      <w:r>
        <w:rPr>
          <w:b/>
        </w:rPr>
        <w:t xml:space="preserve">[17:02] </w:t>
      </w:r>
      <w:r>
        <w:t>ab is ko agar qabool kar lete, woh yeh Misr ki education ministry ko agar qabool kar lete, woh to aap ghor kijiye kitna bada is ka impact hota.</w:t>
      </w:r>
    </w:p>
    <w:p>
      <w:pPr>
        <w:jc w:val="right"/>
      </w:pPr>
      <w:r>
        <w:t>اب اس کو اگر قبول کر لیتے، وہ یہ مصر کی ایجوکیشن منسٹری کو اگر قبول کر لیتے، وہ تو آپ غور کیجئے کتنا بڑا اس کا امپیکٹ ہوتا۔</w:t>
      </w:r>
    </w:p>
    <w:p>
      <w:r>
        <w:rPr>
          <w:b/>
        </w:rPr>
        <w:t xml:space="preserve">[17:18] </w:t>
      </w:r>
      <w:r>
        <w:t>dheere dheere dheere dheere ek sailab aata wahan par ilm ka, taleem ka, aur ek ulghar hota is ka.</w:t>
      </w:r>
    </w:p>
    <w:p>
      <w:pPr>
        <w:jc w:val="right"/>
      </w:pPr>
      <w:r>
        <w:t>دھیرے دھیرے دھیرے دھیرے ایک سیلاب آتا وہاں پر علم کا، تعلیم کا، اور ایک الغار ہوتا اس کا۔</w:t>
      </w:r>
    </w:p>
    <w:p>
      <w:r>
        <w:rPr>
          <w:b/>
        </w:rPr>
        <w:t xml:space="preserve">[17:28] </w:t>
      </w:r>
      <w:r>
        <w:t>koi kisi ko rokne se rukta nahi. kisi na Nasser rok sakte the, na koi rok sakta tha.</w:t>
      </w:r>
    </w:p>
    <w:p>
      <w:pPr>
        <w:jc w:val="right"/>
      </w:pPr>
      <w:r>
        <w:t>کوئی کسی کو روکنے سے رکتا نہیں۔ کسی نہ ناصر روک سکتے تھے، نہ کوئی روک سکتا تھا۔</w:t>
      </w:r>
    </w:p>
    <w:p>
      <w:r>
        <w:rPr>
          <w:b/>
        </w:rPr>
        <w:t xml:space="preserve">[17:38] </w:t>
      </w:r>
      <w:r>
        <w:t>to yeh jo shikayati culture zuban mein aaya hai, woh to khatam ho jata. woh wajood hi bhi na aata. shikayati culture aise hi dekhiye Pakistan mein hua.</w:t>
      </w:r>
    </w:p>
    <w:p>
      <w:pPr>
        <w:jc w:val="right"/>
      </w:pPr>
      <w:r>
        <w:t>تو یہ جو شکایتی کلچر زبان میں آیا ہے، وہ تو ختم ہو جاتا۔ وہ وجود ہی بھی نہ آتا۔ شکایتی کلچر ایسے ہی دیکھیے پاکستان میں ہوا۔</w:t>
      </w:r>
    </w:p>
    <w:p>
      <w:r>
        <w:rPr>
          <w:b/>
        </w:rPr>
        <w:t xml:space="preserve">[17:50] </w:t>
      </w:r>
      <w:r>
        <w:t>Pakistan mein badi dhoom dhoom se tehreek chalai gayi President Ayub ke khilaf. President Ayub ka iqtadar khatam karne ke liye to President Ayub jo the,</w:t>
      </w:r>
    </w:p>
    <w:p>
      <w:pPr>
        <w:jc w:val="right"/>
      </w:pPr>
      <w:r>
        <w:t>پاکستان میں بڑی تھوم تھام سے تحریک چلائی گئی صدر ایوب کے خلاف۔ صدر ایوب کا اقتدار ختم کرنے کے لیے تو صدر ایوب جو تھے،</w:t>
      </w:r>
    </w:p>
    <w:p>
      <w:r>
        <w:rPr>
          <w:b/>
        </w:rPr>
        <w:t xml:space="preserve">[18:07] </w:t>
      </w:r>
      <w:r>
        <w:t>General Ayub, unhon ne peshkash ki ke hum Pakistan mein ek bohat bade peymane par ek ek All Pakistan University banayenge.</w:t>
      </w:r>
    </w:p>
    <w:p>
      <w:pPr>
        <w:jc w:val="right"/>
      </w:pPr>
      <w:r>
        <w:t>جنرل ایوب، انہوں نے پیشکش کی کہ ہم پاکستان میں ایک بہت بڑے پیمانے پر ایک ایک ال پاکستان یونیورسٹی بنائیں گے۔</w:t>
      </w:r>
    </w:p>
    <w:p>
      <w:r>
        <w:rPr>
          <w:b/>
        </w:rPr>
        <w:t xml:space="preserve">[18:23] </w:t>
      </w:r>
      <w:r>
        <w:t>National University All Pra jo poore Pakistan ko cover karegi. aap is ko apne hath mein le lijiye. hamari taraf se koi discussion nahi hoga.</w:t>
      </w:r>
    </w:p>
    <w:p>
      <w:pPr>
        <w:jc w:val="right"/>
      </w:pPr>
      <w:r>
        <w:t>نیشنل یونیورسٹی ال پرا جو پورے پاکستان کو کور کرے گی۔ آپ اس کو اپنے ہاتھ میں لے لیجئے۔ ہماری طرف سے کوئی ڈسکشن نہیں ہوگا۔</w:t>
      </w:r>
    </w:p>
    <w:p>
      <w:r>
        <w:rPr>
          <w:b/>
        </w:rPr>
        <w:t xml:space="preserve">[18:34] </w:t>
      </w:r>
      <w:r>
        <w:t>aur Pakistan ki nasal ko khoob train kijiye. us waqt jab yeh peshkash hui thi, us waqt bilkul loha garam tha.</w:t>
      </w:r>
    </w:p>
    <w:p>
      <w:pPr>
        <w:jc w:val="right"/>
      </w:pPr>
      <w:r>
        <w:t>اور پاکستان کی نسل کو خوب ٹرین کیجئے۔ اس وقت جب یہ پیشکش ہوئی تھی، اس وقت بالکل لوہا گرم تھا۔</w:t>
      </w:r>
    </w:p>
    <w:p>
      <w:r>
        <w:rPr>
          <w:b/>
        </w:rPr>
        <w:t xml:space="preserve">[18:46] </w:t>
      </w:r>
      <w:r>
        <w:t>naya naya Pakistan wajood mein aaya tha. logon ka dil josh tha. naujawanon ka tabqa bohat zyada tha us waqt. to is ko train karte hain log, islami pasand log.</w:t>
      </w:r>
    </w:p>
    <w:p>
      <w:pPr>
        <w:jc w:val="right"/>
      </w:pPr>
      <w:r>
        <w:t>نیا نیا پاکستان وجود میں آیا تھا۔ لوگوں کا دل جوش تھا۔ نوجوانوں کا طبقہ بہت زیادہ تھا اس وقت۔ تو اس کو ٹرین کرتے ہیں لوگ، اسلام پسند لوگ۔</w:t>
      </w:r>
    </w:p>
    <w:p>
      <w:r>
        <w:rPr>
          <w:b/>
        </w:rPr>
        <w:t xml:space="preserve">[19:00] </w:t>
      </w:r>
      <w:r>
        <w:t>to sare Pakistan mein ek nayi generation wajood mein aayi thi. phir woh generation jab march karti, march to koi rok nahi sakta tha is ko.</w:t>
      </w:r>
    </w:p>
    <w:p>
      <w:pPr>
        <w:jc w:val="right"/>
      </w:pPr>
      <w:r>
        <w:t>تو سارے پاکستان میں ایک نئی جنریشن وجود میں آئی تھی۔ پھر وہ جنریشن جب مارچ کرتی، مارچ تو کوئی روک نہیں سکتا تھا اس کو۔</w:t>
      </w:r>
    </w:p>
    <w:p>
      <w:r>
        <w:rPr>
          <w:b/>
        </w:rPr>
        <w:t xml:space="preserve">[19:12] </w:t>
      </w:r>
      <w:r>
        <w:t>to that was divine planning. to yeh jo ayat padhi gayi hai, aap ko phir se padhiye woh ayat ko tarjuma kijiye.</w:t>
      </w:r>
    </w:p>
    <w:p>
      <w:pPr>
        <w:jc w:val="right"/>
      </w:pPr>
      <w:r>
        <w:t>تو دیٹ واز ڈیوائن پلاننگ۔ تو یہ جو آیت پڑھی گئی ہے، آپ کو پھر سے پڑھیے وہ آیت کو ترجمہ کیجئے۔</w:t>
      </w:r>
    </w:p>
    <w:p>
      <w:r>
        <w:rPr>
          <w:b/>
        </w:rPr>
        <w:t xml:space="preserve">[19:26] </w:t>
      </w:r>
      <w:r>
        <w:t>wasbir lihukmi rabbika fainnak biayunina wasabbih bihamdi rabbika hina takoom aur tum sabr ke sath apne Rabb ke faisle ka intezar karo.</w:t>
      </w:r>
    </w:p>
    <w:p>
      <w:pPr>
        <w:jc w:val="right"/>
      </w:pPr>
      <w:r>
        <w:t>واسم الحکم ربک فانک باعیننا وسبح بحمد ربک حین تقوم اور تم صبر کے ساتھ اپنے رب کے فیصلے کا انتظار کرو۔</w:t>
      </w:r>
    </w:p>
    <w:p>
      <w:r>
        <w:rPr>
          <w:b/>
        </w:rPr>
        <w:t xml:space="preserve">[19:38] </w:t>
      </w:r>
      <w:r>
        <w:t>beshak tum hamari nigah mein ho. faisle ka intezar ka matlab kya hai? Allah ke jo plan hai, Allah ka us plan ko culmination tak pahunchne ka intezar karo.</w:t>
      </w:r>
    </w:p>
    <w:p>
      <w:pPr>
        <w:jc w:val="right"/>
      </w:pPr>
      <w:r>
        <w:t>بے شک تم ہماری نگاہ میں ہو۔ فیصلے کا انتظار کا معنی کیا ہے؟ اللہ کے جو پلان ہے، اللہ کا اس پلان کو کلمیشن تک پہنچنے کا انتظار کرو۔</w:t>
      </w:r>
    </w:p>
    <w:p>
      <w:r>
        <w:rPr>
          <w:b/>
        </w:rPr>
        <w:t xml:space="preserve">[19:57] </w:t>
      </w:r>
      <w:r>
        <w:t>allah ka jo plan hai, us ko kalmation tak pohnchne ka intezar karo.</w:t>
      </w:r>
    </w:p>
    <w:p>
      <w:pPr>
        <w:jc w:val="right"/>
      </w:pPr>
      <w:r>
        <w:t>اللہ کا جو پلان ہے، اس کو کلمیشن تک پہنچنے کا انتظار کرو۔</w:t>
      </w:r>
    </w:p>
    <w:p>
      <w:r>
        <w:rPr>
          <w:b/>
        </w:rPr>
        <w:t xml:space="preserve">[20:06] </w:t>
      </w:r>
      <w:r>
        <w:t>lekin yahan par islam pasand log allah ki planning ko samajh nahi sake, bas lar gaye. koi jail ja raha hai, koi lathi kha raha hai, koi mara ja raha hai.</w:t>
      </w:r>
    </w:p>
    <w:p>
      <w:pPr>
        <w:jc w:val="right"/>
      </w:pPr>
      <w:r>
        <w:t>لیکن یہاں پر اسلام پسند لوگ اللہ کی پلاننگ کو سمجھ نہیں سکے، بس لڑ گئے۔ کوئی جیل جا رہا ہے، کوئی لاٹھی کھا رہا ہے، کوئی مارا جا رہا ہے۔</w:t>
      </w:r>
    </w:p>
    <w:p>
      <w:r>
        <w:rPr>
          <w:b/>
        </w:rPr>
        <w:t xml:space="preserve">[20:18] </w:t>
      </w:r>
      <w:r>
        <w:t>to ek tareekh bani kis cheez ki? takrao ki. kamyabi ki tareekh nahi bani.</w:t>
      </w:r>
    </w:p>
    <w:p>
      <w:pPr>
        <w:jc w:val="right"/>
      </w:pPr>
      <w:r>
        <w:t>تو ایک تاریخ بنی کس چیز کی؟ ٹکراؤ کی۔ کامیابی کی تاریخ نہیں بنی۔</w:t>
      </w:r>
    </w:p>
    <w:p>
      <w:r>
        <w:rPr>
          <w:b/>
        </w:rPr>
        <w:t xml:space="preserve">[20:27] </w:t>
      </w:r>
      <w:r>
        <w:t>kamyabi ki tareekh nahi bani. takrao ki tareekh bani. shahadat ki tareekh bani. jail jane ki tareekh bani. yeh koi tareekh nahi hai.</w:t>
      </w:r>
    </w:p>
    <w:p>
      <w:pPr>
        <w:jc w:val="right"/>
      </w:pPr>
      <w:r>
        <w:t>کامیابی کی تاریخ نہیں بنی۔ ٹکراؤ کی تاریخ بنی۔ شہادت کی تاریخ بنی۔ جیل جانے کی تاریخ بنی۔ یہ کوئی تاریخ نہیں ہے۔</w:t>
      </w:r>
    </w:p>
    <w:p>
      <w:r>
        <w:rPr>
          <w:b/>
        </w:rPr>
        <w:t xml:space="preserve">[20:37] </w:t>
      </w:r>
      <w:r>
        <w:t>jo taaj rasool allah nahi ki, nahi banai, woh tareekh bhi nahi islam ki.</w:t>
      </w:r>
    </w:p>
    <w:p>
      <w:pPr>
        <w:jc w:val="right"/>
      </w:pPr>
      <w:r>
        <w:t>جو تاج رسول اللہ نہیں کی، نہیں بنائی، وہ تاریخ بھی نہیں اسلام کی۔</w:t>
      </w:r>
    </w:p>
    <w:p>
      <w:r>
        <w:rPr>
          <w:b/>
        </w:rPr>
        <w:t xml:space="preserve">[20:49] </w:t>
      </w:r>
      <w:r>
        <w:t>yahi india mein ho raha hai. dekhiye, main is ka gawah hoon. kyunke main jab india azaad hua to main maturity ki age tak pohnch chuka tha.</w:t>
      </w:r>
    </w:p>
    <w:p>
      <w:pPr>
        <w:jc w:val="right"/>
      </w:pPr>
      <w:r>
        <w:t>یہی انڈیا میں ہو رہا ہے۔ دیکھیے، میں اس کا گواہ ہوں۔ کیونکہ میں جب انڈیا آزاد ہوا تو میں میچورٹی کی ایج تک پہنچ چکا تھا۔</w:t>
      </w:r>
    </w:p>
    <w:p>
      <w:r>
        <w:rPr>
          <w:b/>
        </w:rPr>
        <w:t xml:space="preserve">[21:05] </w:t>
      </w:r>
      <w:r>
        <w:t>to mujh ko allah taala ne yeh yeh aql di thi ke main is raaz ko samhoon. to us waqt sare hi leader one to all jante hain.</w:t>
      </w:r>
    </w:p>
    <w:p>
      <w:pPr>
        <w:jc w:val="right"/>
      </w:pPr>
      <w:r>
        <w:t>تو مجھ کو اللہ تعالیٰ نے یہ یہ عقل دی تھی کہ میں اس راز کو سمجھوں۔ تو اس وقت سارے ہی لیڈر ون ٹو آل جانتے ہیں۔</w:t>
      </w:r>
    </w:p>
    <w:p>
      <w:r>
        <w:rPr>
          <w:b/>
        </w:rPr>
        <w:t xml:space="preserve">[21:15] </w:t>
      </w:r>
      <w:r>
        <w:t>kya kehte the? reservation, reservation, reservation. ke india ke musalman pichhar gaye hain to un ko reservation diya jaye.</w:t>
      </w:r>
    </w:p>
    <w:p>
      <w:pPr>
        <w:jc w:val="right"/>
      </w:pPr>
      <w:r>
        <w:t>کیا کہتے تھے؟ ریزرویشن، ریزرویشن، ریزرویشن۔ کہ انڈیا کے مسلمان پچھڑ گئے ہیں تو ان کو ریزرویشن دیا جائے۔</w:t>
      </w:r>
    </w:p>
    <w:p>
      <w:r>
        <w:rPr>
          <w:b/>
        </w:rPr>
        <w:t xml:space="preserve">[21:26] </w:t>
      </w:r>
      <w:r>
        <w:t>kuch log yahan tak kehte the ke 30, 30 saal ka reservation ke sare vacancies jo hain musalmanon ko di jayen.</w:t>
      </w:r>
    </w:p>
    <w:p>
      <w:pPr>
        <w:jc w:val="right"/>
      </w:pPr>
      <w:r>
        <w:t>کچھ لوگ یہاں تک کہتے تھے کہ 30، 30 سال کا ریزرویشن کہ سارے ویکنسیز جو ہیں مسلمانوں کو دی جائیں۔</w:t>
      </w:r>
    </w:p>
    <w:p>
      <w:r>
        <w:rPr>
          <w:b/>
        </w:rPr>
        <w:t xml:space="preserve">[21:35] </w:t>
      </w:r>
      <w:r>
        <w:t>yahan tak ke musalman aur hindu barabar ho jayen. tab reservation khatam kiya jaye. to is qism ki baatein bilkul koi is ka koi wisdom nahi.</w:t>
      </w:r>
    </w:p>
    <w:p>
      <w:pPr>
        <w:jc w:val="right"/>
      </w:pPr>
      <w:r>
        <w:t>یہاں تک کہ مسلمان اور ہندو برابر ہو جائیں۔ تب ریزرویشن ختم کیا جائے۔ تو اس قسم کی باتیں بالکل کوئی اس کا کوئی وزڈم نہیں۔</w:t>
      </w:r>
    </w:p>
    <w:p>
      <w:r>
        <w:rPr>
          <w:b/>
        </w:rPr>
        <w:t xml:space="preserve">[21:46] </w:t>
      </w:r>
      <w:r>
        <w:t>koi is qabil nahi ke is ko mana jaye. to main is zamane mein musalmanon ke jalse mein ja ke bolta tha ke reservation ke ke jawan ko chhoro.</w:t>
      </w:r>
    </w:p>
    <w:p>
      <w:pPr>
        <w:jc w:val="right"/>
      </w:pPr>
      <w:r>
        <w:t>کوئی اس قابل نہیں کہ اس کو مانا جائے۔ تو میں اس زمانے میں مسلمانوں کے جلسے میں جا کے بولتا تھا کہ ریزرویشن کے کے جوان کو چھوڑو۔</w:t>
      </w:r>
    </w:p>
    <w:p>
      <w:r>
        <w:rPr>
          <w:b/>
        </w:rPr>
        <w:t xml:space="preserve">[21:59] </w:t>
      </w:r>
      <w:r>
        <w:t>woh pakro method jo america mein hai.</w:t>
      </w:r>
    </w:p>
    <w:p>
      <w:pPr>
        <w:jc w:val="right"/>
      </w:pPr>
      <w:r>
        <w:t>وہ پکڑو میتھڈ جو امریکہ میں ہے۔</w:t>
      </w:r>
    </w:p>
    <w:p>
      <w:r>
        <w:rPr>
          <w:b/>
        </w:rPr>
        <w:t xml:space="preserve">[22:06] </w:t>
      </w:r>
      <w:r>
        <w:t>computer parish. competition mein aao, competition mein aao, competition mein aao. chhoro is nare reservation ke.</w:t>
      </w:r>
    </w:p>
    <w:p>
      <w:pPr>
        <w:jc w:val="right"/>
      </w:pPr>
      <w:r>
        <w:t>کمپیوٹر پیرش۔ کمپیٹیشن میں آؤ، کمپیٹیشن میں آؤ، کمپیٹیشن میں آؤ۔ چھوڑو اس نعرے ریزرویشن کے۔</w:t>
      </w:r>
    </w:p>
    <w:p>
      <w:r>
        <w:rPr>
          <w:b/>
        </w:rPr>
        <w:t xml:space="preserve">[22:16] </w:t>
      </w:r>
      <w:r>
        <w:t>to log mujh ko aise dekhte the, leader log ke kya boli bol rahe hain. baghair reservation ke hum kuch jayen, kuch nahi kar sakte.</w:t>
      </w:r>
    </w:p>
    <w:p>
      <w:pPr>
        <w:jc w:val="right"/>
      </w:pPr>
      <w:r>
        <w:t>تو لوگ مجھ کو ایسے دیکھتے تھے، لیڈر لوگ کہ کیا بولی بول رہے ہیں۔ بغیر ریزرویشن کے ہم کچھ جائیں، کچھ نہیں کر سکتے۔</w:t>
      </w:r>
    </w:p>
    <w:p>
      <w:r>
        <w:rPr>
          <w:b/>
        </w:rPr>
        <w:t xml:space="preserve">[22:30] </w:t>
      </w:r>
      <w:r>
        <w:t>to yeh yeh law of nature ke khilaf tha. agar us waqt logon ne musalmanon ne samjha hoga, unhon ne 1947 mein ke asal rasta yeh hai ke musalmanon ko, muslim naujawanon ko bhara jaye schoolon mein, collegeon mein.</w:t>
      </w:r>
    </w:p>
    <w:p>
      <w:pPr>
        <w:jc w:val="right"/>
      </w:pPr>
      <w:r>
        <w:t>تو یہ یہ لاء آف نیچر کے خلاف تھا۔ اگر اس وقت لوگوں نے مسلمانوں نے سمجھا ہوگا، انہوں نے 1947 میں کہ اصل راستہ یہ ہے کہ مسلمانوں کو، مسلم نوجوانوں کو بھرا جائے اسکولوں میں، کالجوں میں۔</w:t>
      </w:r>
    </w:p>
    <w:p>
      <w:r>
        <w:rPr>
          <w:b/>
        </w:rPr>
        <w:t xml:space="preserve">[22:47] </w:t>
      </w:r>
      <w:r>
        <w:t>chahe woh yeh hindu school ho, kisi ko christian school ho, government school ho, bharo. aur un ko kaho ke top karo.</w:t>
      </w:r>
    </w:p>
    <w:p>
      <w:pPr>
        <w:jc w:val="right"/>
      </w:pPr>
      <w:r>
        <w:t>چاہے وہ یہ ہندو اسکول ہو، کسی کو کرسچن اسکول ہو، گورنمنٹ اسکول ہو، بھرو۔ اور ان کو کہو کہ ٹاپ کرو۔</w:t>
      </w:r>
    </w:p>
    <w:p>
      <w:r>
        <w:rPr>
          <w:b/>
        </w:rPr>
        <w:t xml:space="preserve">[22:58] </w:t>
      </w:r>
      <w:r>
        <w:t>to yeh jo lambi muddat hamein mili hai, 1947 se aaj tak ki, to is mulk mein woh waqea ho chuka hota jo quran mein aya hai ke kam fait qaleelatan fait qaziyat bi izn allah is ayat ko parhiye aur is ka tarjuma parhiye.</w:t>
      </w:r>
    </w:p>
    <w:p>
      <w:pPr>
        <w:jc w:val="right"/>
      </w:pPr>
      <w:r>
        <w:t>تو یہ جو لمبی مدت ہمیں ملی ہے، 1947 سے آج تک کی، تو اس ملک میں وہ واقعہ ہو چکا ہوتا جو قرآن میں آیا ہے کہ کم فیت قلیلۃ غربت فیت قضیت بإذن الله اس آیت کو پڑھیے اور اس کا ترجمہ پڑھیے۔</w:t>
      </w:r>
    </w:p>
    <w:p>
      <w:r>
        <w:rPr>
          <w:b/>
        </w:rPr>
        <w:t xml:space="preserve">[23:19] </w:t>
      </w:r>
      <w:r>
        <w:t>yeh qanoon hai allah taala ka jo planning, khudai planning pe chal kar jis ka nateeja samne aata hai.</w:t>
      </w:r>
    </w:p>
    <w:p>
      <w:pPr>
        <w:jc w:val="right"/>
      </w:pPr>
      <w:r>
        <w:t>یہ قانون ہے اللہ تعالیٰ کا جو پلاننگ، خدائی پلاننگ پہ چل کر جس کا نتیجہ سامنے آتا ہے۔</w:t>
      </w:r>
    </w:p>
    <w:p>
      <w:r>
        <w:rPr>
          <w:b/>
        </w:rPr>
        <w:t xml:space="preserve">[23:28] </w:t>
      </w:r>
      <w:r>
        <w:t>surah al baqarah, chapter number two, verse number 249 kam fait qaleelatan fait kaseeratan bi izn allah wallahu ma'a al-sabireen kitni hi choti jamaaten allah ke hukum se badi jamaaton par ghalib ayen, aur allah sabr karne walon ke sath hai.</w:t>
      </w:r>
    </w:p>
    <w:p>
      <w:pPr>
        <w:jc w:val="right"/>
      </w:pPr>
      <w:r>
        <w:t>سورہ البقرہ، چیپٹر نمبر ٹو، ورس نمبر 249 کم فیۃ قلیلۃ غلبت فیۃ کثیرۃ بإذن الله واللہ مع الصابرین کتنی ہی چھوٹی جماعتیں اللہ کے حکم سے بڑی جماعتوں پر غالب آئیں، اور اللہ صبر کرنے والوں کے ساتھ ہے۔</w:t>
      </w:r>
    </w:p>
    <w:p>
      <w:r>
        <w:rPr>
          <w:b/>
        </w:rPr>
        <w:t xml:space="preserve">[23:49] </w:t>
      </w:r>
      <w:r>
        <w:t>yani fait qaleela kya hai? minority, minority community. fait qaleela ka matlab hai minority community.</w:t>
      </w:r>
    </w:p>
    <w:p>
      <w:pPr>
        <w:jc w:val="right"/>
      </w:pPr>
      <w:r>
        <w:t>یعنی فیۃ قلیلہ کیا ہے؟ مائنورٹی، مائنورٹی کمیونٹی۔ فیۃ قلیلہ کا مطلب ہے مائنورٹی کمیونٹی۔</w:t>
      </w:r>
    </w:p>
    <w:p>
      <w:r>
        <w:rPr>
          <w:b/>
        </w:rPr>
        <w:t xml:space="preserve">[24:05] </w:t>
      </w:r>
      <w:r>
        <w:t>to yeh jo 1947 se aaj tak ka jo waqt mila hai musalmanon ko, is waqt ko agar khuda ke plan ke mutabiq avail karte, woh khuda ke plan ke mutabiq avail karte, woh itni lambi muddat mein kya hota?</w:t>
      </w:r>
    </w:p>
    <w:p>
      <w:pPr>
        <w:jc w:val="right"/>
      </w:pPr>
      <w:r>
        <w:t>تو یہ جو 1947 سے آج تک کا جو وقت ملا ہے مسلمانوں کو، اس وقت کو اگر خدا کے پلان کے مطابق اویل کرتے، وہ خدا کے پلان کے مطابق اویل کرتے، وہ اتنی لمبی مدت میں کیا ہوتا؟</w:t>
      </w:r>
    </w:p>
    <w:p>
      <w:r>
        <w:rPr>
          <w:b/>
        </w:rPr>
        <w:t xml:space="preserve">[24:23] </w:t>
      </w:r>
      <w:r>
        <w:t>fait qaleela, fait kaseera ban chuki hoti hai. kamzor community, taqatwar community ban chuki hoti hai. lekin har aadmi bol raha hai, "reserve do, reserve do!" main us waqt kehta tha ke bilkul kabhi reserve nahi milega aap ko.</w:t>
      </w:r>
    </w:p>
    <w:p>
      <w:pPr>
        <w:jc w:val="right"/>
      </w:pPr>
      <w:r>
        <w:t>فیۃ قلیلہ، فیۃ کثیرہ بن چکی ہوتی ہے۔ کمزور کمیونٹی، طاقتور کمیونٹی بن چکی ہوتی ہے۔ لیکن ہر آدمی بول رہا ہے، "رزرو دو، ریزرو دو!" میں اس وقت کہتا تھا کہ بالکل کبھی ریزرو نہیں ملے گا آپ کو۔</w:t>
      </w:r>
    </w:p>
    <w:p>
      <w:r>
        <w:rPr>
          <w:b/>
        </w:rPr>
        <w:t xml:space="preserve">[24:41] </w:t>
      </w:r>
      <w:r>
        <w:t>khawamkhwah ke nare hain yeh. aap computer parish ko formula ko pakar lein to aaj india ki tareekh doosri hoti hai, bilkul mukhtalif hoti hai.</w:t>
      </w:r>
    </w:p>
    <w:p>
      <w:pPr>
        <w:jc w:val="right"/>
      </w:pPr>
      <w:r>
        <w:t>خوامخواہ کے نعرے ہیں یہ۔ آپ کمپیوٹر پریش کو فارمولے کو پکڑ لیں تو آج انڈیا کی تاریخ دوسری ہوتی ہے، بالکل مختلف ہوتی ہے۔</w:t>
      </w:r>
    </w:p>
    <w:p>
      <w:r>
        <w:rPr>
          <w:b/>
        </w:rPr>
        <w:t xml:space="preserve">[24:57] </w:t>
      </w:r>
      <w:r>
        <w:t>yani shukr karne bajaye shikayati, us waqt muslim ek shikayati community bani hui hai. shukr wali community bante ho, shukr wali community bante ho.</w:t>
      </w:r>
    </w:p>
    <w:p>
      <w:pPr>
        <w:jc w:val="right"/>
      </w:pPr>
      <w:r>
        <w:t>یعنی شکر کرنے بجائے شکایتی، اس وقت مسلم ایک شکایتی کمیونٹی بنی ہوئی ہے۔ شکر والی کمیونٹی بنتے ہو، شکر والی کمیونٹی بنتے ہو۔</w:t>
      </w:r>
    </w:p>
    <w:p>
      <w:r>
        <w:rPr>
          <w:b/>
        </w:rPr>
        <w:t xml:space="preserve">[25:15] </w:t>
      </w:r>
      <w:r>
        <w:t>to allah ki yeh planning ka usool bataya gaya.</w:t>
      </w:r>
    </w:p>
    <w:p>
      <w:pPr>
        <w:jc w:val="right"/>
      </w:pPr>
      <w:r>
        <w:t>تو اللہ کی یہ پلاننگ کا اصول بتایا گیا۔</w:t>
      </w:r>
    </w:p>
    <w:p>
      <w:r>
        <w:rPr>
          <w:b/>
        </w:rPr>
        <w:t xml:space="preserve">[25:21] </w:t>
      </w:r>
      <w:r>
        <w:t>woh usool yeh hai, is pe research hui hai baqaaida ke jab kisi area mein aik community, minority community ho, aur doosri community majority community ho,</w:t>
      </w:r>
    </w:p>
    <w:p>
      <w:pPr>
        <w:jc w:val="right"/>
      </w:pPr>
      <w:r>
        <w:t>وہ اصول یہ ہے، اس پہ ریسرچ ہوئی ہے باقاعدہ کہ جب کسی ایریا میں ایک کمیونٹی، مائنورٹی کمیونٹی ہو، اور دوسری کمیونٹی میجورٹی کمیونٹی ہو،</w:t>
      </w:r>
    </w:p>
    <w:p>
      <w:r>
        <w:rPr>
          <w:b/>
        </w:rPr>
        <w:t xml:space="preserve">[25:38] </w:t>
      </w:r>
      <w:r>
        <w:t>toh fitrat ke account ke mutabiq dono mein struggle hota hai, challenge</w:t>
      </w:r>
    </w:p>
    <w:p>
      <w:pPr>
        <w:jc w:val="right"/>
      </w:pPr>
      <w:r>
        <w:t>تو فطرت کے اکاؤنٹ کے مطابق دونوں میں سٹرگل ہوتا ہے، چیلنج</w:t>
      </w:r>
    </w:p>
    <w:p>
      <w:r>
        <w:rPr>
          <w:b/>
        </w:rPr>
        <w:t xml:space="preserve">[25:48] </w:t>
      </w:r>
      <w:r>
        <w:t>pesh aata hai. Toh phir challenge ki wajah se jo community kam thi shuru mein, woh yaani kam ka matlab hai ke woh uncreative thi.</w:t>
      </w:r>
    </w:p>
    <w:p>
      <w:pPr>
        <w:jc w:val="right"/>
      </w:pPr>
      <w:r>
        <w:t>پیش آتا ہے۔ تو پھر چیلنج کی وجہ سے جو کمیونٹی کم تھی شروع میں، وہ یعنی کم کا معنی ہے کہ وہ ان کریٹیو تھی۔</w:t>
      </w:r>
    </w:p>
    <w:p>
      <w:r>
        <w:rPr>
          <w:b/>
        </w:rPr>
        <w:t xml:space="preserve">[26:06] </w:t>
      </w:r>
      <w:r>
        <w:t>uncreative community, woh creative community banna shuru ho jaati hai.</w:t>
      </w:r>
    </w:p>
    <w:p>
      <w:pPr>
        <w:jc w:val="right"/>
      </w:pPr>
      <w:r>
        <w:t>ان کریٹیو کمیونٹی، وہ کریٹیو کمیونٹی بننا شروع ہو جاتی ہے۔</w:t>
      </w:r>
    </w:p>
    <w:p>
      <w:r>
        <w:rPr>
          <w:b/>
        </w:rPr>
        <w:t xml:space="preserve">[26:14] </w:t>
      </w:r>
      <w:r>
        <w:t>jo community</w:t>
      </w:r>
    </w:p>
    <w:p>
      <w:pPr>
        <w:jc w:val="right"/>
      </w:pPr>
      <w:r>
        <w:t>جو کمیونٹی</w:t>
      </w:r>
    </w:p>
    <w:p>
      <w:r>
        <w:rPr>
          <w:b/>
        </w:rPr>
        <w:t xml:space="preserve">[26:19] </w:t>
      </w:r>
      <w:r>
        <w:t>kam thi is bina par woh</w:t>
      </w:r>
    </w:p>
    <w:p>
      <w:pPr>
        <w:jc w:val="right"/>
      </w:pPr>
      <w:r>
        <w:t>کم تھی اس بنا پر وہ</w:t>
      </w:r>
    </w:p>
    <w:p>
      <w:r>
        <w:rPr>
          <w:b/>
        </w:rPr>
        <w:t xml:space="preserve">[26:25] </w:t>
      </w:r>
      <w:r>
        <w:t>uncreative community bani hui thi. Woh dheere dheere aik aik aik process ke tehat</w:t>
      </w:r>
    </w:p>
    <w:p>
      <w:pPr>
        <w:jc w:val="right"/>
      </w:pPr>
      <w:r>
        <w:t>ان کریٹیو کمیونٹی بنی ہوئی تھی۔ وہ دھیرے دھیرے ایک ایک ایک پروسیس کے تحت</w:t>
      </w:r>
    </w:p>
    <w:p>
      <w:r>
        <w:rPr>
          <w:b/>
        </w:rPr>
        <w:t xml:space="preserve">[26:40] </w:t>
      </w:r>
      <w:r>
        <w:t>creative community banna shuru ho jaati hai. Toh yeh muddat jo hai itni kaafi hai ke aaj musalman is mulk mein creative community ban chuke hotay hain, shikayati community nahi,</w:t>
      </w:r>
    </w:p>
    <w:p>
      <w:pPr>
        <w:jc w:val="right"/>
      </w:pPr>
      <w:r>
        <w:t>کریٹیو کمیونٹی بننا شروع ہو جاتی ہے۔ تو یہ مدت جو ہے اتنی کافی ہے کہ آج مسلمان اس ملک میں کریٹیو کمیونٹی بن چکے ہوتے ہیں، شکایتی کمیونٹی نہیں،</w:t>
      </w:r>
    </w:p>
    <w:p>
      <w:r>
        <w:rPr>
          <w:b/>
        </w:rPr>
        <w:t xml:space="preserve">[26:57] </w:t>
      </w:r>
      <w:r>
        <w:t>creative community. Aur ab wohi waqia ho jaata hai jo is ayat mein kaha gaya hai: kum min fiet qaleelah ghalabat fiet katheerah bi idhnillah ghalabat ka matlab yeh nahi ke hakim nahi, aage barh jatay.</w:t>
      </w:r>
    </w:p>
    <w:p>
      <w:pPr>
        <w:jc w:val="right"/>
      </w:pPr>
      <w:r>
        <w:t>کریٹیو کمیونٹی۔ اور اب وہی واقعہ ہو جاتا ہے جو اس آیت میں کہا گیا ہے: کم من فیت قلیلۃ غلبت فیت کثیرۃ بإذن الله غلبت کا معنی یہ نہیں کہ حاکم نہیں، آگے بڑھ جاتے۔</w:t>
      </w:r>
    </w:p>
    <w:p>
      <w:r>
        <w:rPr>
          <w:b/>
        </w:rPr>
        <w:t xml:space="preserve">[27:13] </w:t>
      </w:r>
      <w:r>
        <w:t>jaise mulk ab dekhiye, parsi jo hain woh bohat hi tiny community, tiny lekin aage barhay hue hain.</w:t>
      </w:r>
    </w:p>
    <w:p>
      <w:pPr>
        <w:jc w:val="right"/>
      </w:pPr>
      <w:r>
        <w:t>جیسے ملک اب دیکھیے، پارسی جو ہیں وہ بہت ہی ٹائنی کمیونٹی، ٹائنی لیکن آگے بڑھے ہوئے ہیں۔</w:t>
      </w:r>
    </w:p>
    <w:p>
      <w:r>
        <w:rPr>
          <w:b/>
        </w:rPr>
        <w:t xml:space="preserve">[27:22] </w:t>
      </w:r>
      <w:r>
        <w:t>woh is mulk mein bohat bara, yaani infrastructure in ke haath mein hai, is ko control kar rahay hain.</w:t>
      </w:r>
    </w:p>
    <w:p>
      <w:pPr>
        <w:jc w:val="right"/>
      </w:pPr>
      <w:r>
        <w:t>وہ اس ملک میں بہت بڑا، یعنی انفراسٹرکچر ان کے ہاتھ میں ہے، اس کو کنٹرول کر رہے ہیں۔</w:t>
      </w:r>
    </w:p>
    <w:p>
      <w:r>
        <w:rPr>
          <w:b/>
        </w:rPr>
        <w:t xml:space="preserve">[27:32] </w:t>
      </w:r>
      <w:r>
        <w:t>woh</w:t>
      </w:r>
    </w:p>
    <w:p>
      <w:pPr>
        <w:jc w:val="right"/>
      </w:pPr>
      <w:r>
        <w:t>وہ</w:t>
      </w:r>
    </w:p>
    <w:p>
      <w:r>
        <w:rPr>
          <w:b/>
        </w:rPr>
        <w:t xml:space="preserve">[27:36] </w:t>
      </w:r>
      <w:r>
        <w:t>aisi sikh community do feesad hai aur woh 10 feesad ko, woh 20 feesad ko control kar rahi hai. Musalman shikayat kar rahay hain, shikayat.</w:t>
      </w:r>
    </w:p>
    <w:p>
      <w:pPr>
        <w:jc w:val="right"/>
      </w:pPr>
      <w:r>
        <w:t>ایسی سکھ کمیونٹی دو فیصد ہے اور وہ 10 فیصد کو، وہ 20 فیصد کو کنٹرول کر رہی ہے۔ مسلمان شکایت کر رہے ہیں، شکایت۔</w:t>
      </w:r>
    </w:p>
    <w:p>
      <w:r>
        <w:rPr>
          <w:b/>
        </w:rPr>
        <w:t xml:space="preserve">[27:49] </w:t>
      </w:r>
      <w:r>
        <w:t>toh aaj musalman is lambi muddat ke andar, agar unhon ne is pe amal kiya hota toh aik is mulk mein aik creative community ban chuke hotay, nah ke minority community.</w:t>
      </w:r>
    </w:p>
    <w:p>
      <w:pPr>
        <w:jc w:val="right"/>
      </w:pPr>
      <w:r>
        <w:t>تو آج مسلمان اس لمبی مدت کے اندر، اگر انہوں نے اس پہ عمل کیا ہوتا تو ایک اس ملک میں ایک کریٹیو کمیونٹی بن چکے ہوتے، نہ کہ مینارٹی کمیونٹی۔</w:t>
      </w:r>
    </w:p>
    <w:p>
      <w:r>
        <w:rPr>
          <w:b/>
        </w:rPr>
        <w:t xml:space="preserve">[28:02] </w:t>
      </w:r>
      <w:r>
        <w:t>abhi tak in ko minority community ka status mila hua hai. Ab in ko status mil chuka hota: creative community, creative community.</w:t>
      </w:r>
    </w:p>
    <w:p>
      <w:pPr>
        <w:jc w:val="right"/>
      </w:pPr>
      <w:r>
        <w:t>ابھی تک ان کو مینارٹی کمیونٹی کا اسٹیٹس ملا ہوا ہے۔ اب ان کو اسٹیٹس مل چکا ہوتا: کریٹیو کمیونٹی، کریٹیو کمیونٹی۔</w:t>
      </w:r>
    </w:p>
    <w:p>
      <w:r>
        <w:rPr>
          <w:b/>
        </w:rPr>
        <w:t xml:space="preserve">[28:16] </w:t>
      </w:r>
      <w:r>
        <w:t>toh yeh hai, yeh woh baatein hain jo quran mein batai gayi hain. Lekin</w:t>
      </w:r>
    </w:p>
    <w:p>
      <w:pPr>
        <w:jc w:val="right"/>
      </w:pPr>
      <w:r>
        <w:t>تو یہ ہے، یہ وہ باتیں ہیں جو قرآن میں بتائی گئی ہیں۔ لیکن</w:t>
      </w:r>
    </w:p>
    <w:p>
      <w:r>
        <w:rPr>
          <w:b/>
        </w:rPr>
        <w:t xml:space="preserve">[28:26] </w:t>
      </w:r>
      <w:r>
        <w:t>aaj hi mein kisi se keh raha tha ke quran ko samajhne ke liye sab se zaroori kya cheez hai? Lafz badalne ka art jaanna, lafz badalne ka art jaanna.</w:t>
      </w:r>
    </w:p>
    <w:p>
      <w:pPr>
        <w:jc w:val="right"/>
      </w:pPr>
      <w:r>
        <w:t>آج ہی میں کسی سے کہہ رہا تھا کہ قرآن کو سمجھنے کے لیے سب سے ضروری کیا چیز ہے؟ لفظ بدلنے کا آرٹ جاننا، لفظ بدلنے کا آرٹ جاننا۔</w:t>
      </w:r>
    </w:p>
    <w:p>
      <w:r>
        <w:rPr>
          <w:b/>
        </w:rPr>
        <w:t xml:space="preserve">[28:39] </w:t>
      </w:r>
      <w:r>
        <w:t>misalan is is ayat jo aaj jo parhi gayi hai ke "tum hamari aankhon ke samnay ho, sabar karo, sabar karo kyunke tum hamari nigaahon ke samnay ho".</w:t>
      </w:r>
    </w:p>
    <w:p>
      <w:pPr>
        <w:jc w:val="right"/>
      </w:pPr>
      <w:r>
        <w:t>مثلاً اس اس آیت جو آج جو پڑھی گئی ہے کہ "تم ہماری آنکھوں کے سامنے ہو، صبر کرو، صبر کرو کیونکہ تم ہماری نگاہوں کے سامنے ہو"۔</w:t>
      </w:r>
    </w:p>
    <w:p>
      <w:r>
        <w:rPr>
          <w:b/>
        </w:rPr>
        <w:t xml:space="preserve">[28:51] </w:t>
      </w:r>
      <w:r>
        <w:t>is mein lafz badal liya aap. Woh aik torah planning master toh khuda hai.</w:t>
      </w:r>
    </w:p>
    <w:p>
      <w:pPr>
        <w:jc w:val="right"/>
      </w:pPr>
      <w:r>
        <w:t>اس میں لفظ بدل لیا آپ۔ وہ ایک تورات پلاننگ ماسٹر تو خدا ہے۔</w:t>
      </w:r>
    </w:p>
    <w:p>
      <w:r>
        <w:rPr>
          <w:b/>
        </w:rPr>
        <w:t xml:space="preserve">[29:02] </w:t>
      </w:r>
      <w:r>
        <w:t>toh toh tumhare saath jo planning course chal raha hai, is course ko</w:t>
      </w:r>
    </w:p>
    <w:p>
      <w:pPr>
        <w:jc w:val="right"/>
      </w:pPr>
      <w:r>
        <w:t>تو تو تمہارے ساتھ جو پلاننگ کورس چل رہا ہے، اس کورس کو</w:t>
      </w:r>
    </w:p>
    <w:p>
      <w:r>
        <w:rPr>
          <w:b/>
        </w:rPr>
        <w:t xml:space="preserve">[29:11] </w:t>
      </w:r>
      <w:r>
        <w:t>manage karne wala toh khuda rabbul alameen hai. Is is ke liye toh kaam mein bhi yaqeen nahi hai. Lafz badalna. Ab jab tak mein apne baray mein khud kehta hoon, pichlay din is mein atka hua tha isi lafz mein ke "tum hamari aankhon ke samnay ho".</w:t>
      </w:r>
    </w:p>
    <w:p>
      <w:pPr>
        <w:jc w:val="right"/>
      </w:pPr>
      <w:r>
        <w:t>مینج کرنے والا تو خدا رب العالمین ہے۔ اس اس کے لیے تو کام میں بھی یقین نہیں ہے۔ لفظ بدلنا۔ اب جب تک میں اپنے بارے میں خود کہتا ہوں، پچھلے دن اس میں اٹکا ہوا تھا اسی لفظ میں کہ "تم ہماری آنکھوں کے سامنے ہو"۔</w:t>
      </w:r>
    </w:p>
    <w:p>
      <w:r>
        <w:rPr>
          <w:b/>
        </w:rPr>
        <w:t xml:space="preserve">[29:28] </w:t>
      </w:r>
      <w:r>
        <w:t>fain ne kaha: "biayna, tum hamari aankhon ke samnay". Ab bas us waqt kya matlab hai? Aankhon ke samnay.</w:t>
      </w:r>
    </w:p>
    <w:p>
      <w:pPr>
        <w:jc w:val="right"/>
      </w:pPr>
      <w:r>
        <w:t>فین نے کہا: "بیاءنا، تم ہماری آنکھوں کے سامنے"۔ اب بس اس وقت کیا مطلب ہے؟ آنکھوں کے سامنے۔</w:t>
      </w:r>
    </w:p>
    <w:p>
      <w:r>
        <w:rPr>
          <w:b/>
        </w:rPr>
        <w:t xml:space="preserve">[29:38] </w:t>
      </w:r>
      <w:r>
        <w:t>toh jab mein ne discover kiya ke yahan is ka matlab hai ke hamari planning ke tehat chal rahay ho, hamari planning ke tehat jo process hai, us ke tehat tum tum tum ko cover cover kiya ja raha hai.</w:t>
      </w:r>
    </w:p>
    <w:p>
      <w:pPr>
        <w:jc w:val="right"/>
      </w:pPr>
      <w:r>
        <w:t>تو جب میں نے ڈسکور کیا کہ یہاں اس کا مطلب ہے کہ ہماری پلاننگ کے تحت چل رہے ہو، ہماری پلاننگ کے تحت جو پروسیس ہے، اس کے تحت تم تم تم کو کور کور کیا جا رہا ہے۔</w:t>
      </w:r>
    </w:p>
    <w:p>
      <w:r>
        <w:rPr>
          <w:b/>
        </w:rPr>
        <w:t xml:space="preserve">[29:53] </w:t>
      </w:r>
      <w:r>
        <w:t>yeh matlab hai is ka. Tab ja ke is ayat ki maani samajh aaye.</w:t>
      </w:r>
    </w:p>
    <w:p>
      <w:pPr>
        <w:jc w:val="right"/>
      </w:pPr>
      <w:r>
        <w:t>یہ مطلب ہے اس کا۔ تب جا کے اس آیت کی معنی سمجھ آئے۔</w:t>
      </w:r>
    </w:p>
    <w:p>
      <w:r>
        <w:rPr>
          <w:b/>
        </w:rPr>
        <w:t xml:space="preserve">[30:01] </w:t>
      </w:r>
      <w:r>
        <w:t>toh quran fehmi ke raaz ko samjho, quran ki gehri meaning ko samjhiye, tab aap quran ko apna guide book bana sakeinge.</w:t>
      </w:r>
    </w:p>
    <w:p>
      <w:pPr>
        <w:jc w:val="right"/>
      </w:pPr>
      <w:r>
        <w:t>تو قرآن فہمی کے راز کو سمجھو، قرآن کی گہری میننگ کو سمجھیے، تب آپ قرآن کو اپنا گائیڈ بک بنا سکیں گے۔</w:t>
      </w:r>
    </w:p>
    <w:p>
      <w:r>
        <w:rPr>
          <w:b/>
        </w:rPr>
        <w:t xml:space="preserve">[30:15] </w:t>
      </w:r>
      <w:r>
        <w:t>to meri dua hai ke allah ta'ala hum ko aur aap ko tofeeq de ke hum quran ko sachay mani mein guide book bana sakain.</w:t>
      </w:r>
    </w:p>
    <w:p>
      <w:pPr>
        <w:jc w:val="right"/>
      </w:pPr>
      <w:r>
        <w:t>تو میری دعا ہے کہ اللہ تعالیٰ ہم کو اور آپ کو توفیق دے کہ ہم قرآن کو سچے معنی میں گائیڈ بک بنا سکیں۔</w:t>
      </w:r>
    </w:p>
    <w:p>
      <w:r>
        <w:rPr>
          <w:b/>
        </w:rPr>
        <w:t xml:space="preserve">[30:26] </w:t>
      </w:r>
      <w:r>
        <w:t>inshallah. assalam o alaikum warahmatullah</w:t>
      </w:r>
    </w:p>
    <w:p>
      <w:pPr>
        <w:jc w:val="right"/>
      </w:pPr>
      <w:r>
        <w:t>انشاءاللہ۔ السلام علیکم ورحمۃ اللہ</w:t>
      </w:r>
    </w:p>
    <w:p>
      <w:r>
        <w:rPr>
          <w:b/>
        </w:rPr>
        <w:t xml:space="preserve">[30:40] </w:t>
      </w:r>
      <w:r>
        <w:t>okay we'll start with the question-answer and comment session. i will first read out the comments that have come out.</w:t>
      </w:r>
    </w:p>
    <w:p>
      <w:pPr>
        <w:jc w:val="right"/>
      </w:pPr>
      <w:r>
        <w:t>اوکے we'll start with the question-answer and comment session. I will first read out the comments that have come out.</w:t>
      </w:r>
    </w:p>
    <w:p>
      <w:r>
        <w:rPr>
          <w:b/>
        </w:rPr>
        <w:t xml:space="preserve">[30:49] </w:t>
      </w:r>
      <w:r>
        <w:t>maulana, yeh comment bheja hai</w:t>
      </w:r>
    </w:p>
    <w:p>
      <w:pPr>
        <w:jc w:val="right"/>
      </w:pPr>
      <w:r>
        <w:t>مولانا، یہ کمنٹ بھیجا ہے</w:t>
      </w:r>
    </w:p>
    <w:p>
      <w:r>
        <w:rPr>
          <w:b/>
        </w:rPr>
        <w:t xml:space="preserve">[30:55] </w:t>
      </w:r>
      <w:r>
        <w:t>Miss Shayestar Ramzan ne Pakistan se, yeh kal ke talk ko le ke aaye hain.</w:t>
      </w:r>
    </w:p>
    <w:p>
      <w:pPr>
        <w:jc w:val="right"/>
      </w:pPr>
      <w:r>
        <w:t>Miss Shayestar Ramzan نے پاکستان سے، یہ کل کے ٹاک کو لے کے آئے ہیں۔</w:t>
      </w:r>
    </w:p>
    <w:p>
      <w:r>
        <w:rPr>
          <w:b/>
        </w:rPr>
        <w:t xml:space="preserve">[31:00] </w:t>
      </w:r>
      <w:r>
        <w:t>unhon ne likha hai: "Sometimes Maulana Sahib, you repeat incidents of your own life, but every time when</w:t>
      </w:r>
    </w:p>
    <w:p>
      <w:pPr>
        <w:jc w:val="right"/>
      </w:pPr>
      <w:r>
        <w:t>انہوں نے لکھا ہے: "Sometimes مولانا صاحب, you repeat incidents of your own life, but every time when</w:t>
      </w:r>
    </w:p>
    <w:p>
      <w:r>
        <w:rPr>
          <w:b/>
        </w:rPr>
        <w:t xml:space="preserve">[31:08] </w:t>
      </w:r>
      <w:r>
        <w:t>we listen to them, they give us more hope to live life and spend life in a simple</w:t>
      </w:r>
    </w:p>
    <w:p>
      <w:pPr>
        <w:jc w:val="right"/>
      </w:pPr>
      <w:r>
        <w:t>we listen to them, they give us more hope to live life and spend life in a simple</w:t>
      </w:r>
    </w:p>
    <w:p>
      <w:r>
        <w:rPr>
          <w:b/>
        </w:rPr>
        <w:t xml:space="preserve">[31:15] </w:t>
      </w:r>
      <w:r>
        <w:t>way." Maulana Asrar Khatib sahib ne bheja hai Chennai se, unhon ne likha hai: "Maulana, sare Hindustani musalman</w:t>
      </w:r>
    </w:p>
    <w:p>
      <w:pPr>
        <w:jc w:val="right"/>
      </w:pPr>
      <w:r>
        <w:t>way." مولانا اسرار خطیب صاحب نے بھیجا ہے چنئی سے، انہوں نے لکھا ہے: "مولانا، सारे ہندوستانی مسلمان</w:t>
      </w:r>
    </w:p>
    <w:p>
      <w:r>
        <w:rPr>
          <w:b/>
        </w:rPr>
        <w:t xml:space="preserve">[31:24] </w:t>
      </w:r>
      <w:r>
        <w:t>aaj kal siyasi guftagu mein busy hain,</w:t>
      </w:r>
    </w:p>
    <w:p>
      <w:pPr>
        <w:jc w:val="right"/>
      </w:pPr>
      <w:r>
        <w:t>आज کل سیاسی گفتگو میں busy ہیں،</w:t>
      </w:r>
    </w:p>
    <w:p>
      <w:r>
        <w:rPr>
          <w:b/>
        </w:rPr>
        <w:t xml:space="preserve">[31:28] </w:t>
      </w:r>
      <w:r>
        <w:t>hata ke un ke masjid ke mimbar o mihrab bhi is se khali nahin. sirf cps team aur is ke followers ne aisa misaal pesh ki hai ke yeh tamam ke tamam siyasat se oopar uth kar kaam kar rahe hain.</w:t>
      </w:r>
    </w:p>
    <w:p>
      <w:pPr>
        <w:jc w:val="right"/>
      </w:pPr>
      <w:r>
        <w:t>حتیٰ کہ ان کے مسجد کے ممبار و محراب بھی اس سے خالی نہیں۔ صرف سی پی ایس ٹیم اور اس کے followers نے ایسا مثال پیش کی ہے کہ یہ تمام کے تمام سیاست سے اوپر اٹھ کر کام کر رہے ہیں۔</w:t>
      </w:r>
    </w:p>
    <w:p>
      <w:r>
        <w:rPr>
          <w:b/>
        </w:rPr>
        <w:t xml:space="preserve">[31:44] </w:t>
      </w:r>
      <w:r>
        <w:t>cps sahi mani mein very different role aaj ke zamane mein ada kar raha hai. maulana iqbal umri ne likha hai: "da'wat ka matlab khuda ki planning mein apna role ada karna aur us ke liye sabr hi ek waahid zariya hai." jazak allah maulana.</w:t>
      </w:r>
    </w:p>
    <w:p>
      <w:pPr>
        <w:jc w:val="right"/>
      </w:pPr>
      <w:r>
        <w:t>سی پی ایس صحیح معنی میں very different role آج کے زمانے میں ادا کر رہا ہے۔ مولانا اقبال عمری نے لکھا ہے: "दावत का मतलब खुदा की planning میں اپنا role ادا کرنا اور اس کے لیے صبر ہی ایک واحد ذریعہ ہے۔" جزاک اللہ مولانا۔</w:t>
      </w:r>
    </w:p>
    <w:p>
      <w:r>
        <w:rPr>
          <w:b/>
        </w:rPr>
        <w:t xml:space="preserve">[32:06] </w:t>
      </w:r>
      <w:r>
        <w:t>miss qurutullah ne srinagar se likha hai: "two of the greatest virtues of prophet muhammad are to strive for peace at any cost and be patient.</w:t>
      </w:r>
    </w:p>
    <w:p>
      <w:pPr>
        <w:jc w:val="right"/>
      </w:pPr>
      <w:r>
        <w:t>Miss Qurutullah نے سری نگر سے لکھا ہے: "Two of the greatest virtues of Prophet Muhammad are to strive for peace at any cost and be patient.</w:t>
      </w:r>
    </w:p>
    <w:p>
      <w:r>
        <w:rPr>
          <w:b/>
        </w:rPr>
        <w:t xml:space="preserve">[32:19] </w:t>
      </w:r>
      <w:r>
        <w:t>that while starting any mission, any strategy to be followed is subsidiary to almighty's planning, is a grim reminder that one has to wait to let god's planning reach its culmination.</w:t>
      </w:r>
    </w:p>
    <w:p>
      <w:pPr>
        <w:jc w:val="right"/>
      </w:pPr>
      <w:r>
        <w:t>That while starting any mission, any strategy to be followed is subsidiary to Almighty's planning, is a grim reminder that one has to wait to let God's planning reach its culmination.</w:t>
      </w:r>
    </w:p>
    <w:p>
      <w:r>
        <w:rPr>
          <w:b/>
        </w:rPr>
        <w:t xml:space="preserve">[32:34] </w:t>
      </w:r>
      <w:r>
        <w:t>what an enlightened and thought-provoking reminder." jazak allah maulana, god bless you. doctor junaid shaikh ne mumbai se likha hai: "today's class is mind-boggling for me.</w:t>
      </w:r>
    </w:p>
    <w:p>
      <w:pPr>
        <w:jc w:val="right"/>
      </w:pPr>
      <w:r>
        <w:t>What an enlightened and thought-provoking reminder." جزاک اللہ مولانا، God bless you. ڈاکٹر جنید شیخ نے ممبئی سے لکھا ہے: "Today's class is mind-boggling for me.</w:t>
      </w:r>
    </w:p>
    <w:p>
      <w:r>
        <w:rPr>
          <w:b/>
        </w:rPr>
        <w:t xml:space="preserve">[32:45] </w:t>
      </w:r>
      <w:r>
        <w:t>i learned a completely new aspect of sabr.</w:t>
      </w:r>
    </w:p>
    <w:p>
      <w:pPr>
        <w:jc w:val="right"/>
      </w:pPr>
      <w:r>
        <w:t>I learned a completely new aspect of صبر.</w:t>
      </w:r>
    </w:p>
    <w:p>
      <w:r>
        <w:rPr>
          <w:b/>
        </w:rPr>
        <w:t xml:space="preserve">[32:49] </w:t>
      </w:r>
      <w:r>
        <w:t>sabr is a major part of dawati amal so that we can avail divine planning in the true sense." jazak allah maulana sahib, i can say that my case was a case of blindness,</w:t>
      </w:r>
    </w:p>
    <w:p>
      <w:pPr>
        <w:jc w:val="right"/>
      </w:pPr>
      <w:r>
        <w:t>صبر is a major part of Dawati Amal so that we can avail divine planning in the true sense." جزاک اللہ مولانا صاحب، I can say that my case was a case of blindness,</w:t>
      </w:r>
    </w:p>
    <w:p>
      <w:r>
        <w:rPr>
          <w:b/>
        </w:rPr>
        <w:t xml:space="preserve">[33:04] </w:t>
      </w:r>
      <w:r>
        <w:t>and only after reading your books and listening to your lecture did i understand islam in the true sense. muhammad imran tala sahib ne karim nagar, telangana se likha hai: "aaj sabr ke ta'alluq se baatein maloom huin aur allah kehta hai ke sabr se kaam lo aur hum allah ki nigah mein hain aur allah ka plan chal raha hai, allah ka plan apne waqt par result layega,</w:t>
      </w:r>
    </w:p>
    <w:p>
      <w:pPr>
        <w:jc w:val="right"/>
      </w:pPr>
      <w:r>
        <w:t>and only after reading your books and listening to your lecture did I understand Islam in the true sense. محمد عمران تالا صاحب نے کریم نگر، تلنگانہ سے لکھا ہے: "आज صبر के تعلق سے बातیں معلوم ہوئیں اور اللہ کہتا ہے کہ صبر سے کام لو اور ہم اللہ کی نگاہ میں ہیں اور اللہ کے پلان چل رہا ہے، اللہ کا پلان اپنے وقت پر رزلٹ لائے گا،</w:t>
      </w:r>
    </w:p>
    <w:p>
      <w:r>
        <w:rPr>
          <w:b/>
        </w:rPr>
        <w:t xml:space="preserve">[33:34] </w:t>
      </w:r>
      <w:r>
        <w:t>allah hamare saath hai aur sab dekh raha hai, beshak." maulana, aap sawal lena chahenge? yeh sawal, yeh sawal bheja hai ahmedabad se abdul majid sahib ne, unhon ne likha hai:</w:t>
      </w:r>
    </w:p>
    <w:p>
      <w:pPr>
        <w:jc w:val="right"/>
      </w:pPr>
      <w:r>
        <w:t>اللہ ہمارے ساتھ ہے اور سب دیکھ رہا ہے، بے شک۔" مولانا، آپ سوال لینا چاہیں گے؟ یہ سوال، یہ سوال بھیجا ہے احمد آباد سے عبدالماجد صاحب نے، انہوں نے لکھا ہے:</w:t>
      </w:r>
    </w:p>
    <w:p>
      <w:r>
        <w:rPr>
          <w:b/>
        </w:rPr>
        <w:t xml:space="preserve">[33:49] </w:t>
      </w:r>
      <w:r>
        <w:t>"molana, you said today that patience is buying time. this is such an amazing explanation. my question is that after keeping patience, if we don't get desired result,</w:t>
      </w:r>
    </w:p>
    <w:p>
      <w:pPr>
        <w:jc w:val="right"/>
      </w:pPr>
      <w:r>
        <w:t>"Molana, you said today that patience is buying time. This is such an amazing explanation. My question is that after keeping patience, if we don't get desired result,</w:t>
      </w:r>
    </w:p>
    <w:p>
      <w:r>
        <w:rPr>
          <w:b/>
        </w:rPr>
        <w:t xml:space="preserve">[34:04] </w:t>
      </w:r>
      <w:r>
        <w:t>then how do we know whether god approves my plan or not?</w:t>
      </w:r>
    </w:p>
    <w:p>
      <w:pPr>
        <w:jc w:val="right"/>
      </w:pPr>
      <w:r>
        <w:t>then how do we know whether God approves my plan or not?</w:t>
      </w:r>
    </w:p>
    <w:p>
      <w:r>
        <w:rPr>
          <w:b/>
        </w:rPr>
        <w:t xml:space="preserve">[34:09] </w:t>
      </w:r>
      <w:r>
        <w:t>is there a way to find out so we can move to the second or the third option and not keep waiting in patience forever?"</w:t>
      </w:r>
    </w:p>
    <w:p>
      <w:pPr>
        <w:jc w:val="right"/>
      </w:pPr>
      <w:r>
        <w:t>Is there a way to find out so we can move to the second or the third option and not keep waiting in patience forever?"</w:t>
      </w:r>
    </w:p>
    <w:p>
      <w:r>
        <w:rPr>
          <w:b/>
        </w:rPr>
        <w:t xml:space="preserve">[34:21] </w:t>
      </w:r>
      <w:r>
        <w:t>dekhiye, patience ki koi limit nahin hoti. main apne bare mein keh sakta hoon ke abhi kal ki baat hai ke mujhe kuch aisi baatein samajh aayin jis mein poori umar meri beet gayi,</w:t>
      </w:r>
    </w:p>
    <w:p>
      <w:pPr>
        <w:jc w:val="right"/>
      </w:pPr>
      <w:r>
        <w:t>دیکھیے، patience کی کوئی limit نہیں ہوتی۔ میں اپنے بارے میں کہہ سکتا ہوں کہ ابھی کل کی بات ہے کہ مجھے کچھ ایسی باتیں سمجھ آئیں جس میں پوری عمر میری بیت گئی،</w:t>
      </w:r>
    </w:p>
    <w:p>
      <w:r>
        <w:rPr>
          <w:b/>
        </w:rPr>
        <w:t xml:space="preserve">[34:39] </w:t>
      </w:r>
      <w:r>
        <w:t>poori umar beet gayi. yaani poori umar mein main sochta raha koi baat ke yahan allah ta'ala ki madad is duniya mein nahin mil rahi.</w:t>
      </w:r>
    </w:p>
    <w:p>
      <w:pPr>
        <w:jc w:val="right"/>
      </w:pPr>
      <w:r>
        <w:t>پوری عمر بیت گئی۔ یعنی پوری عمر میں میں سوچتا رہا کوئی بات کہ یہاں اللہ تعالیٰ کی مدد اس دنیا میں نہیں مل رہی۔</w:t>
      </w:r>
    </w:p>
    <w:p>
      <w:r>
        <w:rPr>
          <w:b/>
        </w:rPr>
        <w:t xml:space="preserve">[34:51] </w:t>
      </w:r>
      <w:r>
        <w:t>abhi kal mujhe bar bar kaha allah ta'ala ne to hamare paas allah badi madad de dijiye. to patience ki koi limit mat sochiye, woh sari umar chal sakti hai.</w:t>
      </w:r>
    </w:p>
    <w:p>
      <w:pPr>
        <w:jc w:val="right"/>
      </w:pPr>
      <w:r>
        <w:t>ابھی کل مجھے بار بار کہا اللہ تعالیٰ نے تو ہمارے پاس اللہ بڑی مدد دے دیجیے۔ تو patience کی کوئی limit مت سوچیے، وہ ساری عمر چل سکتی ہے۔</w:t>
      </w:r>
    </w:p>
    <w:p>
      <w:r>
        <w:rPr>
          <w:b/>
        </w:rPr>
        <w:t xml:space="preserve">[35:04] </w:t>
      </w:r>
      <w:r>
        <w:t>khud rasool allah ke nazdeek sari umar patience chala, tab natija nikla.</w:t>
      </w:r>
    </w:p>
    <w:p>
      <w:pPr>
        <w:jc w:val="right"/>
      </w:pPr>
      <w:r>
        <w:t>خود رسول اللہ کے نزدیک ساری عمر patience چلا، تب نتیجہ نکلا۔</w:t>
      </w:r>
    </w:p>
    <w:p>
      <w:r>
        <w:rPr>
          <w:b/>
        </w:rPr>
        <w:t xml:space="preserve">[35:12] </w:t>
      </w:r>
      <w:r>
        <w:t>patience ko patience falsafe ka patience patience yaani sabr, falsafe ka sabr. is ki koi limit mat apne apne zehan se banaiye.</w:t>
      </w:r>
    </w:p>
    <w:p>
      <w:pPr>
        <w:jc w:val="right"/>
      </w:pPr>
      <w:r>
        <w:t>Patience کو patience فلسفے کا patience patience یعنی صبر، فلسفے کا صبر۔ اس کی کوئی limit مت اپنے اپنے ذہن سے بنائیے۔</w:t>
      </w:r>
    </w:p>
    <w:p>
      <w:r>
        <w:rPr>
          <w:b/>
        </w:rPr>
        <w:t xml:space="preserve">[35:26] </w:t>
      </w:r>
      <w:r>
        <w:t>is ki is ki soorat yeh hai ke aap patience ko ibadat samjhein.</w:t>
      </w:r>
    </w:p>
    <w:p>
      <w:pPr>
        <w:jc w:val="right"/>
      </w:pPr>
      <w:r>
        <w:t>اس کی اس کی صورت یہ ہے کہ آپ patience کو عبادت سمجھیں۔</w:t>
      </w:r>
    </w:p>
    <w:p>
      <w:r>
        <w:rPr>
          <w:b/>
        </w:rPr>
        <w:t xml:space="preserve">[35:33] </w:t>
      </w:r>
      <w:r>
        <w:t>afzal al-ibadat intizar al-faraj yeh afzal ibadat hai. patience afzal ibadat hai. is zehan ke sath aap sabr ko ikhtiyar kijiye, tab aap qaim rahenge aur tabhi yeh mumkin hua ke aap ko badi badi nusrat mile allah ta'ala ki.</w:t>
      </w:r>
    </w:p>
    <w:p>
      <w:pPr>
        <w:jc w:val="right"/>
      </w:pPr>
      <w:r>
        <w:t>أفضل العبادات انتظار الفرج یہ افضل عبادت ہے۔ patience افضل عبادت ہے۔ اس ذہن کے ساتھ آپ صبر کو اختیار کیجیے، تب آپ قائم رہیں گے اور تبھی یہ ممکن ہوا کہ آپ کو بڑی بڑی نصرت ملے اللہ تعالیٰ کی۔</w:t>
      </w:r>
    </w:p>
    <w:p>
      <w:r>
        <w:rPr>
          <w:b/>
        </w:rPr>
        <w:t xml:space="preserve">[35:54] </w:t>
      </w:r>
      <w:r>
        <w:t>aisa nahin ho sakta.</w:t>
      </w:r>
    </w:p>
    <w:p>
      <w:pPr>
        <w:jc w:val="right"/>
      </w:pPr>
      <w:r>
        <w:t>ایسا نہیں ہو سکتا۔</w:t>
      </w:r>
    </w:p>
    <w:p>
      <w:r>
        <w:rPr>
          <w:b/>
        </w:rPr>
        <w:t xml:space="preserve">[36:00] </w:t>
      </w:r>
      <w:r>
        <w:t>maulana, agla sawal bheja hai doctor safina tabassum ne, unhon ne likha hai: "maulana sahib aaj is hadith ke bare mein bhi wazahat aai ke kyun achhe halaat ka intezar karna bhi sawab hai.</w:t>
      </w:r>
    </w:p>
    <w:p>
      <w:pPr>
        <w:jc w:val="right"/>
      </w:pPr>
      <w:r>
        <w:t>مولانا، اگلا سوال بھیجا ہے ڈاکٹر صفینہ تبسم نے، انہوں نے لکھا ہے: "مولانا صاحب آج اس حدیث کے بارے میں بھی وضاحت آئی کہ کیوں اچھے حالات کا انتظار کرنا بھی ثواب ہے۔</w:t>
      </w:r>
    </w:p>
    <w:p>
      <w:r>
        <w:rPr>
          <w:b/>
        </w:rPr>
        <w:t xml:space="preserve">[36:18] </w:t>
      </w:r>
      <w:r>
        <w:t>is se maine, is se main yeh samjhi hoon ke intezar se murad Allah ke chalaye hue process ko takmeel hone ka intezar karna hai.</w:t>
      </w:r>
    </w:p>
    <w:p>
      <w:pPr>
        <w:jc w:val="right"/>
      </w:pPr>
      <w:r>
        <w:t>اس سے میں نے، اس سے میں یہ سمجھی ہوں کہ انتظار سے مراد اللہ کے چلائے ہوئے پروسیس کو تکمیل ہونے کا انتظار کرنا ہے۔</w:t>
      </w:r>
    </w:p>
    <w:p>
      <w:r>
        <w:rPr>
          <w:b/>
        </w:rPr>
        <w:t xml:space="preserve">[36:28] </w:t>
      </w:r>
      <w:r>
        <w:t>kya mera yeh sochna theek hai? bahut zyada theek hai. yahi to matlab hai, aap theek nuqte ko pakad liya aap ne.</w:t>
      </w:r>
    </w:p>
    <w:p>
      <w:pPr>
        <w:jc w:val="right"/>
      </w:pPr>
      <w:r>
        <w:t>کیا میرا یہ سوچنا ٹھیک ہے؟ بہت زیادہ ٹھیک ہے۔ یہی تو مطلب ہے، آپ ٹھیک نقطے کو پکڑ لیا آپ نے۔</w:t>
      </w:r>
    </w:p>
    <w:p>
      <w:r>
        <w:rPr>
          <w:b/>
        </w:rPr>
        <w:t xml:space="preserve">[36:40] </w:t>
      </w:r>
      <w:r>
        <w:t>main dua karta hoon ke Allah taala aap ko is ka khoob khoob sawab ata farmaye.</w:t>
      </w:r>
    </w:p>
    <w:p>
      <w:pPr>
        <w:jc w:val="right"/>
      </w:pPr>
      <w:r>
        <w:t>میں دعا کرتا ہوں کہ اللہ تعالیٰ آپ کو اس کا خوب خوب ثواب عطا فرمائے۔</w:t>
      </w:r>
    </w:p>
    <w:p>
      <w:r>
        <w:rPr>
          <w:b/>
        </w:rPr>
        <w:t xml:space="preserve">[36:48] </w:t>
      </w:r>
      <w:r>
        <w:t>maulana, agla sawal dilli se kiya hai Miss tuti malhotra ne, unhon ne likha hai: "Molana, after listening to the talk today, I realized that a die should do Dawah work and fulfill his role.</w:t>
      </w:r>
    </w:p>
    <w:p>
      <w:pPr>
        <w:jc w:val="right"/>
      </w:pPr>
      <w:r>
        <w:t>مولانا، اگلا سوال دلی سے کیا ہے Miss طوطی ملوثرا نے، انہوں نے لکھا ہے: "Molana, after listening to the talk today, I realized that a die should do Dawah work and fulfill his role.</w:t>
      </w:r>
    </w:p>
    <w:p>
      <w:r>
        <w:rPr>
          <w:b/>
        </w:rPr>
        <w:t xml:space="preserve">[37:02] </w:t>
      </w:r>
      <w:r>
        <w:t>He should leave the result to God, and if he does not see the result, then he should not be disheartened." Maulana, is this approachright?</w:t>
      </w:r>
    </w:p>
    <w:p>
      <w:pPr>
        <w:jc w:val="right"/>
      </w:pPr>
      <w:r>
        <w:t>He should leave the result to God, and if he does not see the result, then he should not be disheartened." مولانا، is this approachright?</w:t>
      </w:r>
    </w:p>
    <w:p>
      <w:r>
        <w:rPr>
          <w:b/>
        </w:rPr>
        <w:t xml:space="preserve">[37:14] </w:t>
      </w:r>
      <w:r>
        <w:t>bilkul sahi hai, bilkul sahi hai.</w:t>
      </w:r>
    </w:p>
    <w:p>
      <w:pPr>
        <w:jc w:val="right"/>
      </w:pPr>
      <w:r>
        <w:t>بالکل صحیح ہے، بالکل صحیح ہے۔</w:t>
      </w:r>
    </w:p>
    <w:p>
      <w:r>
        <w:rPr>
          <w:b/>
        </w:rPr>
        <w:t xml:space="preserve">[37:21] </w:t>
      </w:r>
      <w:r>
        <w:t>maulana, agla sawal bheja hai lucknow se suhail khan sahib ne, unhon ne likha hai: "Molana, can we say that if we keep patience and even if we don't get result in this world, then still we have great hope that for keeping patience, God will reward us abundantly in the hereafter?</w:t>
      </w:r>
    </w:p>
    <w:p>
      <w:pPr>
        <w:jc w:val="right"/>
      </w:pPr>
      <w:r>
        <w:t>مولانا، اگلا سوال بھیجا ہے لکھنؤ سے سہیل خان صاحب نے، انہوں نے لکھا ہے: "Molana, can we say that if we keep patience and even if we don't get result in this world, then still we have great hope that for keeping patience, God will reward us abundantly in the hereafter?</w:t>
      </w:r>
    </w:p>
    <w:p>
      <w:r>
        <w:rPr>
          <w:b/>
        </w:rPr>
        <w:t xml:space="preserve">[37:45] </w:t>
      </w:r>
      <w:r>
        <w:t>This would therefore be the best result for keeping patience."</w:t>
      </w:r>
    </w:p>
    <w:p>
      <w:pPr>
        <w:jc w:val="right"/>
      </w:pPr>
      <w:r>
        <w:t>This would therefore be the best result for keeping patience."</w:t>
      </w:r>
    </w:p>
    <w:p>
      <w:r>
        <w:rPr>
          <w:b/>
        </w:rPr>
        <w:t xml:space="preserve">[37:51] </w:t>
      </w:r>
      <w:r>
        <w:t>dekhiye, aap Quran ko aur hadith ko gehrai ke sath padhiye. khud rasool Allah sallallahu alaihi wasallam ki zindagi mein Allah taala ne aise wade farmaye, wade jin ki takmeel aap ke aakhron par tak nahi hui balkeh aap ke baad hui.</w:t>
      </w:r>
    </w:p>
    <w:p>
      <w:pPr>
        <w:jc w:val="right"/>
      </w:pPr>
      <w:r>
        <w:t>دیکھیے، آپ قرآن کو اور حدیث کو گہرائی کے ساتھ پڑھیے۔ خود رسول اللہ صلی اللہ علیہ وسلم کی زندگی میں اللہ تعالیٰ نے ایسے وعدے فرمائے، وعدے جن کی تکمیل آپ کے آخروں پر تک نہیں ہوئی بلکہ آپ کے بعد ہوئی۔</w:t>
      </w:r>
    </w:p>
    <w:p>
      <w:r>
        <w:rPr>
          <w:b/>
        </w:rPr>
        <w:t xml:space="preserve">[38:15] </w:t>
      </w:r>
      <w:r>
        <w:t>aise wade jo rasool Allah se kiye gaye lekin un ki takmeel hui aap ke wafat ke baad. is mein hum bahut kuch likh chuke hain, hum ab padh sakte hain is ko.</w:t>
      </w:r>
    </w:p>
    <w:p>
      <w:pPr>
        <w:jc w:val="right"/>
      </w:pPr>
      <w:r>
        <w:t>ایسے وعدے جو رسول اللہ سے کیے گئے لیکن ان کی تکمیل ہوئی آپ کے وفات کے بعد۔ اس میں ہم بہت کچھ لکھ چکے ہیں، ہم اب پڑھ سکتے ہیں اس کو۔</w:t>
      </w:r>
    </w:p>
    <w:p>
      <w:r>
        <w:rPr>
          <w:b/>
        </w:rPr>
        <w:t xml:space="preserve">[38:28] </w:t>
      </w:r>
      <w:r>
        <w:t>to yeh jo cheez hai, yeh hamare aap ke sirf nahi hai, yeh rasool Allah ke liye bhi hai.</w:t>
      </w:r>
    </w:p>
    <w:p>
      <w:pPr>
        <w:jc w:val="right"/>
      </w:pPr>
      <w:r>
        <w:t>تو یہ جو چیز ہے، یہ ہمارے آپ کے صرف نہیں ہے، یہ رسول اللہ کے لیے بھی ہے۔</w:t>
      </w:r>
    </w:p>
    <w:p>
      <w:r>
        <w:rPr>
          <w:b/>
        </w:rPr>
        <w:t xml:space="preserve">[38:39] </w:t>
      </w:r>
      <w:r>
        <w:t>to sabr ki koi had nahi, aap ko har haal mein sabr karna hi karna hai. is yaqeen ke sath ke kabhi na kabhi waqt aayega jab aap ka sabr jo hai takmeel tak pahuchega aur result samne aayega, chahe woh aap ki wafat ke baad samne aaye.</w:t>
      </w:r>
    </w:p>
    <w:p>
      <w:pPr>
        <w:jc w:val="right"/>
      </w:pPr>
      <w:r>
        <w:t>تو صبر کی کوئی حد نہیں، آپ کو ہر حال میں صبر کرنا ہی کرنا ہے۔ اس یقین کے ساتھ کہ کبھی نہ کبھی وقت آئے گا جب آپ کا صبر جو ہے تکمیل تک پہنچے گا اور رزلٹ سامنے آئے گا، چاہے وہ آپ کی وفات کے بعد سامنے آئے۔</w:t>
      </w:r>
    </w:p>
    <w:p>
      <w:r>
        <w:rPr>
          <w:b/>
        </w:rPr>
        <w:t xml:space="preserve">[39:07] </w:t>
      </w:r>
      <w:r>
        <w:t>maulana, agla sawal dilli se bheja hai doctor naghma siddiqui ne, unhon ne likha hai: "Does waiting for divine help mean we keep patience till some opportunities open and then we avail of them in the hope that God will get them done through His angels?</w:t>
      </w:r>
    </w:p>
    <w:p>
      <w:pPr>
        <w:jc w:val="right"/>
      </w:pPr>
      <w:r>
        <w:t>مولانا، اگلا سوال دلی سے بھیجا ہے ڈاکٹر نغمہ صدیقی نے، انہوں نے لکھا ہے: "Does waiting for divine help mean we keep patience till some opportunities open and then we avail of them in the hope that God will get them done through His angels?</w:t>
      </w:r>
    </w:p>
    <w:p>
      <w:r>
        <w:rPr>
          <w:b/>
        </w:rPr>
        <w:t xml:space="preserve">[39:27] </w:t>
      </w:r>
      <w:r>
        <w:t>Rest we do dua." sahi hai, sahi hai.</w:t>
      </w:r>
    </w:p>
    <w:p>
      <w:pPr>
        <w:jc w:val="right"/>
      </w:pPr>
      <w:r>
        <w:t>Rest we do dua." صحیح ہے، صحیح ہے۔</w:t>
      </w:r>
    </w:p>
    <w:p>
      <w:r>
        <w:rPr>
          <w:b/>
        </w:rPr>
        <w:t xml:space="preserve">[39:37] </w:t>
      </w:r>
      <w:r>
        <w:t>maulana, agla sawal kashmir se aaya hai idrees qamar sahib ne bheja hai, unhon ne likha hai: "Maulana, mera sawal hai ke kabhi kabhi hamare mind mein bure khayalat aur waswase aate rehte hain,</w:t>
      </w:r>
    </w:p>
    <w:p>
      <w:pPr>
        <w:jc w:val="right"/>
      </w:pPr>
      <w:r>
        <w:t>مولانا، اگلا سوال کشمیر سے آیا ہے ادریس قمر صاحب نے بھیجا ہے، انہوں نے لکھا ہے: "مولانا، मेरा सवाल है कि कभी कभी हमारे mind में बुरे ख्यालात और وسوسے آتے रहते हैं,</w:t>
      </w:r>
    </w:p>
    <w:p>
      <w:r>
        <w:rPr>
          <w:b/>
        </w:rPr>
        <w:t xml:space="preserve">[39:53] </w:t>
      </w:r>
      <w:r>
        <w:t>Allah ki zaat ko le kar ke waqai Allah hai ya nahi, aise mauqon par hamein kya karna chahiye, is par advice karein."</w:t>
      </w:r>
    </w:p>
    <w:p>
      <w:pPr>
        <w:jc w:val="right"/>
      </w:pPr>
      <w:r>
        <w:t>اللہ کی ذات کو لے کر کہ واقعی اللہ ہے یا نہیں، ایسے موقعوں پر ہمیں کیا کرنا چاہیے، اس پر advice کریں۔"</w:t>
      </w:r>
    </w:p>
    <w:p>
      <w:r>
        <w:rPr>
          <w:b/>
        </w:rPr>
        <w:t xml:space="preserve">[40:05] </w:t>
      </w:r>
      <w:r>
        <w:t>abhi history badhaiye, is par ab to bahut kuch hamare mission mein, is par bahut kuch chhap chuka hai.</w:t>
      </w:r>
    </w:p>
    <w:p>
      <w:pPr>
        <w:jc w:val="right"/>
      </w:pPr>
      <w:r>
        <w:t>ابھی history بڑھائیے، اس پر اب تو بہت کچھ ہمارے mission میں، اس پر بہت کچھ چھپ چکا ہے۔</w:t>
      </w:r>
    </w:p>
    <w:p>
      <w:r>
        <w:rPr>
          <w:b/>
        </w:rPr>
        <w:t xml:space="preserve">[40:17] </w:t>
      </w:r>
      <w:r>
        <w:t>is ko khoob padhiye, bar bar padhiye,</w:t>
      </w:r>
    </w:p>
    <w:p>
      <w:pPr>
        <w:jc w:val="right"/>
      </w:pPr>
      <w:r>
        <w:t>اس کو خوب پڑھیے، بار بار پڑھیے،</w:t>
      </w:r>
    </w:p>
    <w:p>
      <w:r>
        <w:rPr>
          <w:b/>
        </w:rPr>
        <w:t xml:space="preserve">[40:25] </w:t>
      </w:r>
      <w:r>
        <w:t>yahi main mashwara de sakta hoon.</w:t>
      </w:r>
    </w:p>
    <w:p>
      <w:pPr>
        <w:jc w:val="right"/>
      </w:pPr>
      <w:r>
        <w:t>یہی میں مشورہ دے سکتا ہوں۔</w:t>
      </w:r>
    </w:p>
    <w:p>
      <w:r>
        <w:rPr>
          <w:b/>
        </w:rPr>
        <w:t xml:space="preserve">[40:29] </w:t>
      </w:r>
      <w:r>
        <w:t>maulana, agla sawal Pakistan se bheja hai raeed ul hassan sahib ne, unhon ne aap se poocha hai ke Maulana sahib, Quran ki roshni mein personality ko kaise behtar banaya jaye, is ke bare mein batayein.</w:t>
      </w:r>
    </w:p>
    <w:p>
      <w:pPr>
        <w:jc w:val="right"/>
      </w:pPr>
      <w:r>
        <w:t>مولانا، اگلا سوال پاکستان سے بھیجا ہے رید الحسن صاحب نے، انہوں نے آپ سے پوچھا ہے کہ مولانا صاحب، قرآن کی روشنی میں personality کو کیسے بہتر بنایا جائے، اس کے بارے میں بتائیں۔</w:t>
      </w:r>
    </w:p>
    <w:p>
      <w:r>
        <w:rPr>
          <w:b/>
        </w:rPr>
        <w:t xml:space="preserve">[40:45] </w:t>
      </w:r>
      <w:r>
        <w:t>main bas yahi kahunga ke tadabbur ko badhaiye, yani Quran aur hadith, seerat-e-rasool, in cheezon mein apne ghaur o fikr ko badhaiye.</w:t>
      </w:r>
    </w:p>
    <w:p>
      <w:pPr>
        <w:jc w:val="right"/>
      </w:pPr>
      <w:r>
        <w:t>میں بس یہی کہوں گا کہ تدبر کو بڑھائیے، یعنی قرآن اور حدیث، سیرت رسول، ان چیزوں میں اپنے غور و فکر کو بڑھائیے۔</w:t>
      </w:r>
    </w:p>
    <w:p>
      <w:r>
        <w:rPr>
          <w:b/>
        </w:rPr>
        <w:t xml:space="preserve">[40:59] </w:t>
      </w:r>
      <w:r>
        <w:t>jaise aaj hi ka ek qissa unhon ne bataya aap ko ke فَإِنَّكَ بَيَأَيُّنَا yeh bahut der se pooch rahe the hamein sawal tha ke tumhara mamla hamari nigahon mein hai, is ka kya matlab hai?</w:t>
      </w:r>
    </w:p>
    <w:p>
      <w:pPr>
        <w:jc w:val="right"/>
      </w:pPr>
      <w:r>
        <w:t>جیسے آج ہی کا ایک قصہ انہوں نے بتایا آپ کو کہ فَإِنَّكَ بَيَأَيُّنَا یہ بہت دیر سے پوچھ رہے تھے ہمیں سوال تھا کہ تمہارا معاملہ ہماری نگاہوں میں ہے، اس کا کیا مطلب ہے؟</w:t>
      </w:r>
    </w:p>
    <w:p>
      <w:r>
        <w:rPr>
          <w:b/>
        </w:rPr>
        <w:t xml:space="preserve">[41:14] </w:t>
      </w:r>
      <w:r>
        <w:t>to aaj hi mujh par khula, kya matlab hai ke tumhara mamla hamari planning ke tehat chal raha hai, hamari planning ke tehat ek course jari hua hai, is course ko poora hone dein,</w:t>
      </w:r>
    </w:p>
    <w:p>
      <w:pPr>
        <w:jc w:val="right"/>
      </w:pPr>
      <w:r>
        <w:t>تو آج ہی مجھ پر کھلا، کیا مطلب ہے کہ تمہارا معاملہ ہماری planning کے تحت چل رہا ہے، ہماری planning کے تحت ایک کورس جاری ہوا ہے، اس کورس کو پورا ہونے دیں،</w:t>
      </w:r>
    </w:p>
    <w:p>
      <w:r>
        <w:rPr>
          <w:b/>
        </w:rPr>
        <w:t xml:space="preserve">[41:28] </w:t>
      </w:r>
      <w:r>
        <w:t>phir sab kuch theek ho jayega. to zyada se zyada tadabbur kijiye, ghaur o fikr kijiye, yahi rasta hai.</w:t>
      </w:r>
    </w:p>
    <w:p>
      <w:pPr>
        <w:jc w:val="right"/>
      </w:pPr>
      <w:r>
        <w:t>پھر سب کچھ ٹھیک ہو جائے گا۔ تو زیادہ سے زیادہ تدبر کیجیے، غور و فکر کیجیے، یہی راستہ ہے۔</w:t>
      </w:r>
    </w:p>
    <w:p>
      <w:r>
        <w:rPr>
          <w:b/>
        </w:rPr>
        <w:t xml:space="preserve">[41:40] </w:t>
      </w:r>
      <w:r>
        <w:t>maulana, agla ek comment aur sawal hai jo umm ashait sahiba ne bheja hai chennai se, unhon ne likha hai: "Today I learned that what is planning of God?</w:t>
      </w:r>
    </w:p>
    <w:p>
      <w:pPr>
        <w:jc w:val="right"/>
      </w:pPr>
      <w:r>
        <w:t>مولانا، اگلا ایک کمنٹ اور سوال ہے جو ام اشاعت صاحبہ نے بھیجا ہے چنئی سے، انہوں نے لکھا ہے: "Today I learned that what is planning of God?</w:t>
      </w:r>
    </w:p>
    <w:p>
      <w:r>
        <w:rPr>
          <w:b/>
        </w:rPr>
        <w:t xml:space="preserve">[41:56] </w:t>
      </w:r>
      <w:r>
        <w:t>The great plan of God in history is Hazrat Hajirah's model changed into Kaba model, and now in modern era the toti malhotra ka model will inshaAllah change into global women model.</w:t>
      </w:r>
    </w:p>
    <w:p>
      <w:pPr>
        <w:jc w:val="right"/>
      </w:pPr>
      <w:r>
        <w:t>The great plan of God in history is Hazrat Hajirah's model changed into Kaba model, and now in modern era the طوطی ملوثرا کا model will inshaAllah change into global women model.</w:t>
      </w:r>
    </w:p>
    <w:p>
      <w:r>
        <w:rPr>
          <w:b/>
        </w:rPr>
        <w:t xml:space="preserve">[42:11] </w:t>
      </w:r>
      <w:r>
        <w:t>jazak Allah maulana. phir un ka sawal hai maulana, unhon ne aap se poocha hai ke sabr jameel kya hai, is ki wazahat karen.</w:t>
      </w:r>
    </w:p>
    <w:p>
      <w:pPr>
        <w:jc w:val="right"/>
      </w:pPr>
      <w:r>
        <w:t>جزاک اللہ مولانا۔ پھر ان کا سوال ہے مولانا، انہوں نے آپ سے پوچھا ہے کہ صبر جمیل کیا ہے، اس کی وضاحت کریں۔</w:t>
      </w:r>
    </w:p>
    <w:p>
      <w:r>
        <w:rPr>
          <w:b/>
        </w:rPr>
        <w:t xml:space="preserve">[42:29] </w:t>
      </w:r>
      <w:r>
        <w:t>sabr jameel ka matlab hai ke shikayat ke baghair sabr karna.</w:t>
      </w:r>
    </w:p>
    <w:p>
      <w:pPr>
        <w:jc w:val="right"/>
      </w:pPr>
      <w:r>
        <w:t>صبر جمیل کا مطلب ہے کہ شکایت کے بغیر صبر کرنا۔</w:t>
      </w:r>
    </w:p>
    <w:p>
      <w:r>
        <w:rPr>
          <w:b/>
        </w:rPr>
        <w:t xml:space="preserve">[42:37] </w:t>
      </w:r>
      <w:r>
        <w:t>bas musalman jeete hain shikayaton mein ke zulm ho raha hai, yeh ho raha hai, woh ho raha hai. to shikayat ke baghair sabr karna, yahi sabr jameel hai.</w:t>
      </w:r>
    </w:p>
    <w:p>
      <w:pPr>
        <w:jc w:val="right"/>
      </w:pPr>
      <w:r>
        <w:t>بس مسلمان جیتے ہیں شکایتوں میں کہ ظلم ہو رہا ہے، یہ ہو رہا ہے، وہ ہو رہا ہے۔ تو شکایت کے بغیر صبر کرنا، یہی صبر جمیل ہے۔</w:t>
      </w:r>
    </w:p>
    <w:p>
      <w:r>
        <w:rPr>
          <w:b/>
        </w:rPr>
        <w:t xml:space="preserve">[42:57] </w:t>
      </w:r>
      <w:r>
        <w:t>Maulana, un ka ek aur comment aaya hai abhi abhi jo hum parhna chahein ge.</w:t>
      </w:r>
    </w:p>
    <w:p>
      <w:pPr>
        <w:jc w:val="right"/>
      </w:pPr>
      <w:r>
        <w:t>مولانا، ان کا ایک اور کمنٹ آیا ہے ابھی ابھی جو ہم پڑھنا چاہیں گے۔</w:t>
      </w:r>
    </w:p>
    <w:p>
      <w:r>
        <w:rPr>
          <w:b/>
        </w:rPr>
        <w:t xml:space="preserve">[43:00] </w:t>
      </w:r>
      <w:r>
        <w:t>to Umm Ish'aat sahibah ne likha hai: "Maulana, main musalsal teen din se kitaab Qayamat ka Kalam parh</w:t>
      </w:r>
    </w:p>
    <w:p>
      <w:pPr>
        <w:jc w:val="right"/>
      </w:pPr>
      <w:r>
        <w:t>تو ام اشاعت صاحبہ نے لکھا ہے: "مولانا، मैं مسلسل تین دن سے کتاب قیامت کا کلام پڑھ</w:t>
      </w:r>
    </w:p>
    <w:p>
      <w:r>
        <w:rPr>
          <w:b/>
        </w:rPr>
        <w:t xml:space="preserve">[43:09] </w:t>
      </w:r>
      <w:r>
        <w:t>rahi thi to mujhe mehsoos hua ke aaj hi mein musalman hui hoon aur main aaj dobara kalma</w:t>
      </w:r>
    </w:p>
    <w:p>
      <w:pPr>
        <w:jc w:val="right"/>
      </w:pPr>
      <w:r>
        <w:t>رہی تھی تو مجھے محسوس ہوا کہ آج ہی میں مسلمان ہوئی ہوں اور میں آج دوبارہ کلمہ</w:t>
      </w:r>
    </w:p>
    <w:p>
      <w:r>
        <w:rPr>
          <w:b/>
        </w:rPr>
        <w:t xml:space="preserve">[43:16] </w:t>
      </w:r>
      <w:r>
        <w:t>parhna chahti hoon."</w:t>
      </w:r>
    </w:p>
    <w:p>
      <w:pPr>
        <w:jc w:val="right"/>
      </w:pPr>
      <w:r>
        <w:t>پڑھنا چاہتی ہوں۔"</w:t>
      </w:r>
    </w:p>
    <w:p>
      <w:r>
        <w:rPr>
          <w:b/>
        </w:rPr>
        <w:t xml:space="preserve">[43:18] </w:t>
      </w:r>
      <w:r>
        <w:t>jazak Allah Maulana, you are a person who is giving guidance globally in the modern era and in</w:t>
      </w:r>
    </w:p>
    <w:p>
      <w:pPr>
        <w:jc w:val="right"/>
      </w:pPr>
      <w:r>
        <w:t>جزاک اللہ مولانا، you are a person who is giving guidance globally in the modern era and in</w:t>
      </w:r>
    </w:p>
    <w:p>
      <w:r>
        <w:rPr>
          <w:b/>
        </w:rPr>
        <w:t xml:space="preserve">[43:25] </w:t>
      </w:r>
      <w:r>
        <w:t>the age of communication.</w:t>
      </w:r>
    </w:p>
    <w:p>
      <w:pPr>
        <w:jc w:val="right"/>
      </w:pPr>
      <w:r>
        <w:t>the age of communication.</w:t>
      </w:r>
    </w:p>
    <w:p>
      <w:r>
        <w:rPr>
          <w:b/>
        </w:rPr>
        <w:t xml:space="preserve">[43:28] </w:t>
      </w:r>
      <w:r>
        <w:t>masha Allah, jazakum Allah.</w:t>
      </w:r>
    </w:p>
    <w:p>
      <w:pPr>
        <w:jc w:val="right"/>
      </w:pPr>
      <w:r>
        <w:t>ماشاءاللہ، جزاکم اللہ۔</w:t>
      </w:r>
    </w:p>
    <w:p>
      <w:r>
        <w:rPr>
          <w:b/>
        </w:rPr>
        <w:t xml:space="preserve">[43:34] </w:t>
      </w:r>
      <w:r>
        <w:t>maulana, ek sawal aaya hai rahel ali sahib ka, unhon ne apni location nahi likhi hai. un ka sawal hai ke how can I make a non-Muslim understand tauheed, is ke bare mein bataen.</w:t>
      </w:r>
    </w:p>
    <w:p>
      <w:pPr>
        <w:jc w:val="right"/>
      </w:pPr>
      <w:r>
        <w:t>مولانا، ایک سوال آیا ہے راحل علی صاحب کا، انہوں نے اپنی location نہیں لکھی ہے۔ ان کا سوال ہے کہ how can I make a non-Muslim understand توحید، اس کے بارے میں بتائیں۔</w:t>
      </w:r>
    </w:p>
    <w:p>
      <w:r>
        <w:rPr>
          <w:b/>
        </w:rPr>
        <w:t xml:space="preserve">[43:52] </w:t>
      </w:r>
      <w:r>
        <w:t>bhai, yeh to is zamane mein, yani science ke zamane mein, bohat hi asan ho chuka hai. hamari koi kitab hai "Al Islam wa Tauheed", woh tauheedi par to hai, woh kitab.</w:t>
      </w:r>
    </w:p>
    <w:p>
      <w:pPr>
        <w:jc w:val="right"/>
      </w:pPr>
      <w:r>
        <w:t>بھئی، یہ تو اس زمانے میں، یعنی سائنس کے زمانے میں، بہت ہی آسان ہو چکا ہے۔ ہماری کوئی کتاب ہے "الاسلام و توحید"، وہ توحیدی پر تو ہے، وہ کتاب۔</w:t>
      </w:r>
    </w:p>
    <w:p>
      <w:r>
        <w:rPr>
          <w:b/>
        </w:rPr>
        <w:t xml:space="preserve">[44:06] </w:t>
      </w:r>
      <w:r>
        <w:t>is ka naam angrezi mein hai "God Rises" . us ko aap parhiye, woh kitab tauheed hai, woh</w:t>
      </w:r>
    </w:p>
    <w:p>
      <w:pPr>
        <w:jc w:val="right"/>
      </w:pPr>
      <w:r>
        <w:t>اس کا نام انگریزی میں ہے "God Rises" ۔ اس کو آپ پڑھیے، وہ کتاب توحید ہے، وہ</w:t>
      </w:r>
    </w:p>
    <w:p>
      <w:r>
        <w:rPr>
          <w:b/>
        </w:rPr>
        <w:t xml:space="preserve">[44:20] </w:t>
      </w:r>
      <w:r>
        <w:t>aap us ko parhiye, insha Allah us par aap ko jawab mil jayega.</w:t>
      </w:r>
    </w:p>
    <w:p>
      <w:pPr>
        <w:jc w:val="right"/>
      </w:pPr>
      <w:r>
        <w:t>آپ اس کو پڑھیے، انشاءاللہ اس پر آپ کو جواب مل جائے گا۔</w:t>
      </w:r>
    </w:p>
    <w:p>
      <w:r>
        <w:rPr>
          <w:b/>
        </w:rPr>
        <w:t xml:space="preserve">[44:34] </w:t>
      </w:r>
      <w:r>
        <w:t>aur agar aap ko mere siwa kisi aur ki kitab parhna hai, is ka bhi naam batata hoon mein aap ko. ek kitab hai jis ka naam hai angrezi mein "Evidence of God in an Expanding Universe" .</w:t>
      </w:r>
    </w:p>
    <w:p>
      <w:pPr>
        <w:jc w:val="right"/>
      </w:pPr>
      <w:r>
        <w:t>اور اگر آپ کو میرے سوا کسی اور کی کتاب پڑھنا ہے، اس کا بھی نام بتاتا ہوں میں آپ کو۔ ایک کتاب ہے جس کا نام ہے انگلش میں "Evidence of God in an Expanding Universe" ۔</w:t>
      </w:r>
    </w:p>
    <w:p>
      <w:r>
        <w:rPr>
          <w:b/>
        </w:rPr>
        <w:t xml:space="preserve">[44:51] </w:t>
      </w:r>
      <w:r>
        <w:t>arabi mein is ka title hai "Allah Yatjalla Fi Asr Al Ilm" . arabic mein title hai "Allah Yatjalla Fi Asr Al Ilm" .</w:t>
      </w:r>
    </w:p>
    <w:p>
      <w:pPr>
        <w:jc w:val="right"/>
      </w:pPr>
      <w:r>
        <w:t>عربی میں اس کا ٹائٹل ہے "اللہ يتجلى في عصر العلم" ۔ عربک میں ٹائٹل ہے "الله يتجلى في عصر العلم" ۔</w:t>
      </w:r>
    </w:p>
    <w:p>
      <w:r>
        <w:rPr>
          <w:b/>
        </w:rPr>
        <w:t xml:space="preserve">[45:03] </w:t>
      </w:r>
      <w:r>
        <w:t>angrezi mein title hai "Evidence of God in an Expanding Universe" . parhiye us ko, reading parhaiye, reading parhana bohat zaroori hai.</w:t>
      </w:r>
    </w:p>
    <w:p>
      <w:pPr>
        <w:jc w:val="right"/>
      </w:pPr>
      <w:r>
        <w:t>انگلش میں ٹائٹل ہے "Evidence of God in an Expanding Universe" ۔ پڑھیے اس کو، ریڈنگ پڑھائیے، ریڈنگ پڑھانا بہت ضروری ہے۔</w:t>
      </w:r>
    </w:p>
    <w:p>
      <w:r>
        <w:rPr>
          <w:b/>
        </w:rPr>
        <w:t xml:space="preserve">[45:21] </w:t>
      </w:r>
      <w:r>
        <w:t>maulana, agla comment bheja hai asrar khateeb sahib ne aur un ka sawal bhi hai. unhon ne likha hai "Today I knew a new principle of understanding of the Quran.</w:t>
      </w:r>
    </w:p>
    <w:p>
      <w:pPr>
        <w:jc w:val="right"/>
      </w:pPr>
      <w:r>
        <w:t>مولانا، اگلا کمنٹ بھیجا ہے اسرار خطیب صاحب نے اور ان کا سوال بھی ہے۔ انہوں نے لکھا ہے "Today I knew a new principle of understanding of the Quran.</w:t>
      </w:r>
    </w:p>
    <w:p>
      <w:r>
        <w:rPr>
          <w:b/>
        </w:rPr>
        <w:t xml:space="preserve">[45:33] </w:t>
      </w:r>
      <w:r>
        <w:t>that is, when we change the word, then we can understand the meaning of the Quran." maulana, phir un ka sawal hai, unhon ne likha hai maulana baaz log kehte hain ke aap hamesha sabr ki baat karte hain jabke quran mein qital, jihad aur difa ki bhi baat kahi gayi hai.</w:t>
      </w:r>
    </w:p>
    <w:p>
      <w:pPr>
        <w:jc w:val="right"/>
      </w:pPr>
      <w:r>
        <w:t>That is, when we change the word, then we can understand the meaning of the Quran." مولانا، پھر ان کا سوال ہے، انہوں نے لکھا ہے مولانا بعض لوگ کہتے ہیں کہ آپ ہمیشہ صبر کی بات کرتے ہیں جبکہ قرآن میں قتال، جہاد اور دفاع کی بھی بات کہی گئی ہے۔</w:t>
      </w:r>
    </w:p>
    <w:p>
      <w:r>
        <w:rPr>
          <w:b/>
        </w:rPr>
        <w:t xml:space="preserve">[45:55] </w:t>
      </w:r>
      <w:r>
        <w:t>sirf sabr par zor dena quran ke ek hisse ko na manna hai. maulana, is par aap kya kahenge?</w:t>
      </w:r>
    </w:p>
    <w:p>
      <w:pPr>
        <w:jc w:val="right"/>
      </w:pPr>
      <w:r>
        <w:t>صرف صبر پر زور دینا قرآن کے ایک حصے کو نہ ماننا ہے۔ مولانا، اس پر آپ کیا کہیں گے؟</w:t>
      </w:r>
    </w:p>
    <w:p>
      <w:r>
        <w:rPr>
          <w:b/>
        </w:rPr>
        <w:t xml:space="preserve">[46:04] </w:t>
      </w:r>
      <w:r>
        <w:t>is ka jawab fuqaha de chuke hain ke</w:t>
      </w:r>
    </w:p>
    <w:p>
      <w:pPr>
        <w:jc w:val="right"/>
      </w:pPr>
      <w:r>
        <w:t>اس کا جواب فقہاء دے چکے ہیں کہ</w:t>
      </w:r>
    </w:p>
    <w:p>
      <w:r>
        <w:rPr>
          <w:b/>
        </w:rPr>
        <w:t xml:space="preserve">[46:12] </w:t>
      </w:r>
      <w:r>
        <w:t>qital islam mein husn li ghair hai, husn li zatah nahi hai. fuqaha de chuke hain jawab ke qital islam mein husn li ghair hai, husn li zatah nahi hai.</w:t>
      </w:r>
    </w:p>
    <w:p>
      <w:pPr>
        <w:jc w:val="right"/>
      </w:pPr>
      <w:r>
        <w:t>قتال اسلام میں حسن لغیرہی ہے، حسن لذاتہ نہیں ہے۔ فقہاء دے چکے ہیں جواب کہ قتال اسلام میں حسن لغیرہی ہے، حسن لذاتہ نہیں ہے۔</w:t>
      </w:r>
    </w:p>
    <w:p>
      <w:r>
        <w:rPr>
          <w:b/>
        </w:rPr>
        <w:t xml:space="preserve">[46:28] </w:t>
      </w:r>
      <w:r>
        <w:t>aaj kal ki zaban mein mein kahunga ke woh temporary hai, permanent nahi hai.</w:t>
      </w:r>
    </w:p>
    <w:p>
      <w:pPr>
        <w:jc w:val="right"/>
      </w:pPr>
      <w:r>
        <w:t>آج کل کی زبان میں میں کہوں گا کہ وہ temporary ہے، permanent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