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the Quran March 24, 2019</w:t>
      </w:r>
    </w:p>
    <w:p>
      <w:r>
        <w:t>https://www.youtube.com/watch?v=DI5wU5CwcW4</w:t>
      </w:r>
    </w:p>
    <w:p>
      <w:r>
        <w:rPr>
          <w:b/>
        </w:rPr>
        <w:t xml:space="preserve">[00:14] </w:t>
      </w:r>
      <w:r>
        <w:t>bismillah hir rahman nir rahim, wa salla Allahu ala an nabiy al karim.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24</w:t>
      </w:r>
    </w:p>
    <w:p>
      <w:pPr>
        <w:jc w:val="right"/>
      </w:pPr>
      <w:r>
        <w:t>24</w:t>
      </w:r>
    </w:p>
    <w:p>
      <w:r>
        <w:rPr>
          <w:b/>
        </w:rPr>
        <w:t xml:space="preserve">[00:42] </w:t>
      </w:r>
      <w:r>
        <w:t>march 2019.</w:t>
      </w:r>
    </w:p>
    <w:p>
      <w:pPr>
        <w:jc w:val="right"/>
      </w:pPr>
      <w:r>
        <w:t>مارچ 2019۔</w:t>
      </w:r>
    </w:p>
    <w:p>
      <w:r>
        <w:rPr>
          <w:b/>
        </w:rPr>
        <w:t xml:space="preserve">[00:55] </w:t>
      </w:r>
      <w:r>
        <w:t>aaj mein jab</w:t>
      </w:r>
    </w:p>
    <w:p>
      <w:pPr>
        <w:jc w:val="right"/>
      </w:pPr>
      <w:r>
        <w:t>آج میں جب</w:t>
      </w:r>
    </w:p>
    <w:p>
      <w:r>
        <w:rPr>
          <w:b/>
        </w:rPr>
        <w:t xml:space="preserve">[01:07] </w:t>
      </w:r>
      <w:r>
        <w:t>naam din was se naam din van mein ke liye rawana hua, jo ke hamara</w:t>
      </w:r>
    </w:p>
    <w:p>
      <w:pPr>
        <w:jc w:val="right"/>
      </w:pPr>
      <w:r>
        <w:t>نام دن وس سے نام دن ون میں کے لیے روانہ ہوا، جو کہ ہمارا</w:t>
      </w:r>
    </w:p>
    <w:p>
      <w:r>
        <w:rPr>
          <w:b/>
        </w:rPr>
        <w:t xml:space="preserve">[01:21] </w:t>
      </w:r>
      <w:r>
        <w:t>jahan hamara program hota hai,</w:t>
      </w:r>
    </w:p>
    <w:p>
      <w:pPr>
        <w:jc w:val="right"/>
      </w:pPr>
      <w:r>
        <w:t>جہاں ہمارا پروگرام ہوتا ہے،</w:t>
      </w:r>
    </w:p>
    <w:p>
      <w:r>
        <w:rPr>
          <w:b/>
        </w:rPr>
        <w:t xml:space="preserve">[01:27] </w:t>
      </w:r>
      <w:r>
        <w:t>yeh to mere to mujhe ek hadith yaad aai.</w:t>
      </w:r>
    </w:p>
    <w:p>
      <w:pPr>
        <w:jc w:val="right"/>
      </w:pPr>
      <w:r>
        <w:t>یہ تو میرے تو مجھے ایک حدیث یاد آئی۔</w:t>
      </w:r>
    </w:p>
    <w:p>
      <w:r>
        <w:rPr>
          <w:b/>
        </w:rPr>
        <w:t xml:space="preserve">[01:37] </w:t>
      </w:r>
      <w:r>
        <w:t>woh hadith bukhari mein aai hai. rasool Allah sal Allah alaihi wasallam ne</w:t>
      </w:r>
    </w:p>
    <w:p>
      <w:pPr>
        <w:jc w:val="right"/>
      </w:pPr>
      <w:r>
        <w:t>وہ حدیث بخاری میں آئی ہے۔ رسول اللہ صلی اللہ علیہ وسلم نے</w:t>
      </w:r>
    </w:p>
    <w:p>
      <w:r>
        <w:rPr>
          <w:b/>
        </w:rPr>
        <w:t xml:space="preserve">[01:48] </w:t>
      </w:r>
      <w:r>
        <w:t>sahaba ko bataya ke ek waqt aayega jab ke</w:t>
      </w:r>
    </w:p>
    <w:p>
      <w:pPr>
        <w:jc w:val="right"/>
      </w:pPr>
      <w:r>
        <w:t>صحابہ کو بتایا کہ ایک وقت آئے گا جب کہ</w:t>
      </w:r>
    </w:p>
    <w:p>
      <w:r>
        <w:rPr>
          <w:b/>
        </w:rPr>
        <w:t xml:space="preserve">[01:57] </w:t>
      </w:r>
      <w:r>
        <w:t>quran ke daai</w:t>
      </w:r>
    </w:p>
    <w:p>
      <w:pPr>
        <w:jc w:val="right"/>
      </w:pPr>
      <w:r>
        <w:t>قرآن کے داعی</w:t>
      </w:r>
    </w:p>
    <w:p>
      <w:r>
        <w:rPr>
          <w:b/>
        </w:rPr>
        <w:t xml:space="preserve">[02:05] </w:t>
      </w:r>
      <w:r>
        <w:t>badshahon ki tarah</w:t>
      </w:r>
    </w:p>
    <w:p>
      <w:pPr>
        <w:jc w:val="right"/>
      </w:pPr>
      <w:r>
        <w:t>بادشاہوں کی طرح</w:t>
      </w:r>
    </w:p>
    <w:p>
      <w:r>
        <w:rPr>
          <w:b/>
        </w:rPr>
        <w:t xml:space="preserve">[02:10] </w:t>
      </w:r>
      <w:r>
        <w:t>takht par baithe hue hon, safar karenge. kal maluk al-asra, kal maluk al-asra, yeh riwayat bukhari mein aai hai.</w:t>
      </w:r>
    </w:p>
    <w:p>
      <w:pPr>
        <w:jc w:val="right"/>
      </w:pPr>
      <w:r>
        <w:t>تخت پر بیٹھے ہوئے ہوں، سفر کریں گے۔ کل ملوک الاسرہ، کل ملوک الاسرہ، یہ روایت بخاری میں آئی ہے۔</w:t>
      </w:r>
    </w:p>
    <w:p>
      <w:r>
        <w:rPr>
          <w:b/>
        </w:rPr>
        <w:t xml:space="preserve">[02:28] </w:t>
      </w:r>
      <w:r>
        <w:t>to maine socha ke yeh ka matlab kya hai ke quran ke daai, quran ka message phailane wale</w:t>
      </w:r>
    </w:p>
    <w:p>
      <w:pPr>
        <w:jc w:val="right"/>
      </w:pPr>
      <w:r>
        <w:t>تو میں نے سوچا کہ یہ کا مطلب کیا ہے کہ قرآن کے داعی، قرآن کا میسج پھیلانے والے</w:t>
      </w:r>
    </w:p>
    <w:p>
      <w:r>
        <w:rPr>
          <w:b/>
        </w:rPr>
        <w:t xml:space="preserve">[02:42] </w:t>
      </w:r>
      <w:r>
        <w:t>is tarah safar karenge jaise badshah log takht par baithe hue safar karen.</w:t>
      </w:r>
    </w:p>
    <w:p>
      <w:pPr>
        <w:jc w:val="right"/>
      </w:pPr>
      <w:r>
        <w:t>اس طرح سفر کریں گے جیسے بادشاہ لوگ تخت پر بیٹھے ہوئے سفر کریں۔</w:t>
      </w:r>
    </w:p>
    <w:p>
      <w:r>
        <w:rPr>
          <w:b/>
        </w:rPr>
        <w:t xml:space="preserve">[02:56] </w:t>
      </w:r>
      <w:r>
        <w:t>to</w:t>
      </w:r>
    </w:p>
    <w:p>
      <w:pPr>
        <w:jc w:val="right"/>
      </w:pPr>
      <w:r>
        <w:t>تو</w:t>
      </w:r>
    </w:p>
    <w:p>
      <w:r>
        <w:rPr>
          <w:b/>
        </w:rPr>
        <w:t xml:space="preserve">[03:00] </w:t>
      </w:r>
      <w:r>
        <w:t>mere maan mein yeh aaya ke woh woh zamana to aa chuka, ab intezar nahi karna hai, ab to amal karna hai.</w:t>
      </w:r>
    </w:p>
    <w:p>
      <w:pPr>
        <w:jc w:val="right"/>
      </w:pPr>
      <w:r>
        <w:t>میرے مان میں یہ آیا کہ وہ وہ زمانہ تو آ چکا، اب انتظار نہیں کرنا ہے، اب تو عمل کرنا ہے۔</w:t>
      </w:r>
    </w:p>
    <w:p>
      <w:r>
        <w:rPr>
          <w:b/>
        </w:rPr>
        <w:t xml:space="preserve">[03:11] </w:t>
      </w:r>
      <w:r>
        <w:t>aap ghor kijiye, main C 29 mein</w:t>
      </w:r>
    </w:p>
    <w:p>
      <w:pPr>
        <w:jc w:val="right"/>
      </w:pPr>
      <w:r>
        <w:t>آپ غور کیجئے، میں سی 29 میں</w:t>
      </w:r>
    </w:p>
    <w:p>
      <w:r>
        <w:rPr>
          <w:b/>
        </w:rPr>
        <w:t xml:space="preserve">[03:19] </w:t>
      </w:r>
      <w:r>
        <w:t>tha,</w:t>
      </w:r>
    </w:p>
    <w:p>
      <w:pPr>
        <w:jc w:val="right"/>
      </w:pPr>
      <w:r>
        <w:t>تھا،</w:t>
      </w:r>
    </w:p>
    <w:p>
      <w:r>
        <w:rPr>
          <w:b/>
        </w:rPr>
        <w:t xml:space="preserve">[03:25] </w:t>
      </w:r>
      <w:r>
        <w:t>jo ke first floor hai. to wahan se main jab chala</w:t>
      </w:r>
    </w:p>
    <w:p>
      <w:pPr>
        <w:jc w:val="right"/>
      </w:pPr>
      <w:r>
        <w:t>جو کہ فرسٹ فلور ہے۔ تو وہاں سے میں جب چلا</w:t>
      </w:r>
    </w:p>
    <w:p>
      <w:r>
        <w:rPr>
          <w:b/>
        </w:rPr>
        <w:t xml:space="preserve">[03:35] </w:t>
      </w:r>
      <w:r>
        <w:t>to wahan lift maujood thi jis ne mujhe upar se utar kar neeche laya.</w:t>
      </w:r>
    </w:p>
    <w:p>
      <w:pPr>
        <w:jc w:val="right"/>
      </w:pPr>
      <w:r>
        <w:t>تو وہاں لفٹ موجود تھی جس نے مجھے اوپر سے اتار کر نیچے لایا۔</w:t>
      </w:r>
    </w:p>
    <w:p>
      <w:r>
        <w:rPr>
          <w:b/>
        </w:rPr>
        <w:t xml:space="preserve">[03:47] </w:t>
      </w:r>
      <w:r>
        <w:t>phir maine wheelchair par baitha, is tarah main pahuncha</w:t>
      </w:r>
    </w:p>
    <w:p>
      <w:pPr>
        <w:jc w:val="right"/>
      </w:pPr>
      <w:r>
        <w:t>پھر میں نے ویل چیئر پر بیٹھا، اس طرح میں پہنچا</w:t>
      </w:r>
    </w:p>
    <w:p>
      <w:r>
        <w:rPr>
          <w:b/>
        </w:rPr>
        <w:t xml:space="preserve">[03:57] </w:t>
      </w:r>
      <w:r>
        <w:t>is stage par jahan main is waqt baitha hua hoon.</w:t>
      </w:r>
    </w:p>
    <w:p>
      <w:pPr>
        <w:jc w:val="right"/>
      </w:pPr>
      <w:r>
        <w:t>اس اسٹیج پر جہاں میں اس وقت بیٹھا ہوا ہوں۔</w:t>
      </w:r>
    </w:p>
    <w:p>
      <w:r>
        <w:rPr>
          <w:b/>
        </w:rPr>
        <w:t xml:space="preserve">[04:03] </w:t>
      </w:r>
      <w:r>
        <w:t>yeh sab kya hai? yeh kal bulugh al-asra to hai</w:t>
      </w:r>
    </w:p>
    <w:p>
      <w:pPr>
        <w:jc w:val="right"/>
      </w:pPr>
      <w:r>
        <w:t>یہ سب کیا ہے؟ یہ کل بلوغ الاسری تو ہے</w:t>
      </w:r>
    </w:p>
    <w:p>
      <w:r>
        <w:rPr>
          <w:b/>
        </w:rPr>
        <w:t xml:space="preserve">[04:11] </w:t>
      </w:r>
      <w:r>
        <w:t>ke jo intezam hua tha, hota tha pehle zamane mein badshah ke liye, woh intezam mumkin ho jayega daai ke liye.</w:t>
      </w:r>
    </w:p>
    <w:p>
      <w:pPr>
        <w:jc w:val="right"/>
      </w:pPr>
      <w:r>
        <w:t>کہ جو اہتمام ہوا تھا، ہوتا تھا پہلے زمانے میں بادشاہ کے لیے، وہ اہتمام ممکن ہو جائے گا داعی کے لیے۔</w:t>
      </w:r>
    </w:p>
    <w:p>
      <w:r>
        <w:rPr>
          <w:b/>
        </w:rPr>
        <w:t xml:space="preserve">[04:26] </w:t>
      </w:r>
      <w:r>
        <w:t>yeh mujhe discovery hui. kal bulugh al-asra ka matlab hai</w:t>
      </w:r>
    </w:p>
    <w:p>
      <w:pPr>
        <w:jc w:val="right"/>
      </w:pPr>
      <w:r>
        <w:t>یہ مجھے ڈسکوری ہوئی۔ کل بلوغ الاسرہ کا مطلب ہے</w:t>
      </w:r>
    </w:p>
    <w:p>
      <w:r>
        <w:rPr>
          <w:b/>
        </w:rPr>
        <w:t xml:space="preserve">[04:35] </w:t>
      </w:r>
      <w:r>
        <w:t>ke pehle zamane mein badshah logon ke liye jo intezam kiya jata tha, woh ab quran ke daaiyon ke liye kiya jaane lagega.</w:t>
      </w:r>
    </w:p>
    <w:p>
      <w:pPr>
        <w:jc w:val="right"/>
      </w:pPr>
      <w:r>
        <w:t>کہ پہلے زمانے میں بادشاہ لوگوں کے لیے جو اہتمام کیا جاتا تھا، وہ اب قرآن کے داعیوں کے لیے کیا جانے لگے گا۔</w:t>
      </w:r>
    </w:p>
    <w:p>
      <w:r>
        <w:rPr>
          <w:b/>
        </w:rPr>
        <w:t xml:space="preserve">[04:50] </w:t>
      </w:r>
      <w:r>
        <w:t>aisa zamana aayega, aayega. woh zamana hai, yeh yeh woh zamana hai.</w:t>
      </w:r>
    </w:p>
    <w:p>
      <w:pPr>
        <w:jc w:val="right"/>
      </w:pPr>
      <w:r>
        <w:t>ایسا زمانہ آئے گا، آئے گا۔ وہ زمانہ ہے، یہ یہ وہ زمانہ ہے۔</w:t>
      </w:r>
    </w:p>
    <w:p>
      <w:r>
        <w:rPr>
          <w:b/>
        </w:rPr>
        <w:t xml:space="preserve">[05:02] </w:t>
      </w:r>
      <w:r>
        <w:t>phir main socha ke hamein kya karna hai? zamana to aa chuka, zamana to aa chuka, ab hamein kya karna hai?</w:t>
      </w:r>
    </w:p>
    <w:p>
      <w:pPr>
        <w:jc w:val="right"/>
      </w:pPr>
      <w:r>
        <w:t>پھر میں سوچا کہ ہمیں کیا کرنا ہے؟ زمانہ تو آ چکا، زمانہ تو آ چکا، اب ہمیں کیا کرنا ہے؟</w:t>
      </w:r>
    </w:p>
    <w:p>
      <w:r>
        <w:rPr>
          <w:b/>
        </w:rPr>
        <w:t xml:space="preserve">[05:18] </w:t>
      </w:r>
      <w:r>
        <w:t>to maine socha ke yahan par hamein jo namuna milega, woh sahaba quran ke zariye, yani rasool Allah ke zariye.</w:t>
      </w:r>
    </w:p>
    <w:p>
      <w:pPr>
        <w:jc w:val="right"/>
      </w:pPr>
      <w:r>
        <w:t>تو میں نے سوچا کہ یہاں پر ہمیں جو نمونہ ملے گا، وہ صحابہ قرآن کے ذریعے، یعنی رسول اللہ کے ذریعے۔</w:t>
      </w:r>
    </w:p>
    <w:p>
      <w:r>
        <w:rPr>
          <w:b/>
        </w:rPr>
        <w:t xml:space="preserve">[05:32] </w:t>
      </w:r>
      <w:r>
        <w:t>rasool Allah sal Allah aleh wasalam ko makka ki ghar e hira mein quran aana shuru hua.</w:t>
      </w:r>
    </w:p>
    <w:p>
      <w:pPr>
        <w:jc w:val="right"/>
      </w:pPr>
      <w:r>
        <w:t>رسول اللہ صلی اللہ علیہ وسلم کو مکہ کی غار حرا میں قرآن آنا شروع ہوا۔</w:t>
      </w:r>
    </w:p>
    <w:p>
      <w:r>
        <w:rPr>
          <w:b/>
        </w:rPr>
        <w:t xml:space="preserve">[05:42] </w:t>
      </w:r>
      <w:r>
        <w:t>to aap</w:t>
      </w:r>
    </w:p>
    <w:p>
      <w:pPr>
        <w:jc w:val="right"/>
      </w:pPr>
      <w:r>
        <w:t>تو آپ</w:t>
      </w:r>
    </w:p>
    <w:p>
      <w:r>
        <w:rPr>
          <w:b/>
        </w:rPr>
        <w:t xml:space="preserve">[05:48] </w:t>
      </w:r>
      <w:r>
        <w:t>sahaba quran thay, to sahaba quran ki zindagi ka mutala karna hoga.</w:t>
      </w:r>
    </w:p>
    <w:p>
      <w:pPr>
        <w:jc w:val="right"/>
      </w:pPr>
      <w:r>
        <w:t>صحابہ قرآن تھے، تو صحابہ قرآن کی زندگی کا مطالعہ کرنا ہوگا۔</w:t>
      </w:r>
    </w:p>
    <w:p>
      <w:r>
        <w:rPr>
          <w:b/>
        </w:rPr>
        <w:t xml:space="preserve">[06:01] </w:t>
      </w:r>
      <w:r>
        <w:t>to bukhari ki ek riwayat hai</w:t>
      </w:r>
    </w:p>
    <w:p>
      <w:pPr>
        <w:jc w:val="right"/>
      </w:pPr>
      <w:r>
        <w:t>تو بخاری کی ایک روایت ہے</w:t>
      </w:r>
    </w:p>
    <w:p>
      <w:r>
        <w:rPr>
          <w:b/>
        </w:rPr>
        <w:t xml:space="preserve">[06:09] </w:t>
      </w:r>
      <w:r>
        <w:t>ke quran ke baad, yani ghar e hira mein jab aap ko quran mila, to us ke baad aap ka haal kya hua?</w:t>
      </w:r>
    </w:p>
    <w:p>
      <w:pPr>
        <w:jc w:val="right"/>
      </w:pPr>
      <w:r>
        <w:t>کہ قرآن کے بعد، یعنی غار حرا میں جب آپ کو قرآن ملا، تو اس کے بعد آپ کا حال کیا ہوا؟</w:t>
      </w:r>
    </w:p>
    <w:p>
      <w:r>
        <w:rPr>
          <w:b/>
        </w:rPr>
        <w:t xml:space="preserve">[06:22] </w:t>
      </w:r>
      <w:r>
        <w:t>to ek riwayat hai</w:t>
      </w:r>
    </w:p>
    <w:p>
      <w:pPr>
        <w:jc w:val="right"/>
      </w:pPr>
      <w:r>
        <w:t>تو ایک روایت ہے</w:t>
      </w:r>
    </w:p>
    <w:p>
      <w:r>
        <w:rPr>
          <w:b/>
        </w:rPr>
        <w:t xml:space="preserve">[06:26] </w:t>
      </w:r>
      <w:r>
        <w:t>jis mein farmaya ke kaan rasool Allah sal Allah aleh wasalam</w:t>
      </w:r>
    </w:p>
    <w:p>
      <w:pPr>
        <w:jc w:val="right"/>
      </w:pPr>
      <w:r>
        <w:t>جس میں فرمایا کہ کان رسول اللہ صلی اللہ علیہ وسلم</w:t>
      </w:r>
    </w:p>
    <w:p>
      <w:r>
        <w:rPr>
          <w:b/>
        </w:rPr>
        <w:t xml:space="preserve">[06:34] </w:t>
      </w:r>
      <w:r>
        <w:t>mutawasil azan daim ul fikr,</w:t>
      </w:r>
    </w:p>
    <w:p>
      <w:pPr>
        <w:jc w:val="right"/>
      </w:pPr>
      <w:r>
        <w:t>متواصل اذان دائم الفکر،</w:t>
      </w:r>
    </w:p>
    <w:p>
      <w:r>
        <w:rPr>
          <w:b/>
        </w:rPr>
        <w:t xml:space="preserve">[06:41] </w:t>
      </w:r>
      <w:r>
        <w:t>yani hadr mein rehte thay, hadr mein aur soch mein rehte thay. to azan ka jo lafz hai, woh gham ke mani mein nahi hai,</w:t>
      </w:r>
    </w:p>
    <w:p>
      <w:pPr>
        <w:jc w:val="right"/>
      </w:pPr>
      <w:r>
        <w:t>یعنی حدر میں رہتے تھے، حدر میں اور سوچ میں رہتے تھے۔ تو اذان کا جو لفظ ہے، وہ غم کے معنی میں نہیں ہے،</w:t>
      </w:r>
    </w:p>
    <w:p>
      <w:r>
        <w:rPr>
          <w:b/>
        </w:rPr>
        <w:t xml:space="preserve">[06:55] </w:t>
      </w:r>
      <w:r>
        <w:t>gehri fikr ke mani mein hai.</w:t>
      </w:r>
    </w:p>
    <w:p>
      <w:pPr>
        <w:jc w:val="right"/>
      </w:pPr>
      <w:r>
        <w:t>گہری فکر کے معنی میں ہے۔</w:t>
      </w:r>
    </w:p>
    <w:p>
      <w:r>
        <w:rPr>
          <w:b/>
        </w:rPr>
        <w:t xml:space="preserve">[07:01] </w:t>
      </w:r>
      <w:r>
        <w:t>woh gehri fikr kya thi? woh aap ki zindagi se maloom hoti hai.</w:t>
      </w:r>
    </w:p>
    <w:p>
      <w:pPr>
        <w:jc w:val="right"/>
      </w:pPr>
      <w:r>
        <w:t>وہ گہری فکر کیا تھی؟ وہ آپ کی زندگی سے معلوم ہوتی ہے۔</w:t>
      </w:r>
    </w:p>
    <w:p>
      <w:r>
        <w:rPr>
          <w:b/>
        </w:rPr>
        <w:t xml:space="preserve">[07:11] </w:t>
      </w:r>
      <w:r>
        <w:t>kyun ke bukhari ki riwayat mein hai ke ghar e hira mein jab aaye Hazrat Jibrael to unhon ne rasool Allah se kaha,</w:t>
      </w:r>
    </w:p>
    <w:p>
      <w:pPr>
        <w:jc w:val="right"/>
      </w:pPr>
      <w:r>
        <w:t>کیونکہ بخاری کی روایت میں ہے کہ غار حرا میں جب آئے حضرت جبرائیل تو انہوں نے رسول اللہ سے کہا،</w:t>
      </w:r>
    </w:p>
    <w:p>
      <w:r>
        <w:rPr>
          <w:b/>
        </w:rPr>
        <w:t xml:space="preserve">[07:26] </w:t>
      </w:r>
      <w:r>
        <w:t>"ya Muhammad iqra!" aye Muhammad parho! aye Muhammad parho! aap ne farmaya ke "ma ana wa qari" mein parhne wala aadmi nahi hoon,</w:t>
      </w:r>
    </w:p>
    <w:p>
      <w:pPr>
        <w:jc w:val="right"/>
      </w:pPr>
      <w:r>
        <w:t>"یا محمد اقرا!" اے محمد پڑھو! اے محمد پڑھو! آپ نے فرمایا کہ "ما انا وقاری" میں پڑھنے والا آدمی نہیں ہوں،</w:t>
      </w:r>
    </w:p>
    <w:p>
      <w:r>
        <w:rPr>
          <w:b/>
        </w:rPr>
        <w:t xml:space="preserve">[07:42] </w:t>
      </w:r>
      <w:r>
        <w:t>mein to ke mujhe parhna nahi aata.</w:t>
      </w:r>
    </w:p>
    <w:p>
      <w:pPr>
        <w:jc w:val="right"/>
      </w:pPr>
      <w:r>
        <w:t>میں تو کہ مجھے پڑھنا نہیں آتا۔</w:t>
      </w:r>
    </w:p>
    <w:p>
      <w:r>
        <w:rPr>
          <w:b/>
        </w:rPr>
        <w:t xml:space="preserve">[07:47] </w:t>
      </w:r>
      <w:r>
        <w:t>is ka matlab kya hai?</w:t>
      </w:r>
    </w:p>
    <w:p>
      <w:pPr>
        <w:jc w:val="right"/>
      </w:pPr>
      <w:r>
        <w:t>اس کا مطلب کیا ہے؟</w:t>
      </w:r>
    </w:p>
    <w:p>
      <w:r>
        <w:rPr>
          <w:b/>
        </w:rPr>
        <w:t xml:space="preserve">[07:52] </w:t>
      </w:r>
      <w:r>
        <w:t>is ka matlab yeh hai</w:t>
      </w:r>
    </w:p>
    <w:p>
      <w:pPr>
        <w:jc w:val="right"/>
      </w:pPr>
      <w:r>
        <w:t>اس کا مطلب یہ ہے</w:t>
      </w:r>
    </w:p>
    <w:p>
      <w:r>
        <w:rPr>
          <w:b/>
        </w:rPr>
        <w:t xml:space="preserve">[07:56] </w:t>
      </w:r>
      <w:r>
        <w:t>ke parhne wale nahi ho to tum sochne wale bano, sochne wale bano.</w:t>
      </w:r>
    </w:p>
    <w:p>
      <w:pPr>
        <w:jc w:val="right"/>
      </w:pPr>
      <w:r>
        <w:t>کہ پڑھنے والے نہیں ہو تو تم سوچنے والے بنو، سوچنے والے بنو۔</w:t>
      </w:r>
    </w:p>
    <w:p>
      <w:r>
        <w:rPr>
          <w:b/>
        </w:rPr>
        <w:t xml:space="preserve">[08:06] </w:t>
      </w:r>
      <w:r>
        <w:t>yeh jo mission diya gaya hai quran ki shakal mein, is ke liye sochna, is ke liye plan karna, is ki sargarmiyon ko manage karna,</w:t>
      </w:r>
    </w:p>
    <w:p>
      <w:pPr>
        <w:jc w:val="right"/>
      </w:pPr>
      <w:r>
        <w:t>یہ جو مشن دیا گیا ہے قرآن کی شکل میں، اس کے لیے سوچنا، اس کے لیے پلان کرنا، اس کی سرگرمیوں کو مینج کرنا،</w:t>
      </w:r>
    </w:p>
    <w:p>
      <w:r>
        <w:rPr>
          <w:b/>
        </w:rPr>
        <w:t xml:space="preserve">[08:20] </w:t>
      </w:r>
      <w:r>
        <w:t>yeh sab murad hai is se. to quran sirf parhne ke liye nahi aaya hai, woh ek mission hai, mission universal mission,</w:t>
      </w:r>
    </w:p>
    <w:p>
      <w:pPr>
        <w:jc w:val="right"/>
      </w:pPr>
      <w:r>
        <w:t>یہ سب مراد ہے اس سے۔ تو قرآن صرف پڑھنے کے لیے نہیں آیا ہے، وہ ایک مشن ہے، مشن یونیورسل مشن،</w:t>
      </w:r>
    </w:p>
    <w:p>
      <w:r>
        <w:rPr>
          <w:b/>
        </w:rPr>
        <w:t xml:space="preserve">[08:38] </w:t>
      </w:r>
      <w:r>
        <w:t>sari duniya ke liye mission. to apne aap mein mission ka taqaza hota hai ke aap is ke liye active ho jayen.</w:t>
      </w:r>
    </w:p>
    <w:p>
      <w:pPr>
        <w:jc w:val="right"/>
      </w:pPr>
      <w:r>
        <w:t>ساری دنیا کے لیے مشن۔ تو اپنے آپ میں مشن کا تقاضا ہوتا ہے کہ آپ اس کے لیے ایکٹیو ہو جائیں۔</w:t>
      </w:r>
    </w:p>
    <w:p>
      <w:r>
        <w:rPr>
          <w:b/>
        </w:rPr>
        <w:t xml:space="preserve">[08:49] </w:t>
      </w:r>
      <w:r>
        <w:t>to yeh jo hai ke rasool Allah mutawasil azan daim ul fikr se hotay thay, yani hamesha gehri mein soch, hamesha gehri soch mein hona,</w:t>
      </w:r>
    </w:p>
    <w:p>
      <w:pPr>
        <w:jc w:val="right"/>
      </w:pPr>
      <w:r>
        <w:t>تو یہ جو ہے کہ رسول اللہ متواصل اذان دائم الفکر سے ہوتے تھے، یعنی ہمیشہ گہری میں سوچ، ہمیشہ گہری سوچ میں ہونا،</w:t>
      </w:r>
    </w:p>
    <w:p>
      <w:r>
        <w:rPr>
          <w:b/>
        </w:rPr>
        <w:t xml:space="preserve">[09:05] </w:t>
      </w:r>
      <w:r>
        <w:t>hamesha fikrmand hona, yeh main ambition ki tasweer hai, main of mission ki tasweer hai.</w:t>
      </w:r>
    </w:p>
    <w:p>
      <w:pPr>
        <w:jc w:val="right"/>
      </w:pPr>
      <w:r>
        <w:t>ہمیشہ فکرمند ہونا، یہ مین ایمبیشن کی تصویر ہے، مین اف مشن کی تصویر ہے۔</w:t>
      </w:r>
    </w:p>
    <w:p>
      <w:r>
        <w:rPr>
          <w:b/>
        </w:rPr>
        <w:t xml:space="preserve">[09:20] </w:t>
      </w:r>
      <w:r>
        <w:t>aur phir woh jo hadith hai ke</w:t>
      </w:r>
    </w:p>
    <w:p>
      <w:pPr>
        <w:jc w:val="right"/>
      </w:pPr>
      <w:r>
        <w:t>اور پھر وہ جو حدیث ہے کہ</w:t>
      </w:r>
    </w:p>
    <w:p>
      <w:r>
        <w:rPr>
          <w:b/>
        </w:rPr>
        <w:t xml:space="preserve">[09:27] </w:t>
      </w:r>
      <w:r>
        <w:t>badshahon ki tarah takht par safar karna, woh process ko batata hai, process. yani rasool Allah par jab quran utra to that was starting a process,</w:t>
      </w:r>
    </w:p>
    <w:p>
      <w:pPr>
        <w:jc w:val="right"/>
      </w:pPr>
      <w:r>
        <w:t>بادشاہوں کی طرح تخت پر سفر کرنا، وہ پراسیس کو بتاتا ہے، پراسیس۔ یعنی رسول اللہ پر جب قرآن اترا تو دیٹ واز ا سٹارٹنگ ا پراسیس،</w:t>
      </w:r>
    </w:p>
    <w:p>
      <w:r>
        <w:rPr>
          <w:b/>
        </w:rPr>
        <w:t xml:space="preserve">[09:47] </w:t>
      </w:r>
      <w:r>
        <w:t>ek course shuru ho gaya history mein, history mein shuru ho gaya, sirf makka mein nahi, sirf madine mein nahi, history mein poori tareekh mein ek naya daur aaya,</w:t>
      </w:r>
    </w:p>
    <w:p>
      <w:pPr>
        <w:jc w:val="right"/>
      </w:pPr>
      <w:r>
        <w:t>ایک کورس شروع ہو گیا ہسٹری میں، ہسٹری میں شروع ہو گیا، صرف مکہ میں نہیں، صرف مدینے میں نہیں، ہسٹری میں پوری تاریخ میں ایک نیا دور آیا،</w:t>
      </w:r>
    </w:p>
    <w:p>
      <w:r>
        <w:rPr>
          <w:b/>
        </w:rPr>
        <w:t xml:space="preserve">[10:04] </w:t>
      </w:r>
      <w:r>
        <w:t>girijuali.</w:t>
      </w:r>
    </w:p>
    <w:p>
      <w:pPr>
        <w:jc w:val="right"/>
      </w:pPr>
      <w:r>
        <w:t>گریجولی۔</w:t>
      </w:r>
    </w:p>
    <w:p>
      <w:r>
        <w:rPr>
          <w:b/>
        </w:rPr>
        <w:t xml:space="preserve">[10:09] </w:t>
      </w:r>
      <w:r>
        <w:t>is ki aik misaal yeh hai ke</w:t>
      </w:r>
    </w:p>
    <w:p>
      <w:pPr>
        <w:jc w:val="right"/>
      </w:pPr>
      <w:r>
        <w:t>اس کی ایک مثال یہ ہے کہ</w:t>
      </w:r>
    </w:p>
    <w:p>
      <w:r>
        <w:rPr>
          <w:b/>
        </w:rPr>
        <w:t xml:space="preserve">[10:16] </w:t>
      </w:r>
      <w:r>
        <w:t>is zamane mein log sahaba karam maqrab bane thay, muqri, muqri af da quran, yani quran ko parh kar sunanay walay,</w:t>
      </w:r>
    </w:p>
    <w:p>
      <w:pPr>
        <w:jc w:val="right"/>
      </w:pPr>
      <w:r>
        <w:t>اس زمانے میں لوگ صحابہ کرام مقرب بنے تھے، مقری، مقری اف دا قرآن، یعنی قرآن کو پڑھ کر سنانے والے،</w:t>
      </w:r>
    </w:p>
    <w:p>
      <w:r>
        <w:rPr>
          <w:b/>
        </w:rPr>
        <w:t xml:space="preserve">[10:34] </w:t>
      </w:r>
      <w:r>
        <w:t>yani apnay hafze mein, apnay memorise kar laina, us ko oral tor par parh kar sunana.</w:t>
      </w:r>
    </w:p>
    <w:p>
      <w:pPr>
        <w:jc w:val="right"/>
      </w:pPr>
      <w:r>
        <w:t>یعنی اپنے حافظے میں، اپنے میمورائز کر لینا، اس کو اورل طور پر پڑھ کر سنانا۔</w:t>
      </w:r>
    </w:p>
    <w:p>
      <w:r>
        <w:rPr>
          <w:b/>
        </w:rPr>
        <w:t xml:space="preserve">[10:45] </w:t>
      </w:r>
      <w:r>
        <w:t>lekan aik process chala, process chalte chalte print age aya, communication age aya, computer age aya.</w:t>
      </w:r>
    </w:p>
    <w:p>
      <w:pPr>
        <w:jc w:val="right"/>
      </w:pPr>
      <w:r>
        <w:t>لیکن ایک پراسیس چلا، پراسیس چلتے چلتے پرنٹ ایج آیا، کمیونیکیشن ایج آیا، کمپیوٹر ایج آیا۔</w:t>
      </w:r>
    </w:p>
    <w:p>
      <w:r>
        <w:rPr>
          <w:b/>
        </w:rPr>
        <w:t xml:space="preserve">[10:56] </w:t>
      </w:r>
      <w:r>
        <w:t>ab yeh sab jo process hai, woh highly mechanized ho gaya, highly capitalized ho gaya.</w:t>
      </w:r>
    </w:p>
    <w:p>
      <w:pPr>
        <w:jc w:val="right"/>
      </w:pPr>
      <w:r>
        <w:t>اب یہ سب جو پراسیس ہے، وہ ہائیلی ویکنائز ہو گیا، ہائیلی کیپیٹلائز ہو گیا۔</w:t>
      </w:r>
    </w:p>
    <w:p>
      <w:r>
        <w:rPr>
          <w:b/>
        </w:rPr>
        <w:t xml:space="preserve">[11:09] </w:t>
      </w:r>
      <w:r>
        <w:t>us waqt jab quran parhaya jata tha to is paas ke log chand chand log sun paate thay.</w:t>
      </w:r>
    </w:p>
    <w:p>
      <w:pPr>
        <w:jc w:val="right"/>
      </w:pPr>
      <w:r>
        <w:t>اس وقت جب قرآن پڑھایا جاتا تھا تو اس پاس کے لوگ چند چند لوگ سن پاتے تھے۔</w:t>
      </w:r>
    </w:p>
    <w:p>
      <w:r>
        <w:rPr>
          <w:b/>
        </w:rPr>
        <w:t xml:space="preserve">[11:20] </w:t>
      </w:r>
      <w:r>
        <w:t>aaj aap quran ko parhein, quran ke message ko dein to aap ki awaz theek usi waqt sari dunya mein pohanch pohanch jati hai,</w:t>
      </w:r>
    </w:p>
    <w:p>
      <w:pPr>
        <w:jc w:val="right"/>
      </w:pPr>
      <w:r>
        <w:t>آج آپ قرآن کو پڑھیں، قرآن کے میسج کو دیں تو آپ کی آواز ٹھیک اسی وقت ساری دنیا میں پہنچ پہنچ جاتی ہے،</w:t>
      </w:r>
    </w:p>
    <w:p>
      <w:r>
        <w:rPr>
          <w:b/>
        </w:rPr>
        <w:t xml:space="preserve">[11:37] </w:t>
      </w:r>
      <w:r>
        <w:t>sari dunya mein. jaisay mein bol raha hoon dilli mein aur ain usi waqt meri awaz potentially, potentially sari dunya mein pohanch rahi hai.</w:t>
      </w:r>
    </w:p>
    <w:p>
      <w:pPr>
        <w:jc w:val="right"/>
      </w:pPr>
      <w:r>
        <w:t>ساری دنیا میں۔ جیسے میں بول رہا ہوں دلی میں اور عین اسی وقت میری آواز پوٹینشلی، پوٹینشلی ساری دنیا میں پہنچ رہی ہے۔</w:t>
      </w:r>
    </w:p>
    <w:p>
      <w:r>
        <w:rPr>
          <w:b/>
        </w:rPr>
        <w:t xml:space="preserve">[11:53] </w:t>
      </w:r>
      <w:r>
        <w:t>is ko sunna hai, sun rahe hain, na sunna hai, na sun rahe hain.</w:t>
      </w:r>
    </w:p>
    <w:p>
      <w:pPr>
        <w:jc w:val="right"/>
      </w:pPr>
      <w:r>
        <w:t>اس کو سننا ہے، سن رہے ہیں، نہ سننا ہے، نہ سن رہے ہیں۔</w:t>
      </w:r>
    </w:p>
    <w:p>
      <w:r>
        <w:rPr>
          <w:b/>
        </w:rPr>
        <w:t xml:space="preserve">[12:01] </w:t>
      </w:r>
      <w:r>
        <w:t>Allah ko asal matloob yeh nahi ke har aadmi ke is ka mannay wala ban jaye, nahi, har aadmi tak awaz pohanch jaye, pohanch jaye, pohanch jaye.</w:t>
      </w:r>
    </w:p>
    <w:p>
      <w:pPr>
        <w:jc w:val="right"/>
      </w:pPr>
      <w:r>
        <w:t>اللہ کو اصل مطلوب یہ نہیں کہ ہر آدمی کے اس کا ماننے والا بن جائے، نہیں، ہر آدمی تک آواز پہنچ جائے، پہنچ جائے، پہنچ جائے۔</w:t>
      </w:r>
    </w:p>
    <w:p>
      <w:r>
        <w:rPr>
          <w:b/>
        </w:rPr>
        <w:t xml:space="preserve">[12:19] </w:t>
      </w:r>
      <w:r>
        <w:t>to aaj to age of communication hai, age of computer hai.</w:t>
      </w:r>
    </w:p>
    <w:p>
      <w:pPr>
        <w:jc w:val="right"/>
      </w:pPr>
      <w:r>
        <w:t>تو آج تو ایج اف کمیونیکیشن ہے، ایج اف کمپیوٹر ہے۔</w:t>
      </w:r>
    </w:p>
    <w:p>
      <w:r>
        <w:rPr>
          <w:b/>
        </w:rPr>
        <w:t xml:space="preserve">[12:28] </w:t>
      </w:r>
      <w:r>
        <w:t>ab aap aik jagah boliye aur global level par aap ki awaz pohanch rahi hai logon tak.</w:t>
      </w:r>
    </w:p>
    <w:p>
      <w:pPr>
        <w:jc w:val="right"/>
      </w:pPr>
      <w:r>
        <w:t>اب آپ ایک جگہ بولیے اور گلوبل لیول پر آپ کی آواز پہنچ رہی ہے لوگوں تک۔</w:t>
      </w:r>
    </w:p>
    <w:p>
      <w:r>
        <w:rPr>
          <w:b/>
        </w:rPr>
        <w:t xml:space="preserve">[12:37] </w:t>
      </w:r>
      <w:r>
        <w:t>to yahi sab hai kal mulk al asrah, yani mazeed izafay ke sath</w:t>
      </w:r>
    </w:p>
    <w:p>
      <w:pPr>
        <w:jc w:val="right"/>
      </w:pPr>
      <w:r>
        <w:t>تو یہی سب ہے کل ملک الاسرہ، یعنی مزید اضافے کے ساتھ</w:t>
      </w:r>
    </w:p>
    <w:p>
      <w:r>
        <w:rPr>
          <w:b/>
        </w:rPr>
        <w:t xml:space="preserve">[12:49] </w:t>
      </w:r>
      <w:r>
        <w:t>woh badshahon jaisi ban rahi hai.</w:t>
      </w:r>
    </w:p>
    <w:p>
      <w:pPr>
        <w:jc w:val="right"/>
      </w:pPr>
      <w:r>
        <w:t>وہ بادشاہوں جیسی بن رہی ہے۔</w:t>
      </w:r>
    </w:p>
    <w:p>
      <w:r>
        <w:rPr>
          <w:b/>
        </w:rPr>
        <w:t xml:space="preserve">[12:54] </w:t>
      </w:r>
      <w:r>
        <w:t>sach poochein to aaj ka jo daai hai, aaj ka daai woh pehle zamanay ke badshahon se bhi ziyada advantage is ko mila hua hai.</w:t>
      </w:r>
    </w:p>
    <w:p>
      <w:pPr>
        <w:jc w:val="right"/>
      </w:pPr>
      <w:r>
        <w:t>سچ پوچھیں تو آج کا جو داعی ہے، آج کا داعی وہ پہلے زمانے کے بادشاہوں سے بھی زیادہ ایڈوانٹیج اس کو ملا ہوا ہے۔</w:t>
      </w:r>
    </w:p>
    <w:p>
      <w:r>
        <w:rPr>
          <w:b/>
        </w:rPr>
        <w:t xml:space="preserve">[13:07] </w:t>
      </w:r>
      <w:r>
        <w:t>aaj ka daai hawajat par safar karta hai, wheel chair pe barhta hai, seerhiyon se woh lift ke zariye utarta hai, road par carain is ko le kar doti hain.</w:t>
      </w:r>
    </w:p>
    <w:p>
      <w:pPr>
        <w:jc w:val="right"/>
      </w:pPr>
      <w:r>
        <w:t>آج کا داعی حواجات پر سفر کرتا ہے، ویل چیئر پہ بڑھتا ہے، سیڑھیوں سے وہ لفٹ کے ذریعے اترتا ہے، روڈ پر کاریں اس کو لے کر دوڑتی ہیں۔</w:t>
      </w:r>
    </w:p>
    <w:p>
      <w:r>
        <w:rPr>
          <w:b/>
        </w:rPr>
        <w:t xml:space="preserve">[13:25] </w:t>
      </w:r>
      <w:r>
        <w:t>beshumar naye wasail is ke liye maujood hain har jagah, yahan tak ke aap sochiye ke pehle zamanay mein jab daai aik mulk se doosre mulk mein enter hota tha,</w:t>
      </w:r>
    </w:p>
    <w:p>
      <w:pPr>
        <w:jc w:val="right"/>
      </w:pPr>
      <w:r>
        <w:t>بے شمار نئے وسائل اس کے لیے موجود ہیں ہر جگہ، یہاں تک کہ آپ سوچیے کہ پہلے زمانے میں جب داعی ایک ملک سے دوسرے ملک میں انٹر ہوتا تھا،</w:t>
      </w:r>
    </w:p>
    <w:p>
      <w:r>
        <w:rPr>
          <w:b/>
        </w:rPr>
        <w:t xml:space="preserve">[13:48] </w:t>
      </w:r>
      <w:r>
        <w:t>jaisay ashab rasool gaye iran ke area mein, room ke area mein,</w:t>
      </w:r>
    </w:p>
    <w:p>
      <w:pPr>
        <w:jc w:val="right"/>
      </w:pPr>
      <w:r>
        <w:t>جیسے اصحاب رسول گئے ایران کے ایریا میں، روم کے ایریا میں،</w:t>
      </w:r>
    </w:p>
    <w:p>
      <w:r>
        <w:rPr>
          <w:b/>
        </w:rPr>
        <w:t xml:space="preserve">[13:58] </w:t>
      </w:r>
      <w:r>
        <w:t>to kya hua?</w:t>
      </w:r>
    </w:p>
    <w:p>
      <w:pPr>
        <w:jc w:val="right"/>
      </w:pPr>
      <w:r>
        <w:t>تو کیا ہوا؟</w:t>
      </w:r>
    </w:p>
    <w:p>
      <w:r>
        <w:rPr>
          <w:b/>
        </w:rPr>
        <w:t xml:space="preserve">[14:02] </w:t>
      </w:r>
      <w:r>
        <w:t>larrayian huien waja kya thi? kyun larai hoti thi? ghazwat kyun paish atay thay? is liye ke logon ne apni sarhaddon par</w:t>
      </w:r>
    </w:p>
    <w:p>
      <w:pPr>
        <w:jc w:val="right"/>
      </w:pPr>
      <w:r>
        <w:t>لڑائیاں ہوئیں۔ وجہ کیا تھی؟ کیوں لڑائی ہوتی تھی؟ غدوات کیوں پیش آتے تھے؟ اس لیے کہ لوگوں نے اپنی سرحدوں پر</w:t>
      </w:r>
    </w:p>
    <w:p>
      <w:r>
        <w:rPr>
          <w:b/>
        </w:rPr>
        <w:t xml:space="preserve">[14:18] </w:t>
      </w:r>
      <w:r>
        <w:t>musallah fauji kharay kar ke thay. aap apne mulk se, apne shehar se doosri jagah jayein to wahan kisi empire ka, kisi government ka fauje talwar liye khari hain.</w:t>
      </w:r>
    </w:p>
    <w:p>
      <w:pPr>
        <w:jc w:val="right"/>
      </w:pPr>
      <w:r>
        <w:t>مسلح فوجی کھڑے کر کے تھے۔ آپ اپنے ملک سے، اپنے شہر سے دوسری جگہ جائیں تو وہاں کسی ایمپائر کا، کسی گورنمنٹ کا فوجیں تلوار لیے کھڑی ہیں۔</w:t>
      </w:r>
    </w:p>
    <w:p>
      <w:r>
        <w:rPr>
          <w:b/>
        </w:rPr>
        <w:t xml:space="preserve">[14:39] </w:t>
      </w:r>
      <w:r>
        <w:t>aap aik mulk se doosre mulk mein janay ke liye aap ko larr kar jana parta tha kyunke wahan fauje khari hui hain rokne ke liye.</w:t>
      </w:r>
    </w:p>
    <w:p>
      <w:pPr>
        <w:jc w:val="right"/>
      </w:pPr>
      <w:r>
        <w:t>آپ ایک ملک سے دوسرے ملک میں جانے کے لیے آپ کو لڑ کر جانا پڑتا تھا کیونکہ وہاں فوجیں کھڑی ہوئی ہیں روکنے کے لیے۔</w:t>
      </w:r>
    </w:p>
    <w:p>
      <w:r>
        <w:rPr>
          <w:b/>
        </w:rPr>
        <w:t xml:space="preserve">[14:50] </w:t>
      </w:r>
      <w:r>
        <w:t>aap kya hain? aaj aik naya daur aya hai, naya daur. aap ke paas travel document hona chahiye, bas</w:t>
      </w:r>
    </w:p>
    <w:p>
      <w:pPr>
        <w:jc w:val="right"/>
      </w:pPr>
      <w:r>
        <w:t>آپ کیا ہیں؟ آج ایک نیا دور آیا ہے، نیا دور۔ آپ کے پاس ٹریول ڈاکومنٹ ہونا چاہیے، بس</w:t>
      </w:r>
    </w:p>
    <w:p>
      <w:r>
        <w:rPr>
          <w:b/>
        </w:rPr>
        <w:t xml:space="preserve">[15:04] </w:t>
      </w:r>
      <w:r>
        <w:t>travel document.</w:t>
      </w:r>
    </w:p>
    <w:p>
      <w:pPr>
        <w:jc w:val="right"/>
      </w:pPr>
      <w:r>
        <w:t>ٹریول ڈاکومنٹ۔</w:t>
      </w:r>
    </w:p>
    <w:p>
      <w:r>
        <w:rPr>
          <w:b/>
        </w:rPr>
        <w:t xml:space="preserve">[15:09] </w:t>
      </w:r>
      <w:r>
        <w:t>aap yahan se dilli se urriye aur pahanch jaiye amreeka mein, pahanch jaiye newzealand mein, pahanch jaiye europe mein, australia mein, har jagah.</w:t>
      </w:r>
    </w:p>
    <w:p>
      <w:pPr>
        <w:jc w:val="right"/>
      </w:pPr>
      <w:r>
        <w:t>آپ یہاں سے دلی سے اڑیے اور پہنچ جائیے امریکہ میں، پہنچ جائیے نیوزی لینڈ میں، پہنچ جائیے یورپ میں، آسٹریلیا میں، ہر جگہ۔</w:t>
      </w:r>
    </w:p>
    <w:p>
      <w:r>
        <w:rPr>
          <w:b/>
        </w:rPr>
        <w:t xml:space="preserve">[15:22] </w:t>
      </w:r>
      <w:r>
        <w:t>sirf aap ke pocket mein travel document hona chahiye, bas aur kuch nahin.</w:t>
      </w:r>
    </w:p>
    <w:p>
      <w:pPr>
        <w:jc w:val="right"/>
      </w:pPr>
      <w:r>
        <w:t>صرف آپ کے پاکٹ میں ٹریول ڈاکومنٹ ہونا چاہیے، بس اور کچھ نہیں۔</w:t>
      </w:r>
    </w:p>
    <w:p>
      <w:r>
        <w:rPr>
          <w:b/>
        </w:rPr>
        <w:t xml:space="preserve">[15:30] </w:t>
      </w:r>
      <w:r>
        <w:t>to qadeem zamane ke jo badshah the, jo malook the, wo to abhi bohat hi nichle point history par thay.</w:t>
      </w:r>
    </w:p>
    <w:p>
      <w:pPr>
        <w:jc w:val="right"/>
      </w:pPr>
      <w:r>
        <w:t>تو قدیم زمانے کے جو بادشاہ تھے، جو ملوک تھے، وہ تو ابھی بہت ہی نچلے پوائنٹ ہسٹری پر تھے۔</w:t>
      </w:r>
    </w:p>
    <w:p>
      <w:r>
        <w:rPr>
          <w:b/>
        </w:rPr>
        <w:t xml:space="preserve">[15:42] </w:t>
      </w:r>
      <w:r>
        <w:t>is waqt history jahan pahanchi nahin thi, jahan aaj pahanchi hai. pichle zamane ke malook ya badshah abhi early age, early stage of history mein thay.</w:t>
      </w:r>
    </w:p>
    <w:p>
      <w:pPr>
        <w:jc w:val="right"/>
      </w:pPr>
      <w:r>
        <w:t>اس وقت ہسٹری جہاں پہنچی نہیں تھی، جہاں آج پہنچی ہے۔ پچھلے زمانے کے ملوک یا بادشاہ ابھی ارلی ایج، ارلی اسٹیج آف ہسٹری میں تھے۔</w:t>
      </w:r>
    </w:p>
    <w:p>
      <w:r>
        <w:rPr>
          <w:b/>
        </w:rPr>
        <w:t xml:space="preserve">[15:56] </w:t>
      </w:r>
      <w:r>
        <w:t>wo aap jante hain ke isi dilli mein teen sau saal pehle humayun badshah rehta tha ya uska maal tha.</w:t>
      </w:r>
    </w:p>
    <w:p>
      <w:pPr>
        <w:jc w:val="right"/>
      </w:pPr>
      <w:r>
        <w:t>وہ آپ جانتے ہیں کہ اسی دلی میں تین سو سال پہلے ہمایوں بادشاہ رہتا تھا یا اس کا مال تھا۔</w:t>
      </w:r>
    </w:p>
    <w:p>
      <w:r>
        <w:rPr>
          <w:b/>
        </w:rPr>
        <w:t xml:space="preserve">[16:17] </w:t>
      </w:r>
      <w:r>
        <w:t>to wo wahan par uska library hoti thi. to upar ki manzil mein library mein usne parha parh ke utarne laga.</w:t>
      </w:r>
    </w:p>
    <w:p>
      <w:pPr>
        <w:jc w:val="right"/>
      </w:pPr>
      <w:r>
        <w:t>تو وہ وہاں پر اس کا لائبریری ہوتی تھی۔ تو اوپر کی منزل میں لائبریری میں اس نے پڑھا پڑھ کے اترنے لگا۔</w:t>
      </w:r>
    </w:p>
    <w:p>
      <w:r>
        <w:rPr>
          <w:b/>
        </w:rPr>
        <w:t xml:space="preserve">[16:29] </w:t>
      </w:r>
      <w:r>
        <w:t>sirf ek story thi, ek story. ab wo ladkhada gaya, gir pada, uski taang toot gayi. us waqt itni zyada, itni sari medical facilities nahin thin,</w:t>
      </w:r>
    </w:p>
    <w:p>
      <w:pPr>
        <w:jc w:val="right"/>
      </w:pPr>
      <w:r>
        <w:t>صرف ایک سٹوری تھی، ایک سٹوری۔ اب وہ لڑکھڑا گیا، گر پڑا، اس کی ٹانگ ٹوٹ گئی۔ اس وقت اتنی زیادہ، اتنی ساری میڈیکل فیسلیٹیز نہیں تھیں،</w:t>
      </w:r>
    </w:p>
    <w:p>
      <w:r>
        <w:rPr>
          <w:b/>
        </w:rPr>
        <w:t xml:space="preserve">[16:44] </w:t>
      </w:r>
      <w:r>
        <w:t>ambulance nahin hua karte thay, hospital nahin hotay thay. to wo bechara mar isi mein bimar ho kar mar gaya.</w:t>
      </w:r>
    </w:p>
    <w:p>
      <w:pPr>
        <w:jc w:val="right"/>
      </w:pPr>
      <w:r>
        <w:t>ایمبولینس نہیں ہوا کرتے تھے، ہاسپٹل نہیں ہوتے تھے۔ تو وہ بیچارہ مر اسی میں بیمار ہو کر مر گیا۔</w:t>
      </w:r>
    </w:p>
    <w:p>
      <w:r>
        <w:rPr>
          <w:b/>
        </w:rPr>
        <w:t xml:space="preserve">[16:53] </w:t>
      </w:r>
      <w:r>
        <w:t>wo shehanshah tha. aaj to aaj ka jo daai hai, har jagah uski lift hai, har jagah uski car hai, har jagah uske hospital hain, har jagah uske liye shopping centers hain.</w:t>
      </w:r>
    </w:p>
    <w:p>
      <w:pPr>
        <w:jc w:val="right"/>
      </w:pPr>
      <w:r>
        <w:t>وہ شہنشاہ تھا۔ آج تو آج کا جو داعی ہے، ہر جگہ اس کی لفٹ ہے، ہر جگہ اس کی کار ہے، ہر جگہ اس کے ہاسپٹل ہیں، ہر جگہ اس کے لیے شاپنگ سینٹرز ہیں۔</w:t>
      </w:r>
    </w:p>
    <w:p>
      <w:r>
        <w:rPr>
          <w:b/>
        </w:rPr>
        <w:t xml:space="preserve">[17:13] </w:t>
      </w:r>
      <w:r>
        <w:t>yani aaj ka jo malook hain, wo super malook hain. aaj ka daai jo hai,</w:t>
      </w:r>
    </w:p>
    <w:p>
      <w:pPr>
        <w:jc w:val="right"/>
      </w:pPr>
      <w:r>
        <w:t>یعنی آج کا جو ملوک ہیں، وہ سپر ملوک ہیں۔ آج کا داعی جو ہے،</w:t>
      </w:r>
    </w:p>
    <w:p>
      <w:r>
        <w:rPr>
          <w:b/>
        </w:rPr>
        <w:t xml:space="preserve">[17:27] </w:t>
      </w:r>
      <w:r>
        <w:t>well-equipped yani well-equipped duniya mein hai,</w:t>
      </w:r>
    </w:p>
    <w:p>
      <w:pPr>
        <w:jc w:val="right"/>
      </w:pPr>
      <w:r>
        <w:t>ویل اسٹیپ یعنی ویل ایکوپڈ دنیا میں ہے،</w:t>
      </w:r>
    </w:p>
    <w:p>
      <w:r>
        <w:rPr>
          <w:b/>
        </w:rPr>
        <w:t xml:space="preserve">[17:34] </w:t>
      </w:r>
      <w:r>
        <w:t>electronically well-equipped. yeh kis duniya mein hai? aap ghor kijiye ke jo jo log quran ka naam lete hain aur ladaiyan chhedte hain, jihad jihad karte hain,</w:t>
      </w:r>
    </w:p>
    <w:p>
      <w:pPr>
        <w:jc w:val="right"/>
      </w:pPr>
      <w:r>
        <w:t>الیکٹرانیکلی ویل ایکوپڈ۔ یہ کس دنیا میں ہے؟ آپ غور کیجئے کہ جو جو لوگ قرآن کا نام لیتے ہیں اور لڑائیاں چھیڑتے ہیں، جہاد جہاد کرتے ہیں،</w:t>
      </w:r>
    </w:p>
    <w:p>
      <w:r>
        <w:rPr>
          <w:b/>
        </w:rPr>
        <w:t xml:space="preserve">[17:49] </w:t>
      </w:r>
      <w:r>
        <w:t>yeh jihad kis liye? jab saare mawaqe khul chuke thay, jihad kis liye? tamam opportunity aap khul gayi world level par.</w:t>
      </w:r>
    </w:p>
    <w:p>
      <w:pPr>
        <w:jc w:val="right"/>
      </w:pPr>
      <w:r>
        <w:t>یہ جہاد کس لیے؟ جب سارے مواقع کھل چکے تھے، جہاد کس لیے؟ تمام اپرچونیٹی آپ کھل گئی ورلڈ لیول پر۔</w:t>
      </w:r>
    </w:p>
    <w:p>
      <w:r>
        <w:rPr>
          <w:b/>
        </w:rPr>
        <w:t xml:space="preserve">[18:01] </w:t>
      </w:r>
      <w:r>
        <w:t>puri duniya mein jo jo possibility logon ko mili hai, bade logon ko, wo wo aap ko hasil hai. misaal ke taur par lift ke, lift ki sahulat, car ki sahulat,</w:t>
      </w:r>
    </w:p>
    <w:p>
      <w:pPr>
        <w:jc w:val="right"/>
      </w:pPr>
      <w:r>
        <w:t>پوری دنیا میں جو جو پوسیبلیٹی لوگوں کو ملی ہے، بڑے لوگوں کو، وہ وہ آپ کو حاصل ہے۔ مثلاً لفٹ کے، لفٹ کی سہولت، کار کی سہولت،</w:t>
      </w:r>
    </w:p>
    <w:p>
      <w:r>
        <w:rPr>
          <w:b/>
        </w:rPr>
        <w:t xml:space="preserve">[18:19] </w:t>
      </w:r>
      <w:r>
        <w:t>wheelchair ki sahulat, hospital ki sahulat. to ladai kis liye? jab saare darwaze aap ke liye khol diye gaye to ladai kis liye?</w:t>
      </w:r>
    </w:p>
    <w:p>
      <w:pPr>
        <w:jc w:val="right"/>
      </w:pPr>
      <w:r>
        <w:t>ویل چیئر کی سہولت، ہاسپٹل کی سہولت۔ تو لڑائی کس لیے؟ جب سارے دروازے آپ کے لیے کھول دیے گئے تو لڑائی کس لیے؟</w:t>
      </w:r>
    </w:p>
    <w:p>
      <w:r>
        <w:rPr>
          <w:b/>
        </w:rPr>
        <w:t xml:space="preserve">[18:32] </w:t>
      </w:r>
      <w:r>
        <w:t>isi liye dekhiye, muslim mein ek riwayat hai ke ek zamana aayega ke jab tum</w:t>
      </w:r>
    </w:p>
    <w:p>
      <w:pPr>
        <w:jc w:val="right"/>
      </w:pPr>
      <w:r>
        <w:t>اسی لیے دیکھیے، مسلم میں ایک روایت ہے کہ ایک زمانہ آئے گا کہ جب تم</w:t>
      </w:r>
    </w:p>
    <w:p>
      <w:r>
        <w:rPr>
          <w:b/>
        </w:rPr>
        <w:t xml:space="preserve">[18:43] </w:t>
      </w:r>
      <w:r>
        <w:t>daawati sabr karte hue ek qile tak pahunchoge, qile ke darwaze band honge, phir tum gate ke bahar khade ho kar bologe: "Allahu Akbar, La ilaha illallah" aur yeh alfaaz hi darwaze khol denge.</w:t>
      </w:r>
    </w:p>
    <w:p>
      <w:pPr>
        <w:jc w:val="right"/>
      </w:pPr>
      <w:r>
        <w:t>دعوتی صبر کرتے ہوئے ایک قلعے تک پہنچو گے، قلعے کے دروازے بند ہوں گے، پھر تم گیٹ کے باہر کھڑے ہو کر بولو گے: "اللہ اکبر، لا الہ الا اللہ" اور یہ الفاظ ہی دروازے کھول دیں گے۔</w:t>
      </w:r>
    </w:p>
    <w:p>
      <w:r>
        <w:rPr>
          <w:b/>
        </w:rPr>
        <w:t xml:space="preserve">[19:07] </w:t>
      </w:r>
      <w:r>
        <w:t>yeh kya hai? yeh to global, global,</w:t>
      </w:r>
    </w:p>
    <w:p>
      <w:pPr>
        <w:jc w:val="right"/>
      </w:pPr>
      <w:r>
        <w:t>یہ کیا ہے؟ یہ تو گلوبل، گلوبل،</w:t>
      </w:r>
    </w:p>
    <w:p>
      <w:r>
        <w:rPr>
          <w:b/>
        </w:rPr>
        <w:t xml:space="preserve">[19:17] </w:t>
      </w:r>
      <w:r>
        <w:t>yeh global daur ki apne lehaz se peshangoi hai.</w:t>
      </w:r>
    </w:p>
    <w:p>
      <w:pPr>
        <w:jc w:val="right"/>
      </w:pPr>
      <w:r>
        <w:t>یہ گلوبل دور کی اپنے لحاظ سے پیشنگوئی ہے۔</w:t>
      </w:r>
    </w:p>
    <w:p>
      <w:r>
        <w:rPr>
          <w:b/>
        </w:rPr>
        <w:t xml:space="preserve">[19:25] </w:t>
      </w:r>
      <w:r>
        <w:t>yeh global communication ki peshangoi hai. yeh yeh koi mashriqi baat nahin hai ke qile ke bahar tum kahoge: "La ilaha illallah" aur darwaze khul jayenge.</w:t>
      </w:r>
    </w:p>
    <w:p>
      <w:pPr>
        <w:jc w:val="right"/>
      </w:pPr>
      <w:r>
        <w:t>یہ گلوبل کمیونیکیشن کی پیشنگوئی ہے۔ یہ یہ کوئی مشریعت بات نہیں ہے کہ قلعے کے باہر تم کہو گے: "لا الہ الا اللہ" اور دروازے کھل جائیں گے۔</w:t>
      </w:r>
    </w:p>
    <w:p>
      <w:r>
        <w:rPr>
          <w:b/>
        </w:rPr>
        <w:t xml:space="preserve">[19:41] </w:t>
      </w:r>
      <w:r>
        <w:t>yeh tumhare kya hain? yeh global communication ke daur ko bata raha hai. jaise main bol raha hoon, tamam qilon ko paar karte hue ab meri awaaz pahunch rahi hai europe mein, amreeka mein, newzealand mein,</w:t>
      </w:r>
    </w:p>
    <w:p>
      <w:pPr>
        <w:jc w:val="right"/>
      </w:pPr>
      <w:r>
        <w:t>یہ تمہارے کیا ہیں؟ یہ گلوبل کمیونیکیشن کے دور کو بتا رہا ہے۔ جیسے میں بول رہا ہوں، تمام قلعوں کو پار کرتے ہوئے اب میری آواز پہنچ رہی ہے یورپ میں، امریکہ میں، نیوزی لینڈ میں،</w:t>
      </w:r>
    </w:p>
    <w:p>
      <w:r>
        <w:rPr>
          <w:b/>
        </w:rPr>
        <w:t xml:space="preserve">[19:59] </w:t>
      </w:r>
      <w:r>
        <w:t>saari duniya mein. yahi to hai,</w:t>
      </w:r>
    </w:p>
    <w:p>
      <w:pPr>
        <w:jc w:val="right"/>
      </w:pPr>
      <w:r>
        <w:t>ساری دنیا میں۔ یہی تو ہے،</w:t>
      </w:r>
    </w:p>
    <w:p>
      <w:r>
        <w:rPr>
          <w:b/>
        </w:rPr>
        <w:t xml:space="preserve">[20:04] </w:t>
      </w:r>
      <w:r>
        <w:t>koi deewar rukawat nahin, koi border rukawat nahin, koi samandar rukawat nahin.</w:t>
      </w:r>
    </w:p>
    <w:p>
      <w:pPr>
        <w:jc w:val="right"/>
      </w:pPr>
      <w:r>
        <w:t>کوئی دیوار رکاوٹ نہیں، کوئی بارڈر رکاوٹ نہیں، کوئی سمندر رکاوٹ نہیں۔</w:t>
      </w:r>
    </w:p>
    <w:p>
      <w:r>
        <w:rPr>
          <w:b/>
        </w:rPr>
        <w:t xml:space="preserve">[20:15] </w:t>
      </w:r>
      <w:r>
        <w:t>is zamane mein jo wo community thi, us zamane mein jo zaban thi, us mein bola gaya hai</w:t>
      </w:r>
    </w:p>
    <w:p>
      <w:pPr>
        <w:jc w:val="right"/>
      </w:pPr>
      <w:r>
        <w:t>اس زمانے میں جو وہ کمیونٹی تھی، اس زمانے میں جو زبان تھی، اس میں بولا گیا ہے</w:t>
      </w:r>
    </w:p>
    <w:p>
      <w:r>
        <w:rPr>
          <w:b/>
        </w:rPr>
        <w:t xml:space="preserve">[20:25] </w:t>
      </w:r>
      <w:r>
        <w:t>ke tum</w:t>
      </w:r>
    </w:p>
    <w:p>
      <w:pPr>
        <w:jc w:val="right"/>
      </w:pPr>
      <w:r>
        <w:t>کہ تم</w:t>
      </w:r>
    </w:p>
    <w:p>
      <w:r>
        <w:rPr>
          <w:b/>
        </w:rPr>
        <w:t xml:space="preserve">[20:30] </w:t>
      </w:r>
      <w:r>
        <w:t>qile ke bahir khare ho gay, qile ke darwaze band hon gay, phir tum awaz lagao gay: "allah akbar, la ilaha illa allah" aur tumhari awaz tamam band darwazon ko khol de gi.</w:t>
      </w:r>
    </w:p>
    <w:p>
      <w:pPr>
        <w:jc w:val="right"/>
      </w:pPr>
      <w:r>
        <w:t>قلعے کے باہر کھڑے ہو گے، قلعے کے دروازے بند ہوں گے، پھر تم آواز لگاؤ گے: "اللہ اکبر، لا الہ الا اللہ" اور تمہاری آواز تمام بند دروازوں کو کھول دے گی۔</w:t>
      </w:r>
    </w:p>
    <w:p>
      <w:r>
        <w:rPr>
          <w:b/>
        </w:rPr>
        <w:t xml:space="preserve">[20:46] </w:t>
      </w:r>
      <w:r>
        <w:t>is ka mani yahi hai, ke electronic communication ka dor hoga.</w:t>
      </w:r>
    </w:p>
    <w:p>
      <w:pPr>
        <w:jc w:val="right"/>
      </w:pPr>
      <w:r>
        <w:t>اس کا معنی یہی ہے، کہ الیکٹرانک کمیونیکیشن کا دور ہوگا۔</w:t>
      </w:r>
    </w:p>
    <w:p>
      <w:r>
        <w:rPr>
          <w:b/>
        </w:rPr>
        <w:t xml:space="preserve">[20:57] </w:t>
      </w:r>
      <w:r>
        <w:t>bolna kafi hoga, jaise main bol raha hoon, yahi kafi hai ke meri awaz europe, america tak pohnch jay.</w:t>
      </w:r>
    </w:p>
    <w:p>
      <w:pPr>
        <w:jc w:val="right"/>
      </w:pPr>
      <w:r>
        <w:t>بولنا کافی ہوگا، جیسے میں بول رہا ہوں، یہی کافی ہے کہ میری آواز یورپ، امریکہ تک پہنچ جائے۔</w:t>
      </w:r>
    </w:p>
    <w:p>
      <w:r>
        <w:rPr>
          <w:b/>
        </w:rPr>
        <w:t xml:space="preserve">[21:07] </w:t>
      </w:r>
      <w:r>
        <w:t>main dilli mein bol raha hoon, lekin mera bolna hi kafi hai ke meri awaz har jagah pohnch jay.</w:t>
      </w:r>
    </w:p>
    <w:p>
      <w:pPr>
        <w:jc w:val="right"/>
      </w:pPr>
      <w:r>
        <w:t>میں دلی میں بول رہا ہوں، لیکن میرا بولنا ہی کافی ہے کہ میری آواز ہر جگہ پہنچ جائے۔</w:t>
      </w:r>
    </w:p>
    <w:p>
      <w:r>
        <w:rPr>
          <w:b/>
        </w:rPr>
        <w:t xml:space="preserve">[21:15] </w:t>
      </w:r>
      <w:r>
        <w:t>yeh dor hai. ab jo log is dor mein larai chheren, gun chalayen, bam ka dhamaka karen, woh in awareness ki aakhri had par hain.</w:t>
      </w:r>
    </w:p>
    <w:p>
      <w:pPr>
        <w:jc w:val="right"/>
      </w:pPr>
      <w:r>
        <w:t>یہ دور ہے۔ اب جو لوگ اس دور میں لڑائی چھڑیں، گن چلائیں، بم کا دھماکہ کریں، وہ ان اویرنس کی آخری حد پر ہیں۔</w:t>
      </w:r>
    </w:p>
    <w:p>
      <w:r>
        <w:rPr>
          <w:b/>
        </w:rPr>
        <w:t xml:space="preserve">[21:32] </w:t>
      </w:r>
      <w:r>
        <w:t>aise log in awareness ki aakhri had par hain.</w:t>
      </w:r>
    </w:p>
    <w:p>
      <w:pPr>
        <w:jc w:val="right"/>
      </w:pPr>
      <w:r>
        <w:t>ایسے لوگ ان اویرنس کی آخری حد پر ہیں۔</w:t>
      </w:r>
    </w:p>
    <w:p>
      <w:r>
        <w:rPr>
          <w:b/>
        </w:rPr>
        <w:t xml:space="preserve">[21:39] </w:t>
      </w:r>
      <w:r>
        <w:t>mujhe ek qissa yad maloom hai india ke ek shohar ke shahar ka. to ek businessman thay ek shahar mein, un ka business tha.</w:t>
      </w:r>
    </w:p>
    <w:p>
      <w:pPr>
        <w:jc w:val="right"/>
      </w:pPr>
      <w:r>
        <w:t>مجھے ایک قصہ یاد معلوم ہے انڈیا کے ایک شوہر کے شہر کا۔ تو ایک بزنس مین تھے ایک شہر میں، ان کا بزنس تھا۔</w:t>
      </w:r>
    </w:p>
    <w:p>
      <w:r>
        <w:rPr>
          <w:b/>
        </w:rPr>
        <w:t xml:space="preserve">[21:57] </w:t>
      </w:r>
      <w:r>
        <w:t>to unhon ne apne bachay ko trend karna chaha, training, tarbiyat karna chaha. to unhon ne un ki jeb mein kafi note rakh diya, kaha ke jao bombay jao.</w:t>
      </w:r>
    </w:p>
    <w:p>
      <w:pPr>
        <w:jc w:val="right"/>
      </w:pPr>
      <w:r>
        <w:t>تو انہوں نے اپنے بچے کو ٹرینڈ کرنا چاہا، ٹریننگ، تربیت کرنا چاہا۔ تو انہوں نے ان کی جیب میں کافی نوٹ رکھ دیا، کہا کہ جاؤ بمبئی جاؤ۔</w:t>
      </w:r>
    </w:p>
    <w:p>
      <w:r>
        <w:rPr>
          <w:b/>
        </w:rPr>
        <w:t xml:space="preserve">[22:15] </w:t>
      </w:r>
      <w:r>
        <w:t>aur bombay ke bahir ek shahar mein un ka business tha. kaha jao bombay. yani kuch bhi nahi diya, na koi bataya, na kuch.</w:t>
      </w:r>
    </w:p>
    <w:p>
      <w:pPr>
        <w:jc w:val="right"/>
      </w:pPr>
      <w:r>
        <w:t>اور بمبئی کے باہر ایک شہر میں ان کا بزنس تھا۔ کہا جاؤ بمبئی۔ یعنی کچھ بھی نہیں دیا، نہ کوئی بتایا، نہ کچھ۔</w:t>
      </w:r>
    </w:p>
    <w:p>
      <w:r>
        <w:rPr>
          <w:b/>
        </w:rPr>
        <w:t xml:space="preserve">[22:26] </w:t>
      </w:r>
      <w:r>
        <w:t>kaha bombay jao. to kisi ne kaha ke woh bachay ko aap bombay bhej rahe hain, kya kare ga woh?</w:t>
      </w:r>
    </w:p>
    <w:p>
      <w:pPr>
        <w:jc w:val="right"/>
      </w:pPr>
      <w:r>
        <w:t>کہا بمبئی جاؤ۔ تو کسی نے کہا کہ وہ بچے کو آپ بمبئی بھیج رہے ہیں، کیا کرے گا وہ؟</w:t>
      </w:r>
    </w:p>
    <w:p>
      <w:r>
        <w:rPr>
          <w:b/>
        </w:rPr>
        <w:t xml:space="preserve">[22:36] </w:t>
      </w:r>
      <w:r>
        <w:t>to us adami ko ke bohat hi intelligent adami tha, us ne kaha ke maine is ki jeb noteon se bhar diya hai.</w:t>
      </w:r>
    </w:p>
    <w:p>
      <w:pPr>
        <w:jc w:val="right"/>
      </w:pPr>
      <w:r>
        <w:t>تو اس آدمی کو کہ بہت ہی انٹیلیجنٹ آدمی تھا، اس نے کہا کہ میں نے اس کی جیب نوٹوں سے بھر دیا ہے۔</w:t>
      </w:r>
    </w:p>
    <w:p>
      <w:r>
        <w:rPr>
          <w:b/>
        </w:rPr>
        <w:t xml:space="preserve">[22:51] </w:t>
      </w:r>
      <w:r>
        <w:t>maine ab bachay ki jeb ko noteon se bhar diya hai.</w:t>
      </w:r>
    </w:p>
    <w:p>
      <w:pPr>
        <w:jc w:val="right"/>
      </w:pPr>
      <w:r>
        <w:t>میں نے اب بچے کی جیب کو نوٹوں سے بھر دیا ہے۔</w:t>
      </w:r>
    </w:p>
    <w:p>
      <w:r>
        <w:rPr>
          <w:b/>
        </w:rPr>
        <w:t xml:space="preserve">[22:57] </w:t>
      </w:r>
      <w:r>
        <w:t>note ko istemal karo, ab bombay jao. tum ko raat ko thehrna hai, hotel mein chale jao, khana khana hai, tab bhi restaurant mein chale jao.</w:t>
      </w:r>
    </w:p>
    <w:p>
      <w:pPr>
        <w:jc w:val="right"/>
      </w:pPr>
      <w:r>
        <w:t>نوٹ کو استعمال کرو، اب بمبئی جاؤ۔ تم کو رات کو ٹھہرنا ہے، ہوٹل میں چلے جاؤ، کھانا کھانا ہے، تب بھی ریسٹورنٹ میں چلے جاؤ۔</w:t>
      </w:r>
    </w:p>
    <w:p>
      <w:r>
        <w:rPr>
          <w:b/>
        </w:rPr>
        <w:t xml:space="preserve">[23:12] </w:t>
      </w:r>
      <w:r>
        <w:t>matlab yeh dor ek aisa aya hai ke note hai to aap sab kuch hai, aap ki jeb mein</w:t>
      </w:r>
    </w:p>
    <w:p>
      <w:pPr>
        <w:jc w:val="right"/>
      </w:pPr>
      <w:r>
        <w:t>مطلب یہ دور ایک ایسا آیا ہے کہ نوٹ ہے تو آپ سب کچھ ہے، آپ کی جیب میں</w:t>
      </w:r>
    </w:p>
    <w:p>
      <w:r>
        <w:rPr>
          <w:b/>
        </w:rPr>
        <w:t xml:space="preserve">[23:22] </w:t>
      </w:r>
      <w:r>
        <w:t>travel document hain, to aap jahan chahen chale jaiye. aap ke pas note hai to aap hawajat se safar kijiye, car se safar kijiye, kuch bhi kijiye.</w:t>
      </w:r>
    </w:p>
    <w:p>
      <w:pPr>
        <w:jc w:val="right"/>
      </w:pPr>
      <w:r>
        <w:t>ٹریول ڈاکومنٹ ہیں، تو آپ جہاں چاہیں چلے جائیے۔ آپ کے پاس نوٹ ہے تو آپ حواجات سے سفر کیجئے، کار سے سفر کیجئے، کچھ بھی کیجئے۔</w:t>
      </w:r>
    </w:p>
    <w:p>
      <w:r>
        <w:rPr>
          <w:b/>
        </w:rPr>
        <w:t xml:space="preserve">[23:35] </w:t>
      </w:r>
      <w:r>
        <w:t>yeh ajib gharib dor hai</w:t>
      </w:r>
    </w:p>
    <w:p>
      <w:pPr>
        <w:jc w:val="right"/>
      </w:pPr>
      <w:r>
        <w:t>یہ عجیب غریب دور ہے</w:t>
      </w:r>
    </w:p>
    <w:p>
      <w:r>
        <w:rPr>
          <w:b/>
        </w:rPr>
        <w:t xml:space="preserve">[23:39] </w:t>
      </w:r>
      <w:r>
        <w:t>ke aap ki jeb mein note aur travel document hona chahiye.</w:t>
      </w:r>
    </w:p>
    <w:p>
      <w:pPr>
        <w:jc w:val="right"/>
      </w:pPr>
      <w:r>
        <w:t>کہ آپ کی جیب میں نوٹ اور ٹریول ڈاکومنٹ ہونا چاہیے۔</w:t>
      </w:r>
    </w:p>
    <w:p>
      <w:r>
        <w:rPr>
          <w:b/>
        </w:rPr>
        <w:t xml:space="preserve">[23:46] </w:t>
      </w:r>
      <w:r>
        <w:t>woh tumhara, woh woh jo hum sunte hain ke ghazwa mein sahaba gaye aur un ke sath banduqen theen, woh un ke sath, woh un ke sath talwaren theen.</w:t>
      </w:r>
    </w:p>
    <w:p>
      <w:pPr>
        <w:jc w:val="right"/>
      </w:pPr>
      <w:r>
        <w:t>وہ تمہارا، وہ وہ جو ہم سنتے ہیں کہ غزوہ میں صحابہ گئے اور ان کے ساتھ بندوقیں تھیں، وہ ان کے ساتھ، وہ ان کے ساتھ تلواریں تھیں۔</w:t>
      </w:r>
    </w:p>
    <w:p>
      <w:r>
        <w:rPr>
          <w:b/>
        </w:rPr>
        <w:t xml:space="preserve">[24:01] </w:t>
      </w:r>
      <w:r>
        <w:t>to log samajhte hain ke woh talwar thi ke gaye thay larnay ke liye, yani ghazwat mein larnay ke liye talwaren le ke gaye.</w:t>
      </w:r>
    </w:p>
    <w:p>
      <w:pPr>
        <w:jc w:val="right"/>
      </w:pPr>
      <w:r>
        <w:t>تو لوگ سمجھتے ہیں کہ وہ تلوار تھی کہ گئے تھے لڑنے کے لیے، یعنی غزوات میں لڑنے کے لیے تلواریں لے کے گئے۔</w:t>
      </w:r>
    </w:p>
    <w:p>
      <w:r>
        <w:rPr>
          <w:b/>
        </w:rPr>
        <w:t xml:space="preserve">[24:14] </w:t>
      </w:r>
      <w:r>
        <w:t>yeh matlab nahi hai, harghiz nahi hai. is ka matlab yeh hai ke is dor ke taqaze ke bana par unhon ne apne sath jaise khana peena rakha, pani ke liye mashq rakhi, to usi ke andar unhon ne talwar rakh li.</w:t>
      </w:r>
    </w:p>
    <w:p>
      <w:pPr>
        <w:jc w:val="right"/>
      </w:pPr>
      <w:r>
        <w:t>یہ مطلب نہیں ہے، ہرگز نہیں ہے۔ اس کا مطلب یہ ہے کہ اس دور کے تقاضے کے بنا پر انہوں نے اپنے ساتھ جیسے کھانا پینا رکھا، پانی کے لیے مشق رکھی، تو اسی کے اندر انہوں نے تلوار رکھ لی۔</w:t>
      </w:r>
    </w:p>
    <w:p>
      <w:r>
        <w:rPr>
          <w:b/>
        </w:rPr>
        <w:t xml:space="preserve">[24:34] </w:t>
      </w:r>
      <w:r>
        <w:t>to us zamane mein talwar waz just like mashq, pani ki mashq.</w:t>
      </w:r>
    </w:p>
    <w:p>
      <w:pPr>
        <w:jc w:val="right"/>
      </w:pPr>
      <w:r>
        <w:t>تو اس زمانے میں تلوار واز جسٹ لائک مشق، پانی کی مشق۔</w:t>
      </w:r>
    </w:p>
    <w:p>
      <w:r>
        <w:rPr>
          <w:b/>
        </w:rPr>
        <w:t xml:space="preserve">[24:43] </w:t>
      </w:r>
      <w:r>
        <w:t>hamare bachpan mein, main janta hoon ke hamare bachpan mein jab jatay thay log hajj karne ke liye to mashq mein pani le atay thay.</w:t>
      </w:r>
    </w:p>
    <w:p>
      <w:pPr>
        <w:jc w:val="right"/>
      </w:pPr>
      <w:r>
        <w:t>ہمارے بچپن میں، میں جانتا ہوں کہ ہمارے بچپن میں جب جاتے تھے لوگ حج کرنے کے لیے تو مشق میں پانی لے آتے تھے۔</w:t>
      </w:r>
    </w:p>
    <w:p>
      <w:r>
        <w:rPr>
          <w:b/>
        </w:rPr>
        <w:t xml:space="preserve">[24:52] </w:t>
      </w:r>
      <w:r>
        <w:t>us waqt samandari jahaz se safar hota tha,</w:t>
      </w:r>
    </w:p>
    <w:p>
      <w:pPr>
        <w:jc w:val="right"/>
      </w:pPr>
      <w:r>
        <w:t>اس وقت سمندری جہاز سے سفر ہوتا تھا،</w:t>
      </w:r>
    </w:p>
    <w:p>
      <w:r>
        <w:rPr>
          <w:b/>
        </w:rPr>
        <w:t xml:space="preserve">[24:59] </w:t>
      </w:r>
      <w:r>
        <w:t>hawajat nahi thay us zamane mein. to samandari jahaz mein ghalla le atay thay, khane peene ke sath le atay thay, hatta ke pani ki mashq bhi.</w:t>
      </w:r>
    </w:p>
    <w:p>
      <w:pPr>
        <w:jc w:val="right"/>
      </w:pPr>
      <w:r>
        <w:t>حواجات نہیں تھے اس زمانے میں۔ تو سمندری جہاز میں غلہ لے آتے تھے، کھانے پینے کے ساتھ لے آتے تھے، حتیٰ کہ پانی کی مشق بھی۔</w:t>
      </w:r>
    </w:p>
    <w:p>
      <w:r>
        <w:rPr>
          <w:b/>
        </w:rPr>
        <w:t xml:space="preserve">[25:11] </w:t>
      </w:r>
      <w:r>
        <w:t>to that was due to age factor. age factor isi tarah se sahaba karam jo jatay thay woh ghazwat mein to un ke sath talwar hoti thi.</w:t>
      </w:r>
    </w:p>
    <w:p>
      <w:pPr>
        <w:jc w:val="right"/>
      </w:pPr>
      <w:r>
        <w:t>تو دیٹ واز ڈیو ٹو ایج فیکٹر۔ ایج فیکٹر اسی طریقے سے صحابہ کرام جو جاتے تھے وہ غزوات میں تو ان کے ساتھ تلوار ہوتی تھی۔</w:t>
      </w:r>
    </w:p>
    <w:p>
      <w:r>
        <w:rPr>
          <w:b/>
        </w:rPr>
        <w:t xml:space="preserve">[25:24] </w:t>
      </w:r>
      <w:r>
        <w:t>date was due to age factor.</w:t>
      </w:r>
    </w:p>
    <w:p>
      <w:pPr>
        <w:jc w:val="right"/>
      </w:pPr>
      <w:r>
        <w:t>دیٹ واز ڈیو ٹو ایج فیکٹر۔</w:t>
      </w:r>
    </w:p>
    <w:p>
      <w:r>
        <w:rPr>
          <w:b/>
        </w:rPr>
        <w:t xml:space="preserve">[25:29] </w:t>
      </w:r>
      <w:r>
        <w:t>ab to kuch nahi, ab to aap ki jeeb mein note bhi zaroorat nahi hai, ab aap ko sirf aap ka account ka number hona chahiye.</w:t>
      </w:r>
    </w:p>
    <w:p>
      <w:pPr>
        <w:jc w:val="right"/>
      </w:pPr>
      <w:r>
        <w:t>اب تو کچھ نہیں، اب تو آپ کی جیب میں نوٹ بھی ضرورت نہیں ہے، اب آپ کو صرف آپ کا اکاؤنٹ کا نمبر ہونا چاہیے۔</w:t>
      </w:r>
    </w:p>
    <w:p>
      <w:r>
        <w:rPr>
          <w:b/>
        </w:rPr>
        <w:t xml:space="preserve">[25:39] </w:t>
      </w:r>
      <w:r>
        <w:t>account ka number kafi hai.</w:t>
      </w:r>
    </w:p>
    <w:p>
      <w:pPr>
        <w:jc w:val="right"/>
      </w:pPr>
      <w:r>
        <w:t>اکاؤنٹ کا نمبر کافی ہے۔</w:t>
      </w:r>
    </w:p>
    <w:p>
      <w:r>
        <w:rPr>
          <w:b/>
        </w:rPr>
        <w:t xml:space="preserve">[25:44] </w:t>
      </w:r>
      <w:r>
        <w:t>to itni zyada jab sahoolaten kar di hain</w:t>
      </w:r>
    </w:p>
    <w:p>
      <w:pPr>
        <w:jc w:val="right"/>
      </w:pPr>
      <w:r>
        <w:t>تو اتنی زیادہ جب سہولتیں کر دی ہیں</w:t>
      </w:r>
    </w:p>
    <w:p>
      <w:r>
        <w:rPr>
          <w:b/>
        </w:rPr>
        <w:t xml:space="preserve">[25:51] </w:t>
      </w:r>
      <w:r>
        <w:t>to aise hi hai ke jaise koi is zamane mein, twenty first century mein, koi aadmi hajj ke liye ja raha hai, apne saath mashq, pani ka mashq le ja raha hai.</w:t>
      </w:r>
    </w:p>
    <w:p>
      <w:pPr>
        <w:jc w:val="right"/>
      </w:pPr>
      <w:r>
        <w:t>تو ایسے ہی ہے کہ جیسے کوئی اس زمانے میں، ٹونٹی فرسٹ سینچری میں، کوئی آدمی حج کے لیے جا رہا ہے، اپنے ساتھ مشق، پانی کا مشق لے جا رہا ہے۔</w:t>
      </w:r>
    </w:p>
    <w:p>
      <w:r>
        <w:rPr>
          <w:b/>
        </w:rPr>
        <w:t xml:space="preserve">[26:05] </w:t>
      </w:r>
      <w:r>
        <w:t>to airport par us se kahega log, koi itna zyada bekhabar ho ke tum naye zamane mein ho?</w:t>
      </w:r>
    </w:p>
    <w:p>
      <w:pPr>
        <w:jc w:val="right"/>
      </w:pPr>
      <w:r>
        <w:t>تو ایئرپورٹ پر اس سے کہے گا لوگ، کوئی اتنا زیادہ بے خبر ہو کہ تم نئے زمانے میں ہو؟</w:t>
      </w:r>
    </w:p>
    <w:p>
      <w:r>
        <w:rPr>
          <w:b/>
        </w:rPr>
        <w:t xml:space="preserve">[26:15] </w:t>
      </w:r>
      <w:r>
        <w:t>ab to jahaz ke andar to pani ki botalen rakhi hongi, khane ke zakhire honge, har cheez jahaz se utro to wahan kha rahe honge.</w:t>
      </w:r>
    </w:p>
    <w:p>
      <w:pPr>
        <w:jc w:val="right"/>
      </w:pPr>
      <w:r>
        <w:t>اب تو جہاز کے اندر تو پانی کی بوتلیں رکھی ہوں گی، کھانے کے ذخیرے ہوں گے، ہر چیز جہاز سے اترو تو وہاں کھا رہے ہوں گے۔</w:t>
      </w:r>
    </w:p>
    <w:p>
      <w:r>
        <w:rPr>
          <w:b/>
        </w:rPr>
        <w:t xml:space="preserve">[26:30] </w:t>
      </w:r>
      <w:r>
        <w:t>woh tumhara khatam ho gaya.</w:t>
      </w:r>
    </w:p>
    <w:p>
      <w:pPr>
        <w:jc w:val="right"/>
      </w:pPr>
      <w:r>
        <w:t>وہ تمہارا ختم ہو گیا۔</w:t>
      </w:r>
    </w:p>
    <w:p>
      <w:r>
        <w:rPr>
          <w:b/>
        </w:rPr>
        <w:t xml:space="preserve">[26:36] </w:t>
      </w:r>
      <w:r>
        <w:t>isi liye main kehta hoon ke yeh age of quran hai, age of dawah hai,</w:t>
      </w:r>
    </w:p>
    <w:p>
      <w:pPr>
        <w:jc w:val="right"/>
      </w:pPr>
      <w:r>
        <w:t>اسی لیے میں کہتا ہوں کہ یہ ایج آف قرآن ہے، ایج آف دعوت ہے،</w:t>
      </w:r>
    </w:p>
    <w:p>
      <w:r>
        <w:rPr>
          <w:b/>
        </w:rPr>
        <w:t xml:space="preserve">[26:44] </w:t>
      </w:r>
      <w:r>
        <w:t>age of quran. kuch nahi karna hai aap ko, bas quran ko phailaiye. sari dunya aap ko welcome karegi. abhi aap ne dekha ke new zealand mein kya hua?</w:t>
      </w:r>
    </w:p>
    <w:p>
      <w:pPr>
        <w:jc w:val="right"/>
      </w:pPr>
      <w:r>
        <w:t>ایج آف قرآن۔ کچھ نہیں کرنا ہے آپ کو، بس قرآن کو پھیلائیے۔ ساری دنیا آپ کو ویلکم کرے گی۔ ابھی آپ نے دیکھا کہ نیوزی لینڈ میں کیا ہوا؟</w:t>
      </w:r>
    </w:p>
    <w:p>
      <w:r>
        <w:rPr>
          <w:b/>
        </w:rPr>
        <w:t xml:space="preserve">[26:59] </w:t>
      </w:r>
      <w:r>
        <w:t>new zealand mein itna zyada welcome kiya gaya quran ko, islam ko, allah ke paigham ko ke prime minister khud nikal pada parliament mein, quran ki awaz sunai di.</w:t>
      </w:r>
    </w:p>
    <w:p>
      <w:pPr>
        <w:jc w:val="right"/>
      </w:pPr>
      <w:r>
        <w:t>نیوزی لینڈ میں اتنا زیادہ ویلکم کیا گیا قرآن کو، اسلام کو، اللہ کے پیغام کو کہ پرائم منسٹر خود نکل پڑا پارلیمنٹ میں، قرآن کی آواز سنائی دی۔</w:t>
      </w:r>
    </w:p>
    <w:p>
      <w:r>
        <w:rPr>
          <w:b/>
        </w:rPr>
        <w:t xml:space="preserve">[27:18] </w:t>
      </w:r>
      <w:r>
        <w:t>yeh daur, yeh daur ka taqaza hai. jo new zealand mein hua, woh daur ka taqaza hai.</w:t>
      </w:r>
    </w:p>
    <w:p>
      <w:pPr>
        <w:jc w:val="right"/>
      </w:pPr>
      <w:r>
        <w:t>یہ دور، یہ دور کا تقاضا ہے۔ جو نیوزی لینڈ میں ہوا، وہ دور کا تقاضا ہے۔</w:t>
      </w:r>
    </w:p>
    <w:p>
      <w:r>
        <w:rPr>
          <w:b/>
        </w:rPr>
        <w:t xml:space="preserve">[27:28] </w:t>
      </w:r>
      <w:r>
        <w:t>yeh daur ka taqaza hai. har dawi ke liye, sirf new zealander ke liye nahi, har dawi ke liye yeh message hai ke sari dunya tumhare liye new zealand hai,</w:t>
      </w:r>
    </w:p>
    <w:p>
      <w:pPr>
        <w:jc w:val="right"/>
      </w:pPr>
      <w:r>
        <w:t>یہ دور کا تقاضا ہے۔ ہر داعی کے لیے، صرف نیوزی لینڈر کے لیے نہیں، ہر داعی کے لیے یہ میسج ہے کہ ساری دنیا تمہارے لیے نیوزی لینڈ ہے،</w:t>
      </w:r>
    </w:p>
    <w:p>
      <w:r>
        <w:rPr>
          <w:b/>
        </w:rPr>
        <w:t xml:space="preserve">[27:43] </w:t>
      </w:r>
      <w:r>
        <w:t>sari dunya tumhare liye new zealanders hain, sari dunya mein tumhare</w:t>
      </w:r>
    </w:p>
    <w:p>
      <w:pPr>
        <w:jc w:val="right"/>
      </w:pPr>
      <w:r>
        <w:t>ساری دنیا تمہارے لیے نیوزی لینڈرز ہیں، ساری دنیا میں تمہارے</w:t>
      </w:r>
    </w:p>
    <w:p>
      <w:r>
        <w:rPr>
          <w:b/>
        </w:rPr>
        <w:t xml:space="preserve">[27:55] </w:t>
      </w:r>
      <w:r>
        <w:t>welcome, welcome karne wale log hain. sari dunya</w:t>
      </w:r>
    </w:p>
    <w:p>
      <w:pPr>
        <w:jc w:val="right"/>
      </w:pPr>
      <w:r>
        <w:t>ویلکم، ویلکم کرنے والے لوگ ہیں۔ ساری دنیا</w:t>
      </w:r>
    </w:p>
    <w:p>
      <w:r>
        <w:rPr>
          <w:b/>
        </w:rPr>
        <w:t xml:space="preserve">[28:02] </w:t>
      </w:r>
      <w:r>
        <w:t>like new zealand hai.</w:t>
      </w:r>
    </w:p>
    <w:p>
      <w:pPr>
        <w:jc w:val="right"/>
      </w:pPr>
      <w:r>
        <w:t>لائک نیوزی لینڈ ہے۔</w:t>
      </w:r>
    </w:p>
    <w:p>
      <w:r>
        <w:rPr>
          <w:b/>
        </w:rPr>
        <w:t xml:space="preserve">[28:09] </w:t>
      </w:r>
      <w:r>
        <w:t>yeh hai daur. aisi halat mein jo log musallah jihad ke fatwe de rahe hain, koi bechara bol de ke ab jihad ka daur khatam to us ko kafir bana dete hain.</w:t>
      </w:r>
    </w:p>
    <w:p>
      <w:pPr>
        <w:jc w:val="right"/>
      </w:pPr>
      <w:r>
        <w:t>یہ ہے دور۔ ایسی حالت میں جو لوگ مسلح جہاد کے فتوے دے رہے ہیں، کوئی بیچارہ بول دے کہ اب جہاد کا دور ختم تو اس کو کافر بنا دیتے ہیں۔</w:t>
      </w:r>
    </w:p>
    <w:p>
      <w:r>
        <w:rPr>
          <w:b/>
        </w:rPr>
        <w:t xml:space="preserve">[28:26] </w:t>
      </w:r>
      <w:r>
        <w:t>koi bhi bechara parhta hai aur discover karta hai ke ab to ladai bhadai ki zaroorat hi nahi hai.</w:t>
      </w:r>
    </w:p>
    <w:p>
      <w:pPr>
        <w:jc w:val="right"/>
      </w:pPr>
      <w:r>
        <w:t>کوئی بھی بیچارہ پڑھتا ہے اور ڈسکور کرتا ہے کہ اب تو لڑائی بھڑائی کی ضرورت ہی نہیں ہے۔</w:t>
      </w:r>
    </w:p>
    <w:p>
      <w:r>
        <w:rPr>
          <w:b/>
        </w:rPr>
        <w:t xml:space="preserve">[28:36] </w:t>
      </w:r>
      <w:r>
        <w:t>ab sab bazaar khule hue hain, sare door khule hue hain, parliament house mein quran ki awazen buland ho rahi hain. ab jihad kis liye?</w:t>
      </w:r>
    </w:p>
    <w:p>
      <w:pPr>
        <w:jc w:val="right"/>
      </w:pPr>
      <w:r>
        <w:t>اب سب بازار کھلے ہوئے ہیں، سارے ڈور کھلے ہوئے ہیں، پارلیمنٹ ہاؤس میں قرآن کی آوازیں بلند ہو رہی ہیں۔ اب جہاد کس لیے؟</w:t>
      </w:r>
    </w:p>
    <w:p>
      <w:r>
        <w:rPr>
          <w:b/>
        </w:rPr>
        <w:t xml:space="preserve">[28:47] </w:t>
      </w:r>
      <w:r>
        <w:t>kya log gardanen marna fides ke fides ka murder hai? to us ko fatwa dene wale fatwa de dete hain ke yeh kafir ho gaya.</w:t>
      </w:r>
    </w:p>
    <w:p>
      <w:pPr>
        <w:jc w:val="right"/>
      </w:pPr>
      <w:r>
        <w:t>کیا لوگ گردنیں مارنا فدس کے فدس کا مارڈر ہے؟ تو اس کو فتویٰ دینے والے فتویٰ دے دیتے ہیں کہ یہ کافر ہو گیا۔</w:t>
      </w:r>
    </w:p>
    <w:p>
      <w:r>
        <w:rPr>
          <w:b/>
        </w:rPr>
        <w:t xml:space="preserve">[29:04] </w:t>
      </w:r>
      <w:r>
        <w:t>main kahunga ke yeh fatwe ki baat nahi hai, yeh is baat ko darne, darne ki baat hai ke ek hota hai naskh mansookh, ek hota hai mauqoof hona.</w:t>
      </w:r>
    </w:p>
    <w:p>
      <w:pPr>
        <w:jc w:val="right"/>
      </w:pPr>
      <w:r>
        <w:t>میں کہوں گا کہ یہ فتوے کی بات نہیں ہے، یہ اس بات کو ڈرنے، ڈرنے کی بات ہے کہ ایک ہوتا ہے ناسخ منسوخ، ایک ہوتا ہے موقوف ہونا۔</w:t>
      </w:r>
    </w:p>
    <w:p>
      <w:r>
        <w:rPr>
          <w:b/>
        </w:rPr>
        <w:t xml:space="preserve">[29:21] </w:t>
      </w:r>
      <w:r>
        <w:t>to main main kahunga ke is daur mein jihad mansookh to nahi hua, lekin woh mauqoof ho chuka hai, suspend ho chuka hai.</w:t>
      </w:r>
    </w:p>
    <w:p>
      <w:pPr>
        <w:jc w:val="right"/>
      </w:pPr>
      <w:r>
        <w:t>تو میں میں کہوں گا کہ اس دور میں جہاد منسوخ تو نہیں ہوا، لیکن وہ موقوف ہو چکا ہے، سسپینڈ ہو چکا ہے۔</w:t>
      </w:r>
    </w:p>
    <w:p>
      <w:r>
        <w:rPr>
          <w:b/>
        </w:rPr>
        <w:t xml:space="preserve">[29:34] </w:t>
      </w:r>
      <w:r>
        <w:t>main misaal deta hoon aap ko</w:t>
      </w:r>
    </w:p>
    <w:p>
      <w:pPr>
        <w:jc w:val="right"/>
      </w:pPr>
      <w:r>
        <w:t>میں مثال دیتا ہوں آپ کو</w:t>
      </w:r>
    </w:p>
    <w:p>
      <w:r>
        <w:rPr>
          <w:b/>
        </w:rPr>
        <w:t xml:space="preserve">[29:39] </w:t>
      </w:r>
      <w:r>
        <w:t>ke quran mein aaya tha ke hajj karo, oonton par baith kar, hajj karo, oonton par baith kar. ab koi jata hai oonton par baith kar hajj karne, kisi ko jante hain aap ke oont par baith kar hajj karne jata hai?</w:t>
      </w:r>
    </w:p>
    <w:p>
      <w:pPr>
        <w:jc w:val="right"/>
      </w:pPr>
      <w:r>
        <w:t>کہ قرآن میں آیا تھا کہ حج کرو، اونٹوں پر بیٹھ کر، حج کرو، اونٹوں پر بیٹھ کر۔ اب کوئی جاتا ہے اونٹوں پر بیٹھ کر حج کرنے، کسی کو جانتے ہیں آپ کہ اونٹ پر بیٹھ کر حج کرنے جاتا ہے؟</w:t>
      </w:r>
    </w:p>
    <w:p>
      <w:r>
        <w:rPr>
          <w:b/>
        </w:rPr>
        <w:t xml:space="preserve">[29:57] </w:t>
      </w:r>
      <w:r>
        <w:t>to woh ayat jo quran mein hai ke oont par baith kar hajj karo, aaj woh suspended hai, woh mauqoof hai, lekin mansookh nahi hai, mansookh nahi hai.</w:t>
      </w:r>
    </w:p>
    <w:p>
      <w:pPr>
        <w:jc w:val="right"/>
      </w:pPr>
      <w:r>
        <w:t>تو وہ آیت جو قرآن میں ہے کہ اونٹ پر بیٹھ کر حج کرو، آج وہ سسپینڈڈ ہے، وہ موقوف ہے، لیکن منسوخ نہیں ہے، منسوخ نہیں ہے۔</w:t>
      </w:r>
    </w:p>
    <w:p>
      <w:r>
        <w:rPr>
          <w:b/>
        </w:rPr>
        <w:t xml:space="preserve">[30:13] </w:t>
      </w:r>
      <w:r>
        <w:t>to mufti sahban ko dekhiye, wisdom ka ek wisdom ka ek darja yeh hai, wisdom ka ek darja yeh hai ke aadmi jo lafz na bola hai,</w:t>
      </w:r>
    </w:p>
    <w:p>
      <w:pPr>
        <w:jc w:val="right"/>
      </w:pPr>
      <w:r>
        <w:t>تو مفتی صاحبان کو دیکھیے، وزڈم کا ایک وزڈم کا ایک درجہ یہ ہے، وزڈم کا ایک درجہ یہ ہے کہ آدمی جو لفظ نہ بولا ہے،</w:t>
      </w:r>
    </w:p>
    <w:p>
      <w:r>
        <w:rPr>
          <w:b/>
        </w:rPr>
        <w:t xml:space="preserve">[30:31] </w:t>
      </w:r>
      <w:r>
        <w:t>sunne wale us ko add kar ke samjhein.</w:t>
      </w:r>
    </w:p>
    <w:p>
      <w:pPr>
        <w:jc w:val="right"/>
      </w:pPr>
      <w:r>
        <w:t>سننے والے اس کو ایڈ کر کے سمجھیں۔</w:t>
      </w:r>
    </w:p>
    <w:p>
      <w:r>
        <w:rPr>
          <w:b/>
        </w:rPr>
        <w:t xml:space="preserve">[30:38] </w:t>
      </w:r>
      <w:r>
        <w:t>main ek misaal deta hoon aap ko, ek hadith hai, ek hadith hai ke ek arab ke sehra mein rehne wala ek aadmi tha.</w:t>
      </w:r>
    </w:p>
    <w:p>
      <w:pPr>
        <w:jc w:val="right"/>
      </w:pPr>
      <w:r>
        <w:t>میں ایک مثال دیتا ہوں آپ کو، ایک حدیث ہے، ایک حدیث ہے کہ ایک عرب کے صحرا میں رہنے والا ایک آدمی تھا۔</w:t>
      </w:r>
    </w:p>
    <w:p>
      <w:r>
        <w:rPr>
          <w:b/>
        </w:rPr>
        <w:t xml:space="preserve">[30:53] </w:t>
      </w:r>
      <w:r>
        <w:t>to uska oont gum ho gaya tha, oont charhne ke liye chhod diya tha, to woh pahadiyon mein gum ho gaya, pahadiyon mein gum ho gaya.</w:t>
      </w:r>
    </w:p>
    <w:p>
      <w:pPr>
        <w:jc w:val="right"/>
      </w:pPr>
      <w:r>
        <w:t>تو اس کا اونٹ گم ہو گیا تھا، اونٹ چڑھنے کے لیے چھوڑ دیا تھا، تو وہ پہاڑیوں میں گم ہو گیا، پہاڑیوں میں گم ہو گیا۔</w:t>
      </w:r>
    </w:p>
    <w:p>
      <w:r>
        <w:rPr>
          <w:b/>
        </w:rPr>
        <w:t xml:space="preserve">[31:06] </w:t>
      </w:r>
      <w:r>
        <w:t>to bechara dhoondh raha hai, dhoondh raha hai, dhoondh raha hai, kyunke woh us aadmi ka sab kuch, sara asar jo tha uska, woh oont tha, oont tha.</w:t>
      </w:r>
    </w:p>
    <w:p>
      <w:pPr>
        <w:jc w:val="right"/>
      </w:pPr>
      <w:r>
        <w:t>تو بیچارہ ڈھونڈ رہا ہے، ڈھونڈ رہا ہے، ڈھونڈ رہا ہے، کیونکہ وہ اس آدمی کا سب کچھ، سارا اثر جو تھا اس کا، وہ اونٹ تھا، اونٹ تھا۔</w:t>
      </w:r>
    </w:p>
    <w:p>
      <w:r>
        <w:rPr>
          <w:b/>
        </w:rPr>
        <w:t xml:space="preserve">[31:17] </w:t>
      </w:r>
      <w:r>
        <w:t>to ghoom daudte daudte woh dekhta hai, ek jagah pahadiyon ke saaye mein uska oont khada hua hai,</w:t>
      </w:r>
    </w:p>
    <w:p>
      <w:pPr>
        <w:jc w:val="right"/>
      </w:pPr>
      <w:r>
        <w:t>تو گھوم دوڑتے دوڑتے وہ دیکھتا ہے، ایک جگہ پہاڑیوں کے سائے میں اس کا اونٹ کھڑا ہوا ہے،</w:t>
      </w:r>
    </w:p>
    <w:p>
      <w:r>
        <w:rPr>
          <w:b/>
        </w:rPr>
        <w:t xml:space="preserve">[31:29] </w:t>
      </w:r>
      <w:r>
        <w:t>pahadiyon ke saaye mein uska oont khada hua hai. to dekhte hi woh kehta hai, "Allah manta ab dewana rab ka".</w:t>
      </w:r>
    </w:p>
    <w:p>
      <w:pPr>
        <w:jc w:val="right"/>
      </w:pPr>
      <w:r>
        <w:t>پہاڑیوں کے سائے میں اس کا اونٹ کھڑا ہوا ہے۔ تو دیکھتے ہی وہ کہتا ہے، "اللہ مانتا اب دیوانہ رب کا"۔</w:t>
      </w:r>
    </w:p>
    <w:p>
      <w:r>
        <w:rPr>
          <w:b/>
        </w:rPr>
        <w:t xml:space="preserve">[31:42] </w:t>
      </w:r>
      <w:r>
        <w:t>yeh hadith hai. jab woh dekhta hai oont ko ke wahan pahadiyon ke daman mein saaye mein khada hua hai, uska oont itna khush, itna khush hota hai ke bol uthta hai,</w:t>
      </w:r>
    </w:p>
    <w:p>
      <w:pPr>
        <w:jc w:val="right"/>
      </w:pPr>
      <w:r>
        <w:t>یہ حدیث ہے۔ جب وہ دیکھتا ہے اونٹ کو کہ وہاں پہاڑیوں کے دامن میں سائے میں کھڑا ہوا ہے، اس کا اونٹ اتنا خوش، اتنا خوش ہوتا ہے کہ بول اٹھتا ہے،</w:t>
      </w:r>
    </w:p>
    <w:p>
      <w:r>
        <w:rPr>
          <w:b/>
        </w:rPr>
        <w:t xml:space="preserve">[31:59] </w:t>
      </w:r>
      <w:r>
        <w:t>"Allah ant abdi wa rabbak". aye</w:t>
      </w:r>
    </w:p>
    <w:p>
      <w:pPr>
        <w:jc w:val="right"/>
      </w:pPr>
      <w:r>
        <w:t>"اللہ انت عبدی وربک"۔ اے</w:t>
      </w:r>
    </w:p>
    <w:p>
      <w:r>
        <w:rPr>
          <w:b/>
        </w:rPr>
        <w:t xml:space="preserve">[32:03] </w:t>
      </w:r>
      <w:r>
        <w:t>Khuda, tu mera banda hai, main tera rab hoon. to aap jante hain kya hua? is bande ko Allah ki taraf jannat bhi likh di gayi hai,</w:t>
      </w:r>
    </w:p>
    <w:p>
      <w:pPr>
        <w:jc w:val="right"/>
      </w:pPr>
      <w:r>
        <w:t>خدا، تو میرا بندہ ہے، میں تیرا رب ہوں۔ تو آپ جانتے ہیں کیا ہوا؟ اس بندے کو اللہ کی طرف جنت بھی لکھ دی گئی ہے،</w:t>
      </w:r>
    </w:p>
    <w:p>
      <w:r>
        <w:rPr>
          <w:b/>
        </w:rPr>
        <w:t xml:space="preserve">[32:17] </w:t>
      </w:r>
      <w:r>
        <w:t>lekin use aisi baat keh di jo mustalzim thi</w:t>
      </w:r>
    </w:p>
    <w:p>
      <w:pPr>
        <w:jc w:val="right"/>
      </w:pPr>
      <w:r>
        <w:t>لیکن اسے ایسی بات کہہ دی جو مستلزم تھی</w:t>
      </w:r>
    </w:p>
    <w:p>
      <w:r>
        <w:rPr>
          <w:b/>
        </w:rPr>
        <w:t xml:space="preserve">[32:25] </w:t>
      </w:r>
      <w:r>
        <w:t>kufr ke mani mein. yaani ke aap agar</w:t>
      </w:r>
    </w:p>
    <w:p>
      <w:pPr>
        <w:jc w:val="right"/>
      </w:pPr>
      <w:r>
        <w:t>کفر کے معنی میں۔ یعنی کہ آپ اگر</w:t>
      </w:r>
    </w:p>
    <w:p>
      <w:r>
        <w:rPr>
          <w:b/>
        </w:rPr>
        <w:t xml:space="preserve">[32:30] </w:t>
      </w:r>
      <w:r>
        <w:t>kahein ke Khuda mera banda hai, naoozubillah, to yeh kufr ho jayega. lekin Khuda dekhta hai aadmi ke intention ko, niyat ko.</w:t>
      </w:r>
    </w:p>
    <w:p>
      <w:pPr>
        <w:jc w:val="right"/>
      </w:pPr>
      <w:r>
        <w:t>کہیں کہ خدا میرا بندہ ہے، نعوذ باللہ، تو یہ کفر ہو جائے گا۔ لیکن خدا دیکھتا ہے آدمی کے انٹینشن کو، نیت کو۔</w:t>
      </w:r>
    </w:p>
    <w:p>
      <w:r>
        <w:rPr>
          <w:b/>
        </w:rPr>
        <w:t xml:space="preserve">[32:45] </w:t>
      </w:r>
      <w:r>
        <w:t>to Khuda ne dekha uski niyat ko, to Khuda ne is uski, uske word ko badal kar liya.</w:t>
      </w:r>
    </w:p>
    <w:p>
      <w:pPr>
        <w:jc w:val="right"/>
      </w:pPr>
      <w:r>
        <w:t>تو خدا نے دیکھا اس کی نیت کو، تو خدا نے اس اس کی، اس کے ورڈ کو بدل کر لیا۔</w:t>
      </w:r>
    </w:p>
    <w:p>
      <w:r>
        <w:rPr>
          <w:b/>
        </w:rPr>
        <w:t xml:space="preserve">[32:55] </w:t>
      </w:r>
      <w:r>
        <w:t>first to usne kaha ke badal ke likho uske word ko. woh keh</w:t>
      </w:r>
    </w:p>
    <w:p>
      <w:pPr>
        <w:jc w:val="right"/>
      </w:pPr>
      <w:r>
        <w:t>فرسٹ تو اس نے کہا کہ بدل کے لکھو اس کے ورڈ کو۔ وہ کہ</w:t>
      </w:r>
    </w:p>
    <w:p>
      <w:r>
        <w:rPr>
          <w:b/>
        </w:rPr>
        <w:t xml:space="preserve">[33:00] </w:t>
      </w:r>
      <w:r>
        <w:t>raha hai ke Khudae tu mera banda hai, tum likho. woh keh raha hai ke Khudae tu mera rab ul alameen hai. yeh shaan hai Khawand zuljalal ki,</w:t>
      </w:r>
    </w:p>
    <w:p>
      <w:pPr>
        <w:jc w:val="right"/>
      </w:pPr>
      <w:r>
        <w:t>ہ رہا ہے کہ خدائے تو میرا بندہ ہے، تم لکھو۔ وہ کہہ رہا ہے کہ خدائے تو میرا رب العالمین ہے۔ یہ شان ہے خداوند ذوالجلال کی،</w:t>
      </w:r>
    </w:p>
    <w:p>
      <w:r>
        <w:rPr>
          <w:b/>
        </w:rPr>
        <w:t xml:space="preserve">[33:15] </w:t>
      </w:r>
      <w:r>
        <w:t>yeh shaan hai Khuda zuljalal ki ke agar woh bol pade kuch aur lafz to Khuda usko correct kar ke likhta hai, correct version likhta hai usko.</w:t>
      </w:r>
    </w:p>
    <w:p>
      <w:pPr>
        <w:jc w:val="right"/>
      </w:pPr>
      <w:r>
        <w:t>یہ شان ہے خدا ذوالجلال کی کہ اگر وہ بول پڑے کچھ اور لفظ تو خدا اس کو کریکٹ کر کے لکھتا ہے، کریکٹ ورژن لکھتا ہے اس کو۔</w:t>
      </w:r>
    </w:p>
    <w:p>
      <w:r>
        <w:rPr>
          <w:b/>
        </w:rPr>
        <w:t xml:space="preserve">[33:30] </w:t>
      </w:r>
      <w:r>
        <w:t>to usne kaha tha ke "Allah manta abdi".</w:t>
      </w:r>
    </w:p>
    <w:p>
      <w:pPr>
        <w:jc w:val="right"/>
      </w:pPr>
      <w:r>
        <w:t>تو اس نے کہا تھا کہ "اللہ مانتا عبدی"۔</w:t>
      </w:r>
    </w:p>
    <w:p>
      <w:r>
        <w:rPr>
          <w:b/>
        </w:rPr>
        <w:t xml:space="preserve">[33:34] </w:t>
      </w:r>
      <w:r>
        <w:t>Khudae tu mera banda hai, lekin Khuda ne usko correct kiya, correct kar ke first to usne likhwaya hai ke "no likho" ke woh keh raha</w:t>
      </w:r>
    </w:p>
    <w:p>
      <w:pPr>
        <w:jc w:val="right"/>
      </w:pPr>
      <w:r>
        <w:t>خدائے تو میرا بندہ ہے، لیکن خدا نے اس کو کریکٹ کیا، کریکٹ کر کے فرسٹ تو اس نے لکھوایا ہے کہ "نو لکھو" کہ وہ کہہ رہا</w:t>
      </w:r>
    </w:p>
    <w:p>
      <w:r>
        <w:rPr>
          <w:b/>
        </w:rPr>
        <w:t xml:space="preserve">[33:46] </w:t>
      </w:r>
      <w:r>
        <w:t>hai ke Khuda main tera banda hoon, tu mera rab hai. yeh shaan Khwandani hai. to hamare, hamare jo fatwa dene wale hain, is shaan Khwandani ko nahi jante,</w:t>
      </w:r>
    </w:p>
    <w:p>
      <w:pPr>
        <w:jc w:val="right"/>
      </w:pPr>
      <w:r>
        <w:t>ہے کہ خدا میں تیرا بندہ ہوں، تو میرا رب ہے۔ یہ شان خداوندی ہے۔ تو ہمارے، ہمارے جو فتویٰ دینے والے ہیں، اس شان خداوندی کو نہیں جانتے،</w:t>
      </w:r>
    </w:p>
    <w:p>
      <w:r>
        <w:rPr>
          <w:b/>
        </w:rPr>
        <w:t xml:space="preserve">[34:02] </w:t>
      </w:r>
      <w:r>
        <w:t>is shaan Khwandani ko nahi jante. kehne wala kuch bhi kahe, aap apne aql se likhiye usko, apne aql se usko correct kar ke likhiye.</w:t>
      </w:r>
    </w:p>
    <w:p>
      <w:pPr>
        <w:jc w:val="right"/>
      </w:pPr>
      <w:r>
        <w:t>اس شان خداوندی کو نہیں جانتے۔ کہنے والا کچھ بھی کہے، آپ اپنے عقل سے لکھیے اس کو، اپنے عقل سے اس کو کریکٹ کر کے لکھیے۔</w:t>
      </w:r>
    </w:p>
    <w:p>
      <w:r>
        <w:rPr>
          <w:b/>
        </w:rPr>
        <w:t xml:space="preserve">[34:15] </w:t>
      </w:r>
      <w:r>
        <w:t>aap yeh kahiye ke is bande ne agar use keh diya zuban se ke jahad mansookh hai, lekin nahi, uski niyat ko dekho, uski niyat ko,</w:t>
      </w:r>
    </w:p>
    <w:p>
      <w:pPr>
        <w:jc w:val="right"/>
      </w:pPr>
      <w:r>
        <w:t>آپ یہ کہیے کہ اس بندے نے اگر اسے کہہ دیا زبان سے کہ جہاد منسوخ ہے، لیکن نہیں، اس کی نیت کو دیکھو، اس کی نیت کو،</w:t>
      </w:r>
    </w:p>
    <w:p>
      <w:r>
        <w:rPr>
          <w:b/>
        </w:rPr>
        <w:t xml:space="preserve">[34:34] </w:t>
      </w:r>
      <w:r>
        <w:t>uski vocabulary mein jo alfaz the, woh bol diye hue hain. niyat ke aitbar se woh keh raha tha ke har cheez zamane mein mauqoof hai, suspended hai.</w:t>
      </w:r>
    </w:p>
    <w:p>
      <w:pPr>
        <w:jc w:val="right"/>
      </w:pPr>
      <w:r>
        <w:t>اس کی ویکلری میں جو الفاظ تھے، وہ بول دیے ہوئے ہیں۔ نیت کے اعتبار سے وہ کہہ رہا تھا کہ ہر چیز زمانے میں موقوف ہے، سسپینڈڈ ہے۔</w:t>
      </w:r>
    </w:p>
    <w:p>
      <w:r>
        <w:rPr>
          <w:b/>
        </w:rPr>
        <w:t xml:space="preserve">[34:46] </w:t>
      </w:r>
      <w:r>
        <w:t>dekhein, duniya ka bade bade bade alfaz bolte hain log ke sari duniya mein hukoomat Islam ki qaim karna hai. kaise qaim kar gaye aap?</w:t>
      </w:r>
    </w:p>
    <w:p>
      <w:pPr>
        <w:jc w:val="right"/>
      </w:pPr>
      <w:r>
        <w:t>دیکھیں، دنیا کا بڑے بڑے بڑے الفاظ بولتے ہیں لوگ کہ ساری دنیا میں حکومت اسلام کی قائم کرنا ہے۔ کیسے قائم کر گئے آپ؟</w:t>
      </w:r>
    </w:p>
    <w:p>
      <w:r>
        <w:rPr>
          <w:b/>
        </w:rPr>
        <w:t xml:space="preserve">[34:56] </w:t>
      </w:r>
      <w:r>
        <w:t>jab aap ke haq galat nahi, mehdood hain.</w:t>
      </w:r>
    </w:p>
    <w:p>
      <w:pPr>
        <w:jc w:val="right"/>
      </w:pPr>
      <w:r>
        <w:t>جب آپ کے حق غلط نہیں، محدود ہیں۔</w:t>
      </w:r>
    </w:p>
    <w:p>
      <w:r>
        <w:rPr>
          <w:b/>
        </w:rPr>
        <w:t xml:space="preserve">[35:01] </w:t>
      </w:r>
      <w:r>
        <w:t>dekhen, dunya mein islam ko laane ke liye Himalayan wisdom chahiye, Himalayan wisdom. aise nahin, islam aata, Himalayan wisdom.</w:t>
      </w:r>
    </w:p>
    <w:p>
      <w:pPr>
        <w:jc w:val="right"/>
      </w:pPr>
      <w:r>
        <w:t>دیکھیں، دنیا میں اسلام کو لانے کے لیے ہمالین وزڈم چاہیے، ہمالین وزڈم۔ ایسے نہیں، اسلام آتا، ہمالین وزڈم۔</w:t>
      </w:r>
    </w:p>
    <w:p>
      <w:r>
        <w:rPr>
          <w:b/>
        </w:rPr>
        <w:t xml:space="preserve">[35:16] </w:t>
      </w:r>
      <w:r>
        <w:t>to yeh yeh jo hadith hai, woh woh batati hai ke a musalmano,</w:t>
      </w:r>
    </w:p>
    <w:p>
      <w:pPr>
        <w:jc w:val="right"/>
      </w:pPr>
      <w:r>
        <w:t>تو یہ یہ جو حدیث ہے، وہ وہ بتاتی ہے کہ اے مسلمانوں،</w:t>
      </w:r>
    </w:p>
    <w:p>
      <w:r>
        <w:rPr>
          <w:b/>
        </w:rPr>
        <w:t xml:space="preserve">[35:26] </w:t>
      </w:r>
      <w:r>
        <w:t>Himalayan wisdom seekho, Himalayan wisdom seekho, super wisdom seekho, super wisdom ke aadmiyon ke niyat ko dekho, us ke mind ko dekho.</w:t>
      </w:r>
    </w:p>
    <w:p>
      <w:pPr>
        <w:jc w:val="right"/>
      </w:pPr>
      <w:r>
        <w:t>ہمالین وزڈم سیکھو، ہمالین وزڈم سیکھو، سپر وزڈم سیکھو، سپر وزڈم کہ آدمیوں کے نیت کو دیکھو، اس کے مائنڈ کو دیکھو۔</w:t>
      </w:r>
    </w:p>
    <w:p>
      <w:r>
        <w:rPr>
          <w:b/>
        </w:rPr>
        <w:t xml:space="preserve">[35:40] </w:t>
      </w:r>
      <w:r>
        <w:t>agar woh keh de ke hajj, agar woh keh de ke jihad mansookh hai, to us ko niyat ke lehaz se parho aur kaho ke woh us ne jo lafz likha, agarche apparently it was wrong,</w:t>
      </w:r>
    </w:p>
    <w:p>
      <w:pPr>
        <w:jc w:val="right"/>
      </w:pPr>
      <w:r>
        <w:t>اگر وہ کہہ دے کہ حج، اگر وہ کہہ دے کہ جہاد منسوخ ہے، تو اس کو نیت کے لحاظ سے پڑھو اور کہو کہ وہ اس نے جو لفظ لکھا، اگرچہ اپرینٹلی اٹ واز رونگ،</w:t>
      </w:r>
    </w:p>
    <w:p>
      <w:r>
        <w:rPr>
          <w:b/>
        </w:rPr>
        <w:t xml:space="preserve">[36:00] </w:t>
      </w:r>
      <w:r>
        <w:t>magar ab real sense mein woh keh raha tha ke ab</w:t>
      </w:r>
    </w:p>
    <w:p>
      <w:pPr>
        <w:jc w:val="right"/>
      </w:pPr>
      <w:r>
        <w:t>مگر اب ریئل سینس میں وہ کہہ رہا تھا کہ اب</w:t>
      </w:r>
    </w:p>
    <w:p>
      <w:r>
        <w:rPr>
          <w:b/>
        </w:rPr>
        <w:t xml:space="preserve">[36:09] </w:t>
      </w:r>
      <w:r>
        <w:t>jihad suspended hai, ab galat, ab jang suspended hai, ab koi jang ho gayi nahin.</w:t>
      </w:r>
    </w:p>
    <w:p>
      <w:pPr>
        <w:jc w:val="right"/>
      </w:pPr>
      <w:r>
        <w:t>جہاد سسپینڈڈ ہے، اب غلط، اب جنگ سسپینڈڈ ہے، اب کوئی جنگ ہو گئی نہیں۔</w:t>
      </w:r>
    </w:p>
    <w:p>
      <w:r>
        <w:rPr>
          <w:b/>
        </w:rPr>
        <w:t xml:space="preserve">[36:20] </w:t>
      </w:r>
      <w:r>
        <w:t>ab to woh daur hai ke la ilaha kaho aur qale ke darwaze khul jayen, ya to awaz muslim bol kar na pahunche, wahan computer istemal karo.</w:t>
      </w:r>
    </w:p>
    <w:p>
      <w:pPr>
        <w:jc w:val="right"/>
      </w:pPr>
      <w:r>
        <w:t>اب تو وہ دور ہے کہ لا الہ کہو اور قلعے کے دروازے کھل جائیں، یا تو آواز مسلم بول کر نہ پہنچے، وہاں کمپیوٹر استعمال کرو۔</w:t>
      </w:r>
    </w:p>
    <w:p>
      <w:r>
        <w:rPr>
          <w:b/>
        </w:rPr>
        <w:t xml:space="preserve">[36:36] </w:t>
      </w:r>
      <w:r>
        <w:t>yeh aql chahiye jo log sari dunya mein hukumat qaim karne lagte hain islam ki, woh un ka sarmaya to be khali ka hai, sarmaya un sarmaya un awareness ka hai.</w:t>
      </w:r>
    </w:p>
    <w:p>
      <w:pPr>
        <w:jc w:val="right"/>
      </w:pPr>
      <w:r>
        <w:t>یہ عقل چاہیے جو لوگ ساری دنیا میں حکومت قائم کرنے لگتے ہیں اسلام کی، وہ ان کا سرمایہ تو بے خلی کا ہے، سرمایہ ان سرمایہ ان اویرنس کا ہے۔</w:t>
      </w:r>
    </w:p>
    <w:p>
      <w:r>
        <w:rPr>
          <w:b/>
        </w:rPr>
        <w:t xml:space="preserve">[36:51] </w:t>
      </w:r>
      <w:r>
        <w:t>un ke paas jo sarmaya hai, woh un awareness ka sarmaya hai. ab baaten karen bari bari to bare bare inqalab laane ke liye aap ko sab se pehle aql ka bara sarmaya ikatha karna padta hai.</w:t>
      </w:r>
    </w:p>
    <w:p>
      <w:pPr>
        <w:jc w:val="right"/>
      </w:pPr>
      <w:r>
        <w:t>ان کے پاس جو سرمایہ ہے، وہ ان اویرنس کا سرمایہ ہے۔ اب باتیں کریں بڑی بڑی تو بڑے بڑے انقلاب لانے کے لیے آپ کو سب سے پہلے عقل کا بڑا سرمایہ اکٹھا کرنا پڑتا ہے۔</w:t>
      </w:r>
    </w:p>
    <w:p>
      <w:r>
        <w:rPr>
          <w:b/>
        </w:rPr>
        <w:t xml:space="preserve">[37:14] </w:t>
      </w:r>
      <w:r>
        <w:t>to is daur mein pehla kaam, pehla kaam, pehla kaam yeh hai ke naya daur hai, ek bilkul naya daur, civilization ka daur, science ka daur,</w:t>
      </w:r>
    </w:p>
    <w:p>
      <w:pPr>
        <w:jc w:val="right"/>
      </w:pPr>
      <w:r>
        <w:t>تو اس دور میں پہلا کام، پہلا کام، پہلا کام یہ ہے کہ نیا دور ہے، ایک بالکل نیا دور، سولائزیشن کا دور، سائنس کا دور،</w:t>
      </w:r>
    </w:p>
    <w:p>
      <w:r>
        <w:rPr>
          <w:b/>
        </w:rPr>
        <w:t xml:space="preserve">[37:27] </w:t>
      </w:r>
      <w:r>
        <w:t>communication ka daur, computer ka daur. aur yeh daur kaun laya hai? Allah taala. yani nature mein, nature mein jo taqaten chupi hui thin, technology ki taqat.</w:t>
      </w:r>
    </w:p>
    <w:p>
      <w:pPr>
        <w:jc w:val="right"/>
      </w:pPr>
      <w:r>
        <w:t>کمیونیکیشن کا دور، کمپیوٹر کا دور۔ اور یہ دور کون لایا ہے؟ اللہ تعالیٰ۔ یعنی نیچر میں، نیچر میں جو طاقتیں چھپی ہوئی تھیں، ٹیکنالوجی کی طاقت۔</w:t>
      </w:r>
    </w:p>
    <w:p>
      <w:r>
        <w:rPr>
          <w:b/>
        </w:rPr>
        <w:t xml:space="preserve">[37:46] </w:t>
      </w:r>
      <w:r>
        <w:t>technology kya hai? computer kya hai? nature mein chupi hui taqaton ko discover kar ke un ko qabil e istemal banana, wohi daur hai ji.</w:t>
      </w:r>
    </w:p>
    <w:p>
      <w:pPr>
        <w:jc w:val="right"/>
      </w:pPr>
      <w:r>
        <w:t>ٹیکنالوجی کیا ہے؟ کمپیوٹر کیا ہے؟ نیچر میں چھپی ہوئی طاقتوں کو ڈسکور کر کے ان کو قابل استعمال بنانا، وہی دور ہے جی۔</w:t>
      </w:r>
    </w:p>
    <w:p>
      <w:r>
        <w:rPr>
          <w:b/>
        </w:rPr>
        <w:t xml:space="preserve">[38:00] </w:t>
      </w:r>
      <w:r>
        <w:t>yeh us daur ko laane wala scientist nahin hai, Europe, America ke log nahin hain, khud Allah ke farishte hain.</w:t>
      </w:r>
    </w:p>
    <w:p>
      <w:pPr>
        <w:jc w:val="right"/>
      </w:pPr>
      <w:r>
        <w:t>یہ اس دور کو لانے والا سائنسدان نہیں ہے، یورپ، امریکہ کے لوگ نہیں ہیں، خود اللہ کے فرشتے ہیں۔</w:t>
      </w:r>
    </w:p>
    <w:p>
      <w:r>
        <w:rPr>
          <w:b/>
        </w:rPr>
        <w:t xml:space="preserve">[38:13] </w:t>
      </w:r>
      <w:r>
        <w:t>main ne ek martaba kaha tha ke Hazrat Noah ne jo kashti banai thi, us age mein aur wahan flood aaya, Arab se Turkey tak pani phail gaya.</w:t>
      </w:r>
    </w:p>
    <w:p>
      <w:pPr>
        <w:jc w:val="right"/>
      </w:pPr>
      <w:r>
        <w:t>میں نے ایک مرتبہ کہا تھا کہ حضرت نوح نے جو کشتی بنائی تھی، اس ایج میں اور وہاں فلڈ آیا، عرب سے ترکی تک پانی پھیل گیا۔</w:t>
      </w:r>
    </w:p>
    <w:p>
      <w:r>
        <w:rPr>
          <w:b/>
        </w:rPr>
        <w:t xml:space="preserve">[38:31] </w:t>
      </w:r>
      <w:r>
        <w:t>us waqt Quran mein yeh alfaaz aaye hain ke "first layl,</w:t>
      </w:r>
    </w:p>
    <w:p>
      <w:pPr>
        <w:jc w:val="right"/>
      </w:pPr>
      <w:r>
        <w:t>اس وقت قرآن میں یہ الفاظ آئے ہیں کہ "فرسٹ لیل،</w:t>
      </w:r>
    </w:p>
    <w:p>
      <w:r>
        <w:rPr>
          <w:b/>
        </w:rPr>
        <w:t xml:space="preserve">[38:40] </w:t>
      </w:r>
      <w:r>
        <w:t>first layl, falak be aaina o wahna". kashti ko banao hamari aankhon ke samne aur hamari wahi ke mutabiq.</w:t>
      </w:r>
    </w:p>
    <w:p>
      <w:pPr>
        <w:jc w:val="right"/>
      </w:pPr>
      <w:r>
        <w:t>فرسٹ لیل، فلک بے آینہ ووحنا"۔ کشتی کو بناؤ ہماری آنکھوں کے سامنے اور ہماری وحی کے مطابق۔</w:t>
      </w:r>
    </w:p>
    <w:p>
      <w:r>
        <w:rPr>
          <w:b/>
        </w:rPr>
        <w:t xml:space="preserve">[38:54] </w:t>
      </w:r>
      <w:r>
        <w:t>is ayat ko aaj ki zaban mein parhiye aap to woh hai "first level, higher, first level, higher".</w:t>
      </w:r>
    </w:p>
    <w:p>
      <w:pPr>
        <w:jc w:val="right"/>
      </w:pPr>
      <w:r>
        <w:t>اس آیت کو آج کی زبان میں پڑھیے آپ تو وہ ہے "فرسٹ لیل، ہزارہ، فرسٹ لیل، ہزارہ"۔</w:t>
      </w:r>
    </w:p>
    <w:p>
      <w:r>
        <w:rPr>
          <w:b/>
        </w:rPr>
        <w:t xml:space="preserve">[39:04] </w:t>
      </w:r>
      <w:r>
        <w:t>be</w:t>
      </w:r>
    </w:p>
    <w:p>
      <w:pPr>
        <w:jc w:val="right"/>
      </w:pPr>
      <w:r>
        <w:t>بے</w:t>
      </w:r>
    </w:p>
    <w:p>
      <w:r>
        <w:rPr>
          <w:b/>
        </w:rPr>
        <w:t xml:space="preserve">[39:09] </w:t>
      </w:r>
      <w:r>
        <w:t>Allah ne, Allah ne farishton ne kaha insanon se ke tum hazara, hazara mein civilization, civilization tum banao, civilization hamari technology ko discover kar ke jo technology hum ne rakh di hai apni takhleeq mein,</w:t>
      </w:r>
    </w:p>
    <w:p>
      <w:pPr>
        <w:jc w:val="right"/>
      </w:pPr>
      <w:r>
        <w:t>اللہ نے، اللہ نے فرشتوں نے کہا انسانوں سے کہ تم ہزارہ، ہزارہ میں سولائزیشن، سولائزیشن تم بناؤ، سولائزیشن ہماری ٹیکنالوجی کو ڈسکور کر کے جو ٹیکنالوجی ہم نے رکھ دی ہے اپنی تخلیق میں،</w:t>
      </w:r>
    </w:p>
    <w:p>
      <w:r>
        <w:rPr>
          <w:b/>
        </w:rPr>
        <w:t xml:space="preserve">[39:33] </w:t>
      </w:r>
      <w:r>
        <w:t>us ko discover karo aur banao, computer banao, hawa jahaz banao, poori ek civilization banao.</w:t>
      </w:r>
    </w:p>
    <w:p>
      <w:pPr>
        <w:jc w:val="right"/>
      </w:pPr>
      <w:r>
        <w:t>اس کو ڈسکور کرو اور بناؤ، کمپیوٹر بناؤ، ہوا جہاز بناؤ، پوری ایک سولائزیشن بناؤ۔</w:t>
      </w:r>
    </w:p>
    <w:p>
      <w:r>
        <w:rPr>
          <w:b/>
        </w:rPr>
        <w:t xml:space="preserve">[39:43] </w:t>
      </w:r>
      <w:r>
        <w:t>woh daur hai yeh to logon ke paas wohi chhpe hain, yeh kafir hai, yeh munafiq hai, yeh murtad hai, yeh</w:t>
      </w:r>
    </w:p>
    <w:p>
      <w:pPr>
        <w:jc w:val="right"/>
      </w:pPr>
      <w:r>
        <w:t>وہ دور ہے یہ تو لوگوں کے پاس وہی چھپے ہیں، یہ کافر ہے، یہ منافق ہے، یہ مرتد ہے، یہ</w:t>
      </w:r>
    </w:p>
    <w:p>
      <w:r>
        <w:rPr>
          <w:b/>
        </w:rPr>
        <w:t xml:space="preserve">[39:59] </w:t>
      </w:r>
      <w:r>
        <w:t>yeh hai, woh hai. yeh sab khatam, khatam ka matlab ab sab suspend ho gaya. is ki alamat yeh hai ke aap aaj jate hain hajj karne ke liye to aap hawa jahaz mein jate hain,</w:t>
      </w:r>
    </w:p>
    <w:p>
      <w:pPr>
        <w:jc w:val="right"/>
      </w:pPr>
      <w:r>
        <w:t>یہ ہے، وہ ہے۔ یہ سب ختم، ختم کا معنی اب سب سسپینڈ ہو گیا۔ اس کی علامت یہ ہے کہ آپ آج جاتے ہیں حج کرنے کے لیے تو آپ ہوا جہاز میں جاتے ہیں،</w:t>
      </w:r>
    </w:p>
    <w:p>
      <w:r>
        <w:rPr>
          <w:b/>
        </w:rPr>
        <w:t xml:space="preserve">[40:12] </w:t>
      </w:r>
      <w:r>
        <w:t>koi oont par charh kar nahin jata. to already aap man chuke hain, yeh mufti sahebhan ke yeh sab suspended hai.</w:t>
      </w:r>
    </w:p>
    <w:p>
      <w:pPr>
        <w:jc w:val="right"/>
      </w:pPr>
      <w:r>
        <w:t>کوئی اونٹ پر چڑھ کر نہیں جاتا۔ تو الریڈی آپ مان چکے ہیں، یہ مفتی صاحبان کہ یہ سب سسپینڈڈ ہے۔</w:t>
      </w:r>
    </w:p>
    <w:p>
      <w:r>
        <w:rPr>
          <w:b/>
        </w:rPr>
        <w:t xml:space="preserve">[40:22] </w:t>
      </w:r>
      <w:r>
        <w:t>agar aisa na ho to hawa jahaz par na jayen, aaj bhi woh oont par baith kar jayen.</w:t>
      </w:r>
    </w:p>
    <w:p>
      <w:pPr>
        <w:jc w:val="right"/>
      </w:pPr>
      <w:r>
        <w:t>اگر ایسا نہ ہو تو ہوا جہاز پر نہ جائیں، آج بھی وہ اونٹ پر بیٹھ کر جائیں۔</w:t>
      </w:r>
    </w:p>
    <w:p>
      <w:r>
        <w:rPr>
          <w:b/>
        </w:rPr>
        <w:t xml:space="preserve">[40:32] </w:t>
      </w:r>
      <w:r>
        <w:t>to jo halaat hain, un ko parhiye. to is is daur ko main kahunga ke yeh jo Quran hai, yeh yeh daur, yeh jo ab aap Quran har jagah ubal raha hai,</w:t>
      </w:r>
    </w:p>
    <w:p>
      <w:pPr>
        <w:jc w:val="right"/>
      </w:pPr>
      <w:r>
        <w:t>تو جو حالات ہیں، ان کو پڑھیے۔ تو اس اس دور کو میں کہوں گا کہ یہ جو قرآن ہے، یہ یہ دور، یہ جو اب آپ قرآن ہر جگہ ابل رہا ہے،</w:t>
      </w:r>
    </w:p>
    <w:p>
      <w:r>
        <w:rPr>
          <w:b/>
        </w:rPr>
        <w:t xml:space="preserve">[40:47] </w:t>
      </w:r>
      <w:r>
        <w:t>logon ki zubanon se, parliament ki awaz se, masjid ki minare se, har jagah Allah ki awaz, Allah ki kitab, Allah ki rehnumai,</w:t>
      </w:r>
    </w:p>
    <w:p>
      <w:pPr>
        <w:jc w:val="right"/>
      </w:pPr>
      <w:r>
        <w:t>لوگوں کی زبانوں سے، پارلیمنٹ کی آواز سے، مسجد کی منارے سے، ہر جگہ اللہ کی آواز، اللہ کی کتاب، اللہ کی رہنمائی،</w:t>
      </w:r>
    </w:p>
    <w:p>
      <w:r>
        <w:rPr>
          <w:b/>
        </w:rPr>
        <w:t xml:space="preserve">[41:06] </w:t>
      </w:r>
      <w:r>
        <w:t>yeh itni zyada aam hai ke ek aam insan ke level par bhi woh demonstrate ho rahi hai. main jo aap ne hawala diya ke main apne kamre mein tha,</w:t>
      </w:r>
    </w:p>
    <w:p>
      <w:pPr>
        <w:jc w:val="right"/>
      </w:pPr>
      <w:r>
        <w:t>یہ اتنی زیادہ عام ہے کہ ایک عام انسان کے لیول پر بھی وہ ڈیمانسٹریٹ ہو رہی ہے۔ میں جو آپ نے حوالہ دیا کہ میں اپنے کمرے میں تھا،</w:t>
      </w:r>
    </w:p>
    <w:p>
      <w:r>
        <w:rPr>
          <w:b/>
        </w:rPr>
        <w:t xml:space="preserve">[41:20] </w:t>
      </w:r>
      <w:r>
        <w:t>wahan se mujhe bithaya gaya wheel chair par, phir neeche car khadi hui thi, phir main yahan pohncha is building ke paas to yahan lift maujood thi.</w:t>
      </w:r>
    </w:p>
    <w:p>
      <w:pPr>
        <w:jc w:val="right"/>
      </w:pPr>
      <w:r>
        <w:t>وہاں سے مجھے بٹھایا گیا ویل چیئر پر، پھر نیچے کار کھڑی ہوئی تھی، پھر میں یہاں پہنچا اس بلڈنگ کے پاس تو یہاں لفٹ موجود تھی۔</w:t>
      </w:r>
    </w:p>
    <w:p>
      <w:r>
        <w:rPr>
          <w:b/>
        </w:rPr>
        <w:t xml:space="preserve">[41:39] </w:t>
      </w:r>
      <w:r>
        <w:t>ab main bol raha hoon to yahan par communication hai, computer hai aur modern technique hai, awaz ko yahan se wahan phansane wali.</w:t>
      </w:r>
    </w:p>
    <w:p>
      <w:pPr>
        <w:jc w:val="right"/>
      </w:pPr>
      <w:r>
        <w:t>اب میں بول رہا ہوں تو یہاں پر کمیونیکیشن ہے، کمپیوٹر ہے اور ماڈرن ٹیکنیک ہے، آواز کو یہاں سے وہاں پھنسانے والی۔</w:t>
      </w:r>
    </w:p>
    <w:p>
      <w:r>
        <w:rPr>
          <w:b/>
        </w:rPr>
        <w:t xml:space="preserve">[41:50] </w:t>
      </w:r>
      <w:r>
        <w:t>in sab ke beech mein yeh program ho raha hai hamara. to yeh, yeh, yeh, yeh sab to hai age.</w:t>
      </w:r>
    </w:p>
    <w:p>
      <w:pPr>
        <w:jc w:val="right"/>
      </w:pPr>
      <w:r>
        <w:t>ان سب کے بیچ میں یہ پروگرام ہو رہا ہے ہمارا۔ تو یہ، یہ، یہ، یہ سب تو ہے ایج۔</w:t>
      </w:r>
    </w:p>
    <w:p>
      <w:r>
        <w:rPr>
          <w:b/>
        </w:rPr>
        <w:t xml:space="preserve">[41:59] </w:t>
      </w:r>
      <w:r>
        <w:t>yeh age itna zyada universal hai, yeh age universal, universal hai ke</w:t>
      </w:r>
    </w:p>
    <w:p>
      <w:pPr>
        <w:jc w:val="right"/>
      </w:pPr>
      <w:r>
        <w:t>یہ ایج اتنا زیادہ یونیورسل ہے، یہ ایج یونیورسل، یونیورسل ہے کہ</w:t>
      </w:r>
    </w:p>
    <w:p>
      <w:r>
        <w:rPr>
          <w:b/>
        </w:rPr>
        <w:t xml:space="preserve">[42:10] </w:t>
      </w:r>
      <w:r>
        <w:t>ek aam aadmi tak pahunch raha hai. yaqeen kijiye ke main ek aisa insan hoon ke jis ke paas bank mein koi ek paisa bhi nahi, mere paas bank account bhi nahi, itna paisa nahi,</w:t>
      </w:r>
    </w:p>
    <w:p>
      <w:pPr>
        <w:jc w:val="right"/>
      </w:pPr>
      <w:r>
        <w:t>ایک عام آدمی تک پہنچ رہا ہے۔ یقین کیجئے کہ میں ایک ایسا انسان ہوں کہ جس کے پاس بینک میں کوئی ایک پیسہ بھی نہیں، میرے پاس بینک اکاؤنٹ بھی نہیں، اتنا پیسہ نہیں،</w:t>
      </w:r>
    </w:p>
    <w:p>
      <w:r>
        <w:rPr>
          <w:b/>
        </w:rPr>
        <w:t xml:space="preserve">[42:25] </w:t>
      </w:r>
      <w:r>
        <w:t>mere paas koi zaati sawari nahi, koi zaati ghar nahi, koi bank balance nahi. lekin sab koi mujh tak pahunch raha hai.</w:t>
      </w:r>
    </w:p>
    <w:p>
      <w:pPr>
        <w:jc w:val="right"/>
      </w:pPr>
      <w:r>
        <w:t>میرے پاس کوئی ذاتی سواری نہیں، کوئی ذاتی گھر نہیں، کوئی بینک بیلنس نہیں۔ لیکن سب کوئی مجھ تک پہنچ رہا ہے۔</w:t>
      </w:r>
    </w:p>
    <w:p>
      <w:r>
        <w:rPr>
          <w:b/>
        </w:rPr>
        <w:t xml:space="preserve">[42:43] </w:t>
      </w:r>
      <w:r>
        <w:t>main dunya ka ek penniless aadmi hoon, penniless, homeless. ek haqiqat hai, agar kisi ko janna ho to us ki tehqeeq kar ke jaan sakta hai ke main dunya ka ek</w:t>
      </w:r>
    </w:p>
    <w:p>
      <w:pPr>
        <w:jc w:val="right"/>
      </w:pPr>
      <w:r>
        <w:t>میں دنیا کا ایک پینیلیس آدمی ہوں، پینیلیس، ہوم لیس۔ ایک حقیقت ہے، اگر کسی کو جاننا ہو تو اس کی تحقیق کر کے جان سکتا ہے کہ میں دنیا کا ایک</w:t>
      </w:r>
    </w:p>
    <w:p>
      <w:r>
        <w:rPr>
          <w:b/>
        </w:rPr>
        <w:t xml:space="preserve">[43:05] </w:t>
      </w:r>
      <w:r>
        <w:t>penniless, homeless,</w:t>
      </w:r>
    </w:p>
    <w:p>
      <w:pPr>
        <w:jc w:val="right"/>
      </w:pPr>
      <w:r>
        <w:t>پینیلیس، ہوم لیس،</w:t>
      </w:r>
    </w:p>
    <w:p>
      <w:r>
        <w:rPr>
          <w:b/>
        </w:rPr>
        <w:t xml:space="preserve">[43:11] </w:t>
      </w:r>
      <w:r>
        <w:t>yani no balance, no bank balance. lekin dunya ki tamam sahoolaten mere liye hain, chahe woh hawa jahaz ka safar ho,</w:t>
      </w:r>
    </w:p>
    <w:p>
      <w:pPr>
        <w:jc w:val="right"/>
      </w:pPr>
      <w:r>
        <w:t>یعنی نو بیلنس، نو بینک بیلنس۔ لیکن دنیا کی تمام سہولتیں میرے لیے ہیں، چاہے وہ ہوا جہاز کا سفر ہو،</w:t>
      </w:r>
    </w:p>
    <w:p>
      <w:r>
        <w:rPr>
          <w:b/>
        </w:rPr>
        <w:t xml:space="preserve">[43:24] </w:t>
      </w:r>
      <w:r>
        <w:t>chahe lift par charhna utarna ho, chahe ek wheel equipped stage ko istemal karna ho.</w:t>
      </w:r>
    </w:p>
    <w:p>
      <w:pPr>
        <w:jc w:val="right"/>
      </w:pPr>
      <w:r>
        <w:t>چاہے لفٹ پر چڑھنا اترنا ہو، چاہے ایک ویل ایکوپڈ اسٹیج کو استعمال کرنا ہو۔</w:t>
      </w:r>
    </w:p>
    <w:p>
      <w:r>
        <w:rPr>
          <w:b/>
        </w:rPr>
        <w:t xml:space="preserve">[43:39] </w:t>
      </w:r>
      <w:r>
        <w:t>to yeh to hai ke is daur ke daai</w:t>
      </w:r>
    </w:p>
    <w:p>
      <w:pPr>
        <w:jc w:val="right"/>
      </w:pPr>
      <w:r>
        <w:t>تو یہ تو ہے کہ اس دور کے داعی</w:t>
      </w:r>
    </w:p>
    <w:p>
      <w:r>
        <w:rPr>
          <w:b/>
        </w:rPr>
        <w:t xml:space="preserve">[43:47] </w:t>
      </w:r>
      <w:r>
        <w:t>kal mulk al asr badshahon ki tarah takht par safar karenge aur dawat pahunchayenge, quran pahunchayenge.</w:t>
      </w:r>
    </w:p>
    <w:p>
      <w:pPr>
        <w:jc w:val="right"/>
      </w:pPr>
      <w:r>
        <w:t>کل ملک العصر بادشاہوں کی طرح تخت پر سفر کریں گے اور دعوت پہنچائیں گے، قرآن پہنچائیں گے۔</w:t>
      </w:r>
    </w:p>
    <w:p>
      <w:r>
        <w:rPr>
          <w:b/>
        </w:rPr>
        <w:t xml:space="preserve">[43:57] </w:t>
      </w:r>
      <w:r>
        <w:t>is raat ko janiye, apne apne is zamane mein musalmanon ka sab bada dushman koi nahi, israel nahi, ek dushman nahi, koi hai.</w:t>
      </w:r>
    </w:p>
    <w:p>
      <w:pPr>
        <w:jc w:val="right"/>
      </w:pPr>
      <w:r>
        <w:t>اس رات کو جانیے، اپنے اپنے اس زمانے میں مسلمانوں کا سب بڑا دشمن کوئی نہیں، اسرائیل نہیں، ایک دشمن نہیں، کوئی ہے۔</w:t>
      </w:r>
    </w:p>
    <w:p>
      <w:r>
        <w:rPr>
          <w:b/>
        </w:rPr>
        <w:t xml:space="preserve">[44:09] </w:t>
      </w:r>
      <w:r>
        <w:t>sab sab bada dushman yaad rakhiye musalmanon ka, un ka apne awareness hai.</w:t>
      </w:r>
    </w:p>
    <w:p>
      <w:pPr>
        <w:jc w:val="right"/>
      </w:pPr>
      <w:r>
        <w:t>سب سب بڑا دشمن یاد رکھیے مسلمانوں کا، ان کا اپنے ان اویرنس ہے۔</w:t>
      </w:r>
    </w:p>
    <w:p>
      <w:r>
        <w:rPr>
          <w:b/>
        </w:rPr>
        <w:t xml:space="preserve">[44:18] </w:t>
      </w:r>
      <w:r>
        <w:t>aaj ke musalmanon ka dushman koi nahi, na bjp hai, na israel hai, na america hai. log kehte hain ke america</w:t>
      </w:r>
    </w:p>
    <w:p>
      <w:pPr>
        <w:jc w:val="right"/>
      </w:pPr>
      <w:r>
        <w:t>آج کے مسلمانوں کا دشمن کوئی نہیں، نہ بی جے پی ہے، نہ اسرائیل ہے، نہ امریکہ ہے۔ لوگ کہتے ہیں کہ امریکہ</w:t>
      </w:r>
    </w:p>
    <w:p>
      <w:r>
        <w:rPr>
          <w:b/>
        </w:rPr>
        <w:t xml:space="preserve">[44:33] </w:t>
      </w:r>
      <w:r>
        <w:t>enemy number one of islam hai, yeh bilkul baseless baat hai, base baseless baat hai. musalmanon ka jo enemy hai, woh sirf un ka apna awareness hai.</w:t>
      </w:r>
    </w:p>
    <w:p>
      <w:pPr>
        <w:jc w:val="right"/>
      </w:pPr>
      <w:r>
        <w:t>اینمی نمبر ون آف اسلام ہے، یہ بالکل بیس لیس بات ہے، بیس بیس لیس بات ہے۔ مسلمانوں کا جو اینمی ہے، وہ صرف ان کا اپنا ان اویرنس ہے۔</w:t>
      </w:r>
    </w:p>
    <w:p>
      <w:r>
        <w:rPr>
          <w:b/>
        </w:rPr>
        <w:t xml:space="preserve">[44:47] </w:t>
      </w:r>
      <w:r>
        <w:t>ulama al ilmi ki dunya mein woh hain ke sari dunya Allah taala ne musalmanon ke liye adeel di hai, adeel di hai, is ko jano aur is ko istemal karo.</w:t>
      </w:r>
    </w:p>
    <w:p>
      <w:pPr>
        <w:jc w:val="right"/>
      </w:pPr>
      <w:r>
        <w:t>علماء العلمی کی دنیا میں وہ ہیں کہ ساری دنیا اللہ تعالیٰ نے مسلمانوں کے لیے اڈیل دی ہے، اڈیل دی ہے، اس کو جانو اور اس کو استعمال کرو۔</w:t>
      </w:r>
    </w:p>
    <w:p>
      <w:r>
        <w:rPr>
          <w:b/>
        </w:rPr>
        <w:t xml:space="preserve">[45:02] </w:t>
      </w:r>
      <w:r>
        <w:t>main dua karta hoon ke mujh ko aur aap ko Allah taala haqiqat ko janne ki aur pehchanne ki tofeeq ata farmaye.</w:t>
      </w:r>
    </w:p>
    <w:p>
      <w:pPr>
        <w:jc w:val="right"/>
      </w:pPr>
      <w:r>
        <w:t>میں دعا کرتا ہوں کہ مجھ کو اور آپ کو اللہ تعالیٰ حقیقت کو جاننے کی اور پہچاننے کی توفیق عطا فرمائے۔</w:t>
      </w:r>
    </w:p>
    <w:p>
      <w:r>
        <w:rPr>
          <w:b/>
        </w:rPr>
        <w:t xml:space="preserve">[45:11] </w:t>
      </w:r>
      <w:r>
        <w:t>assalam o alaikum warahamatullah.</w:t>
      </w:r>
    </w:p>
    <w:p>
      <w:pPr>
        <w:jc w:val="right"/>
      </w:pPr>
      <w:r>
        <w:t>السلام علیکم ورحمۃ اللہ۔</w:t>
      </w:r>
    </w:p>
    <w:p>
      <w:r>
        <w:rPr>
          <w:b/>
        </w:rPr>
        <w:t xml:space="preserve">[45:26] </w:t>
      </w:r>
      <w:r>
        <w:t>okay, we will start with the question answer and comment session. I request all the people who are writing their comments and questions, please also mention your location when you send them.</w:t>
      </w:r>
    </w:p>
    <w:p>
      <w:pPr>
        <w:jc w:val="right"/>
      </w:pPr>
      <w:r>
        <w:t>اوکے، we will start with the question answer and comment session. I request all the people who are writing their comments and questions, please also mention your location when you send them.</w:t>
      </w:r>
    </w:p>
    <w:p>
      <w:r>
        <w:rPr>
          <w:b/>
        </w:rPr>
        <w:t xml:space="preserve">[45:39] </w:t>
      </w:r>
      <w:r>
        <w:t>so the first comment I would like to take with respect to New Zealand only.</w:t>
      </w:r>
    </w:p>
    <w:p>
      <w:pPr>
        <w:jc w:val="right"/>
      </w:pPr>
      <w:r>
        <w:t>So the first comment I would like to take with respect to New Zealand only.</w:t>
      </w:r>
    </w:p>
    <w:p>
      <w:r>
        <w:rPr>
          <w:b/>
        </w:rPr>
        <w:t xml:space="preserve">[45:44] </w:t>
      </w:r>
      <w:r>
        <w:t>as we all know what has happened in New Zealand, so CPS International is also planning to step up more dawah oriented activities in New Zealand.</w:t>
      </w:r>
    </w:p>
    <w:p>
      <w:pPr>
        <w:jc w:val="right"/>
      </w:pPr>
      <w:r>
        <w:t>As we all know what has happened in New Zealand, so CPS International is also planning to step up more دعویٰ oriented activities in New Zealand.</w:t>
      </w:r>
    </w:p>
    <w:p>
      <w:r>
        <w:rPr>
          <w:b/>
        </w:rPr>
        <w:t xml:space="preserve">[45:55] </w:t>
      </w:r>
      <w:r>
        <w:t>in fact, Dr. Sanya Sten Khan sahib has reached out to his Australian and New Zealand distributors and he has been getting very good response in the last two to three days.</w:t>
      </w:r>
    </w:p>
    <w:p>
      <w:pPr>
        <w:jc w:val="right"/>
      </w:pPr>
      <w:r>
        <w:t>In fact, Dr. Sanya Sten Khan صاحب has reached out to his Australian and New Zealand distributors and he has been getting very good response in the last two to three days.</w:t>
      </w:r>
    </w:p>
    <w:p>
      <w:r>
        <w:rPr>
          <w:b/>
        </w:rPr>
        <w:t xml:space="preserve">[46:06] </w:t>
      </w:r>
      <w:r>
        <w:t>One particular comment that I would like to read out which has been sent to him from one of the New Zealand persons who has come forward to distribute Quran.</w:t>
      </w:r>
    </w:p>
    <w:p>
      <w:pPr>
        <w:jc w:val="right"/>
      </w:pPr>
      <w:r>
        <w:t>One particular comment that I would like to read out which has been sent to him from one of the New Zealand persons who has come forward to distribute Quran.</w:t>
      </w:r>
    </w:p>
    <w:p>
      <w:r>
        <w:rPr>
          <w:b/>
        </w:rPr>
        <w:t xml:space="preserve">[46:18] </w:t>
      </w:r>
      <w:r>
        <w:t>His name is Mohammed Thompson and he has written, "Thank you brother for your kind thoughts. Allah is protecting us and the martyrs are with him now.</w:t>
      </w:r>
    </w:p>
    <w:p>
      <w:pPr>
        <w:jc w:val="right"/>
      </w:pPr>
      <w:r>
        <w:t>His name is Mohammed Thompson and he has written, "Thank you brother for your kind thoughts. Allah is protecting us and the martyrs are with him now.</w:t>
      </w:r>
    </w:p>
    <w:p>
      <w:r>
        <w:rPr>
          <w:b/>
        </w:rPr>
        <w:t xml:space="preserve">[46:28] </w:t>
      </w:r>
      <w:r>
        <w:t>We would be happy to receive English copies of Quran. Please let me know what daawa material you have as it may be very useful inshallah.</w:t>
      </w:r>
    </w:p>
    <w:p>
      <w:pPr>
        <w:jc w:val="right"/>
      </w:pPr>
      <w:r>
        <w:t>We would be happy to receive English copies of Quran. Please let me know what دعویٰ material you have as it may be very useful انشاءاللہ.</w:t>
      </w:r>
    </w:p>
    <w:p>
      <w:r>
        <w:rPr>
          <w:b/>
        </w:rPr>
        <w:t xml:space="preserve">[46:39] </w:t>
      </w:r>
      <w:r>
        <w:t>Alhamdulillah, our Prime Minister has done a fantastic job along with the police and all New Zealanders. We appreciate your offer and look forward to hearing from you." We would also like to tell you that on behalf of Center for Peace and Spirituality, Mr.</w:t>
      </w:r>
    </w:p>
    <w:p>
      <w:pPr>
        <w:jc w:val="right"/>
      </w:pPr>
      <w:r>
        <w:t>Alhamdulillah, our Prime Minister has done a fantastic job along with the police and all New Zealanders. We appreciate your offer and look forward to hearing from you." We would also like to tell you that on behalf of Center for Peace and Spirituality, Mr.</w:t>
      </w:r>
    </w:p>
    <w:p>
      <w:r>
        <w:rPr>
          <w:b/>
        </w:rPr>
        <w:t xml:space="preserve">[46:57] </w:t>
      </w:r>
      <w:r>
        <w:t>Khaja Kaleemuddin sahib from Pennsylvania would be traveling shortly to New Zealand to develop new relationships there and to explore daawa opportunities.</w:t>
      </w:r>
    </w:p>
    <w:p>
      <w:pPr>
        <w:jc w:val="right"/>
      </w:pPr>
      <w:r>
        <w:t>Khaja Kaleemuddin صاحب from Pennsylvania would be traveling shortly to New Zealand to develop new relationships there and to explore دعویٰ opportunities.</w:t>
      </w:r>
    </w:p>
    <w:p>
      <w:r>
        <w:rPr>
          <w:b/>
        </w:rPr>
        <w:t xml:space="preserve">[47:10] </w:t>
      </w:r>
      <w:r>
        <w:t>If any of you is watching this program for New Zealand or you have contacts in New Zealand and you want to link them up with CPS, please write to us on info@cpsglobal.org.</w:t>
      </w:r>
    </w:p>
    <w:p>
      <w:pPr>
        <w:jc w:val="right"/>
      </w:pPr>
      <w:r>
        <w:t>If any of you is watching this program for New Zealand or you have contacts in New Zealand and you want to link them up with CPS, please write to us on info@cpsglobal.org.</w:t>
      </w:r>
    </w:p>
    <w:p>
      <w:r>
        <w:rPr>
          <w:b/>
        </w:rPr>
        <w:t xml:space="preserve">[47:26] </w:t>
      </w:r>
      <w:r>
        <w:t>Maulana, aap doosre comments lena chahenge. Yeh comment bheja hai Maulana Iqbal Umri ne Chennai se, unhone likha hai, "Ege of Communication is the age of Quran.</w:t>
      </w:r>
    </w:p>
    <w:p>
      <w:pPr>
        <w:jc w:val="right"/>
      </w:pPr>
      <w:r>
        <w:t>مولانا، آپ دوسرے کمنٹس لینا چاہیں گے۔ یہ کمنٹ بھیجا ہے مولانا اقبال عمری نے چنئی سے، انہوں نے لکھا ہے، "Ege of Communication is the age of Quran.</w:t>
      </w:r>
    </w:p>
    <w:p>
      <w:r>
        <w:rPr>
          <w:b/>
        </w:rPr>
        <w:t xml:space="preserve">[47:38] </w:t>
      </w:r>
      <w:r>
        <w:t>Quran walon ko avail karna chahiye. Aaj ka har daai global badshah hai." Jazak Allah Maulana sahib, aaj bohat thrill hua.</w:t>
      </w:r>
    </w:p>
    <w:p>
      <w:pPr>
        <w:jc w:val="right"/>
      </w:pPr>
      <w:r>
        <w:t>Quran والوں کو avail کرنا چاہیے۔ آج کا ہر داعی global بادشاہ ہے۔" جزاک اللہ مولانا صاحب، آج بہت thrill ہوا۔</w:t>
      </w:r>
    </w:p>
    <w:p>
      <w:r>
        <w:rPr>
          <w:b/>
        </w:rPr>
        <w:t xml:space="preserve">[47:50] </w:t>
      </w:r>
      <w:r>
        <w:t>Unhone phir likha hai, "Maulana, main gawahi deta hoon ke aap ne Musalmanon ki khair khwahi mein kuch bhi kami nahi ki. Isi tarah aam insaanon ki khair khwahi mein bhi kami nahi ki.</w:t>
      </w:r>
    </w:p>
    <w:p>
      <w:pPr>
        <w:jc w:val="right"/>
      </w:pPr>
      <w:r>
        <w:t>انہوں نے پھر لکھا ہے، "مولانا، میں گواہی دیتا ہوں کہ آپ نے مسلمانوں کی خیر خواہی میں کچھ بھی کمی نہیں کی۔ اسی طرح عام انسانوں کی خیر خواہی میں بھی کمی نہیں کی۔</w:t>
      </w:r>
    </w:p>
    <w:p>
      <w:r>
        <w:rPr>
          <w:b/>
        </w:rPr>
        <w:t xml:space="preserve">[48:03] </w:t>
      </w:r>
      <w:r>
        <w:t>Allah aap ko qabool farmaye." Sajid Ahmed Khan sahib ne Nagpur se likha hai, "Jazak Allah Maulana sahib, aaj ke lecture se Allah Rabbul Izzat ke khaas inaam ki taajdeed hui.</w:t>
      </w:r>
    </w:p>
    <w:p>
      <w:pPr>
        <w:jc w:val="right"/>
      </w:pPr>
      <w:r>
        <w:t>اللہ آپ کو قبول فرمائے۔" ساجد احمد خان صاحب نے नागپور سے لکھا ہے، "جزاک اللہ مولانا صاحب، آج کے lecture سے اللہ رب العزت کے خاص انعام کی تجدید ہوئی۔</w:t>
      </w:r>
    </w:p>
    <w:p>
      <w:r>
        <w:rPr>
          <w:b/>
        </w:rPr>
        <w:t xml:space="preserve">[48:16] </w:t>
      </w:r>
      <w:r>
        <w:t>Jab Khana e Kaba ki taameer complete hui, Allah ne Hazrat Ibrahim ko hukum diya, tum Allah ke ghar ki taraf logon ko bulao aur yeh bhi kaha ke awaaz lagana tumhara kaam hai aur usko pahunchana hamara kaam hai.</w:t>
      </w:r>
    </w:p>
    <w:p>
      <w:pPr>
        <w:jc w:val="right"/>
      </w:pPr>
      <w:r>
        <w:t>جب خانہ کعبہ کی تعمیر complete ہوئی، اللہ نے حضرت ابراہیم کو حکم دیا، تم اللہ کے گھر کی طرف لوگوں کو بلاؤ اور یہ بھی کہا کہ آواز لگانا تمہارا کام ہے اور اس کو پہنچانا ہمارا کام ہے۔</w:t>
      </w:r>
    </w:p>
    <w:p>
      <w:r>
        <w:rPr>
          <w:b/>
        </w:rPr>
        <w:t xml:space="preserve">[48:34] </w:t>
      </w:r>
      <w:r>
        <w:t>Yeh baat hum sab ke liye bohat hi motivating hai." Mohammed Irfan Rasheedi sahib ne Nagpur se likha hai, "The whole world is New Zealand for daiyes.</w:t>
      </w:r>
    </w:p>
    <w:p>
      <w:pPr>
        <w:jc w:val="right"/>
      </w:pPr>
      <w:r>
        <w:t>یہ بات ہم سب کے لیے بہت ہی motivating ہے۔" محمد عرفان رشیدی صاحب نے नागپور سے لکھا ہے، "The whole world is New Zealand for daiyes.</w:t>
      </w:r>
    </w:p>
    <w:p>
      <w:r>
        <w:rPr>
          <w:b/>
        </w:rPr>
        <w:t xml:space="preserve">[48:47] </w:t>
      </w:r>
      <w:r>
        <w:t>Very thrilling." Jazak Allah Maulana sahib. Dr. Aslam Khan sahib ne Saharanpur se likha hai, "The message New Zealand incident gives to all of us is that the option is not between peace and no peace but between peace and inhalation.</w:t>
      </w:r>
    </w:p>
    <w:p>
      <w:pPr>
        <w:jc w:val="right"/>
      </w:pPr>
      <w:r>
        <w:t>Very thrilling." جزاک اللہ مولانا صاحب۔ ڈاکٹر اسلم خان صاحب نے سارن پور سے لکھا ہے، "The message New Zealand incident gives to all of us is that the option is not between peace and no peace but between peace and inhalation.</w:t>
      </w:r>
    </w:p>
    <w:p>
      <w:r>
        <w:rPr>
          <w:b/>
        </w:rPr>
        <w:t xml:space="preserve">[49:06] </w:t>
      </w:r>
      <w:r>
        <w:t>Without spiritual peace, there is no hope for the survival of mankind." Miss Shabina Ali ne Kolkata se likha hai, "Maulana, today I have understood that this is the age of global communication.</w:t>
      </w:r>
    </w:p>
    <w:p>
      <w:pPr>
        <w:jc w:val="right"/>
      </w:pPr>
      <w:r>
        <w:t>Without spiritual peace, there is no hope for the survival of mankind." مس شبینہ علی نے کلکتہ سے لکھا ہے، "مولانا، today I have understood that this is the age of global communication.</w:t>
      </w:r>
    </w:p>
    <w:p>
      <w:r>
        <w:rPr>
          <w:b/>
        </w:rPr>
        <w:t xml:space="preserve">[49:21] </w:t>
      </w:r>
      <w:r>
        <w:t>Aggression, war are now obsolete things. One needs to realize that global age has opened innumerable opportunities to facilitate daiyes to do daawa work without any obstacles.</w:t>
      </w:r>
    </w:p>
    <w:p>
      <w:pPr>
        <w:jc w:val="right"/>
      </w:pPr>
      <w:r>
        <w:t>Aggression, war are now obsolete things. One needs to realize that global age has opened innumerable opportunities to facilitate daiyes to do دعویٰ work without any obstacles.</w:t>
      </w:r>
    </w:p>
    <w:p>
      <w:r>
        <w:rPr>
          <w:b/>
        </w:rPr>
        <w:t xml:space="preserve">[49:36] </w:t>
      </w:r>
      <w:r>
        <w:t>We need Himalayan wisdom to understand that this age is fully equipped with all the potentialities to do immense daawa work to reach each and every home." Miss Umme Arshad ne likha hai Chennai se, "Maulana, you are the global master of the age of Quran." Maulana, aap kuch sawal lena chahenge.</w:t>
      </w:r>
    </w:p>
    <w:p>
      <w:pPr>
        <w:jc w:val="right"/>
      </w:pPr>
      <w:r>
        <w:t>We need Himalayan wisdom to understand that this age is fully equipped with all the potentialities to do immense دعویٰ work to reach each and every home." مس ام ارشاد نے لکھا ہے چنئی سے، "مولانا، you are the global master of the age of Quran." مولانا، آپ کچھ سوال لینا چاہیں گے۔</w:t>
      </w:r>
    </w:p>
    <w:p>
      <w:r>
        <w:rPr>
          <w:b/>
        </w:rPr>
        <w:t xml:space="preserve">[50:01] </w:t>
      </w:r>
      <w:r>
        <w:t>Yeh sawal Lucknow se aaya hai, Shaukat Malik sahib ne bheja hai, unhone likha hai, "Maulana, New Zealand case clearly shows that West is not against us.</w:t>
      </w:r>
    </w:p>
    <w:p>
      <w:pPr>
        <w:jc w:val="right"/>
      </w:pPr>
      <w:r>
        <w:t>یہ سوال لکھنؤ سے آیا ہے، شوکت ملک صاحب نے بھیجا ہے، انہوں نے لکھا ہے، "مولانا، New Zealand case clearly shows that West is not against us.</w:t>
      </w:r>
    </w:p>
    <w:p>
      <w:r>
        <w:rPr>
          <w:b/>
        </w:rPr>
        <w:t xml:space="preserve">[50:14] </w:t>
      </w:r>
      <w:r>
        <w:t>Rather, it is the wrong thinking and bad leadership of the Muslim world which is responsible for the negative thinking." Maulana, what would be your advice to the new generation of Muslim youth as only they are the hope of presenting positive Islam?</w:t>
      </w:r>
    </w:p>
    <w:p>
      <w:pPr>
        <w:jc w:val="right"/>
      </w:pPr>
      <w:r>
        <w:t>Rather, it is the wrong thinking and bad leadership of the Muslim world which is responsible for the negative thinking." مولانا، what would be your advice to the new generation of Muslim youth as only they are the hope of presenting positive Islam?</w:t>
      </w:r>
    </w:p>
    <w:p>
      <w:r>
        <w:rPr>
          <w:b/>
        </w:rPr>
        <w:t xml:space="preserve">[50:34] </w:t>
      </w:r>
      <w:r>
        <w:t>Bhai, main to yeh kahunga</w:t>
      </w:r>
    </w:p>
    <w:p>
      <w:pPr>
        <w:jc w:val="right"/>
      </w:pPr>
      <w:r>
        <w:t>بھائی، میں تو یہ کہوں گا</w:t>
      </w:r>
    </w:p>
    <w:p>
      <w:r>
        <w:rPr>
          <w:b/>
        </w:rPr>
        <w:t xml:space="preserve">[50:39] </w:t>
      </w:r>
      <w:r>
        <w:t>ke hope itna hi clear hai jitna roshan suraj clear hai.</w:t>
      </w:r>
    </w:p>
    <w:p>
      <w:pPr>
        <w:jc w:val="right"/>
      </w:pPr>
      <w:r>
        <w:t>کہ hope اتنا ہی clear ہے جتنا روشن سورج clear ہے۔</w:t>
      </w:r>
    </w:p>
    <w:p>
      <w:r>
        <w:rPr>
          <w:b/>
        </w:rPr>
        <w:t xml:space="preserve">[50:50] </w:t>
      </w:r>
      <w:r>
        <w:t>Meri aadat hai ke main aksar ghadi se dekhta hoon ke suraj ke nikalne aur doobne ka waqt.</w:t>
      </w:r>
    </w:p>
    <w:p>
      <w:pPr>
        <w:jc w:val="right"/>
      </w:pPr>
      <w:r>
        <w:t>میری عادت ہے کہ میں اکثر گھڑی سے دیکھتا ہوں کہ سورج کے نکلنے اور ڈوبنے کا وقت۔</w:t>
      </w:r>
    </w:p>
    <w:p>
      <w:r>
        <w:rPr>
          <w:b/>
        </w:rPr>
        <w:t xml:space="preserve">[51:02] </w:t>
      </w:r>
      <w:r>
        <w:t>Jise dekhiye,</w:t>
      </w:r>
    </w:p>
    <w:p>
      <w:pPr>
        <w:jc w:val="right"/>
      </w:pPr>
      <w:r>
        <w:t>جسے دیکھیے،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