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Faith March 30, 2019</w:t>
      </w:r>
    </w:p>
    <w:p>
      <w:r>
        <w:t>https://www.youtube.com/watch?v=zcqo87p7uks</w:t>
      </w:r>
    </w:p>
    <w:p>
      <w:r>
        <w:rPr>
          <w:b/>
        </w:rPr>
        <w:t xml:space="preserve">[00:13] </w:t>
      </w:r>
      <w:r>
        <w:t>Bismillah Rehman ur Rahim, wa salallahu ala nabiyyil kareem.</w:t>
      </w:r>
    </w:p>
    <w:p>
      <w:pPr>
        <w:jc w:val="right"/>
      </w:pPr>
      <w:r>
        <w:t>بسم اللہ الرحمن الرحیم، وصلی اللہ علی النبی الکریم۔</w:t>
      </w:r>
    </w:p>
    <w:p>
      <w:r>
        <w:rPr>
          <w:b/>
        </w:rPr>
        <w:t xml:space="preserve">[00:24] </w:t>
      </w:r>
      <w:r>
        <w:t>Aaj ka pattern thoda badla hua hoga, yaani log apne apne tajrubaat bayan karenge.</w:t>
      </w:r>
    </w:p>
    <w:p>
      <w:pPr>
        <w:jc w:val="right"/>
      </w:pPr>
      <w:r>
        <w:t>آج کا پیٹرن تھوڑا بدلا ہوا ہوگا، یعنی لوگ اپنے اپنے تجربات بیان کریں گے۔</w:t>
      </w:r>
    </w:p>
    <w:p>
      <w:r>
        <w:rPr>
          <w:b/>
        </w:rPr>
        <w:t xml:space="preserve">[00:35] </w:t>
      </w:r>
      <w:r>
        <w:t>Khaas taur par apne woh tajrubaat jo unke apne mahaul mein unko mil rahe hon.</w:t>
      </w:r>
    </w:p>
    <w:p>
      <w:pPr>
        <w:jc w:val="right"/>
      </w:pPr>
      <w:r>
        <w:t>خاص طور پر اپنے وہ تجربات جو ان کے اپنے ماحول میں ان کو مل رہے ہوں۔</w:t>
      </w:r>
    </w:p>
    <w:p>
      <w:r>
        <w:rPr>
          <w:b/>
        </w:rPr>
        <w:t xml:space="preserve">[00:46] </w:t>
      </w:r>
      <w:r>
        <w:t xml:space="preserve">to isi par doosre log apne apne rai denge. to aaj ka din jo hai, hamare jo sathi hain, status bhaiy. </w:t>
      </w:r>
    </w:p>
    <w:p>
      <w:pPr>
        <w:jc w:val="right"/>
      </w:pPr>
      <w:r>
        <w:t>تو اسی پر دوسرے لوگ اپنے اپنے رائے دیں گے۔ تو آج کا دن جو ہے، ہمارے جو ساتھی ہیں، اسٹیٹس برادران۔</w:t>
      </w:r>
    </w:p>
    <w:p>
      <w:r>
        <w:rPr>
          <w:b/>
        </w:rPr>
        <w:t xml:space="preserve">[01:02] </w:t>
      </w:r>
      <w:r>
        <w:t>in ka jo</w:t>
      </w:r>
    </w:p>
    <w:p>
      <w:pPr>
        <w:jc w:val="right"/>
      </w:pPr>
      <w:r>
        <w:t>ان کا جو</w:t>
      </w:r>
    </w:p>
    <w:p>
      <w:r>
        <w:rPr>
          <w:b/>
        </w:rPr>
        <w:t xml:space="preserve">[01:07] </w:t>
      </w:r>
      <w:r>
        <w:t>mahol hai jahan woh kaam karti hain, is ka kuch tajruba in ke paas hai. to main sochta hoon ke woh share karein hum logon se.</w:t>
      </w:r>
    </w:p>
    <w:p>
      <w:pPr>
        <w:jc w:val="right"/>
      </w:pPr>
      <w:r>
        <w:t>ماحول ہے جہاں وہ کام کرتی ہیں، اس کا کچھ تجربہ ان کے پاس ہے۔ تو میں سوچتا ہوں کہ وہ شیئر کریں ہم لوگوں سے۔</w:t>
      </w:r>
    </w:p>
    <w:p>
      <w:r>
        <w:rPr>
          <w:b/>
        </w:rPr>
        <w:t xml:space="preserve">[01:18] </w:t>
      </w:r>
      <w:r>
        <w:t>to status bhaiyon se main kahunga ke woh apne tajrubaat ko hum logon ke sath share karein, phir inshallah is par har aadmi ko bolne ka mauqa hoga.</w:t>
      </w:r>
    </w:p>
    <w:p>
      <w:pPr>
        <w:jc w:val="right"/>
      </w:pPr>
      <w:r>
        <w:t>تو اسٹیٹس برادران سے میں کہوں گا کہ وہ اپنے تجربات کو ہم لوگوں کے ساتھ شیئر کریں، پھر ان شاء اللہ اس پر ہر آدمی کو بولنے کا موقع ہوگا۔</w:t>
      </w:r>
    </w:p>
    <w:p>
      <w:r>
        <w:rPr>
          <w:b/>
        </w:rPr>
        <w:t xml:space="preserve">[01:33] </w:t>
      </w:r>
      <w:r>
        <w:t>my name is tuti malhotra, i want to share my experience. yesterday was my last day with american express, where i was working for last 14 years.</w:t>
      </w:r>
    </w:p>
    <w:p>
      <w:pPr>
        <w:jc w:val="right"/>
      </w:pPr>
      <w:r>
        <w:t>مائی نیم از طوطی ملہوترا، آئی وانٹ ٹو شیئر مائی ایکسپیرینس۔ یسٹرڈے واز مائی لاسٹ ڈے ود امریکن ایکسپریس، ویر آئی واز ورکنگ فار لاسٹ 14 ایئرز۔</w:t>
      </w:r>
    </w:p>
    <w:p>
      <w:r>
        <w:rPr>
          <w:b/>
        </w:rPr>
        <w:t xml:space="preserve">[01:45] </w:t>
      </w:r>
      <w:r>
        <w:t>in total i have worked for 19 years in the corporate sector. my decision to resign from present job is to finish my phd and completely involve myself in cps dawah work.</w:t>
      </w:r>
    </w:p>
    <w:p>
      <w:pPr>
        <w:jc w:val="right"/>
      </w:pPr>
      <w:r>
        <w:t>ان ٹوٹل آئی ہیو ورکڈ فار 19 ایئرز ان دا کارپوریٹ سیکٹر۔ مائی ڈیسیژن ٹو ریزائن فرام پریزنٹ جاب از ٹو فنش مائی پی ایچ ڈی اینڈ کمپلیٹلی انوالو مائی سیلف ان سی پی ایس دعویٰ ورک۔</w:t>
      </w:r>
    </w:p>
    <w:p>
      <w:r>
        <w:rPr>
          <w:b/>
        </w:rPr>
        <w:t xml:space="preserve">[02:00] </w:t>
      </w:r>
      <w:r>
        <w:t>during my notice period, i gave books like quran, leading a spiritual life, and moral vision to my colleagues and senior leadership.</w:t>
      </w:r>
    </w:p>
    <w:p>
      <w:pPr>
        <w:jc w:val="right"/>
      </w:pPr>
      <w:r>
        <w:t>ڈیورنگ مائی نوٹس پیریڈ، آئی گیو بکس لائک قرآن، لیڈنگ اے سپرچول لائف، اینڈ مورل ویژن ٹو مائی کولیگز اینڈ سینئر لیڈرشپ۔</w:t>
      </w:r>
    </w:p>
    <w:p>
      <w:r>
        <w:rPr>
          <w:b/>
        </w:rPr>
        <w:t xml:space="preserve">[02:11] </w:t>
      </w:r>
      <w:r>
        <w:t>everybody took those books very happily, and today morning i got a message from a very senior person in the organization that the entire family will start reading the book chapter by chapter.</w:t>
      </w:r>
    </w:p>
    <w:p>
      <w:pPr>
        <w:jc w:val="right"/>
      </w:pPr>
      <w:r>
        <w:t>ایوری بڈی ٹوک دو بکس ویری ہیپیلی، اینڈ ٹوڈے مارننگ آئی گاٹ ا میسج فرام ا ویری سینئر پرسن ان دا آرگنائزیشن کہ دا انٹائر فیملی ویل سٹارٹ ریڈنگ دا بک چیپٹر بائی چیپٹر۔</w:t>
      </w:r>
    </w:p>
    <w:p>
      <w:r>
        <w:rPr>
          <w:b/>
        </w:rPr>
        <w:t xml:space="preserve">[02:28] </w:t>
      </w:r>
      <w:r>
        <w:t>everybody was very amazed at my decision to leave and said, "you are doing so well, why do you want to leave?" they said, "you are a very courageous girl." but i would like to say that this courage came from faith in god, which was inspired by Maulana.</w:t>
      </w:r>
    </w:p>
    <w:p>
      <w:pPr>
        <w:jc w:val="right"/>
      </w:pPr>
      <w:r>
        <w:t>ایوری بڈی واز ویری امیزڈ ایٹ مائی ڈیسیژن ٹو لیو اینڈ سیڈ، "یو آر ڈوئنگ سو ویل، وائی ڈو یو وانٹ ٹو لیو؟" دے سیڈ، "یو آر ا ویری کریجیس گرل۔" بٹ آئی وڈ لائک ٹو سی کہ دس کریج کیم فرام فیتھ ان گاڈ، وچ واز انسپائرڈ بائے مولانا۔</w:t>
      </w:r>
    </w:p>
    <w:p>
      <w:r>
        <w:rPr>
          <w:b/>
        </w:rPr>
        <w:t xml:space="preserve">[02:49] </w:t>
      </w:r>
      <w:r>
        <w:t>my farewell yesterday was unbelievable and unexpected. it was a very overwhelming experience because my colleagues, including my bosses and super bosses, got so emotional and gave me gifts.</w:t>
      </w:r>
    </w:p>
    <w:p>
      <w:pPr>
        <w:jc w:val="right"/>
      </w:pPr>
      <w:r>
        <w:t>مائی فیورٹ یسٹرڈے واز ان بیلیویبل اینڈ ان ایکسپیکٹڈ۔ اٹ واز ا ویری اوورویلمنگ ایکسپیرینس بیکاز مائی کولیگز، انکلوڈنگ مائی باسز اینڈ سپر باسز، گاٹ سو ایموشنل اینڈ گیو می گفٹس۔</w:t>
      </w:r>
    </w:p>
    <w:p>
      <w:r>
        <w:rPr>
          <w:b/>
        </w:rPr>
        <w:t xml:space="preserve">[03:06] </w:t>
      </w:r>
      <w:r>
        <w:t>all my colleagues were crying until late night i got messages. even today i met my boss and she asked me to meet over coffee, and we had a long and emotional conversation today.</w:t>
      </w:r>
    </w:p>
    <w:p>
      <w:pPr>
        <w:jc w:val="right"/>
      </w:pPr>
      <w:r>
        <w:t>آل مائی کولیگز وار کرائنگ انٹل لیٹ نائٹ آئی گاٹ میسجز۔ ایون ٹوڈے آئی میٹ مائی باس اینڈ شی آسکڈ می ٹو میٹ اوور کافی، اینڈ وی ہیڈ ا لانگ اینڈ ایموشنل کنورسیشن ٹوڈے۔</w:t>
      </w:r>
    </w:p>
    <w:p>
      <w:r>
        <w:rPr>
          <w:b/>
        </w:rPr>
        <w:t xml:space="preserve">[03:20] </w:t>
      </w:r>
      <w:r>
        <w:t>i just want to say that the goodwill i have made in this organization is because of the teachings of Maulana. he has always told me to be an asset for the organization and never complain about anything.</w:t>
      </w:r>
    </w:p>
    <w:p>
      <w:pPr>
        <w:jc w:val="right"/>
      </w:pPr>
      <w:r>
        <w:t>آئی جسٹ وانٹ ٹو سی کہ دا گڈ ول آئی ہیو میڈ ان دس آرگنائزیشن از بیکاز اف دا ٹیچنگز اف مولانا۔ ہی ہیز آلویز ٹولڈ می ٹو بی این ایسٹ فار دا آرگنائزیشن اینڈ نیور کمپلین اباؤٹ اینی تھنگ۔</w:t>
      </w:r>
    </w:p>
    <w:p>
      <w:r>
        <w:rPr>
          <w:b/>
        </w:rPr>
        <w:t xml:space="preserve">[03:36] </w:t>
      </w:r>
      <w:r>
        <w:t>i followed this advice in my entire career, and the result was that yesterday everyone said that we have never seen anybody receiving such an emotional goodbye.</w:t>
      </w:r>
    </w:p>
    <w:p>
      <w:pPr>
        <w:jc w:val="right"/>
      </w:pPr>
      <w:r>
        <w:t>آئی فالوڈ دس ایڈوائس ان مائی انٹائر کیریئر، اینڈ دا رزلٹ واز کہ یسٹرڈے ایوری ون سیڈ کہ وی ہیو نیور سین اینی بڈی ریسیونگ سچ اینڈ ایموشنل گڈ بائے۔</w:t>
      </w:r>
    </w:p>
    <w:p>
      <w:r>
        <w:rPr>
          <w:b/>
        </w:rPr>
        <w:t xml:space="preserve">[03:49] </w:t>
      </w:r>
      <w:r>
        <w:t>also, Maulana has always said that one should create history in the organization by staying for long, and i diligently followed this advice.</w:t>
      </w:r>
    </w:p>
    <w:p>
      <w:pPr>
        <w:jc w:val="right"/>
      </w:pPr>
      <w:r>
        <w:t>Also, مولانا ہیز آلویز سیڈ کہ ون شوڈ کریٹ ہسٹری ان دا آرگنائزیشن بائی سٹےنگ فار لانگ، اینڈ آئی ڈیلیجنٹلی فالوڈ دس ایڈوائس۔</w:t>
      </w:r>
    </w:p>
    <w:p>
      <w:r>
        <w:rPr>
          <w:b/>
        </w:rPr>
        <w:t xml:space="preserve">[04:00] </w:t>
      </w:r>
      <w:r>
        <w:t>the result of his advice is in front of me. my friends and colleagues from various departments came to meet me, and i stayed beyond the office hours because i was getting so many calls requesting me not to leave before meeting them.</w:t>
      </w:r>
    </w:p>
    <w:p>
      <w:pPr>
        <w:jc w:val="right"/>
      </w:pPr>
      <w:r>
        <w:t>دا رزلٹ اف ہز ایڈوائس از ان فرنٹ اف می۔ مائی فرینڈز اینڈ کولیگز فرام ویریس ڈیپارٹمنٹس کیم ٹو میٹ می، اینڈ آئی سٹیڈ بیونڈ دا آفس آرز بیکاز آئی واز گیٹنگ سو مینی کالز ریکویسٹنگ می ناٹ ٹو لیو بیفور میٹنگ دیم۔</w:t>
      </w:r>
    </w:p>
    <w:p>
      <w:r>
        <w:rPr>
          <w:b/>
        </w:rPr>
        <w:t xml:space="preserve">[04:17] </w:t>
      </w:r>
      <w:r>
        <w:t>they have no doubt that yesterday what i saw was the result of Maulana's teaching, because this was beyond my capacity and capability.</w:t>
      </w:r>
    </w:p>
    <w:p>
      <w:pPr>
        <w:jc w:val="right"/>
      </w:pPr>
      <w:r>
        <w:t>دے ہیو نو ڈاؤٹ کہ یسٹرڈے واٹ آئی سا واز دا رزلٹ اف مولانا ٹیچنگ، بیکاز دس واز بیونڈ مائی کپیسٹی اینڈ کیپیبلٹی۔</w:t>
      </w:r>
    </w:p>
    <w:p>
      <w:r>
        <w:rPr>
          <w:b/>
        </w:rPr>
        <w:t xml:space="preserve">[04:30] </w:t>
      </w:r>
      <w:r>
        <w:t>and the most important and striking thing was when the business head said that after finishing your phd, you can come back and join american express any time, and there will be no interview process for you.</w:t>
      </w:r>
    </w:p>
    <w:p>
      <w:pPr>
        <w:jc w:val="right"/>
      </w:pPr>
      <w:r>
        <w:t>اینڈ دا موسٹ امپورٹنٹ اینڈ سٹائکنگ تھنگ واز وین دا بزنس ہیڈ سیڈ کہ افٹر فنشنگ یور پی ایچ ڈی، یو کین کم بیک اینڈ جوائن امریکن ایکسپریس اینی ٹائم، اینڈ دیر ویل بی نو انٹرویو پروسیس فار یو۔</w:t>
      </w:r>
    </w:p>
    <w:p>
      <w:r>
        <w:rPr>
          <w:b/>
        </w:rPr>
        <w:t xml:space="preserve">[04:45] </w:t>
      </w:r>
      <w:r>
        <w:t>this was the result of Maulana's teaching that one should leave like a non-complaining person. also, i would like to share that every year in the corporate sector, we have an employee survey.</w:t>
      </w:r>
    </w:p>
    <w:p>
      <w:pPr>
        <w:jc w:val="right"/>
      </w:pPr>
      <w:r>
        <w:t>دس واز دا رزلٹ اف مولانا ٹیچنگ کہ ون شوڈ لیو لائک ا نان کمپلیننگ پرسن۔ Also, آئی وڈ لائک ٹو شیئر کہ ایوری ایئر ان دا کارپوریٹ سیکٹر، وی ہیو این ایمپلائی سروے۔</w:t>
      </w:r>
    </w:p>
    <w:p>
      <w:r>
        <w:rPr>
          <w:b/>
        </w:rPr>
        <w:t xml:space="preserve">[04:57] </w:t>
      </w:r>
      <w:r>
        <w:t>it is done by a third party, and it is very confidential. and when we fill the employee survey, we have to rate the company, what is wrong, what is good.</w:t>
      </w:r>
    </w:p>
    <w:p>
      <w:pPr>
        <w:jc w:val="right"/>
      </w:pPr>
      <w:r>
        <w:t>اٹ از ڈن بائے ا تھرڈ پارٹی، اینڈ اٹ از ویری کانفیڈنشل۔ اینڈ وین وی فل دا ایمپلائی سروے، وی ہیو ٹو ریٹ دا کمپنی، واٹ از رونگ، واٹ از گڈ۔</w:t>
      </w:r>
    </w:p>
    <w:p>
      <w:r>
        <w:rPr>
          <w:b/>
        </w:rPr>
        <w:t xml:space="preserve">[05:09] </w:t>
      </w:r>
      <w:r>
        <w:t>so for 14 years i have filled the survey. though it is very confidential, but still i purposely never ever, because Maulana has taught to be a non-complaining person, i have never written anything negative about the organization.</w:t>
      </w:r>
    </w:p>
    <w:p>
      <w:pPr>
        <w:jc w:val="right"/>
      </w:pPr>
      <w:r>
        <w:t>سو فار 14 ایئرز آئی ہیو فلڈ دا سروے۔ دو اٹ از ویری کانفیڈنشل، بٹ سٹل آئی پرپسلی نیور ایور، بیکاز مولانا ہیز ٹیچڈ ٹو بی ا نان کمپلیننگ پرسن، آئی ہیو نیور رٹن اینی تھنگ نیگیٹیو اباؤٹ دا آرگنائزیشن۔</w:t>
      </w:r>
    </w:p>
    <w:p>
      <w:r>
        <w:rPr>
          <w:b/>
        </w:rPr>
        <w:t xml:space="preserve">[05:26] </w:t>
      </w:r>
      <w:r>
        <w:t>i have always given 100 percent marks to american express, and also amex has been in the top 10 companies from last few decades.</w:t>
      </w:r>
    </w:p>
    <w:p>
      <w:pPr>
        <w:jc w:val="right"/>
      </w:pPr>
      <w:r>
        <w:t>آئی ہیو آلویز گیون 100 پرسنٹ مارکس ٹو امریکن ایکسپریس، اینڈ السو ایمیکس ہیز بین ان دا ٹاپ 10 کمپنیز فرام لاسٹ فیو ڈیکیڈز۔</w:t>
      </w:r>
    </w:p>
    <w:p>
      <w:r>
        <w:rPr>
          <w:b/>
        </w:rPr>
        <w:t xml:space="preserve">[05:39] </w:t>
      </w:r>
      <w:r>
        <w:t>so there have been no negative complaints. and also the topic of my phd is concept of peace in sikhism and islam, a comparative study.</w:t>
      </w:r>
    </w:p>
    <w:p>
      <w:pPr>
        <w:jc w:val="right"/>
      </w:pPr>
      <w:r>
        <w:t>سو دیر ہیو بین نو نیگیٹیو کمپلینٹس۔ اینڈ السو دا ٹاپک اف مائی پی ایچ ڈی از کانسیپٹ اف پیس ان سکھزم اینڈ اسلام، ا کمپیریٹیو سٹڈی۔</w:t>
      </w:r>
    </w:p>
    <w:p>
      <w:r>
        <w:rPr>
          <w:b/>
        </w:rPr>
        <w:t xml:space="preserve">[05:52] </w:t>
      </w:r>
      <w:r>
        <w:t>dekhein,</w:t>
      </w:r>
    </w:p>
    <w:p>
      <w:pPr>
        <w:jc w:val="right"/>
      </w:pPr>
      <w:r>
        <w:t>دیکھیں،</w:t>
      </w:r>
    </w:p>
    <w:p>
      <w:r>
        <w:rPr>
          <w:b/>
        </w:rPr>
        <w:t xml:space="preserve">[05:58] </w:t>
      </w:r>
      <w:r>
        <w:t>yeh status bhaiyon ki misaal se ek ek thought mere mind mein aaya hai. ek thought mere mind mein aaya hai kyunke in ko jo</w:t>
      </w:r>
    </w:p>
    <w:p>
      <w:pPr>
        <w:jc w:val="right"/>
      </w:pPr>
      <w:r>
        <w:t>یہ اسٹیٹس برادران کی مثال سے ایک ایک تھاٹ میرے مائنڈ میں آیا ہے۔ ایک تھاٹ میرے مائنڈ میں آیا ہے کیونکہ ان کو جو</w:t>
      </w:r>
    </w:p>
    <w:p>
      <w:r>
        <w:rPr>
          <w:b/>
        </w:rPr>
        <w:t xml:space="preserve">[06:12] </w:t>
      </w:r>
      <w:r>
        <w:t>farewell diya un ke colleague ne, woh bohat hi extraordinary tha.</w:t>
      </w:r>
    </w:p>
    <w:p>
      <w:pPr>
        <w:jc w:val="right"/>
      </w:pPr>
      <w:r>
        <w:t>فیورٹ ول دیا ان کے کولیگ نے، وہ بہت ہی ایکسٹرا آرڈنری تھا۔</w:t>
      </w:r>
    </w:p>
    <w:p>
      <w:r>
        <w:rPr>
          <w:b/>
        </w:rPr>
        <w:t xml:space="preserve">[06:22] </w:t>
      </w:r>
      <w:r>
        <w:t>to is se mere mind mein aaya ke is se hamein, yaani Allah rab ul alameen ne ek window khola hai.</w:t>
      </w:r>
    </w:p>
    <w:p>
      <w:pPr>
        <w:jc w:val="right"/>
      </w:pPr>
      <w:r>
        <w:t>تو اس سے میرے مائنڈ میں آیا کہ اس سے ہمیں، یعنی اللہ رب العالمین نے ایک ونڈو کھولا ہے۔</w:t>
      </w:r>
    </w:p>
    <w:p>
      <w:r>
        <w:rPr>
          <w:b/>
        </w:rPr>
        <w:t xml:space="preserve">[06:34] </w:t>
      </w:r>
      <w:r>
        <w:t>ek cheez ko kaha ke dekho, is pehlu ko socho ke woh kya hai. woh yeh hai ke har aadmi hum mein se kahin na kahin to hai, kuch kaam kar raha hai,</w:t>
      </w:r>
    </w:p>
    <w:p>
      <w:pPr>
        <w:jc w:val="right"/>
      </w:pPr>
      <w:r>
        <w:t>ایک چیز کو کہا کہ دیکھو، اس پہلو کو سوچو کہ وہ کیا ہے۔ وہ یہ ہے کہ ہر آدمی ہم میں سے کہیں نہ کہیں تو ہے، کچھ کام کر رہا ہے،</w:t>
      </w:r>
    </w:p>
    <w:p>
      <w:r>
        <w:rPr>
          <w:b/>
        </w:rPr>
        <w:t xml:space="preserve">[06:48] </w:t>
      </w:r>
      <w:r>
        <w:t>ke kisi ne kisi kisi kisi kisi group mein shamil hai, woh nahi hai, shamil hai to road pe chal raha hai, tab bhi woh ek mauqa hai.</w:t>
      </w:r>
    </w:p>
    <w:p>
      <w:pPr>
        <w:jc w:val="right"/>
      </w:pPr>
      <w:r>
        <w:t>کہ کسی نے کسی کسی کسی کسی گروپ میں شامل ہے، وہ نہیں ہے، شامل ہے تو روڈ پہ چل رہا ہے، تب بھی وہ ایک موقع ہے۔</w:t>
      </w:r>
    </w:p>
    <w:p>
      <w:r>
        <w:rPr>
          <w:b/>
        </w:rPr>
        <w:t xml:space="preserve">[06:59] </w:t>
      </w:r>
      <w:r>
        <w:t>is ko woh kya hai ke woh aadmi agar itna zyada insincere hai, woh itna zyada senior hai, hamara member jo chahe group mein ho, chahe road pe chal raha ho,</w:t>
      </w:r>
    </w:p>
    <w:p>
      <w:pPr>
        <w:jc w:val="right"/>
      </w:pPr>
      <w:r>
        <w:t>اس کو وہ کیا ہے کہ وہ آدمی اگر اتنا زیادہ انسینسیر ہے، وہ اتنا زیادہ سینیئر ہے، ہمارا ممبر جو چاہے گروپ میں ہو، چاہے روڈ پہ چل رہا ہو،</w:t>
      </w:r>
    </w:p>
    <w:p>
      <w:r>
        <w:rPr>
          <w:b/>
        </w:rPr>
        <w:t xml:space="preserve">[07:14] </w:t>
      </w:r>
      <w:r>
        <w:t>agar woh logon ko dikhai de ke bhai yeh yeh to hum se different hai, yeh to hum se different hai, aap shopping kar rahe hain, tab bhi job kar rahe hain, aur tab bhi road pe chal rahe hain, tab bhi aap ko, aap agar bohat zyada senior hon apne apne yaani apne mission mein,</w:t>
      </w:r>
    </w:p>
    <w:p>
      <w:pPr>
        <w:jc w:val="right"/>
      </w:pPr>
      <w:r>
        <w:t>اگر وہ لوگوں کو دکھائی دے کہ بھئی یہ یہ تو ہم سے ڈفرنٹ ہے، یہ تو ہم سے ڈفرنٹ ہے، آپ شاپنگ کر رہے ہیں، تب بھی جاب کر رہے ہیں، اور تب بھی روڈ پہ چل رہے ہیں، تب بھی آپ کو، آپ اگر بہت زیادہ سینیئر ہوں اپنے اپنے یعنی اپنے مشن میں،</w:t>
      </w:r>
    </w:p>
    <w:p>
      <w:r>
        <w:rPr>
          <w:b/>
        </w:rPr>
        <w:t xml:space="preserve">[07:42] </w:t>
      </w:r>
      <w:r>
        <w:t>to har jagah aap doosron ko apne muqable mein different dikhai denge, different dikhai denge.</w:t>
      </w:r>
    </w:p>
    <w:p>
      <w:pPr>
        <w:jc w:val="right"/>
      </w:pPr>
      <w:r>
        <w:t>تو ہر جگہ آپ دوسروں کو اپنے مقابلے میں ڈفرنٹ دکھائی دیں گے، ڈفرنٹ دکھائی دیں گے۔</w:t>
      </w:r>
    </w:p>
    <w:p>
      <w:r>
        <w:rPr>
          <w:b/>
        </w:rPr>
        <w:t xml:space="preserve">[07:54] </w:t>
      </w:r>
      <w:r>
        <w:t>to that is our asset, that is our asset ke bhai yeh aadmi to agar pehle se janta tha, woh tab bhi, aur pehle se na janta ho, tab bhi.</w:t>
      </w:r>
    </w:p>
    <w:p>
      <w:pPr>
        <w:jc w:val="right"/>
      </w:pPr>
      <w:r>
        <w:t>تو دیٹ از اور ایسٹ، دیٹ از اور ایسٹ کہ بھئی یہ آدمی تو اگر پہلے سے جانتا تھا، وہ تب بھی، اور پہلے سے نہ جانتا ہو، تب بھی۔</w:t>
      </w:r>
    </w:p>
    <w:p>
      <w:r>
        <w:rPr>
          <w:b/>
        </w:rPr>
        <w:t xml:space="preserve">[08:09] </w:t>
      </w:r>
      <w:r>
        <w:t>misal ke taur par dekhiye, mister yeh status brandan ki misal mein dekhiye aap ke companiyon mein shayad yeh tareeqa hai ke har saal ek koi sheet di jati hai, log is par rating likhte hain.</w:t>
      </w:r>
    </w:p>
    <w:p>
      <w:pPr>
        <w:jc w:val="right"/>
      </w:pPr>
      <w:r>
        <w:t>مثلاً دیکھیے، مسٹر یہ اسٹیٹس برادران کی مثال میں دیکھیے آپ کہ کمپنیوں میں شاید یہ طریقہ ہے کہ ہر سال ایک کوئی شیٹ دی جاتی ہے، لوگ اس پر ریٹنگ دس دس لکھتے ہیں۔</w:t>
      </w:r>
    </w:p>
    <w:p>
      <w:r>
        <w:rPr>
          <w:b/>
        </w:rPr>
        <w:t xml:space="preserve">[08:29] </w:t>
      </w:r>
      <w:r>
        <w:t>kya kya hai tareeqa?</w:t>
      </w:r>
    </w:p>
    <w:p>
      <w:pPr>
        <w:jc w:val="right"/>
      </w:pPr>
      <w:r>
        <w:t>کیا کیا ہے طریقہ؟</w:t>
      </w:r>
    </w:p>
    <w:p>
      <w:r>
        <w:rPr>
          <w:b/>
        </w:rPr>
        <w:t xml:space="preserve">[08:31] </w:t>
      </w:r>
      <w:r>
        <w:t>ji, appraisal rating hai. haan, dete hain. to unhon ne 14 saal thi, woh hamesha acha hi rating diya.</w:t>
      </w:r>
    </w:p>
    <w:p>
      <w:pPr>
        <w:jc w:val="right"/>
      </w:pPr>
      <w:r>
        <w:t>جی، اپریزن ریٹنگ ہے۔ ہاں، دیتے ہیں۔ تو انہوں نے 14 سال تھی، وہ ہمیشہ اچھا ہی ریٹنگ دیا۔</w:t>
      </w:r>
    </w:p>
    <w:p>
      <w:r>
        <w:rPr>
          <w:b/>
        </w:rPr>
        <w:t xml:space="preserve">[08:45] </w:t>
      </w:r>
      <w:r>
        <w:t>doosre shikayatein hi likhte hain, koi na koi complaint, koi na koi shikayat. unhon ne 14 saal mein ek baar bhi koi shikayat ki baat boli nahi.</w:t>
      </w:r>
    </w:p>
    <w:p>
      <w:pPr>
        <w:jc w:val="right"/>
      </w:pPr>
      <w:r>
        <w:t>دوسرے شکایتیں ہی لکھتے ہیں، کوئی نہ کوئی کمپلینٹ، کوئی نہ کوئی شکایت۔ انہوں نے 14 سال میں ایک بار بھی کوئی شکایت کی بات بولی نہیں۔</w:t>
      </w:r>
    </w:p>
    <w:p>
      <w:r>
        <w:rPr>
          <w:b/>
        </w:rPr>
        <w:t xml:space="preserve">[08:57] </w:t>
      </w:r>
      <w:r>
        <w:t>to yeh jo in ka behavior hai, that creates a question: why this lady is different?</w:t>
      </w:r>
    </w:p>
    <w:p>
      <w:pPr>
        <w:jc w:val="right"/>
      </w:pPr>
      <w:r>
        <w:t>تو یہ جو ان کا بیہیویئر ہے، دیٹ کریٹس ا کوئسچن: وائی دس لیڈی از ڈفرنٹ؟</w:t>
      </w:r>
    </w:p>
    <w:p>
      <w:r>
        <w:rPr>
          <w:b/>
        </w:rPr>
        <w:t xml:space="preserve">[09:08] </w:t>
      </w:r>
      <w:r>
        <w:t>why this lady is different? to phir aap se woh poochege, aap ko Quran denge to Quran ko padhega.</w:t>
      </w:r>
    </w:p>
    <w:p>
      <w:pPr>
        <w:jc w:val="right"/>
      </w:pPr>
      <w:r>
        <w:t>وائی دس لیڈی از ڈفرنٹ؟ تو پھر آپ سے وہ پوچھیں گے، آپ کو قرآن دیں گے تو قرآن کو پڑھے گا۔</w:t>
      </w:r>
    </w:p>
    <w:p>
      <w:r>
        <w:rPr>
          <w:b/>
        </w:rPr>
        <w:t xml:space="preserve">[09:19] </w:t>
      </w:r>
      <w:r>
        <w:t>to is se ek discussion chal sakta hai, koi bhi further development ho sakta hai.</w:t>
      </w:r>
    </w:p>
    <w:p>
      <w:pPr>
        <w:jc w:val="right"/>
      </w:pPr>
      <w:r>
        <w:t>تو اس سے ایک ڈسکشن چل سکتا ہے، کوئی بھی فردر ڈیولپمنٹ ہو سکتا ہے۔</w:t>
      </w:r>
    </w:p>
    <w:p>
      <w:r>
        <w:rPr>
          <w:b/>
        </w:rPr>
        <w:t xml:space="preserve">[09:29] </w:t>
      </w:r>
      <w:r>
        <w:t>to main ne yeh is mein, main yeh jaana ke hamare har saathi ko, chahe jis is mein ho, hatta ke woh rasta chal raha ho, rasta chal raha ho, gaadi chala raha ho, tab bhi us ko sochna chahiye ke agar main waqeatan apne mission mein itna involve hoon ke main</w:t>
      </w:r>
    </w:p>
    <w:p>
      <w:pPr>
        <w:jc w:val="right"/>
      </w:pPr>
      <w:r>
        <w:t>تو میں نے یہ اس میں، میں یہ جانا کہ ہمارے ہر ساتھی کو، چاہے جس اس میں ہو، حتیٰ کہ وہ راستہ چل رہا ہو، راستہ چل رہا ہو، گاڑی چلا رہا ہو، تب بھی اس کو سوچنا چاہیے کہ اگر میں واقعتاً اپنے مشن میں اتنا انوالو ہوں کہ میں</w:t>
      </w:r>
    </w:p>
    <w:p>
      <w:r>
        <w:rPr>
          <w:b/>
        </w:rPr>
        <w:t xml:space="preserve">[09:56] </w:t>
      </w:r>
      <w:r>
        <w:t>doosron ke muqable mein ek different aadmi ban gaya hoon, to us ko kahin na kahin zaroor us ko yeh shakk lagega ke bhai yeh kaisa aadmi jo different hai.</w:t>
      </w:r>
    </w:p>
    <w:p>
      <w:pPr>
        <w:jc w:val="right"/>
      </w:pPr>
      <w:r>
        <w:t>دوسروں کے مقابلے میں ایک ڈفرنٹ آدمی بن گیا ہوں، تو اس کو کہیں نہ کہیں ضرور اس کو یہ شک لگے گا کہ بھئی یہ کیسا آدمی جو ڈفرنٹ ہے۔</w:t>
      </w:r>
    </w:p>
    <w:p>
      <w:r>
        <w:rPr>
          <w:b/>
        </w:rPr>
        <w:t xml:space="preserve">[10:13] </w:t>
      </w:r>
      <w:r>
        <w:t>misal ke taur par main apna ek qissa main ne bataya is se pehle aap logon ko ke Kingsway camp mein ek baar, bohat dil ki baat hai, road par paidal chal raha tha to ek aadmi aaya, bohat tez cycle daud raha tha,</w:t>
      </w:r>
    </w:p>
    <w:p>
      <w:pPr>
        <w:jc w:val="right"/>
      </w:pPr>
      <w:r>
        <w:t>مثلاً میں اپنا ایک قصہ میں نے بتایا اس سے پہلے آپ لوگوں کو کہ کنگز وے کیمپ میں ایک بار، بہت دل کی بات ہے، روڈ پر پیدل چل رہا تھا تو ایک آدمی آیا، بہت تیز سائیکل دوڑ رہا تھا،</w:t>
      </w:r>
    </w:p>
    <w:p>
      <w:r>
        <w:rPr>
          <w:b/>
        </w:rPr>
        <w:t xml:space="preserve">[10:31] </w:t>
      </w:r>
      <w:r>
        <w:t>sirf cycle daud raha tha, to mujh se takra gaya. woh ab main gir pada, meri aankhein toot gayin.</w:t>
      </w:r>
    </w:p>
    <w:p>
      <w:pPr>
        <w:jc w:val="right"/>
      </w:pPr>
      <w:r>
        <w:t>صرف سائیکل دوڑ رہا تھا، تو مجھ سے ٹکرا گیا۔ وہ اب میں گر پڑا، میری آنکھیں ٹوٹ گئیں۔</w:t>
      </w:r>
    </w:p>
    <w:p>
      <w:r>
        <w:rPr>
          <w:b/>
        </w:rPr>
        <w:t xml:space="preserve">[10:41] </w:t>
      </w:r>
      <w:r>
        <w:t>to generally kya hota hai ke log lagte hain us ko bohat zyada bolne ke tum andhe ho, jaande ho kya hai?</w:t>
      </w:r>
    </w:p>
    <w:p>
      <w:pPr>
        <w:jc w:val="right"/>
      </w:pPr>
      <w:r>
        <w:t>تو جنرلی کیا ہوتا ہے کہ لوگ لگتے ہیں اس کو بہت زیادہ بولنے کہ تم اندھے ہو، جاندے ہو کیا ہے؟</w:t>
      </w:r>
    </w:p>
    <w:p>
      <w:r>
        <w:rPr>
          <w:b/>
        </w:rPr>
        <w:t xml:space="preserve">[10:51] </w:t>
      </w:r>
      <w:r>
        <w:t>to main kuch bhi, main ne idhar udhar dekha bhi nahi ke woh kaun aadmi tha, dekha bhi nahi, chup chap se ja ke road side pe baith gaya, aisi aisi sar jhuka kar ke,</w:t>
      </w:r>
    </w:p>
    <w:p>
      <w:pPr>
        <w:jc w:val="right"/>
      </w:pPr>
      <w:r>
        <w:t>تو میں کچھ بھی، میں نے ادھر ادھر دیکھا بھی نہیں کہ وہ کون آدمی تھا، دیکھا بھی نہیں، چپ چاپ سے جا کے روڈ سائیڈ پہ بیٹھ گیا، ایسی ایسی سر جھکا کر کے،</w:t>
      </w:r>
    </w:p>
    <w:p>
      <w:r>
        <w:rPr>
          <w:b/>
        </w:rPr>
        <w:t xml:space="preserve">[11:05] </w:t>
      </w:r>
      <w:r>
        <w:t>sar jhuka kar. jab main bajaye is aadmi ke, is aadmi ke liye to kuch main soch raha hi tha, woh kaisa hai, kya hai, khud yeh soch raha tha ke bhai meri aankh toot gayi hai, yahan par khoon nikal raha tha,</w:t>
      </w:r>
    </w:p>
    <w:p>
      <w:pPr>
        <w:jc w:val="right"/>
      </w:pPr>
      <w:r>
        <w:t>سر جھکا کر۔ جب میں بجائے اس آدمی کے، اس آدمی کے لیے تو کچھ میں سوچ رہا ہی تھا، وہ کیسا ہے، کیا ہے، خود یہ سوچ رہا تھا کہ بھئی میری آنکھ ٹوٹ گئی ہے، یہاں پر خون نکل رہا تھا،</w:t>
      </w:r>
    </w:p>
    <w:p>
      <w:r>
        <w:rPr>
          <w:b/>
        </w:rPr>
        <w:t xml:space="preserve">[11:24] </w:t>
      </w:r>
      <w:r>
        <w:t>to main socha mujhe kya karna chahiye is waqt. to mere mind ne kaha ke sab se pehle to main doctor ke paas jana chahiye, aur woh jo ek injection jo hota hai,</w:t>
      </w:r>
    </w:p>
    <w:p>
      <w:pPr>
        <w:jc w:val="right"/>
      </w:pPr>
      <w:r>
        <w:t>تو میں سوچا مجھے کیا کرنا چاہیے اس وقت۔ تو میرے مائنڈ میں نے کہا کہ سب سے پہلے تو میں ڈاکٹر کے پاس جانا چاہیے، اور وہ جو ایک انجیکشن جو ہوتا ہے،</w:t>
      </w:r>
    </w:p>
    <w:p>
      <w:r>
        <w:rPr>
          <w:b/>
        </w:rPr>
        <w:t xml:space="preserve">[11:39] </w:t>
      </w:r>
      <w:r>
        <w:t>kya kehte hain us ko?</w:t>
      </w:r>
    </w:p>
    <w:p>
      <w:pPr>
        <w:jc w:val="right"/>
      </w:pPr>
      <w:r>
        <w:t>کیا کہتے ہیں اس کو؟</w:t>
      </w:r>
    </w:p>
    <w:p>
      <w:r>
        <w:rPr>
          <w:b/>
        </w:rPr>
        <w:t xml:space="preserve">[11:41] </w:t>
      </w:r>
      <w:r>
        <w:t>tetanus ka tetanus injection? haan, woh injection lagana chahiye. to acha, jaise hi yeh qissa hua to mere paas ek police man aa gaya poochne ke liye ke kya karna hai, report karna hai, kya karna hai.</w:t>
      </w:r>
    </w:p>
    <w:p>
      <w:pPr>
        <w:jc w:val="right"/>
      </w:pPr>
      <w:r>
        <w:t>ٹٹنس کا ٹٹنس انجیکشن؟ ہاں، وہ انجیکشن لگانا چاہیے۔ تو اچھا، جیسے ہی یہ قصہ ہوا تو میرے پاس ایک ایک پولیس مین آ گیا پوچھنے کے لیے کہ کیا کرنا ہے، رپورٹ کرنا ہے، کیا کرنا ہے۔</w:t>
      </w:r>
    </w:p>
    <w:p>
      <w:r>
        <w:rPr>
          <w:b/>
        </w:rPr>
        <w:t xml:space="preserve">[11:59] </w:t>
      </w:r>
      <w:r>
        <w:t>us se poochta tha ke yeh aadmi jis ne aap ko takra kar gira diya hai, to us ke khilaf kya karna hai? jis ko police ki report, first report shayad kehte hain.</w:t>
      </w:r>
    </w:p>
    <w:p>
      <w:pPr>
        <w:jc w:val="right"/>
      </w:pPr>
      <w:r>
        <w:t>اسے پوچھتا تھا کہ یہ آدمی جس نے آپ کو ٹکرا کر گرا دیا ہے، تو اس کے خلاف کیا کرنا ہے؟ جس کو پولیس کا رپورٹ، فرسٹ رپورٹ شاید کہتے ہیں۔</w:t>
      </w:r>
    </w:p>
    <w:p>
      <w:r>
        <w:rPr>
          <w:b/>
        </w:rPr>
        <w:t xml:space="preserve">[12:13] </w:t>
      </w:r>
      <w:r>
        <w:t>to mein kuch bol nahi raha tha, woh woh pooch raha tha, mein bol nahi raha tha. to woh jo police wala tha, woh pakad rakh, us ko cycle wale ko pakad pakde hue tha, woh aur bhi kai akhatta ho gaye, road par chalne wale.</w:t>
      </w:r>
    </w:p>
    <w:p>
      <w:pPr>
        <w:jc w:val="right"/>
      </w:pPr>
      <w:r>
        <w:t>تو میں کچھ بول نہیں رہا تھا، وہ وہ پوچھ رہا تھا، میں بول نہیں رہا تھا۔ تو وہ جو پولیس والا تھا، وہ پکڑ رکھ، اس کو سائیکل والے کو پکڑ پکڑے ہوئے تھا، وہ اور بھی کئی اکٹھا ہو گئے، روڈ پر چلنے والے۔</w:t>
      </w:r>
    </w:p>
    <w:p>
      <w:r>
        <w:rPr>
          <w:b/>
        </w:rPr>
        <w:t xml:space="preserve">[12:36] </w:t>
      </w:r>
      <w:r>
        <w:t>to police wala poochte poochte aakhir mein yeh keh kar chala gaya ke baba to bolta nahi, baba to kuch bolta nahi.</w:t>
      </w:r>
    </w:p>
    <w:p>
      <w:pPr>
        <w:jc w:val="right"/>
      </w:pPr>
      <w:r>
        <w:t>تو پولیس والا پوچھتے پوچھتے آخر میں یہ کہہ کر چلا گیا کہ بابا تو بولتا نہیں، بابا تو کچھ بولتا نہیں۔</w:t>
      </w:r>
    </w:p>
    <w:p>
      <w:r>
        <w:rPr>
          <w:b/>
        </w:rPr>
        <w:t xml:space="preserve">[12:46] </w:t>
      </w:r>
      <w:r>
        <w:t>to ab dekhiye, yeh phir in logon se meri mera contact nahi hua, lekin mujhe yaqeen hai ke zaroor unhon ne saare poocha hoga ke bhai yeh aadmi to different hai, yeh aadmi to different hai.</w:t>
      </w:r>
    </w:p>
    <w:p>
      <w:pPr>
        <w:jc w:val="right"/>
      </w:pPr>
      <w:r>
        <w:t>تو اب دیکھیے، یہ پھر ان لوگوں سے میری میرا کنٹیکٹ نہیں ہوا، لیکن مجھے یقین ہے کہ ضرور انہوں نے سارے پوچھا ہوگا کہ بھئی یہ آدمی تو ڈفرنٹ ہے، یہ آدمی تو ڈفرنٹ ہے۔</w:t>
      </w:r>
    </w:p>
    <w:p>
      <w:r>
        <w:rPr>
          <w:b/>
        </w:rPr>
        <w:t xml:space="preserve">[13:00] </w:t>
      </w:r>
      <w:r>
        <w:t>ab kahin woh meri tasweer dekhega TV mein to zaroor sochega ke yeh to wahi aadmi lagta hai, yeh kaisa aadmi hai?</w:t>
      </w:r>
    </w:p>
    <w:p>
      <w:pPr>
        <w:jc w:val="right"/>
      </w:pPr>
      <w:r>
        <w:t>اب کہیں وہ میری تصویر دیکھے گا ٹی وی میں تو ضرور سوچے گا کہ یہ تو وہی آدمی لگتا ہے، یہ کیسا آدمی ہے؟</w:t>
      </w:r>
    </w:p>
    <w:p>
      <w:r>
        <w:rPr>
          <w:b/>
        </w:rPr>
        <w:t xml:space="preserve">[13:10] </w:t>
      </w:r>
      <w:r>
        <w:t>is ki</w:t>
      </w:r>
    </w:p>
    <w:p>
      <w:pPr>
        <w:jc w:val="right"/>
      </w:pPr>
      <w:r>
        <w:t>اس کی</w:t>
      </w:r>
    </w:p>
    <w:p>
      <w:r>
        <w:rPr>
          <w:b/>
        </w:rPr>
        <w:t xml:space="preserve">[13:14] </w:t>
      </w:r>
      <w:r>
        <w:t>agar koi is ko quran dega aur is ko yaad aa jayega to sochega ke bhai acha, is ka quran tha, lao is ko parhein. to aap, mein samajhta hoon ke status malhotra ke case mein mein sirf ek advice doonga aap sab logon ko, aap sab logon ko, aap sab logon ko.</w:t>
      </w:r>
    </w:p>
    <w:p>
      <w:pPr>
        <w:jc w:val="right"/>
      </w:pPr>
      <w:r>
        <w:t>اگر کوئی اس کو قرآن دے گا اور اس کو یاد آ جائے گا تو سوچے گا کہ بھئی اچھا، اس کا قرآن تھا، لاؤ اس کو پڑھیں۔ تو آپ، میں سمجھتا ہوں کہ اسٹیٹس ملوترا کے کیس میں میں صرف ایک ایڈوائس دوں گا آپ سب لوگوں کو، آپ سب لوگوں کو، آپ سب لوگوں کو۔</w:t>
      </w:r>
    </w:p>
    <w:p>
      <w:r>
        <w:rPr>
          <w:b/>
        </w:rPr>
        <w:t xml:space="preserve">[13:34] </w:t>
      </w:r>
      <w:r>
        <w:t>woh yeh hai ke aap jahan bhi hain, har jagah mister different ya miss different ban kar rahiye, chahe india mein ho, chahe aap bahar hon, kisi bhi country mein hon, jahan bhi hon,</w:t>
      </w:r>
    </w:p>
    <w:p>
      <w:pPr>
        <w:jc w:val="right"/>
      </w:pPr>
      <w:r>
        <w:t>وہ یہ ہے کہ آپ جہاں بھی ہیں، ہر جگہ مسٹر ڈفرنٹ یا مس ڈفرنٹ بن کر رہیے، چاہے انڈیا میں ہو، چاہے آپ باہر ہوں، کسی بھی کنٹری میں ہوں، جہاں بھی ہوں،</w:t>
      </w:r>
    </w:p>
    <w:p>
      <w:r>
        <w:rPr>
          <w:b/>
        </w:rPr>
        <w:t xml:space="preserve">[13:52] </w:t>
      </w:r>
      <w:r>
        <w:t>mister different ban kar rahiye. jaise kareemuddin sahib america mein hain to woh un ke paas logon ke woh aate hain demand ke quran hum ko bhi jo.</w:t>
      </w:r>
    </w:p>
    <w:p>
      <w:pPr>
        <w:jc w:val="right"/>
      </w:pPr>
      <w:r>
        <w:t>مسٹر ڈفرنٹ بن کر رہیے۔ جیسے کریم الدین صاحب امریکہ میں ہیں تو وہ ان کے پاس لوگوں کے وہ آتے ہیں ڈیمانڈ کہ قرآن ہم کو بھیجو۔</w:t>
      </w:r>
    </w:p>
    <w:p>
      <w:r>
        <w:rPr>
          <w:b/>
        </w:rPr>
        <w:t xml:space="preserve">[14:08] </w:t>
      </w:r>
      <w:r>
        <w:t>to woh packet bana kar ke police, woh post office ja kar dete hain. to wahan ek ek common seat, ek ek scene ban gaya hai.</w:t>
      </w:r>
    </w:p>
    <w:p>
      <w:pPr>
        <w:jc w:val="right"/>
      </w:pPr>
      <w:r>
        <w:t>تو وہ پیکٹ بنا کر کے پولیس، وہ پوسٹ آفس جا کر دیتے ہیں۔ تو وہاں ایک ایک کامن سیٹ، ایک ایک سین بن گیا ہے۔</w:t>
      </w:r>
    </w:p>
    <w:p>
      <w:r>
        <w:rPr>
          <w:b/>
        </w:rPr>
        <w:t xml:space="preserve">[14:20] </w:t>
      </w:r>
      <w:r>
        <w:t>woh to yeh jab jab jaate hain post office mein to post office kehte hain quran mean. to aaiye, mister different, is ko mein keh raha hoon.</w:t>
      </w:r>
    </w:p>
    <w:p>
      <w:pPr>
        <w:jc w:val="right"/>
      </w:pPr>
      <w:r>
        <w:t>وہ تو یہ جب جب جاتے ہیں پوسٹ آفس میں تو پوسٹ آفس کہتے ہیں قرآن مین۔ تو آئیے، مسٹر ڈفرنٹ، اس کو میں کہہ رہا ہوں۔</w:t>
      </w:r>
    </w:p>
    <w:p>
      <w:r>
        <w:rPr>
          <w:b/>
        </w:rPr>
        <w:t xml:space="preserve">[14:33] </w:t>
      </w:r>
      <w:r>
        <w:t>to aap ko chahiye ke aap jahan bhi hain, india mein, india ke bahar, gaon mein hon, shehar mein hon, har jagah aap log, log aap ko aap kuch kahenge nahi ke dekho mujhe mein kya hoon.</w:t>
      </w:r>
    </w:p>
    <w:p>
      <w:pPr>
        <w:jc w:val="right"/>
      </w:pPr>
      <w:r>
        <w:t>تو آپ کو چاہیے کہ آپ جہاں بھی ہیں، انڈیا میں، انڈیا کے باہر، گاؤں میں ہوں، شہر میں ہوں، ہر جگہ آپ لوگ، لوگ آپ کو آپ کچھ کہیں گے نہیں کہ دیکھو مجھے میں کیا ہوں۔</w:t>
      </w:r>
    </w:p>
    <w:p>
      <w:r>
        <w:rPr>
          <w:b/>
        </w:rPr>
        <w:t xml:space="preserve">[14:51] </w:t>
      </w:r>
      <w:r>
        <w:t>yeh matlab nahi ke aap logon ko kahen ke dekho mera akhlaq kaisa hai, yeh sab kuch nahi. daily daily behaviour mein logon ko aap dikhai pade ke bhai yeh to different different hai,</w:t>
      </w:r>
    </w:p>
    <w:p>
      <w:pPr>
        <w:jc w:val="right"/>
      </w:pPr>
      <w:r>
        <w:t>یہ مطلب نہیں کہ آپ لوگوں کو کہیں کہ دیکھو میرا اخلاق کیسا ہے، یہ سب کچھ نہیں۔ ڈیلی ڈیلی بیہیویئر میں لوگوں کو آپ دکھائی پڑے کہ بھئی یہ تو ڈفرنٹ ڈفرنٹ ہے،</w:t>
      </w:r>
    </w:p>
    <w:p>
      <w:r>
        <w:rPr>
          <w:b/>
        </w:rPr>
        <w:t xml:space="preserve">[15:08] </w:t>
      </w:r>
      <w:r>
        <w:t>yeh to different hai. is ka gaadi mein kuch</w:t>
      </w:r>
    </w:p>
    <w:p>
      <w:pPr>
        <w:jc w:val="right"/>
      </w:pPr>
      <w:r>
        <w:t>یہ تو ڈفرنٹ ہے۔ اس کا گاڑی میں کچھ</w:t>
      </w:r>
    </w:p>
    <w:p>
      <w:r>
        <w:rPr>
          <w:b/>
        </w:rPr>
        <w:t xml:space="preserve">[15:16] </w:t>
      </w:r>
      <w:r>
        <w:t>woh kya kehte hain jo lag lag jata hai, jo takraao se kuch ho jata hai, kya kehte ho? dent, dent, dent, d</w:t>
      </w:r>
    </w:p>
    <w:p>
      <w:pPr>
        <w:jc w:val="right"/>
      </w:pPr>
      <w:r>
        <w:t>وہ کیا کہتے ہیں جو لگ لگ جاتا ہے، جو ٹکراؤ سے کچھ ہو جاتا ہے، کیا کہتے ہو؟ ڈینٹ، ڈینٹ، ڈینٹ، ڈ</w:t>
      </w:r>
    </w:p>
    <w:p>
      <w:r>
        <w:rPr>
          <w:b/>
        </w:rPr>
        <w:t xml:space="preserve">[15:27] </w:t>
      </w:r>
      <w:r>
        <w:t>ent, dent, dent, dent. haan,</w:t>
      </w:r>
    </w:p>
    <w:p>
      <w:pPr>
        <w:jc w:val="right"/>
      </w:pPr>
      <w:r>
        <w:t>ینٹ، ڈینٹ، ڈینٹ، ڈینٹ۔ ہاں،</w:t>
      </w:r>
    </w:p>
    <w:p>
      <w:r>
        <w:rPr>
          <w:b/>
        </w:rPr>
        <w:t xml:space="preserve">[15:32] </w:t>
      </w:r>
      <w:r>
        <w:t>to aadmi soche ke bhai yeh aadmi jo hai bajaye mujh se ladne ke sirf problem ki taraf gaya ke woh jo jo problem hai, us ko mein kaise kiya karoon?</w:t>
      </w:r>
    </w:p>
    <w:p>
      <w:pPr>
        <w:jc w:val="right"/>
      </w:pPr>
      <w:r>
        <w:t>تو آدمی سوچے کہ بھئی یہ آدمی جو ہے بجائے مجھ سے لڑنے کے صرف پرابلم کی طرف گیا کہ وہ جو جو پرابلم ہے، اس کو میں کیسے کیا کروں؟</w:t>
      </w:r>
    </w:p>
    <w:p>
      <w:r>
        <w:rPr>
          <w:b/>
        </w:rPr>
        <w:t xml:space="preserve">[15:44] </w:t>
      </w:r>
      <w:r>
        <w:t>yeh nahi ke mujh se lad raha hai to andhe ho ya mujh se paisa mang raha hai. to jo bhi daira ka ho, chota daira ho, bada daira ho, india mein ho, india ke bahar ho,</w:t>
      </w:r>
    </w:p>
    <w:p>
      <w:pPr>
        <w:jc w:val="right"/>
      </w:pPr>
      <w:r>
        <w:t>یہ نہیں کہ مجھ سے لڑ رہا ہے تو اندھے ہو یا مجھ سے پیسہ مانگ رہا ہے۔ تو جو بھی دائرہ کا ہو، چھوٹا دائرہ ہو، بڑا دائرہ ہو، انڈیا میں ہو، انڈیا کے باہر ہو،</w:t>
      </w:r>
    </w:p>
    <w:p>
      <w:r>
        <w:rPr>
          <w:b/>
        </w:rPr>
        <w:t xml:space="preserve">[15:59] </w:t>
      </w:r>
      <w:r>
        <w:t>to aap logon ko different dikhai dein, mister different, miss different.</w:t>
      </w:r>
    </w:p>
    <w:p>
      <w:pPr>
        <w:jc w:val="right"/>
      </w:pPr>
      <w:r>
        <w:t>تو آپ لوگوں کو ڈفرنٹ دکھائی دیں، مسٹر ڈفرنٹ، مس ڈفرنٹ۔</w:t>
      </w:r>
    </w:p>
    <w:p>
      <w:r>
        <w:rPr>
          <w:b/>
        </w:rPr>
        <w:t xml:space="preserve">[16:09] </w:t>
      </w:r>
      <w:r>
        <w:t>to yeh bas hota ho ke hamari pehli success hogi, hamari pehli success hogi. yeh mera</w:t>
      </w:r>
    </w:p>
    <w:p>
      <w:pPr>
        <w:jc w:val="right"/>
      </w:pPr>
      <w:r>
        <w:t>تو یہ بس ہوتا ہو کہ ہماری پہلی سکسیس ہوگی، ہماری پہلی سکسیس ہوگی۔ یہ میرا</w:t>
      </w:r>
    </w:p>
    <w:p>
      <w:r>
        <w:rPr>
          <w:b/>
        </w:rPr>
        <w:t xml:space="preserve">[16:22] </w:t>
      </w:r>
      <w:r>
        <w:t>feedback hai.</w:t>
      </w:r>
    </w:p>
    <w:p>
      <w:pPr>
        <w:jc w:val="right"/>
      </w:pPr>
      <w:r>
        <w:t>فیڈ بیک ہے۔</w:t>
      </w:r>
    </w:p>
    <w:p>
      <w:r>
        <w:rPr>
          <w:b/>
        </w:rPr>
        <w:t xml:space="preserve">[16:36] </w:t>
      </w:r>
      <w:r>
        <w:t>maulana, jo aap ne abhi kaha ke hum sab logon ko ah mister different aur miss different ban ke rehna hai, to kya yeh keh sakte hain ke ah is ka jo doosra meaning hoga ke hamein ek predictable character ban ke rehna hai?</w:t>
      </w:r>
    </w:p>
    <w:p>
      <w:pPr>
        <w:jc w:val="right"/>
      </w:pPr>
      <w:r>
        <w:t>مولانا، جو آپ نے ابھی کہا کہ ہم سب لوگوں کو اہ مسٹر ڈفرنٹ اور مس ڈفرنٹ بن کے رہنا ہے، تو کیا یہ کہہ سکتے ہیں کہ اہ اس کا جو دوسرا میننگ ہوگا کہ ہمیں ایک پریڈکٹیبل کریکٹر بن کے رہنا ہے؟</w:t>
      </w:r>
    </w:p>
    <w:p>
      <w:r>
        <w:rPr>
          <w:b/>
        </w:rPr>
        <w:t xml:space="preserve">[16:52] </w:t>
      </w:r>
      <w:r>
        <w:t>kyun ke aaj ki date mein maulana, ah log bohat unpredictable hain, to isi liye woh different lagte nahi hain. lekin agar hum predictable character ban jayein to hum doosron ki nazar mein bohat different ban ke reh jayenge.</w:t>
      </w:r>
    </w:p>
    <w:p>
      <w:pPr>
        <w:jc w:val="right"/>
      </w:pPr>
      <w:r>
        <w:t>کیونکہ آج کی ڈیٹ میں مولانا، اہ لوگ بہت ان پریڈکٹیبل ہیں، تو اسی لیے وہ ڈفرنٹ لگتے نہیں ہیں۔ لیکن اگر ہم پریڈکٹیبل کریکٹر بن جائیں تو ہم دوسروں کی نظر میں بہت ڈفرنٹ بن کے رہ جائیں گے۔</w:t>
      </w:r>
    </w:p>
    <w:p>
      <w:r>
        <w:rPr>
          <w:b/>
        </w:rPr>
        <w:t xml:space="preserve">[17:07] </w:t>
      </w:r>
      <w:r>
        <w:t>kya yeh sahi</w:t>
      </w:r>
    </w:p>
    <w:p>
      <w:pPr>
        <w:jc w:val="right"/>
      </w:pPr>
      <w:r>
        <w:t>کیا یہ صحیح</w:t>
      </w:r>
    </w:p>
    <w:p>
      <w:r>
        <w:rPr>
          <w:b/>
        </w:rPr>
        <w:t xml:space="preserve">[17:08] </w:t>
      </w:r>
      <w:r>
        <w:t>hai? haan, sahi hai. woh logon ko, un ke mind ko trigger karega. aap jo un ko dikhai denge, apne mind se alag, to is se un ka mind trigger trigger hoga ke bhai yeh kya mamla hai, kyun aisa hai yeh aadmi?</w:t>
      </w:r>
    </w:p>
    <w:p>
      <w:pPr>
        <w:jc w:val="right"/>
      </w:pPr>
      <w:r>
        <w:t>ہے؟ ہاں، صحیح ہے۔ وہ لوگوں کو، ان کے مائنڈ کو ٹریگر کرے گا۔ آپ جو ان کو دکھائی دیں گے، اپنے مائنڈ سے الگ، تو اس سے ان کا مائنڈ ٹریگر ٹریگر ہوگا کہ بھئی یہ کیا معاملہ ہے، کیوں ایسا ہے یہ آدمی؟</w:t>
      </w:r>
    </w:p>
    <w:p>
      <w:r>
        <w:rPr>
          <w:b/>
        </w:rPr>
        <w:t xml:space="preserve">[17:27] </w:t>
      </w:r>
      <w:r>
        <w:t>jaisa ke status baran ke bare mein hua. ab dekhiye, status baran ka wahan se favorite ho chuka hai, lekin sab ke mind mein kahin na kahin yeh hoga ke is is lady ko woh kya cheez hai jis ne is lady ko miss different bana diya?</w:t>
      </w:r>
    </w:p>
    <w:p>
      <w:pPr>
        <w:jc w:val="right"/>
      </w:pPr>
      <w:r>
        <w:t>جیسا کہ اسٹیٹس برادران کے بارے میں ہوا۔ اب دیکھیے، اسٹیٹس برادران کا وہاں سے فیورٹ ہو چکا ہے، لیکن سب کے مائنڈ میں کہیں نہ کہیں یہ ہوگا کہ اس اس لیڈی کو وہ کیا چیز ہے جس نے اس لیڈی کو مس ڈفرنٹ بنا دیا؟</w:t>
      </w:r>
    </w:p>
    <w:p>
      <w:r>
        <w:rPr>
          <w:b/>
        </w:rPr>
        <w:t xml:space="preserve">[17:49] </w:t>
      </w:r>
      <w:r>
        <w:t>yani constitutionally ya in constitutionally? aur kahin na kahin woh aa ke is ko aik samnay question ban ke samnay aa jaye ga ke yeh to mein samajhta hoon ke bohat success ki baat hai ke wahan wohi yeh chor kar aayi hain aik sawal</w:t>
      </w:r>
    </w:p>
    <w:p>
      <w:pPr>
        <w:jc w:val="right"/>
      </w:pPr>
      <w:r>
        <w:t>یعنی کانسٹیٹیوشنلی یا ان کانسٹیٹیوشنلی؟ اور کہیں نہ کہیں وہ آ کے اس کو ایک سامنے کوئسچن بن کے سامنے آ جائے گا کہ یہ تو میں سمجھتا ہوں کہ بہت سکسیس کی بات ہے کہ وہاں وہی یہ چھوڑ کر آئی ہیں ایک سوال</w:t>
      </w:r>
    </w:p>
    <w:p>
      <w:r>
        <w:rPr>
          <w:b/>
        </w:rPr>
        <w:t xml:space="preserve">[18:13] </w:t>
      </w:r>
      <w:r>
        <w:t>ke mein bhi tumhare tareeqay se thi yahan par, lekin tum ne dekha ke mein mein behavior mukhtalif tha.</w:t>
      </w:r>
    </w:p>
    <w:p>
      <w:pPr>
        <w:jc w:val="right"/>
      </w:pPr>
      <w:r>
        <w:t>کہ میں بھی تمہارے طریقے سے تھی یہاں پر، لیکن تم نے دیکھا کہ میں میں بیہیویئر مختلف تھا۔</w:t>
      </w:r>
    </w:p>
    <w:p>
      <w:r>
        <w:rPr>
          <w:b/>
        </w:rPr>
        <w:t xml:space="preserve">[18:24] </w:t>
      </w:r>
      <w:r>
        <w:t>log jahan shikayatein karte thay, mein kabhi shikayat ki nahi, kabhi demand ki nahi, kabhi demand ki nahi, shikayat na demand.</w:t>
      </w:r>
    </w:p>
    <w:p>
      <w:pPr>
        <w:jc w:val="right"/>
      </w:pPr>
      <w:r>
        <w:t>لوگ جہاں شکایتیں کرتے تھے، میں کبھی شکایت کی نہیں، کبھی ڈیمانڈ کی نہیں، کبھی ڈیمانڈ کی نہیں، شکایت نہ ڈیمانڈ۔</w:t>
      </w:r>
    </w:p>
    <w:p>
      <w:r>
        <w:rPr>
          <w:b/>
        </w:rPr>
        <w:t xml:space="preserve">[18:36] </w:t>
      </w:r>
      <w:r>
        <w:t>to wahan aik aik aik chor ke aayi hain, woh aik question chor kar aayi hain. to aaj nahi, kal, kal nahi, parson woh logon ke mind ko trigger trigger kare ga.</w:t>
      </w:r>
    </w:p>
    <w:p>
      <w:pPr>
        <w:jc w:val="right"/>
      </w:pPr>
      <w:r>
        <w:t>تو وہاں ایک ایک ایک چھوڑ کے آئی ہیں، وہ ایک کوئسچن چھوڑ کر آئی ہیں۔ تو آج نہیں، کل، کل نہیں، پرسوں وہ لوگوں کے مائنڈ کو ٹرک ٹریگر کرے گا۔</w:t>
      </w:r>
    </w:p>
    <w:p>
      <w:r>
        <w:rPr>
          <w:b/>
        </w:rPr>
        <w:t xml:space="preserve">[18:50] </w:t>
      </w:r>
      <w:r>
        <w:t>to a bound to trigger your mind.</w:t>
      </w:r>
    </w:p>
    <w:p>
      <w:pPr>
        <w:jc w:val="right"/>
      </w:pPr>
      <w:r>
        <w:t>تو اے باؤنڈ ٹو ٹریگر یور مائنڈ۔</w:t>
      </w:r>
    </w:p>
    <w:p>
      <w:r>
        <w:rPr>
          <w:b/>
        </w:rPr>
        <w:t xml:space="preserve">[18:56] </w:t>
      </w:r>
      <w:r>
        <w:t>dekhein, mein phir kahoon ga ke yeh jo kaha to kaha jata hai bohat ziyada ke akhlaq ka muzahira bilkul lagho baat hai, absurd baat hai.</w:t>
      </w:r>
    </w:p>
    <w:p>
      <w:pPr>
        <w:jc w:val="right"/>
      </w:pPr>
      <w:r>
        <w:t>دیکھیں، میں پھر کہوں گا کہ یہ جو کہا تو کہا جاتا ہے بہت زیادہ کہ اخلاق کا مظاہرہ بالکل لغو بات ہے، ایبسرٹ بات ہے۔</w:t>
      </w:r>
    </w:p>
    <w:p>
      <w:r>
        <w:rPr>
          <w:b/>
        </w:rPr>
        <w:t xml:space="preserve">[19:09] </w:t>
      </w:r>
      <w:r>
        <w:t>koi aap ke akhlaq ko nahi dekh sakta, na muzahira karne ke liye koi akhlaq hota hai. nahi, aap apne behavior mein different dikhai dein.</w:t>
      </w:r>
    </w:p>
    <w:p>
      <w:pPr>
        <w:jc w:val="right"/>
      </w:pPr>
      <w:r>
        <w:t>کوئی آپ کے اخلاق کو نہیں دیکھ سکتا، نہ مظاہرہ کرنے کے لیے کوئی اخلاق ہوتا ہے۔ نہیں، آپ اپنے بیہیویئر میں ڈفرنٹ دکھائی دیں۔</w:t>
      </w:r>
    </w:p>
    <w:p>
      <w:r>
        <w:rPr>
          <w:b/>
        </w:rPr>
        <w:t xml:space="preserve">[19:23] </w:t>
      </w:r>
      <w:r>
        <w:t>yeh meri discovery hai ke akhlaq ki baatein jo log karte hain, yeh bilkul baseless baat hoti hai, is ka koi faida nahi.</w:t>
      </w:r>
    </w:p>
    <w:p>
      <w:pPr>
        <w:jc w:val="right"/>
      </w:pPr>
      <w:r>
        <w:t>یہ میری ڈسکوری ہے کہ اخلاق کی باتیں جو لوگ کرتے ہیں، یہ بالکل بے بیسلیس بات ہوتی ہے، اس کا کوئی فائدہ نہیں۔</w:t>
      </w:r>
    </w:p>
    <w:p>
      <w:r>
        <w:rPr>
          <w:b/>
        </w:rPr>
        <w:t xml:space="preserve">[19:35] </w:t>
      </w:r>
      <w:r>
        <w:t>asal cheez hai ideology, ideology aap ki aur doosre aap ka. yani daily behavior mein aap ka different hona,</w:t>
      </w:r>
    </w:p>
    <w:p>
      <w:pPr>
        <w:jc w:val="right"/>
      </w:pPr>
      <w:r>
        <w:t>اصل چیز ہے آئیڈیالوجی، آئیڈیالوجی آپ کی اور دوسرے آپ کا۔ یعنی ڈیلی بیہیویئر میں آپ کا ڈفرنٹ ہونا،</w:t>
      </w:r>
    </w:p>
    <w:p>
      <w:r>
        <w:rPr>
          <w:b/>
        </w:rPr>
        <w:t xml:space="preserve">[19:51] </w:t>
      </w:r>
      <w:r>
        <w:t>yeh yeh logon ko asal cheez hai ke logon ke mind mein sawal paida ho. aap ke akhlaq se kuch nahi hota, aap akhlaq, aap aap sawal dein logon ko, sawal dein jis se un ka mind trigger ho,</w:t>
      </w:r>
    </w:p>
    <w:p>
      <w:pPr>
        <w:jc w:val="right"/>
      </w:pPr>
      <w:r>
        <w:t>یہ یہ لوگوں کو اصل چیز ہے کہ لوگوں کے مائنڈ میں سوال پیدا ہو۔ آپ کے اخلاق سے کچھ نہیں ہوتا، آپ اخلاق، آپ آپ سوال دیں لوگوں کو، سوال دیں جس سے ان کا مائنڈ ٹریگر ہو،</w:t>
      </w:r>
    </w:p>
    <w:p>
      <w:r>
        <w:rPr>
          <w:b/>
        </w:rPr>
        <w:t xml:space="preserve">[20:10] </w:t>
      </w:r>
      <w:r>
        <w:t>mind trigger ho, phir woh aagay sochay ga, yeh asal hai.</w:t>
      </w:r>
    </w:p>
    <w:p>
      <w:pPr>
        <w:jc w:val="right"/>
      </w:pPr>
      <w:r>
        <w:t>مائنڈ ٹریگر ہو، پھر وہ آگے سوچے گا، یہ اصل ہے۔</w:t>
      </w:r>
    </w:p>
    <w:p>
      <w:r>
        <w:rPr>
          <w:b/>
        </w:rPr>
        <w:t xml:space="preserve">[20:22] </w:t>
      </w:r>
      <w:r>
        <w:t>maulana, through these examples, I have got a very positive</w:t>
      </w:r>
    </w:p>
    <w:p>
      <w:pPr>
        <w:jc w:val="right"/>
      </w:pPr>
      <w:r>
        <w:t>مولانا، تھرو ستیز ایگزامپل، آئی ہیو گاٹ ا ویری پوزیٹیو</w:t>
      </w:r>
    </w:p>
    <w:p>
      <w:r>
        <w:rPr>
          <w:b/>
        </w:rPr>
        <w:t xml:space="preserve">[20:31] </w:t>
      </w:r>
      <w:r>
        <w:t>interpretation of how people can look at us differently. and I think it's a very, this is something that we should introspect upon all the time, whether we are getting that response or are we triggering the mind of people at all times.</w:t>
      </w:r>
    </w:p>
    <w:p>
      <w:pPr>
        <w:jc w:val="right"/>
      </w:pPr>
      <w:r>
        <w:t>انٹرپریٹیشن آف ہاؤ پیپل کین لوک ایٹ اس ڈفرنٹلی۔ اینڈ آئی تھنک اٹس ا ویری، دس از سمتھنگ دیٹ وی شوڈ انٹروسپیکٹ اپون آل دا ٹائم، ویدر وی آر گیٹنگ دیٹ رسپانس اور آر وی ٹریگرنگ دا مائنڈ آف پیپل ایٹ آل ٹائمز۔</w:t>
      </w:r>
    </w:p>
    <w:p>
      <w:r>
        <w:rPr>
          <w:b/>
        </w:rPr>
        <w:t xml:space="preserve">[20:52] </w:t>
      </w:r>
      <w:r>
        <w:t>and I will introspect on this, and how I am, what sort of response I am getting from people.</w:t>
      </w:r>
    </w:p>
    <w:p>
      <w:pPr>
        <w:jc w:val="right"/>
      </w:pPr>
      <w:r>
        <w:t>اینڈ آئی ویل انٹروسپیکٹ ان دس، اینڈ ہاؤ آئی ایم، واٹ سورٹ آف رسپانس آئی ایم گیٹنگ فرام پیپل۔</w:t>
      </w:r>
    </w:p>
    <w:p>
      <w:r>
        <w:rPr>
          <w:b/>
        </w:rPr>
        <w:t xml:space="preserve">[21:01] </w:t>
      </w:r>
      <w:r>
        <w:t>but as per my experience, Maulana, people look at us differently, but many times it's not in a good way.</w:t>
      </w:r>
    </w:p>
    <w:p>
      <w:pPr>
        <w:jc w:val="right"/>
      </w:pPr>
      <w:r>
        <w:t>بٹ ایز پر مائی ایکسپیرینس، مولانا، پیپل لوک ایٹ اس ڈفرنٹلی، بٹ مینی ٹائمز اٹس ناٹ ان ا گڈ وے۔</w:t>
      </w:r>
    </w:p>
    <w:p>
      <w:r>
        <w:rPr>
          <w:b/>
        </w:rPr>
        <w:t xml:space="preserve">[21:11] </w:t>
      </w:r>
      <w:r>
        <w:t>is that also, matlab it it is like, what are they saying? what what are they doing in life?</w:t>
      </w:r>
    </w:p>
    <w:p>
      <w:pPr>
        <w:jc w:val="right"/>
      </w:pPr>
      <w:r>
        <w:t>از دیٹ السو، مطلب اٹ اٹ از لائک، واٹ آر دے سینگ؟ واٹ واٹ آر دے ڈوئنگ ان لائف؟</w:t>
      </w:r>
    </w:p>
    <w:p>
      <w:r>
        <w:rPr>
          <w:b/>
        </w:rPr>
        <w:t xml:space="preserve">[21:20] </w:t>
      </w:r>
      <w:r>
        <w:t>we often get a negative response. is that also okay?</w:t>
      </w:r>
    </w:p>
    <w:p>
      <w:pPr>
        <w:jc w:val="right"/>
      </w:pPr>
      <w:r>
        <w:t>وی افن گیٹ ا نیگیٹیو رسپانس۔ از دیٹ السو اوکے؟</w:t>
      </w:r>
    </w:p>
    <w:p>
      <w:r>
        <w:rPr>
          <w:b/>
        </w:rPr>
        <w:t xml:space="preserve">[21:26] </w:t>
      </w:r>
      <w:r>
        <w:t>haan, theek hai, aise bhi log hon ge, lekin mein samajhta hoon ke un ki nature yeh un se kahay gi ke why this mind is different?</w:t>
      </w:r>
    </w:p>
    <w:p>
      <w:pPr>
        <w:jc w:val="right"/>
      </w:pPr>
      <w:r>
        <w:t>ہاں، ٹھیک ہے، ایسے بھی لوگ ہوں گے، لیکن میں سمجھتا ہوں کہ ان کی نیچر یہ ان سے کہے گی کہ وائی دس مائنڈ از ڈفرنٹ؟</w:t>
      </w:r>
    </w:p>
    <w:p>
      <w:r>
        <w:rPr>
          <w:b/>
        </w:rPr>
        <w:t xml:space="preserve">[21:37] </w:t>
      </w:r>
      <w:r>
        <w:t>why this lady is different? yeh it is but natural. mere experience mein yeh cheez jani hai.</w:t>
      </w:r>
    </w:p>
    <w:p>
      <w:pPr>
        <w:jc w:val="right"/>
      </w:pPr>
      <w:r>
        <w:t>وائی دس لیڈی از ڈفرنٹ؟ یہ اٹ از بٹ نیچرل۔ میرے ایکسپیرینس میں یہ چیز جانی ہے۔</w:t>
      </w:r>
    </w:p>
    <w:p>
      <w:r>
        <w:rPr>
          <w:b/>
        </w:rPr>
        <w:t xml:space="preserve">[21:51] </w:t>
      </w:r>
      <w:r>
        <w:t>mein ne aap ki baat apni jagah pe, woh bhi aik</w:t>
      </w:r>
    </w:p>
    <w:p>
      <w:pPr>
        <w:jc w:val="right"/>
      </w:pPr>
      <w:r>
        <w:t>میں نے آپ کی بات اپنی جگہ پہ، وہ بھی ایک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