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Paradise and Hell July 22, 2017</w:t>
      </w:r>
    </w:p>
    <w:p>
      <w:r>
        <w:t>https://www.youtube.com/watch?v=gG6ZaAIyeb4</w:t>
      </w:r>
    </w:p>
    <w:p>
      <w:r>
        <w:rPr>
          <w:b/>
        </w:rPr>
        <w:t xml:space="preserve">[00:14] </w:t>
      </w:r>
      <w:r>
        <w:t>bismillah rahman rahim. wasallallahu ala nabi al karim. bait ilahi 2017.</w:t>
      </w:r>
    </w:p>
    <w:p>
      <w:pPr>
        <w:jc w:val="right"/>
      </w:pPr>
      <w:r>
        <w:t>بسم اللہ الرحمن الرحیم۔ وصلی اللہ علی النبی الکریم۔ بائیت الہی 2017۔</w:t>
      </w:r>
    </w:p>
    <w:p>
      <w:r>
        <w:rPr>
          <w:b/>
        </w:rPr>
        <w:t xml:space="preserve">[00:27] </w:t>
      </w:r>
      <w:r>
        <w:t>quran mein is surah ka naam hai nisa. is surah mein aik ayat hai, is par mein ghor kar raha tha to aik pass farmayi,</w:t>
      </w:r>
    </w:p>
    <w:p>
      <w:pPr>
        <w:jc w:val="right"/>
      </w:pPr>
      <w:r>
        <w:t>قرآن میں اس سورہ کا نام ہے النساء۔ اس سورہ میں ایک آیت ہے، اس پر میں غور کر رہا تھا تو ایک پاس فرمائی،</w:t>
      </w:r>
    </w:p>
    <w:p>
      <w:r>
        <w:rPr>
          <w:b/>
        </w:rPr>
        <w:t xml:space="preserve">[00:43] </w:t>
      </w:r>
      <w:r>
        <w:t>isi ko mein is waqt bayan karna chahta hoon. aap pehle ayat parhiye phir.</w:t>
      </w:r>
    </w:p>
    <w:p>
      <w:pPr>
        <w:jc w:val="right"/>
      </w:pPr>
      <w:r>
        <w:t>اسی کو میں اس وقت بیان کرنا چاہتا ہوں۔ آپ پہلے آیت پڑھیے پھر۔</w:t>
      </w:r>
    </w:p>
    <w:p>
      <w:r>
        <w:rPr>
          <w:b/>
        </w:rPr>
        <w:t xml:space="preserve">[00:52] </w:t>
      </w:r>
      <w:r>
        <w:t>ma yuaddibukum illah in shakartum wa amantum wa kanallahu shakir an aleekum. surah nisa ayat number 147.</w:t>
      </w:r>
    </w:p>
    <w:p>
      <w:pPr>
        <w:jc w:val="right"/>
      </w:pPr>
      <w:r>
        <w:t>ما یقعد اللہ بعذابکم إن شكرتم وآمنتم وکان اللہ شاکراً عليكم۔ سورہ النساء آیت نمبر 147۔</w:t>
      </w:r>
    </w:p>
    <w:p>
      <w:r>
        <w:rPr>
          <w:b/>
        </w:rPr>
        <w:t xml:space="preserve">[01:05] </w:t>
      </w:r>
      <w:r>
        <w:t>allah tum ko azab de kar kya kare ga agar tum shukr guzari karo aur iman lao? allah bara qadirdan hai, allah bara qadirdan hai, sab kuch janne wala hai.</w:t>
      </w:r>
    </w:p>
    <w:p>
      <w:pPr>
        <w:jc w:val="right"/>
      </w:pPr>
      <w:r>
        <w:t>اللہ تم کو عذاب دے کر کیا کرے گا اگر تم شکر گزاری کرو اور ایمان لاؤ؟ اللہ بڑا قدرتاں ہے، اللہ بڑا قدرتاں ہے، سب کچھ جاننے والا ہے۔</w:t>
      </w:r>
    </w:p>
    <w:p>
      <w:r>
        <w:rPr>
          <w:b/>
        </w:rPr>
        <w:t xml:space="preserve">[01:17] </w:t>
      </w:r>
      <w:r>
        <w:t>why should god rush you if you render thanks to him and believe in him? god is appreciative and aware.</w:t>
      </w:r>
    </w:p>
    <w:p>
      <w:pPr>
        <w:jc w:val="right"/>
      </w:pPr>
      <w:r>
        <w:t>وائی شوڈ گاڈ رش یو اف یو رینڈر تھینکس ٹو ہم اینڈ بیلیو ان ہم؟ گاڈ از ایپریشیٹیو اینڈ اویئر۔</w:t>
      </w:r>
    </w:p>
    <w:p>
      <w:r>
        <w:rPr>
          <w:b/>
        </w:rPr>
        <w:t xml:space="preserve">[01:31] </w:t>
      </w:r>
      <w:r>
        <w:t>main sir, jahan tak mujhe yaad hai, yeh quran ki aik anokhi ayat hai. is tarah ka usloob shayad kisi aur ayat mein nahi hai.</w:t>
      </w:r>
    </w:p>
    <w:p>
      <w:pPr>
        <w:jc w:val="right"/>
      </w:pPr>
      <w:r>
        <w:t>میں سر، جہاں تک مجھے یاد ہے، یہ قرآن کی ایک انوکھی آیت ہے۔ اس طرح کا اسلوب شاید کسی اور آیت میں نہیں ہے۔</w:t>
      </w:r>
    </w:p>
    <w:p>
      <w:r>
        <w:rPr>
          <w:b/>
        </w:rPr>
        <w:t xml:space="preserve">[01:43] </w:t>
      </w:r>
      <w:r>
        <w:t>yeh hai ke khuda tum ko azab de kar kya karega?</w:t>
      </w:r>
    </w:p>
    <w:p>
      <w:pPr>
        <w:jc w:val="right"/>
      </w:pPr>
      <w:r>
        <w:t>یہ ہے کہ خدا تم کو عذاب دے کر کیا کرے گا؟</w:t>
      </w:r>
    </w:p>
    <w:p>
      <w:r>
        <w:rPr>
          <w:b/>
        </w:rPr>
        <w:t xml:space="preserve">[01:49] </w:t>
      </w:r>
      <w:r>
        <w:t>jahan tak mujhe yaad hai, is usloob mein koi ayat maujood nahi hai.</w:t>
      </w:r>
    </w:p>
    <w:p>
      <w:pPr>
        <w:jc w:val="right"/>
      </w:pPr>
      <w:r>
        <w:t>جہاں تک مجھے یاد ہے، اس اسلوب میں کوئی آیت موجود نہیں ہے۔</w:t>
      </w:r>
    </w:p>
    <w:p>
      <w:r>
        <w:rPr>
          <w:b/>
        </w:rPr>
        <w:t xml:space="preserve">[01:57] </w:t>
      </w:r>
      <w:r>
        <w:t>to aap jante hain, different usloob hamesha mazeed maani par dalalat karta hai. ab usloob different hai to wahan par meaning bhi kuch different hai.</w:t>
      </w:r>
    </w:p>
    <w:p>
      <w:pPr>
        <w:jc w:val="right"/>
      </w:pPr>
      <w:r>
        <w:t>تو آپ جانتے ہیں، ڈفرنٹ اسلوب ہمیشہ مزید معنی پر دلالت کرتا ہے۔ اب اسلوب ڈفرنٹ ہے تو وہاں پر میننگ بھی کچھ ڈفرنٹ ہے۔</w:t>
      </w:r>
    </w:p>
    <w:p>
      <w:r>
        <w:rPr>
          <w:b/>
        </w:rPr>
        <w:t xml:space="preserve">[02:15] </w:t>
      </w:r>
      <w:r>
        <w:t>yeh jo farmaya ke allah tum ko azab de kar kya karega, matlab allah ki concern nahi ke azab de, yeh concern hi nahi hai.</w:t>
      </w:r>
    </w:p>
    <w:p>
      <w:pPr>
        <w:jc w:val="right"/>
      </w:pPr>
      <w:r>
        <w:t>یہ جو فرمایا کہ اللہ تم کو عذاب دے کر کیا کرے گا، مطلب اللہ کی کنسرن نہیں کہ عذاب دے، یہ کنسرن ہی نہیں ہے۔</w:t>
      </w:r>
    </w:p>
    <w:p>
      <w:r>
        <w:rPr>
          <w:b/>
        </w:rPr>
        <w:t xml:space="preserve">[02:31] </w:t>
      </w:r>
      <w:r>
        <w:t>allah ka yeh concern hi nahi hai ke tum ko azab de. kyun? agar allah ke jo us ki baatein hain, jo quran hai, us mein kahin fit nahi hota aala azab,</w:t>
      </w:r>
    </w:p>
    <w:p>
      <w:pPr>
        <w:jc w:val="right"/>
      </w:pPr>
      <w:r>
        <w:t>اللہ کا یہ کنسرن ہی نہیں ہے کہ تم کو عذاب دے۔ کیوں؟ اگر اللہ کے جو اس کی باتیں ہیں، جو قرآن ہے، اس میں کہیں فٹ نہیں ہوتا اعلیٰ عذاب،</w:t>
      </w:r>
    </w:p>
    <w:p>
      <w:r>
        <w:rPr>
          <w:b/>
        </w:rPr>
        <w:t xml:space="preserve">[02:47] </w:t>
      </w:r>
      <w:r>
        <w:t>fit nahi hota. kyunke aap quran ko parhiye to quran mein bar bar yeh baat kahi gayi hai ke allah ne insaan ko paida kiya aik behtareen makhlooq ke taur par,</w:t>
      </w:r>
    </w:p>
    <w:p>
      <w:pPr>
        <w:jc w:val="right"/>
      </w:pPr>
      <w:r>
        <w:t>فٹ نہیں ہوتا۔ کیونکہ آپ قرآن کو پڑھیے تو قرآن میں بار بار یہ بات کہی گئی ہے کہ اللہ نے انسان کو پیدا کیا ایک بہترین مخلوق کے طور پر،</w:t>
      </w:r>
    </w:p>
    <w:p>
      <w:r>
        <w:rPr>
          <w:b/>
        </w:rPr>
        <w:t xml:space="preserve">[03:09] </w:t>
      </w:r>
      <w:r>
        <w:t>asal takhleeq ke taur par. mukhtalif alfaaz hain,</w:t>
      </w:r>
    </w:p>
    <w:p>
      <w:pPr>
        <w:jc w:val="right"/>
      </w:pPr>
      <w:r>
        <w:t>اصل تخلیق کے طور پر۔ مختلف الفاظ ہیں،</w:t>
      </w:r>
    </w:p>
    <w:p>
      <w:r>
        <w:rPr>
          <w:b/>
        </w:rPr>
        <w:t xml:space="preserve">[03:17] </w:t>
      </w:r>
      <w:r>
        <w:t>best creation ke taur par. doosra lafz yeh hai ke insaan allah ka master art hai.</w:t>
      </w:r>
    </w:p>
    <w:p>
      <w:pPr>
        <w:jc w:val="right"/>
      </w:pPr>
      <w:r>
        <w:t>بیسٹ کریشن کے طور پر۔ دوسرا لفظ یہ ہے کہ انسان اللہ کا ماسٹر آرٹ ہے۔</w:t>
      </w:r>
    </w:p>
    <w:p>
      <w:r>
        <w:rPr>
          <w:b/>
        </w:rPr>
        <w:t xml:space="preserve">[03:28] </w:t>
      </w:r>
      <w:r>
        <w:t>poori kainat insaan ka, poori kainat jo hai, woh allah ke art ka namoona hai. is mein bhi insaan master art hai.</w:t>
      </w:r>
    </w:p>
    <w:p>
      <w:pPr>
        <w:jc w:val="right"/>
      </w:pPr>
      <w:r>
        <w:t>پوری کائنات انسان کا، پوری کائنات جو ہے، وہ اللہ کے آرٹ کا نمونہ ہے۔ اس میں بھی انسان ماسٹر آرٹ ہے۔</w:t>
      </w:r>
    </w:p>
    <w:p>
      <w:r>
        <w:rPr>
          <w:b/>
        </w:rPr>
        <w:t xml:space="preserve">[03:43] </w:t>
      </w:r>
      <w:r>
        <w:t>yeh quran mein saaf saaf likha hua hai ke allah ne insaan ko paida kiya tamam doosri makhlooqat se behtar.</w:t>
      </w:r>
    </w:p>
    <w:p>
      <w:pPr>
        <w:jc w:val="right"/>
      </w:pPr>
      <w:r>
        <w:t>یہ قرآن میں صاف صاف لکھا ہوا ہے کہ اللہ نے انسان کو پیدا کیا تمام دوسری مخلوقات سے بہتر۔</w:t>
      </w:r>
    </w:p>
    <w:p>
      <w:r>
        <w:rPr>
          <w:b/>
        </w:rPr>
        <w:t xml:space="preserve">[03:55] </w:t>
      </w:r>
      <w:r>
        <w:t>is hawalay ke jab insaan ko allah ne paida kiya tamam makhlooqat se behtar to kya allah yeh chahega ke is ko halak kiya jaye?</w:t>
      </w:r>
    </w:p>
    <w:p>
      <w:pPr>
        <w:jc w:val="right"/>
      </w:pPr>
      <w:r>
        <w:t>اس حوالے کہ جب انسان کو اللہ نے پیدا کیا تمام مخلوقات سے بہتر تو کیا اللہ یہ چاہے گا کہ اس کو ہلاک کیا جائے؟</w:t>
      </w:r>
    </w:p>
    <w:p>
      <w:r>
        <w:rPr>
          <w:b/>
        </w:rPr>
        <w:t xml:space="preserve">[04:06] </w:t>
      </w:r>
      <w:r>
        <w:t>kabhi nahi. allah asal al-khaliqeen hain. koi bhi artist aisa nahi chahega ke is ka art jo hai, kooday mein phenk diya jaye.</w:t>
      </w:r>
    </w:p>
    <w:p>
      <w:pPr>
        <w:jc w:val="right"/>
      </w:pPr>
      <w:r>
        <w:t>کبھی نہیں۔ اللہ اصل الخالقین ہیں۔ کوئی بھی آرٹسٹ ایسا نہیں چاہے گا کہ اس کا آرٹ جو ہے، کوڑے میں پھینک دیا جائے۔</w:t>
      </w:r>
    </w:p>
    <w:p>
      <w:r>
        <w:rPr>
          <w:b/>
        </w:rPr>
        <w:t xml:space="preserve">[04:19] </w:t>
      </w:r>
      <w:r>
        <w:t>to allah ko chahega? to allah ka pehla choice taqreeban yeh hai ke insaan ko is ka proper place mile, yaani paradise.</w:t>
      </w:r>
    </w:p>
    <w:p>
      <w:pPr>
        <w:jc w:val="right"/>
      </w:pPr>
      <w:r>
        <w:t>تو اللہ کو چاہے گا؟ تو اللہ کا پہلا چوائس تقریباً یہ ہے کہ انسان کو اس کا پراپر پلیس ملے، یعنی پیراڈائز۔</w:t>
      </w:r>
    </w:p>
    <w:p>
      <w:r>
        <w:rPr>
          <w:b/>
        </w:rPr>
        <w:t xml:space="preserve">[04:35] </w:t>
      </w:r>
      <w:r>
        <w:t>paradise insaan ka proper place hai, proper aboard hai. is ka sahi maano mein habitat hai.</w:t>
      </w:r>
    </w:p>
    <w:p>
      <w:pPr>
        <w:jc w:val="right"/>
      </w:pPr>
      <w:r>
        <w:t>پیراڈائز انسان کا پراپر پلیس ہے، پراپر ابورڈ ہے۔ اس کا صحیح معنوں میں ہیبیٹیٹ ہے۔</w:t>
      </w:r>
    </w:p>
    <w:p>
      <w:r>
        <w:rPr>
          <w:b/>
        </w:rPr>
        <w:t xml:space="preserve">[04:48] </w:t>
      </w:r>
      <w:r>
        <w:t>to allah ka pehla creation yeh hoga ke insaan ko is ka habitat mile, is ka proper aboard milay.</w:t>
      </w:r>
    </w:p>
    <w:p>
      <w:pPr>
        <w:jc w:val="right"/>
      </w:pPr>
      <w:r>
        <w:t>تو اللہ کا پہلا کرشن یہ ہوگا کہ انسان کو اس کا ہیبیٹیٹ ملے، اس کا پراپر ابورڈ ملے۔</w:t>
      </w:r>
    </w:p>
    <w:p>
      <w:r>
        <w:rPr>
          <w:b/>
        </w:rPr>
        <w:t xml:space="preserve">[05:02] </w:t>
      </w:r>
      <w:r>
        <w:t>yeh bohat sochne ki baat hai. to aagay jo yeh hai ke la fakkartum, agar tum fikr karo to la fakkartum, yeh bhi saada maani mein nahi ho sakta.</w:t>
      </w:r>
    </w:p>
    <w:p>
      <w:pPr>
        <w:jc w:val="right"/>
      </w:pPr>
      <w:r>
        <w:t>یہ بہت سوچنے کی بات ہے۔ تو آگے جو یہ ہے کہ لے فکرتم، اگر تم فکر کرو تو لے فکرتم، یہ بھی سادہ معنی میں نہیں ہو سکتا۔</w:t>
      </w:r>
    </w:p>
    <w:p>
      <w:r>
        <w:rPr>
          <w:b/>
        </w:rPr>
        <w:t xml:space="preserve">[05:17] </w:t>
      </w:r>
      <w:r>
        <w:t>yaani insani ka, insani ke oopar nahi maamla hai ke is ko kare. yeh khud allah ka maamla bhi hai. yeh insaan hi ka concern nahi hai ke woh shukr kare.</w:t>
      </w:r>
    </w:p>
    <w:p>
      <w:pPr>
        <w:jc w:val="right"/>
      </w:pPr>
      <w:r>
        <w:t>یعنی انسانی کا، انسانی کے اوپر نہیں معاملہ ہے کہ اس کو کرے۔ یہ خود اللہ کا معاملہ بھی ہے۔ یہ انسان ہی کا کنسرن نہیں ہے کہ وہ شکر کرے۔</w:t>
      </w:r>
    </w:p>
    <w:p>
      <w:r>
        <w:rPr>
          <w:b/>
        </w:rPr>
        <w:t xml:space="preserve">[05:30] </w:t>
      </w:r>
      <w:r>
        <w:t>khud allah concern hai. shukr kare taake woh select kiya jaye paradise ke liye. is ka matlab kya hua?</w:t>
      </w:r>
    </w:p>
    <w:p>
      <w:pPr>
        <w:jc w:val="right"/>
      </w:pPr>
      <w:r>
        <w:t>خود اللہ کنسرن ہے۔ شکر کرے تاکہ وہ سلیکٹ کیا جائے پیراڈائز کے لیے۔ اس کا مطلب کیا ہوا؟</w:t>
      </w:r>
    </w:p>
    <w:p>
      <w:r>
        <w:rPr>
          <w:b/>
        </w:rPr>
        <w:t xml:space="preserve">[05:42] </w:t>
      </w:r>
      <w:r>
        <w:t>allah aise asbaab faraham karega dunya mein jo</w:t>
      </w:r>
    </w:p>
    <w:p>
      <w:pPr>
        <w:jc w:val="right"/>
      </w:pPr>
      <w:r>
        <w:t>اللہ ایسے اسباب فراہم کرے گا دنیا میں جو</w:t>
      </w:r>
    </w:p>
    <w:p>
      <w:r>
        <w:rPr>
          <w:b/>
        </w:rPr>
        <w:t xml:space="preserve">[05:50] </w:t>
      </w:r>
      <w:r>
        <w:t>shukr ke item</w:t>
      </w:r>
    </w:p>
    <w:p>
      <w:pPr>
        <w:jc w:val="right"/>
      </w:pPr>
      <w:r>
        <w:t>شکر کے آئٹم</w:t>
      </w:r>
    </w:p>
    <w:p>
      <w:r>
        <w:rPr>
          <w:b/>
        </w:rPr>
        <w:t xml:space="preserve">[05:57] </w:t>
      </w:r>
      <w:r>
        <w:t>ka kaam karen. yaani shukr ke asbaab dunya mein paida honge. insaan ko to sirf avail karna hai. jab aap shukr karte hain to haqeeqat mein shukr ke asbaab jo khud allah ki taraf se paida kiye gaye hain, aap us ko avail karte hain.</w:t>
      </w:r>
    </w:p>
    <w:p>
      <w:pPr>
        <w:jc w:val="right"/>
      </w:pPr>
      <w:r>
        <w:t>کا کام کریں۔ یعنی شکر کے اسباب دنیا میں پیدا ہوں گے۔ انسان کو تو صرف اویل کرنا ہے۔ جب آپ شکر کرتے ہیں تو حقیقت میں شکر کے اسباب جو خود اللہ کی طرف پیدا کیے گئے ہیں، آپ اس کو اویل کرتے ہیں۔</w:t>
      </w:r>
    </w:p>
    <w:p>
      <w:r>
        <w:rPr>
          <w:b/>
        </w:rPr>
        <w:t xml:space="preserve">[06:17] </w:t>
      </w:r>
      <w:r>
        <w:t>shukr karne ka, shukr karne ka matlab hai shukr ke asbaab ko avail karna. jaise mein aik misaal deta hoon, aaj subah mein apne office ke samne baitha hua tha.</w:t>
      </w:r>
    </w:p>
    <w:p>
      <w:pPr>
        <w:jc w:val="right"/>
      </w:pPr>
      <w:r>
        <w:t>شکر کرنے کا، شکر کرنے کا مطلب ہے شکر کے اسباب کو اویل کرنا۔ جیسے میں ایک مثال دیتا ہوں، آج صبح میں اپنے آفس کے سامنے بیٹھا ہوا تھا۔</w:t>
      </w:r>
    </w:p>
    <w:p>
      <w:r>
        <w:rPr>
          <w:b/>
        </w:rPr>
        <w:t xml:space="preserve">[06:30] </w:t>
      </w:r>
      <w:r>
        <w:t>mere samne nature thi, darakhton ki line, nature ka scene.</w:t>
      </w:r>
    </w:p>
    <w:p>
      <w:pPr>
        <w:jc w:val="right"/>
      </w:pPr>
      <w:r>
        <w:t>میرے سامنے نیچر تھی، درختوں کی لائن، نیچر کا سین۔</w:t>
      </w:r>
    </w:p>
    <w:p>
      <w:r>
        <w:rPr>
          <w:b/>
        </w:rPr>
        <w:t xml:space="preserve">[06:42] </w:t>
      </w:r>
      <w:r>
        <w:t>is ko dekhte dekhte mera dhyan chala gaya kuch aur cheezen jo maine dekhi hain, maslan koi bara park ya taal mahal ya koi bara airport, is tarah kuch scene.</w:t>
      </w:r>
    </w:p>
    <w:p>
      <w:pPr>
        <w:jc w:val="right"/>
      </w:pPr>
      <w:r>
        <w:t>اس کو دیکھتے دیکھتے میرا دھیان چلا گیا کچھ اور چیزیں جو میں نے دیکھی ہیں، مثلاً کوئی بڑا پارک یا تال محل یا کوئی بڑا ایئرپورٹ، اس طرح کچھ سین۔</w:t>
      </w:r>
    </w:p>
    <w:p>
      <w:r>
        <w:rPr>
          <w:b/>
        </w:rPr>
        <w:t xml:space="preserve">[07:01] </w:t>
      </w:r>
      <w:r>
        <w:t>to wo scene jo abhi maine dekha tha, maslan koi bara park ya taal mahal, bara airport, to achank wo mere zehen mein aa gaya.</w:t>
      </w:r>
    </w:p>
    <w:p>
      <w:pPr>
        <w:jc w:val="right"/>
      </w:pPr>
      <w:r>
        <w:t>تو وہ سین جو ابھی میں نے دیکھا تھا، مثلاً کوئی بڑا پارک یا تال محل، بڑا ایئرپورٹ، تو اچانک وہ میرے ذہن میں آ گیا۔</w:t>
      </w:r>
    </w:p>
    <w:p>
      <w:r>
        <w:rPr>
          <w:b/>
        </w:rPr>
        <w:t xml:space="preserve">[07:18] </w:t>
      </w:r>
      <w:r>
        <w:t>maine socha ke kaisa ajeeb in ladka insan ko. Aap ke mind mein million billion cheezen hain jo aap ne dekhen, ek do nahi,</w:t>
      </w:r>
    </w:p>
    <w:p>
      <w:pPr>
        <w:jc w:val="right"/>
      </w:pPr>
      <w:r>
        <w:t>میں نے سوچا کہ کیسا عجیب ان لڑک گیا انسان کو۔ آپ کے مائنڈ میں ملین بلین چیزیں ہیں جو آپ نے دیکھیں، ایک دو نہیں،</w:t>
      </w:r>
    </w:p>
    <w:p>
      <w:r>
        <w:rPr>
          <w:b/>
        </w:rPr>
        <w:t xml:space="preserve">[07:32] </w:t>
      </w:r>
      <w:r>
        <w:t>ek do nahi, bohat shumar item. Jaise hi aap apne mind mein sochte hain, taal mahal, to within yeh ek second se kam waqt mein wo aap ke, yani aap ke andar jo dekhne ki salahiyat hai, aap ke andar us ke samne aa jata hai.</w:t>
      </w:r>
    </w:p>
    <w:p>
      <w:pPr>
        <w:jc w:val="right"/>
      </w:pPr>
      <w:r>
        <w:t>ایک دو نہیں، بہت شمار آئٹم۔ جیسے ہی آپ اپنے مائنڈ میں سوچتے ہیں، تال محل، تو ود ان یہ ایک سکر سے کم وقت میں وہ آپ کے، یعنی آپ کے اندر جو دیکھنے کی صلاحیت ہے، آپ کے اندر اس کے سامنے آ جاتا ہے۔</w:t>
      </w:r>
    </w:p>
    <w:p>
      <w:r>
        <w:rPr>
          <w:b/>
        </w:rPr>
        <w:t xml:space="preserve">[07:54] </w:t>
      </w:r>
      <w:r>
        <w:t>ek second se kam waqt se. Jaise hi aap ne kaha taal mahal, phone aap ka aa gaya. Agar aap badlen khud khud to to marar to phone ho jayega.</w:t>
      </w:r>
    </w:p>
    <w:p>
      <w:pPr>
        <w:jc w:val="right"/>
      </w:pPr>
      <w:r>
        <w:t>ایک سکر سے کم وقت سے۔ جیسے ہی آپ نے کہا تال محل، فون آپ کا آ گیا۔ اگر آپ بدلیں خود خود تو تو مرار تو فون ہو جائے گا۔</w:t>
      </w:r>
    </w:p>
    <w:p>
      <w:r>
        <w:rPr>
          <w:b/>
        </w:rPr>
        <w:t xml:space="preserve">[08:06] </w:t>
      </w:r>
      <w:r>
        <w:t>agar aap ne kaha hai ke device airport, wo phone aa jayega. Yeh beshumar scene hain jo aap ke mind mein mehfooz kar diye gaye hain.</w:t>
      </w:r>
    </w:p>
    <w:p>
      <w:pPr>
        <w:jc w:val="right"/>
      </w:pPr>
      <w:r>
        <w:t>اگر آپ نے کہا ہے کہ ڈیوائس ایئرپورٹ، وہ فون آ جائے گا۔ یہ بے شمار سین ہیں جو آپ کے مائنڈ میں محفوظ کر دیے گئے ہیں۔</w:t>
      </w:r>
    </w:p>
    <w:p>
      <w:r>
        <w:rPr>
          <w:b/>
        </w:rPr>
        <w:t xml:space="preserve">[08:18] </w:t>
      </w:r>
      <w:r>
        <w:t>lekin kaisa ajeeb hai yeh mind jo jaise hi aap chahte hain ke wo wo scene aap ke samne aaye to ek second ke fraction mein wo aap samne aa jata hai.</w:t>
      </w:r>
    </w:p>
    <w:p>
      <w:pPr>
        <w:jc w:val="right"/>
      </w:pPr>
      <w:r>
        <w:t>لیکن کیسا عجیب ہے یہ مائنڈ جو جیسے ہی آپ چاہتے ہیں کہ وہ وہ سین آپ کے سامنے آئے تو ایک سیکنڈ کے فریکشن میں وہ آپ سامنے آ جاتا ہے۔</w:t>
      </w:r>
    </w:p>
    <w:p>
      <w:r>
        <w:rPr>
          <w:b/>
        </w:rPr>
        <w:t xml:space="preserve">[08:35] </w:t>
      </w:r>
      <w:r>
        <w:t>to aap yeh jab sochenge to shukr ka samandar aap ke scene mein aa jayega. Shukr ka samandar. Yeh hai le fikratum.</w:t>
      </w:r>
    </w:p>
    <w:p>
      <w:pPr>
        <w:jc w:val="right"/>
      </w:pPr>
      <w:r>
        <w:t>تو آپ یہ جب سوچیں گے تو شو کا سمندر آپ کے سین میں آ جائے گا۔ شو کا سمندر۔ یہ ہے لے فکرتم۔</w:t>
      </w:r>
    </w:p>
    <w:p>
      <w:r>
        <w:rPr>
          <w:b/>
        </w:rPr>
        <w:t xml:space="preserve">[08:45] </w:t>
      </w:r>
      <w:r>
        <w:t>le fikratum ka matlab yeh hai ke agar tum shukr ke item jo Allah ne bikhair diye hain, un ko tum awal karo. Shukr karo nahi, shukr kiya karega insan?</w:t>
      </w:r>
    </w:p>
    <w:p>
      <w:pPr>
        <w:jc w:val="right"/>
      </w:pPr>
      <w:r>
        <w:t>لے فکرتم کا مطلب یہ ہے کہ اگر تم شو کے آئٹم جو اللہ نے بکھیر دیے ہیں، ان کو تم اویل کرو۔ شو کرو نہیں، شو کیا کرے گا انسان؟</w:t>
      </w:r>
    </w:p>
    <w:p>
      <w:r>
        <w:rPr>
          <w:b/>
        </w:rPr>
        <w:t xml:space="preserve">[08:56] </w:t>
      </w:r>
      <w:r>
        <w:t>khud se insan kiya shukr karega? Shukr karne ke liye aadmi ko kuch item chahiye, koi cheezen chahiye.</w:t>
      </w:r>
    </w:p>
    <w:p>
      <w:pPr>
        <w:jc w:val="right"/>
      </w:pPr>
      <w:r>
        <w:t>خود سے انسان کیا شو کرے گا؟ شو کرنے کے لیے آدمی کو کچھ آئٹم چاہیے، کوئی چیزیں چاہیے۔</w:t>
      </w:r>
    </w:p>
    <w:p>
      <w:r>
        <w:rPr>
          <w:b/>
        </w:rPr>
        <w:t xml:space="preserve">[09:10] </w:t>
      </w:r>
      <w:r>
        <w:t>agar mawaqe na hote, yani mamla awal karne ka na hota to hum shukr bhi na kar pate, kuch na kar paate.</w:t>
      </w:r>
    </w:p>
    <w:p>
      <w:pPr>
        <w:jc w:val="right"/>
      </w:pPr>
      <w:r>
        <w:t>اگر مواقع نہ ہوتے، یعنی معاملہ اویل کرنے کا نہ ہوتا تو ہم شکر بھی نہ کر پاتے، کچھ نہ کر پاتے۔</w:t>
      </w:r>
    </w:p>
    <w:p>
      <w:r>
        <w:rPr>
          <w:b/>
        </w:rPr>
        <w:t xml:space="preserve">[09:22] </w:t>
      </w:r>
      <w:r>
        <w:t>to is ki mani yeh hain ke Allah ka yeh concern nahi hai ke insan</w:t>
      </w:r>
    </w:p>
    <w:p>
      <w:pPr>
        <w:jc w:val="right"/>
      </w:pPr>
      <w:r>
        <w:t>تو اس کی معنی یہ ہیں کہ اللہ کا یہ کنسرن نہیں ہے کہ انسان</w:t>
      </w:r>
    </w:p>
    <w:p>
      <w:r>
        <w:rPr>
          <w:b/>
        </w:rPr>
        <w:t xml:space="preserve">[09:33] </w:t>
      </w:r>
      <w:r>
        <w:t>Allah ke yahan pakda jaye aur us ko jahannum mein dala jaye. Yeh concern nahi hai. Allah ka concern is ke baraks hai.</w:t>
      </w:r>
    </w:p>
    <w:p>
      <w:pPr>
        <w:jc w:val="right"/>
      </w:pPr>
      <w:r>
        <w:t>اللہ کے یہاں پکڑا جائے اور اس کو جہنم میں ڈالا جائے۔ یہ کنسرن نہیں ہے۔ اللہ کا کنسرن اس کے برعکس ہے۔</w:t>
      </w:r>
    </w:p>
    <w:p>
      <w:r>
        <w:rPr>
          <w:b/>
        </w:rPr>
        <w:t xml:space="preserve">[09:44] </w:t>
      </w:r>
      <w:r>
        <w:t>yani jo cheezen insan ka darja ooncha karti hain, jo cheezen insan ko paradise khwab lati hain, to is ka item Allah ne bikhair diya poore ka kehna</w:t>
      </w:r>
    </w:p>
    <w:p>
      <w:pPr>
        <w:jc w:val="right"/>
      </w:pPr>
      <w:r>
        <w:t>یعنی جو چیزیں انسان کا درجہ اونچا کرتی ہیں، جو چیزیں انسان کو پیراڈائز خواب لاتی ہیں، تو اس کا آئٹم اللہ نے بکھیر دیا پورے کا کہنا</w:t>
      </w:r>
    </w:p>
    <w:p>
      <w:r>
        <w:rPr>
          <w:b/>
        </w:rPr>
        <w:t xml:space="preserve">[10:02] </w:t>
      </w:r>
      <w:r>
        <w:t>ke in cheezon ko discover karo, un ko daryaft karo aur phir un ko awal karte hue shukr karo.</w:t>
      </w:r>
    </w:p>
    <w:p>
      <w:pPr>
        <w:jc w:val="right"/>
      </w:pPr>
      <w:r>
        <w:t>کہ ان چیزوں کو ڈسکور کرو، ان کو دریافت کرو اور پھر ان کو اویل کرتے ہوئے شکر کرو۔</w:t>
      </w:r>
    </w:p>
    <w:p>
      <w:r>
        <w:rPr>
          <w:b/>
        </w:rPr>
        <w:t xml:space="preserve">[10:13] </w:t>
      </w:r>
      <w:r>
        <w:t>jab hum kisi Allah ki kisi kisi nemat ko awal karte hain, maslan hum muawza lete hain is sans mein, hum hawa lete hain, hum roshni, suraj roshni ko awal karte hain, use dekhte hain.</w:t>
      </w:r>
    </w:p>
    <w:p>
      <w:pPr>
        <w:jc w:val="right"/>
      </w:pPr>
      <w:r>
        <w:t>جب ہم کسی اللہ کی کسی کسی نعمت کو اویل کرتے ہیں، مثلاً ہم معاوضہ لیتے ہیں اس سانس میں، ہم ہوا لیتے ہیں، ہم روشنی، سورج روشنی کو اویل کرتے ہیں، اسے دیکھتے ہیں۔</w:t>
      </w:r>
    </w:p>
    <w:p>
      <w:r>
        <w:rPr>
          <w:b/>
        </w:rPr>
        <w:t xml:space="preserve">[10:32] </w:t>
      </w:r>
      <w:r>
        <w:t>to nematon ko jab hum awal karte hain to fitri tor par yeh aata hai ke kaisa ajeeb hai Allah rab ul alameen jis ne mujhe itna zyada nematein de din.</w:t>
      </w:r>
    </w:p>
    <w:p>
      <w:pPr>
        <w:jc w:val="right"/>
      </w:pPr>
      <w:r>
        <w:t>تو نعمتوں کو جب ہم اویل کرتے ہیں تو فطری طور پر یہ آتا ہے کہ کیسا عجیب ہے اللہ رب العالمین جس نے مجھے اتنا زیادہ نعمتیں دے دیں۔</w:t>
      </w:r>
    </w:p>
    <w:p>
      <w:r>
        <w:rPr>
          <w:b/>
        </w:rPr>
        <w:t xml:space="preserve">[10:48] </w:t>
      </w:r>
      <w:r>
        <w:t>is mani hai ke Allah ne aise asbab paida kiye ke insan jannat hi bhi jaye, kahin aur jayein na paye.</w:t>
      </w:r>
    </w:p>
    <w:p>
      <w:pPr>
        <w:jc w:val="right"/>
      </w:pPr>
      <w:r>
        <w:t>اس معنی ہے کہ اللہ نے ایسے اسباب پیدا کیے کہ انسان جنت ہی بھی جائے، کہیں اور جائیں نہ پائے۔</w:t>
      </w:r>
    </w:p>
    <w:p>
      <w:r>
        <w:rPr>
          <w:b/>
        </w:rPr>
        <w:t xml:space="preserve">[11:00] </w:t>
      </w:r>
      <w:r>
        <w:t>to charon taraf nematein hon aur aap ka mind is qabil ho ke wo nematon ko dekh kar unhein awal kare aur shukr banda bane, phir Allah ka hum jannat ke qabil thehre.</w:t>
      </w:r>
    </w:p>
    <w:p>
      <w:pPr>
        <w:jc w:val="right"/>
      </w:pPr>
      <w:r>
        <w:t>تو چاروں طرف نعمتیں ہوں اور آپ کا مائنڈ اس قابل ہو کہ وہ نعمتوں کو دیکھ کر انہیں اویل کرے اور شاگرد بندہ بنے، پھر اللہ کا ہم جنت کے قابل ٹھہرے۔</w:t>
      </w:r>
    </w:p>
    <w:p>
      <w:r>
        <w:rPr>
          <w:b/>
        </w:rPr>
        <w:t xml:space="preserve">[11:14] </w:t>
      </w:r>
      <w:r>
        <w:t>to koi kis mani hai ke jannat ke item ke thehre ke beech mein insan ki zindagi hai.</w:t>
      </w:r>
    </w:p>
    <w:p>
      <w:pPr>
        <w:jc w:val="right"/>
      </w:pPr>
      <w:r>
        <w:t>تو کوئی کس معنی ہے کہ جنت کے آئٹم کے ٹھہر کے بیچ میں انسان کی زندگی ہے۔</w:t>
      </w:r>
    </w:p>
    <w:p>
      <w:r>
        <w:rPr>
          <w:b/>
        </w:rPr>
        <w:t xml:space="preserve">[11:23] </w:t>
      </w:r>
      <w:r>
        <w:t>ab sawal yeh hai ke aisi halat mein kiya baat hai ke log jannat ka rasta chhod dete hain, galat raste par chadhne lagte hain.</w:t>
      </w:r>
    </w:p>
    <w:p>
      <w:pPr>
        <w:jc w:val="right"/>
      </w:pPr>
      <w:r>
        <w:t>اب سوال یہ ہے کہ ایسی حالت میں کیا بات ہے کہ لوگ جنت کا راستہ چھوڑ دیتے ہیں، غلط راستے پر چڑھنے لگتے ہیں۔</w:t>
      </w:r>
    </w:p>
    <w:p>
      <w:r>
        <w:rPr>
          <w:b/>
        </w:rPr>
        <w:t xml:space="preserve">[11:34] </w:t>
      </w:r>
      <w:r>
        <w:t>yahan par dekhen, shaitan ne Allah, yani jo Allah ne insan ko paida kiya, us waqt shaitan ne yeh challenge diya tha, challenge di ke la haq ne, la haq ne,</w:t>
      </w:r>
    </w:p>
    <w:p>
      <w:pPr>
        <w:jc w:val="right"/>
      </w:pPr>
      <w:r>
        <w:t>یہاں پر دیکھیں، شیطان نے اللہ، یعنی جو اللہ نے انسان کو پیدا کیا، اس وقت شیطان نے یہ چیلنج دیا تھا، چیلنج دی کہ لا حق نے، لا حق نے،</w:t>
      </w:r>
    </w:p>
    <w:p>
      <w:r>
        <w:rPr>
          <w:b/>
        </w:rPr>
        <w:t xml:space="preserve">[11:56] </w:t>
      </w:r>
      <w:r>
        <w:t>yani beshtar insano ko baqayda, beshtar insano ko raste hata diya, beshtar insano ko deal kar diya.</w:t>
      </w:r>
    </w:p>
    <w:p>
      <w:pPr>
        <w:jc w:val="right"/>
      </w:pPr>
      <w:r>
        <w:t>یعنی بیشتر انسانوں کو باقاعدہ، بیشتر انسانوں کو راستے ہٹا دیا، بیشتر انسانوں کو ڈیل کر دیا۔</w:t>
      </w:r>
    </w:p>
    <w:p>
      <w:r>
        <w:rPr>
          <w:b/>
        </w:rPr>
        <w:t xml:space="preserve">[12:07] </w:t>
      </w:r>
      <w:r>
        <w:t>ab maine yeh socha</w:t>
      </w:r>
    </w:p>
    <w:p>
      <w:pPr>
        <w:jc w:val="right"/>
      </w:pPr>
      <w:r>
        <w:t>اب میں نے یہ سوچا</w:t>
      </w:r>
    </w:p>
    <w:p>
      <w:r>
        <w:rPr>
          <w:b/>
        </w:rPr>
        <w:t xml:space="preserve">[12:12] </w:t>
      </w:r>
      <w:r>
        <w:t>ke kaise deal karega shaitan jab Allah ne aise item pheer diye hain shukr ke aur shukr nahi.</w:t>
      </w:r>
    </w:p>
    <w:p>
      <w:pPr>
        <w:jc w:val="right"/>
      </w:pPr>
      <w:r>
        <w:t>کہ کیسے ڈیل کرے گا شیطان جب اللہ نے ایسے آئٹم پھیر دیے ہیں شکر کے اور شکر نہیں۔</w:t>
      </w:r>
    </w:p>
    <w:p>
      <w:r>
        <w:rPr>
          <w:b/>
        </w:rPr>
        <w:t xml:space="preserve">[12:23] </w:t>
      </w:r>
      <w:r>
        <w:t>aur shukr jantay hain aap sab, sab ka jannat ka ticket shukr hai.</w:t>
      </w:r>
    </w:p>
    <w:p>
      <w:pPr>
        <w:jc w:val="right"/>
      </w:pPr>
      <w:r>
        <w:t>اور شکر جانتے ہیں آپ سب، سب کا جنت کا ٹکٹ شکر ہے۔</w:t>
      </w:r>
    </w:p>
    <w:p>
      <w:r>
        <w:rPr>
          <w:b/>
        </w:rPr>
        <w:t xml:space="preserve">[12:32] </w:t>
      </w:r>
      <w:r>
        <w:t>jannat ka sabra ticket shukr hai. PSs hazraat ko</w:t>
      </w:r>
    </w:p>
    <w:p>
      <w:pPr>
        <w:jc w:val="right"/>
      </w:pPr>
      <w:r>
        <w:t>جنت کا سبرا ٹکٹ شکر ہے۔ پی ایس ایس حضرات کو</w:t>
      </w:r>
    </w:p>
    <w:p>
      <w:r>
        <w:rPr>
          <w:b/>
        </w:rPr>
        <w:t xml:space="preserve">[12:37] </w:t>
      </w:r>
      <w:r>
        <w:t>to jo shukr ke itnay ziyada item hain, itnay waqe hain aur aap ko sirf avail karna hai, phir aap shad banday ban jayengay.</w:t>
      </w:r>
    </w:p>
    <w:p>
      <w:pPr>
        <w:jc w:val="right"/>
      </w:pPr>
      <w:r>
        <w:t>تو جو شکر کے اتنے زیادہ آئٹم ہیں، اتنے واقع ہیں اور آپ کو صرف اویل کرنا ہے، پھر آپ شاد بندے بن جائیں گے۔</w:t>
      </w:r>
    </w:p>
    <w:p>
      <w:r>
        <w:rPr>
          <w:b/>
        </w:rPr>
        <w:t xml:space="preserve">[12:47] </w:t>
      </w:r>
      <w:r>
        <w:t>to phir kyun aisa hai ke insaan, insaan bigadta hai, ghalat rastay pe chalnay lagta hai?</w:t>
      </w:r>
    </w:p>
    <w:p>
      <w:pPr>
        <w:jc w:val="right"/>
      </w:pPr>
      <w:r>
        <w:t>تو پھر کیوں ایسا ہے کہ انسان، انسان بگڑتا ہے، غلط راستے پہ چلنے لگتا ہے؟</w:t>
      </w:r>
    </w:p>
    <w:p>
      <w:r>
        <w:rPr>
          <w:b/>
        </w:rPr>
        <w:t xml:space="preserve">[12:58] </w:t>
      </w:r>
      <w:r>
        <w:t>to is par maine socha</w:t>
      </w:r>
    </w:p>
    <w:p>
      <w:pPr>
        <w:jc w:val="right"/>
      </w:pPr>
      <w:r>
        <w:t>تو اس پر میں نے سوچا</w:t>
      </w:r>
    </w:p>
    <w:p>
      <w:r>
        <w:rPr>
          <w:b/>
        </w:rPr>
        <w:t xml:space="preserve">[13:02] </w:t>
      </w:r>
      <w:r>
        <w:t>to main is raaye par pohancha</w:t>
      </w:r>
    </w:p>
    <w:p>
      <w:pPr>
        <w:jc w:val="right"/>
      </w:pPr>
      <w:r>
        <w:t>تو میں اس رائے پر پہنچا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