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Prophetic Guidance February 18, 2007</w:t>
      </w:r>
    </w:p>
    <w:p>
      <w:r>
        <w:t>https://youtu.be/5K7MiAVqNNA</w:t>
      </w:r>
    </w:p>
    <w:p>
      <w:r>
        <w:rPr>
          <w:b/>
        </w:rPr>
        <w:t xml:space="preserve">[00:29] </w:t>
      </w:r>
      <w:r>
        <w:t>wa ahl al uqdatan min lisani yafqahu qawli.</w:t>
      </w:r>
    </w:p>
    <w:p>
      <w:pPr>
        <w:jc w:val="right"/>
      </w:pPr>
      <w:r>
        <w:t>واحل العقدۃ من لسانی یفقہ قولی۔</w:t>
      </w:r>
    </w:p>
    <w:p>
      <w:r>
        <w:rPr>
          <w:b/>
        </w:rPr>
        <w:t xml:space="preserve">[00:38] </w:t>
      </w:r>
      <w:r>
        <w:t>aaj ke liye jo topic hai woh hai "da prophetic guidance".</w:t>
      </w:r>
    </w:p>
    <w:p>
      <w:pPr>
        <w:jc w:val="right"/>
      </w:pPr>
      <w:r>
        <w:t>آج کے لیے جو ٹاپک ہے وہ ہے "دا پرافیٹک گائیڈنس"۔</w:t>
      </w:r>
    </w:p>
    <w:p>
      <w:r>
        <w:rPr>
          <w:b/>
        </w:rPr>
        <w:t xml:space="preserve">[00:52] </w:t>
      </w:r>
      <w:r>
        <w:t>allah ta'ala ne duniya mein insaan ke liye kuch example set kar di. jo prophet aaye woh sab insaan ko</w:t>
      </w:r>
    </w:p>
    <w:p>
      <w:pPr>
        <w:jc w:val="right"/>
      </w:pPr>
      <w:r>
        <w:t>اللہ تعالیٰ نے دنیا میں انسان کے لیے کچھ ایگزیمپل سیٹ کر دیے۔ جو پرافٹ آئے وہ سب انسان کو</w:t>
      </w:r>
    </w:p>
    <w:p>
      <w:r>
        <w:rPr>
          <w:b/>
        </w:rPr>
        <w:t xml:space="preserve">[01:10] </w:t>
      </w:r>
      <w:r>
        <w:t>example dene ke liye aaye.</w:t>
      </w:r>
    </w:p>
    <w:p>
      <w:pPr>
        <w:jc w:val="right"/>
      </w:pPr>
      <w:r>
        <w:t>ایگزیمپل دینے کے لیے آئے۔</w:t>
      </w:r>
    </w:p>
    <w:p>
      <w:r>
        <w:rPr>
          <w:b/>
        </w:rPr>
        <w:t xml:space="preserve">[01:14] </w:t>
      </w:r>
      <w:r>
        <w:t>different situation mein aaye saare prophet, aur har situation ke liye unhone insaan ko example di. is example ka record</w:t>
      </w:r>
    </w:p>
    <w:p>
      <w:pPr>
        <w:jc w:val="right"/>
      </w:pPr>
      <w:r>
        <w:t>ڈفرنٹ سچویشن میں آئے سارے پرافٹ، اور ہر سچویشن کے لیے انہوں نے انسان کو ایگزیمپل دیے۔ اس ایگزیمپل کا ریکارڈ</w:t>
      </w:r>
    </w:p>
    <w:p>
      <w:r>
        <w:rPr>
          <w:b/>
        </w:rPr>
        <w:t xml:space="preserve">[01:31] </w:t>
      </w:r>
      <w:r>
        <w:t>quran mein maujood hai.</w:t>
      </w:r>
    </w:p>
    <w:p>
      <w:pPr>
        <w:jc w:val="right"/>
      </w:pPr>
      <w:r>
        <w:t>قرآن میں موجود ہے۔</w:t>
      </w:r>
    </w:p>
    <w:p>
      <w:r>
        <w:rPr>
          <w:b/>
        </w:rPr>
        <w:t xml:space="preserve">[01:37] </w:t>
      </w:r>
      <w:r>
        <w:t>toh aaj mein isi ko apni talk ka mauzu banata hoon, inshallah.</w:t>
      </w:r>
    </w:p>
    <w:p>
      <w:pPr>
        <w:jc w:val="right"/>
      </w:pPr>
      <w:r>
        <w:t>تو آج میں اسی کو اپنی ٹاک کا موضوع بناتا ہوں، انشاءاللہ۔</w:t>
      </w:r>
    </w:p>
    <w:p>
      <w:r>
        <w:rPr>
          <w:b/>
        </w:rPr>
        <w:t xml:space="preserve">[01:52] </w:t>
      </w:r>
      <w:r>
        <w:t>asal mein aisa hua ke ab se koi 15 saal pehle ki baat hai</w:t>
      </w:r>
    </w:p>
    <w:p>
      <w:pPr>
        <w:jc w:val="right"/>
      </w:pPr>
      <w:r>
        <w:t>اصل میں ایسا ہوا کہ اب سے کوئی 15 سال پہلے کی بات ہے</w:t>
      </w:r>
    </w:p>
    <w:p>
      <w:r>
        <w:rPr>
          <w:b/>
        </w:rPr>
        <w:t xml:space="preserve">[02:03] </w:t>
      </w:r>
      <w:r>
        <w:t>ke jahan mein rehta hoon, C 29, azmatin west mein, wahan hum pehle aisa karte the ke kuch doosre logon ki speech dilwate the.</w:t>
      </w:r>
    </w:p>
    <w:p>
      <w:pPr>
        <w:jc w:val="right"/>
      </w:pPr>
      <w:r>
        <w:t>کہ جہاں میں رہتا ہوں، سی 29، عظامتین ویسٹ میں، وہاں ہم پہلے ایسا کرتے تھے کہ کچھ دوسرے لوگوں کی اسپیچ دلواتے تھے۔</w:t>
      </w:r>
    </w:p>
    <w:p>
      <w:r>
        <w:rPr>
          <w:b/>
        </w:rPr>
        <w:t xml:space="preserve">[02:15] </w:t>
      </w:r>
      <w:r>
        <w:t>wahan ab toh humne band kar diya woh silsila.</w:t>
      </w:r>
    </w:p>
    <w:p>
      <w:pPr>
        <w:jc w:val="right"/>
      </w:pPr>
      <w:r>
        <w:t>وہاں اب تو ہم نے بند کر دیا وہ سلسلہ۔</w:t>
      </w:r>
    </w:p>
    <w:p>
      <w:r>
        <w:rPr>
          <w:b/>
        </w:rPr>
        <w:t xml:space="preserve">[02:22] </w:t>
      </w:r>
      <w:r>
        <w:t>toh</w:t>
      </w:r>
    </w:p>
    <w:p>
      <w:pPr>
        <w:jc w:val="right"/>
      </w:pPr>
      <w:r>
        <w:t>تو</w:t>
      </w:r>
    </w:p>
    <w:p>
      <w:r>
        <w:rPr>
          <w:b/>
        </w:rPr>
        <w:t xml:space="preserve">[02:23] </w:t>
      </w:r>
      <w:r>
        <w:t>15 saal pehle aisa hua ke wahan par humne ek meeting mein ek sahab ko bolne ka mauqa diya tha. yeh sahab rehte hain america mein.</w:t>
      </w:r>
    </w:p>
    <w:p>
      <w:pPr>
        <w:jc w:val="right"/>
      </w:pPr>
      <w:r>
        <w:t>15 سال پہلے ایسا ہوا کہ وہاں پر ہم نے ایک میٹنگ میں ایک صاحب کو بولنے کا موقع دیا تھا۔ یہ صاحب رہتے ہیں امریکہ میں۔</w:t>
      </w:r>
    </w:p>
    <w:p>
      <w:r>
        <w:rPr>
          <w:b/>
        </w:rPr>
        <w:t xml:space="preserve">[02:35] </w:t>
      </w:r>
      <w:r>
        <w:t>woh wahan par</w:t>
      </w:r>
    </w:p>
    <w:p>
      <w:pPr>
        <w:jc w:val="right"/>
      </w:pPr>
      <w:r>
        <w:t>وہ وہاں پر</w:t>
      </w:r>
    </w:p>
    <w:p>
      <w:r>
        <w:rPr>
          <w:b/>
        </w:rPr>
        <w:t xml:space="preserve">[02:39] </w:t>
      </w:r>
      <w:r>
        <w:t>second largest jo american center hai musalmanon ka, uske woh director hain.</w:t>
      </w:r>
    </w:p>
    <w:p>
      <w:pPr>
        <w:jc w:val="right"/>
      </w:pPr>
      <w:r>
        <w:t>سیکنڈ لارجسٹ جو امریکن سینٹر ہے مسلمانوں کا، اس کے وہ ڈائریکٹر ہیں۔</w:t>
      </w:r>
    </w:p>
    <w:p>
      <w:r>
        <w:rPr>
          <w:b/>
        </w:rPr>
        <w:t xml:space="preserve">[02:50] </w:t>
      </w:r>
      <w:r>
        <w:t>abhi bhi director hain woh. toh woh bohat hi learned aadmi hain.</w:t>
      </w:r>
    </w:p>
    <w:p>
      <w:pPr>
        <w:jc w:val="right"/>
      </w:pPr>
      <w:r>
        <w:t>ابھی بھی ڈائریکٹر ہیں وہ۔ تو وہ بہت ہی لرنڈ آدمی ہیں۔</w:t>
      </w:r>
    </w:p>
    <w:p>
      <w:r>
        <w:rPr>
          <w:b/>
        </w:rPr>
        <w:t xml:space="preserve">[03:01] </w:t>
      </w:r>
      <w:r>
        <w:t>woh bohat achhi arabic zabaan jaante hain, bohat achhi english jaante hain. toh unki study bhi bohat achhi hai dono side ki.</w:t>
      </w:r>
    </w:p>
    <w:p>
      <w:pPr>
        <w:jc w:val="right"/>
      </w:pPr>
      <w:r>
        <w:t>وہ بہت اچھی عربک زبان جانتے ہیں، بہت اچھی انگلش جانتے ہیں۔ تو ان کی اسٹڈی بھی بہت اچھی ہے دونوں سائیڈ کی۔</w:t>
      </w:r>
    </w:p>
    <w:p>
      <w:r>
        <w:rPr>
          <w:b/>
        </w:rPr>
        <w:t xml:space="preserve">[03:14] </w:t>
      </w:r>
      <w:r>
        <w:t>toh beharhaal, american muslims mein woh in thode se logon mein se hain, maane jaate hain, jo islam ki kaafi study jinhone ki hai.</w:t>
      </w:r>
    </w:p>
    <w:p>
      <w:pPr>
        <w:jc w:val="right"/>
      </w:pPr>
      <w:r>
        <w:t>تو بہرحال، امریکن مسلمز میں وہ ان تھوڑے سے لوگوں میں سے ہیں، مانے جاتے ہیں، جو اسلام کی کافی اسٹڈی جنہوں نے کی ہے۔</w:t>
      </w:r>
    </w:p>
    <w:p>
      <w:r>
        <w:rPr>
          <w:b/>
        </w:rPr>
        <w:t xml:space="preserve">[03:29] </w:t>
      </w:r>
      <w:r>
        <w:t>toh woh india aaye hue the, toh humne unka lecture rakha apne yahan.</w:t>
      </w:r>
    </w:p>
    <w:p>
      <w:pPr>
        <w:jc w:val="right"/>
      </w:pPr>
      <w:r>
        <w:t>تو وہ انڈیا آئے ہوئے تھے، تو ہم نے ان کا لیکچر رکھا اپنے یہاں۔</w:t>
      </w:r>
    </w:p>
    <w:p>
      <w:r>
        <w:rPr>
          <w:b/>
        </w:rPr>
        <w:t xml:space="preserve">[03:38] </w:t>
      </w:r>
      <w:r>
        <w:t>unke lecture ka jo topic tha woh tha "islam in america". is par woh bole.</w:t>
      </w:r>
    </w:p>
    <w:p>
      <w:pPr>
        <w:jc w:val="right"/>
      </w:pPr>
      <w:r>
        <w:t>ان کے لیکچر کا جو ٹاپک تھا وہ تھا "اسلام ان امریکہ"۔ اس پر وہ بولے۔</w:t>
      </w:r>
    </w:p>
    <w:p>
      <w:r>
        <w:rPr>
          <w:b/>
        </w:rPr>
        <w:t xml:space="preserve">[03:51] </w:t>
      </w:r>
      <w:r>
        <w:t>phir aakhir mein sawal jawab ka silsila tha. toh sam'een mein se ek sahab ne unse poocha ke hum india mein rehte hain.</w:t>
      </w:r>
    </w:p>
    <w:p>
      <w:pPr>
        <w:jc w:val="right"/>
      </w:pPr>
      <w:r>
        <w:t>پھر آخر میں سوال جواب کا سلسلہ تھا۔ تو سامعین میں سے ایک صاحب نے ان سے پوچھا کہ ہم انڈیا میں رہتے ہیں۔</w:t>
      </w:r>
    </w:p>
    <w:p>
      <w:r>
        <w:rPr>
          <w:b/>
        </w:rPr>
        <w:t xml:space="preserve">[04:04] </w:t>
      </w:r>
      <w:r>
        <w:t>india mein musalman aqalliyat mein hain.</w:t>
      </w:r>
    </w:p>
    <w:p>
      <w:pPr>
        <w:jc w:val="right"/>
      </w:pPr>
      <w:r>
        <w:t>انڈیا میں مسلمان اقلیت میں ہیں۔</w:t>
      </w:r>
    </w:p>
    <w:p>
      <w:r>
        <w:rPr>
          <w:b/>
        </w:rPr>
        <w:t xml:space="preserve">[04:07] </w:t>
      </w:r>
      <w:r>
        <w:t>yahan par doosri community jo hai woh aksariyat mein hai. aur jamhooriyat mein aap jaante hain ke aksariyat hi hukmarani karti hai.</w:t>
      </w:r>
    </w:p>
    <w:p>
      <w:pPr>
        <w:jc w:val="right"/>
      </w:pPr>
      <w:r>
        <w:t>یہاں پر دوسری کمیونٹی جو ہے وہ اکثریت میں ہے۔ اور جمہوریت میں آپ جانتے ہیں کہ اکثریت ہی حکمرانی کرتی ہے۔</w:t>
      </w:r>
    </w:p>
    <w:p>
      <w:r>
        <w:rPr>
          <w:b/>
        </w:rPr>
        <w:t xml:space="preserve">[04:21] </w:t>
      </w:r>
      <w:r>
        <w:t>toh yeh bataiye ke india jaise mulk mein humein islam kya rehnumai deta hai?</w:t>
      </w:r>
    </w:p>
    <w:p>
      <w:pPr>
        <w:jc w:val="right"/>
      </w:pPr>
      <w:r>
        <w:t>تو یہ بتائیے کہ انڈیا جیسے ملک میں ہمیں اسلام کیا رہنمائی دیتا ہے؟</w:t>
      </w:r>
    </w:p>
    <w:p>
      <w:r>
        <w:rPr>
          <w:b/>
        </w:rPr>
        <w:t xml:space="preserve">[04:33] </w:t>
      </w:r>
      <w:r>
        <w:t>is sawal par woh thodi der chup rahe.</w:t>
      </w:r>
    </w:p>
    <w:p>
      <w:pPr>
        <w:jc w:val="right"/>
      </w:pPr>
      <w:r>
        <w:t>اس سوال پر وہ تھوڑی دیر چپ رہے۔</w:t>
      </w:r>
    </w:p>
    <w:p>
      <w:r>
        <w:rPr>
          <w:b/>
        </w:rPr>
        <w:t xml:space="preserve">[04:37] </w:t>
      </w:r>
      <w:r>
        <w:t>jisko english mein kehte hain "pause". So there was a pause</w:t>
      </w:r>
    </w:p>
    <w:p>
      <w:pPr>
        <w:jc w:val="right"/>
      </w:pPr>
      <w:r>
        <w:t>جس کو انگریزی میں کہتے ہیں "پاز"۔ So there was a pause</w:t>
      </w:r>
    </w:p>
    <w:p>
      <w:r>
        <w:rPr>
          <w:b/>
        </w:rPr>
        <w:t xml:space="preserve">[04:43] </w:t>
      </w:r>
      <w:r>
        <w:t>kuch der ke baad woh bole ke islam mein position of strength ka model toh hai,</w:t>
      </w:r>
    </w:p>
    <w:p>
      <w:pPr>
        <w:jc w:val="right"/>
      </w:pPr>
      <w:r>
        <w:t>کچھ دیر کے بعد وہ بولے کہ اسلام میں پوزیشن آف اسٹرینتھ کا ماڈل تو ہے،</w:t>
      </w:r>
    </w:p>
    <w:p>
      <w:r>
        <w:rPr>
          <w:b/>
        </w:rPr>
        <w:t xml:space="preserve">[04:57] </w:t>
      </w:r>
      <w:r>
        <w:t>lekin islam mein position of modesty ka model maujood nahin.</w:t>
      </w:r>
    </w:p>
    <w:p>
      <w:pPr>
        <w:jc w:val="right"/>
      </w:pPr>
      <w:r>
        <w:t>لیکن اسلام میں پوزیشن آف مڈیسٹی کا ماڈل موجود نہیں۔</w:t>
      </w:r>
    </w:p>
    <w:p>
      <w:r>
        <w:rPr>
          <w:b/>
        </w:rPr>
        <w:t xml:space="preserve">[05:09] </w:t>
      </w:r>
      <w:r>
        <w:t>phir mein dohraunga ke unhon ne kaha ke "In Islam there is a model for the position of strength, but in Islam there is no model for the position of modesty."</w:t>
      </w:r>
    </w:p>
    <w:p>
      <w:pPr>
        <w:jc w:val="right"/>
      </w:pPr>
      <w:r>
        <w:t>پھر میں دہراؤں گا کہ انہوں نے کہا کہ "In Islam there is a model for the position of strength, but in Islam there is no model for the position of modesty."</w:t>
      </w:r>
    </w:p>
    <w:p>
      <w:r>
        <w:rPr>
          <w:b/>
        </w:rPr>
        <w:t xml:space="preserve">[05:29] </w:t>
      </w:r>
      <w:r>
        <w:t>yeh baat mein ne suni ab se 15 saal pehle. to mere zehn mein usi waqt yeh cheez sawal ban gai.</w:t>
      </w:r>
    </w:p>
    <w:p>
      <w:pPr>
        <w:jc w:val="right"/>
      </w:pPr>
      <w:r>
        <w:t>یہ بات میں نے سنی اب سے 15 سال پہلے۔ تو میرے ذہن میں اسی وقت یہ چیز سوال بن گئی۔</w:t>
      </w:r>
    </w:p>
    <w:p>
      <w:r>
        <w:rPr>
          <w:b/>
        </w:rPr>
        <w:t xml:space="preserve">[05:41] </w:t>
      </w:r>
      <w:r>
        <w:t>mera tareeqa yeh hai ke mein meeting ke andar zyada sawal jawab nahin karta. wahan to mein ne un se kuch poocha nahin. apne aap sochne lagta hoon.</w:t>
      </w:r>
    </w:p>
    <w:p>
      <w:pPr>
        <w:jc w:val="right"/>
      </w:pPr>
      <w:r>
        <w:t>میرا طریقہ یہ ہے کہ میں میٹنگ کے اندر زیادہ سوال جواب نہیں کرتا۔ وہاں تو میں نے ان سے کچھ پوچھا نہیں۔ اپنے آپ سوچنے لگتا ہوں۔</w:t>
      </w:r>
    </w:p>
    <w:p>
      <w:r>
        <w:rPr>
          <w:b/>
        </w:rPr>
        <w:t xml:space="preserve">[05:53] </w:t>
      </w:r>
      <w:r>
        <w:t>mera tareeqa hamesha se yeh raha hai ke sawal ka jawab mein khud hi dhoondta hoon.</w:t>
      </w:r>
    </w:p>
    <w:p>
      <w:pPr>
        <w:jc w:val="right"/>
      </w:pPr>
      <w:r>
        <w:t>میرا طریقہ ہمیشہ سے یہ رہا ہے کہ سوال کا جواب میں خود ہی ڈھونڈتا ہوں۔</w:t>
      </w:r>
    </w:p>
    <w:p>
      <w:r>
        <w:rPr>
          <w:b/>
        </w:rPr>
        <w:t xml:space="preserve">[06:01] </w:t>
      </w:r>
      <w:r>
        <w:t>to mere zehn mein yeh aa gaya sawal ke islam jo hai hamein kya different situation mein rehnumai nahin deta?</w:t>
      </w:r>
    </w:p>
    <w:p>
      <w:pPr>
        <w:jc w:val="right"/>
      </w:pPr>
      <w:r>
        <w:t>تو میرے ذہن میں یہ آگیا سوال کہ اسلام جو ہے ہمیں کیا ڈفرنٹ سچویشن میں رہنمائی نہیں دیتا؟</w:t>
      </w:r>
    </w:p>
    <w:p>
      <w:r>
        <w:rPr>
          <w:b/>
        </w:rPr>
        <w:t xml:space="preserve">[06:14] </w:t>
      </w:r>
      <w:r>
        <w:t>islam usi waqt hamare liye</w:t>
      </w:r>
    </w:p>
    <w:p>
      <w:pPr>
        <w:jc w:val="right"/>
      </w:pPr>
      <w:r>
        <w:t>اسلام اسی وقت ہمارے لیے</w:t>
      </w:r>
    </w:p>
    <w:p>
      <w:r>
        <w:rPr>
          <w:b/>
        </w:rPr>
        <w:t xml:space="preserve">[06:18] </w:t>
      </w:r>
      <w:r>
        <w:t>hamein rehnumai karta hai jabke hum siyasi taqat hamare paas ho. strength hamare paas ho. aur agar hum modesty ki position mein hon, yaani siyasi taqat na ho.</w:t>
      </w:r>
    </w:p>
    <w:p>
      <w:pPr>
        <w:jc w:val="right"/>
      </w:pPr>
      <w:r>
        <w:t>ہمیں رہنمائی کرتا ہے جبکہ ہم سیاسی طاقت ہمارے پاس ہو۔ اسٹرینتھ ہمارے پاس ہو۔ اور اگر ہم مڈیسٹی کی پوزیشن میں ہوں، یعنی سیاسی طاقت نہ ہو۔</w:t>
      </w:r>
    </w:p>
    <w:p>
      <w:r>
        <w:rPr>
          <w:b/>
        </w:rPr>
        <w:t xml:space="preserve">[06:33] </w:t>
      </w:r>
      <w:r>
        <w:t>to hamare liye islam mein koi rehnumai na hogi. ek sawal mere zehn mein par gaya.</w:t>
      </w:r>
    </w:p>
    <w:p>
      <w:pPr>
        <w:jc w:val="right"/>
      </w:pPr>
      <w:r>
        <w:t>تو ہمارے لیے اسلام میں کوئی رہنمائی نہ ہوگی۔ ایک سوال میرے ذہن میں پڑ گیا۔</w:t>
      </w:r>
    </w:p>
    <w:p>
      <w:r>
        <w:rPr>
          <w:b/>
        </w:rPr>
        <w:t xml:space="preserve">[06:42] </w:t>
      </w:r>
      <w:r>
        <w:t>yun kehna chahiye ke mere zehn ka jo search engine tha, us mein mein ne is sawal ko daal diya.</w:t>
      </w:r>
    </w:p>
    <w:p>
      <w:pPr>
        <w:jc w:val="right"/>
      </w:pPr>
      <w:r>
        <w:t>یوں کہنا چاہیے کہ میرے ذہن کا جو سرچ انجن تھا، اس میں میں نے اس سوال کو ڈال دیا۔</w:t>
      </w:r>
    </w:p>
    <w:p>
      <w:r>
        <w:rPr>
          <w:b/>
        </w:rPr>
        <w:t xml:space="preserve">[06:52] </w:t>
      </w:r>
      <w:r>
        <w:t>mera tajurba hai ke hamara jo search engine hai, jab kisi koi sawal aap is mein daalen, to woh uska jawab dhoondne lagta hai.</w:t>
      </w:r>
    </w:p>
    <w:p>
      <w:pPr>
        <w:jc w:val="right"/>
      </w:pPr>
      <w:r>
        <w:t>میرا تجربہ ہے کہ ہمارا جو سرچ انجن ہے، جب کسی کوئی سوال آپ اس میں ڈالیں، تو وہ اس کا جواب ڈھونڈنے لگتا ہے۔</w:t>
      </w:r>
    </w:p>
    <w:p>
      <w:r>
        <w:rPr>
          <w:b/>
        </w:rPr>
        <w:t xml:space="preserve">[07:09] </w:t>
      </w:r>
      <w:r>
        <w:t>mera tajurba yeh hai ke jawab paane mein mujhe bohat din lage hain. baaz sawal paane mein 50-50 saal beet gaye hain.</w:t>
      </w:r>
    </w:p>
    <w:p>
      <w:pPr>
        <w:jc w:val="right"/>
      </w:pPr>
      <w:r>
        <w:t>میرا تجربہ یہ ہے کہ جواب پانے میں مجھے بہت دن لگے ہیں۔ بعض سوال پانے میں 50-50 سال بیت گئے ہیں۔</w:t>
      </w:r>
    </w:p>
    <w:p>
      <w:r>
        <w:rPr>
          <w:b/>
        </w:rPr>
        <w:t xml:space="preserve">[07:20] </w:t>
      </w:r>
      <w:r>
        <w:t>to zehn ka jo search engine hai, woh dhoondta rehta hai, dhoondta rehta hai, dhoondta rehta hai.</w:t>
      </w:r>
    </w:p>
    <w:p>
      <w:pPr>
        <w:jc w:val="right"/>
      </w:pPr>
      <w:r>
        <w:t>تو ذہن کا جو سرچ انجن ہے، وہ ڈھونڈتا رہتا ہے، ڈھونڈتا رہتا ہے، ڈھونڈتا رہتا ہے۔</w:t>
      </w:r>
    </w:p>
    <w:p>
      <w:r>
        <w:rPr>
          <w:b/>
        </w:rPr>
        <w:t xml:space="preserve">[07:28] </w:t>
      </w:r>
      <w:r>
        <w:t>to mein samajhta hoon ke is sawal ka jawab paane mein mujhe 15 saal beet gaye. aur mein keh sakta hoon ke is sawal ka jawab mein akela hoon jis ne jana.</w:t>
      </w:r>
    </w:p>
    <w:p>
      <w:pPr>
        <w:jc w:val="right"/>
      </w:pPr>
      <w:r>
        <w:t>تو میں سمجھتا ہوں کہ اس سوال کا جواب پانے میں مجھے 15 سال بیت گئے۔ اور میں کہہ سکتا ہوں کہ اس سوال کا جواب میں اکیلا ہوں جس نے جانا۔</w:t>
      </w:r>
    </w:p>
    <w:p>
      <w:r>
        <w:rPr>
          <w:b/>
        </w:rPr>
        <w:t xml:space="preserve">[07:39] </w:t>
      </w:r>
      <w:r>
        <w:t>muslim dunya mein koi nahin jis ne jo is sawal ka jawab janta ho. koi ek bhi aadmi nahin. kyunke mein ne bohat kitaben parhi hain musalmanon ki.</w:t>
      </w:r>
    </w:p>
    <w:p>
      <w:pPr>
        <w:jc w:val="right"/>
      </w:pPr>
      <w:r>
        <w:t>مسلم دنیا میں کوئی بھی نہیں جس نے جو اس سوال کا جواب جانتا ہو۔ کوئی ایک بھی آدمی نہیں۔ کیونکہ میں نے بہت کتابیں پڑھی ہیں مسلمانوں کی۔</w:t>
      </w:r>
    </w:p>
    <w:p>
      <w:r>
        <w:rPr>
          <w:b/>
        </w:rPr>
        <w:t xml:space="preserve">[07:51] </w:t>
      </w:r>
      <w:r>
        <w:t>urdu mein, english mein, arabic mein. kam az kam teen zubanon mein to mein ne beshumar kitaben parhi hain musalmanon ki. urdu, arabic, english.</w:t>
      </w:r>
    </w:p>
    <w:p>
      <w:pPr>
        <w:jc w:val="right"/>
      </w:pPr>
      <w:r>
        <w:t>اردو میں، انگلش میں، عربک میں۔ کم از کم تین زبانوں میں تو میں نے بے شمار کتابیں پڑھی ہیں مسلمانوں کی۔ اردو، عربک، انگلش۔</w:t>
      </w:r>
    </w:p>
    <w:p>
      <w:r>
        <w:rPr>
          <w:b/>
        </w:rPr>
        <w:t xml:space="preserve">[08:02] </w:t>
      </w:r>
      <w:r>
        <w:t>mein poore apni jaankari ke aitbar se keh sakta hoon ke is sawal ka jawab mujhe kisi bhi kitab mein nahin mila. ke kya aisa hai ke islam sirf position of strength ke liye hamein rehnumai deta hai?</w:t>
      </w:r>
    </w:p>
    <w:p>
      <w:pPr>
        <w:jc w:val="right"/>
      </w:pPr>
      <w:r>
        <w:t>میں پورے اپنی جانکاری کے اعتبار سے کہہ سکتا ہوں کہ اس سوال کا جواب مجھے کسی بھی کتاب میں نہیں ملا۔ کہ کیا ایسا ہے کہ اسلام صرف پوزیشن آف اسٹرینتھ کے لیے ہمیں رہنمائی دیتا ہے؟</w:t>
      </w:r>
    </w:p>
    <w:p>
      <w:r>
        <w:rPr>
          <w:b/>
        </w:rPr>
        <w:t xml:space="preserve">[08:21] </w:t>
      </w:r>
      <w:r>
        <w:t>agar hum position of modesty mein hon to hamari koi rehnumai nahin. is ka matlab kya hua? ke jahan musalmanon ke paas siyasi taqat na ho, wahan par un ke liye kya muqaddar</w:t>
      </w:r>
    </w:p>
    <w:p>
      <w:pPr>
        <w:jc w:val="right"/>
      </w:pPr>
      <w:r>
        <w:t>اگر ہم پوزیشن آف مڈیسٹی میں ہوں تو ہماری کوئی رہنمائی نہیں۔ اس کا مطلب کیا ہوا؟ کہ جہاں مسلمانوں کے پاس سیاسی طاقت نہ ہو، وہاں پر ان کے لیے کیا مقدر ہے</w:t>
      </w:r>
    </w:p>
    <w:p>
      <w:r>
        <w:rPr>
          <w:b/>
        </w:rPr>
        <w:t xml:space="preserve">[08:31] </w:t>
      </w:r>
      <w:r>
        <w:t>? frustration, disappointment, shikast pasand zehniyat. kya yeh koi islam legion of nature ho sakta hai?</w:t>
      </w:r>
    </w:p>
    <w:p>
      <w:pPr>
        <w:jc w:val="right"/>
      </w:pPr>
      <w:r>
        <w:t>؟ فرسٹریشن، ڈس اپوائنٹمنٹ، شکست پسند ذہنیت۔ کیا یہ کوئی اسلام لیجن آف نیچر ہو سکتا ہے؟</w:t>
      </w:r>
    </w:p>
    <w:p>
      <w:r>
        <w:rPr>
          <w:b/>
        </w:rPr>
        <w:t xml:space="preserve">[08:44] </w:t>
      </w:r>
      <w:r>
        <w:t>qudrati mazhab ho sakta hai? aur waqea yeh hai ke sare hi musalman dunya bhar ke is waqt shikast pasand zehniyat mein paray hue hain. sab ke dil mein ek manfi khayal hai.</w:t>
      </w:r>
    </w:p>
    <w:p>
      <w:pPr>
        <w:jc w:val="right"/>
      </w:pPr>
      <w:r>
        <w:t>قدرتی مذہب ہو سکتا ہے؟ اور واقعہ یہ ہے کہ سارے ہی مسلمان دنیا بھر کے اس وقت شکست پسند ذہنیت میں پڑے ہوئے ہیں۔ سب کے دلوں میں ایک منفی خیال ہے۔</w:t>
      </w:r>
    </w:p>
    <w:p>
      <w:r>
        <w:rPr>
          <w:b/>
        </w:rPr>
        <w:t xml:space="preserve">[08:57] </w:t>
      </w:r>
      <w:r>
        <w:t>sab. jo bhi cheez parhiye aap, kisi ki bhi.</w:t>
      </w:r>
    </w:p>
    <w:p>
      <w:pPr>
        <w:jc w:val="right"/>
      </w:pPr>
      <w:r>
        <w:t>سب۔ جو بھی چیز پڑھیے آپ، کسی کی بھی۔</w:t>
      </w:r>
    </w:p>
    <w:p>
      <w:r>
        <w:rPr>
          <w:b/>
        </w:rPr>
        <w:t xml:space="preserve">[09:03] </w:t>
      </w:r>
      <w:r>
        <w:t>isi liye aaj kal kuch log bohat hi zyada maqbool ho rahe hain. mein ne dekha hai ke america se le ke yahan tak kuch speaker, jin ko mein kahunga debater, bohat maqbool ho rahe hain.</w:t>
      </w:r>
    </w:p>
    <w:p>
      <w:pPr>
        <w:jc w:val="right"/>
      </w:pPr>
      <w:r>
        <w:t>اسی لیے آج کل کچھ لوگ بہت ہی زیادہ مقبول ہو رہے ہیں۔ میں نے دیکھا ہے کہ امریکہ سے لے کے یہاں تک کچھ اسپیکر، جن کو میں کہوں گا ڈیبیٹر، بہت مقبول ہو رہے ہیں۔</w:t>
      </w:r>
    </w:p>
    <w:p>
      <w:r>
        <w:rPr>
          <w:b/>
        </w:rPr>
        <w:t xml:space="preserve">[09:16] </w:t>
      </w:r>
      <w:r>
        <w:t>wo kyun? wo isi liye. mein aik martaba sharjah mein tha, united arab emirates mein.</w:t>
      </w:r>
    </w:p>
    <w:p>
      <w:pPr>
        <w:jc w:val="right"/>
      </w:pPr>
      <w:r>
        <w:t>وہ کیوں؟ وہ اسی لیے۔ میں ایک مرتبہ شارجہ میں تھا، یونائٹڈ عرب ایمریٹس میں۔</w:t>
      </w:r>
    </w:p>
    <w:p>
      <w:r>
        <w:rPr>
          <w:b/>
        </w:rPr>
        <w:t xml:space="preserve">[09:27] </w:t>
      </w:r>
      <w:r>
        <w:t>wahan par aik speech thi ahmed deedat sahib ki jo ab faut pa chuke hain. arbon ka kafi wahan par majma tha.</w:t>
      </w:r>
    </w:p>
    <w:p>
      <w:pPr>
        <w:jc w:val="right"/>
      </w:pPr>
      <w:r>
        <w:t>وہاں پر ایک اسپیچ تھی احمد دیدار صاحب کی جو اب وفات پا چکے ہیں۔ عربوں کا کافی وہاں پر مجمع تھا۔</w:t>
      </w:r>
    </w:p>
    <w:p>
      <w:r>
        <w:rPr>
          <w:b/>
        </w:rPr>
        <w:t xml:space="preserve">[09:37] </w:t>
      </w:r>
      <w:r>
        <w:t>unhon ne speech di wahan. to arab log bohat khush hue.</w:t>
      </w:r>
    </w:p>
    <w:p>
      <w:pPr>
        <w:jc w:val="right"/>
      </w:pPr>
      <w:r>
        <w:t>انہوں نے اسپیچ دی وہاں۔ تو عرب لوگ بہت خوش ہوئے۔</w:t>
      </w:r>
    </w:p>
    <w:p>
      <w:r>
        <w:rPr>
          <w:b/>
        </w:rPr>
        <w:t xml:space="preserve">[09:45] </w:t>
      </w:r>
      <w:r>
        <w:t>yahan bhi, india mein bhi aap jagah jagah aisi taqreerein suntay hain. tv mein suntay hain. kuch aisay log bohat maqbool ho rahay hain.</w:t>
      </w:r>
    </w:p>
    <w:p>
      <w:pPr>
        <w:jc w:val="right"/>
      </w:pPr>
      <w:r>
        <w:t>یہاں بھی، انڈیا میں بھی آپ جگہ جگہ ایسی تقریریں سنتے ہیں۔ ٹی وی میں سنتے ہیں۔ کچھ ایسے لوگ بہت مقبول ہو رہے ہیں۔</w:t>
      </w:r>
    </w:p>
    <w:p>
      <w:r>
        <w:rPr>
          <w:b/>
        </w:rPr>
        <w:t xml:space="preserve">[09:55] </w:t>
      </w:r>
      <w:r>
        <w:t>to is ka raaz kya mein nay samjha? is ka raaz yahi samjha mein nay. is waqt bhi samjha tha aur abhi tak woh is par qaim hain.</w:t>
      </w:r>
    </w:p>
    <w:p>
      <w:pPr>
        <w:jc w:val="right"/>
      </w:pPr>
      <w:r>
        <w:t>تو اس کا راز کیا میں نے سمجھا؟ اس کا راز یہی سمجھا میں نے۔ اس وقت بھی سمجھا تھا اور ابھی تک وہ اس پر قائم ہوں۔</w:t>
      </w:r>
    </w:p>
    <w:p>
      <w:r>
        <w:rPr>
          <w:b/>
        </w:rPr>
        <w:t xml:space="preserve">[10:06] </w:t>
      </w:r>
      <w:r>
        <w:t>keh musalman chunaanchay jee rahay hain shikast pasand zehniyat mein. aur yeh jo debaters hain, woh mez par apnay, unhon nay naam nahad dushmanon ko qatal kartay hain.</w:t>
      </w:r>
    </w:p>
    <w:p>
      <w:pPr>
        <w:jc w:val="right"/>
      </w:pPr>
      <w:r>
        <w:t>کہ مسلمان چونکہ جی رہے ہیں شکست پسند ذہنیت میں۔ اور یہ جو ڈیبیٹرز ہیں، وہ میز پر اپنے، انہوں نے نام نہاد دشمنوں کو قتل کرتے ہیں۔</w:t>
      </w:r>
    </w:p>
    <w:p>
      <w:r>
        <w:rPr>
          <w:b/>
        </w:rPr>
        <w:t xml:space="preserve">[10:19] </w:t>
      </w:r>
      <w:r>
        <w:t>yeh hai raaz. jin ko woh apna dushman samajhtay hain. jin ko woh apna dushman samajhtay hain. jin say unhein maidan-e-jang mein aur har doosray maidan mein shikast hui hai, haar gaye hain.</w:t>
      </w:r>
    </w:p>
    <w:p>
      <w:pPr>
        <w:jc w:val="right"/>
      </w:pPr>
      <w:r>
        <w:t>یہ ہے راز۔ جن کو وہ اپنا دشمن سمجھتے ہیں۔ جن کو وہ اپنا دشمن سمجھتے ہیں۔ جن سے انہیں میدانِ جنگ میں اور ہر دوسرے میدان میں شکست ہوئی ہے، ہار گئے ہیں۔</w:t>
      </w:r>
    </w:p>
    <w:p>
      <w:r>
        <w:rPr>
          <w:b/>
        </w:rPr>
        <w:t xml:space="preserve">[10:37] </w:t>
      </w:r>
      <w:r>
        <w:t>to yeh debaters jo hain, mez par unhein qatal kartay hain.</w:t>
      </w:r>
    </w:p>
    <w:p>
      <w:pPr>
        <w:jc w:val="right"/>
      </w:pPr>
      <w:r>
        <w:t>تو یہ ڈیبیٹرز جو ہیں، میز پر انہیں قتل کرتے ہیں۔</w:t>
      </w:r>
    </w:p>
    <w:p>
      <w:r>
        <w:rPr>
          <w:b/>
        </w:rPr>
        <w:t xml:space="preserve">[10:46] </w:t>
      </w:r>
      <w:r>
        <w:t>yehi dilli mein aik sahib nay mujhe bataya keh isi qism kay aik debater sahib yahan aaye hue thay. to wahan par aik hindu ki bhi speech thi.</w:t>
      </w:r>
    </w:p>
    <w:p>
      <w:pPr>
        <w:jc w:val="right"/>
      </w:pPr>
      <w:r>
        <w:t>یہیں دلی میں ایک صاحب نے مجھے بتایا کہ اسی قسم کے ایک ڈیبیٹر صاحب یہاں آئے ہوئے تھے۔ تو وہاں پر ایک ہندو کی بھی اسپیچ تھی۔</w:t>
      </w:r>
    </w:p>
    <w:p>
      <w:r>
        <w:rPr>
          <w:b/>
        </w:rPr>
        <w:t xml:space="preserve">[10:57] </w:t>
      </w:r>
      <w:r>
        <w:t>to hindu aaye to unhon nay islam kay baray mein bohat sari baatein kaheen. to is muslim debater sahib kay aik mudah thay.</w:t>
      </w:r>
    </w:p>
    <w:p>
      <w:pPr>
        <w:jc w:val="right"/>
      </w:pPr>
      <w:r>
        <w:t>تو ہندو آئے تو انہوں نے اسلام کے بارے میں بہت ساری باتیں کہیں۔ تو اس مسلم ڈیبیٹر صاحب کے ایک مداح تھے۔</w:t>
      </w:r>
    </w:p>
    <w:p>
      <w:r>
        <w:rPr>
          <w:b/>
        </w:rPr>
        <w:t xml:space="preserve">[11:06] </w:t>
      </w:r>
      <w:r>
        <w:t>to unhon nay kaha keh aanay do hamaray shear ko. aanay do ha</w:t>
      </w:r>
    </w:p>
    <w:p>
      <w:pPr>
        <w:jc w:val="right"/>
      </w:pPr>
      <w:r>
        <w:t>تو انہوں نے کہا کہ آنے دو ہمارے شعر کو۔ آنے دو ہ</w:t>
      </w:r>
    </w:p>
    <w:p>
      <w:r>
        <w:rPr>
          <w:b/>
        </w:rPr>
        <w:t xml:space="preserve">[11:11] </w:t>
      </w:r>
      <w:r>
        <w:t>maray shear ko. ab in ka shear aaya to us nay mez par khoob khoob us ko bulldozer kiya. yeh hai shikast pasand zehniyat ka phenomena.</w:t>
      </w:r>
    </w:p>
    <w:p>
      <w:pPr>
        <w:jc w:val="right"/>
      </w:pPr>
      <w:r>
        <w:t>مارے شعر کو۔ اب ان کا شعر آیا تو اس نے میز پر خوب خوب اس کو بلڈوز کیا۔ یہ ہے شکست پسند ذہنیت کا فیناومینا۔</w:t>
      </w:r>
    </w:p>
    <w:p>
      <w:r>
        <w:rPr>
          <w:b/>
        </w:rPr>
        <w:t xml:space="preserve">[11:24] </w:t>
      </w:r>
      <w:r>
        <w:t>keh debater qism kay speaker aaj kal bohat maqbool ho rahay hain poori dunya mein.</w:t>
      </w:r>
    </w:p>
    <w:p>
      <w:pPr>
        <w:jc w:val="right"/>
      </w:pPr>
      <w:r>
        <w:t>کہ ڈیبیٹر قسم کے اسپیکر آج کل بہت مقبول ہو رہے ہیں پوری دنیا میں۔</w:t>
      </w:r>
    </w:p>
    <w:p>
      <w:r>
        <w:rPr>
          <w:b/>
        </w:rPr>
        <w:t xml:space="preserve">[11:34] </w:t>
      </w:r>
      <w:r>
        <w:t>keh jo jo fateh unhein zindagi kay haqeeqi maidan mein nahi mili, siyasat mein, taleem mein,</w:t>
      </w:r>
    </w:p>
    <w:p>
      <w:pPr>
        <w:jc w:val="right"/>
      </w:pPr>
      <w:r>
        <w:t>کہ جو جو فتح انہیں زندگی کے حقیقی میدان میں نہیں ملی، سیاست میں، تعلیم میں،</w:t>
      </w:r>
    </w:p>
    <w:p>
      <w:r>
        <w:rPr>
          <w:b/>
        </w:rPr>
        <w:t xml:space="preserve">[11:49] </w:t>
      </w:r>
      <w:r>
        <w:t>market mein, maidan-e-jang mein kahin unhein nahi mili fateh. to ab un ka aik shear khara ho kar kay aik shab janjal lafzon ka aik, aik ghun ghurj ka aik andaaz mein aik speech deta hai.</w:t>
      </w:r>
    </w:p>
    <w:p>
      <w:pPr>
        <w:jc w:val="right"/>
      </w:pPr>
      <w:r>
        <w:t>مارکیٹ میں، میدانِ جنگ میں کہیں انہیں نہیں ملی فتح۔ تو اب ان کا ایک شعر کھڑا ہو کر کے ایک شب جنجال لفظوں کا ایک، ایک گھن گرج کا ایک انداز میں ایک اسپیچ دیتا ہے۔</w:t>
      </w:r>
    </w:p>
    <w:p>
      <w:r>
        <w:rPr>
          <w:b/>
        </w:rPr>
        <w:t xml:space="preserve">[12:11] </w:t>
      </w:r>
      <w:r>
        <w:t>aur woh mez par unhein qatal karta hai.</w:t>
      </w:r>
    </w:p>
    <w:p>
      <w:pPr>
        <w:jc w:val="right"/>
      </w:pPr>
      <w:r>
        <w:t>اور وہ میز پر انہیں قتل کرتا ہے۔</w:t>
      </w:r>
    </w:p>
    <w:p>
      <w:r>
        <w:rPr>
          <w:b/>
        </w:rPr>
        <w:t xml:space="preserve">[12:16] </w:t>
      </w:r>
      <w:r>
        <w:t>to bohat khush hotay hain woh.</w:t>
      </w:r>
    </w:p>
    <w:p>
      <w:pPr>
        <w:jc w:val="right"/>
      </w:pPr>
      <w:r>
        <w:t>تو بہت خوش ہوتے ہیں وہ۔</w:t>
      </w:r>
    </w:p>
    <w:p>
      <w:r>
        <w:rPr>
          <w:b/>
        </w:rPr>
        <w:t xml:space="preserve">[12:21] </w:t>
      </w:r>
      <w:r>
        <w:t>dilli mein aik sahib kay ghar aik bar mein gaya. woh dilli mein rehtay hain. purani dilli mein, old dilli mein. to unhon nay mujhe bulaya tha kuch.</w:t>
      </w:r>
    </w:p>
    <w:p>
      <w:pPr>
        <w:jc w:val="right"/>
      </w:pPr>
      <w:r>
        <w:t>دلی میں ایک صاحب کے گھر ایک بار میں گیا۔ وہ دلی میں رہتے ہیں۔ پرانی دلی میں، اولڈ دلی میں۔ تو انہوں نے مجھے بلایا تھا کچھ۔</w:t>
      </w:r>
    </w:p>
    <w:p>
      <w:r>
        <w:rPr>
          <w:b/>
        </w:rPr>
        <w:t xml:space="preserve">[12:39] </w:t>
      </w:r>
      <w:r>
        <w:t>to kuch lunch dinner aisa kuch tha.</w:t>
      </w:r>
    </w:p>
    <w:p>
      <w:pPr>
        <w:jc w:val="right"/>
      </w:pPr>
      <w:r>
        <w:t>تو کچھ لنچ ڈنر ایسا کچھ تھا۔</w:t>
      </w:r>
    </w:p>
    <w:p>
      <w:r>
        <w:rPr>
          <w:b/>
        </w:rPr>
        <w:t xml:space="preserve">[12:44] </w:t>
      </w:r>
      <w:r>
        <w:t>to khair, jis jis kamray mein mujhe bithaya gaya tha, aik bara sa kamra tha. to us mein kinaray ki taraf aik side room bhi tha.</w:t>
      </w:r>
    </w:p>
    <w:p>
      <w:pPr>
        <w:jc w:val="right"/>
      </w:pPr>
      <w:r>
        <w:t>تو خیر، جس جس کمرے میں مجھے بٹھایا گیا تھا، ایک بڑا سا کمرہ تھا۔ تو اس میں کنارے کی طرف ایک سائیڈ روم بھی تھا۔</w:t>
      </w:r>
    </w:p>
    <w:p>
      <w:r>
        <w:rPr>
          <w:b/>
        </w:rPr>
        <w:t xml:space="preserve">[12:56] </w:t>
      </w:r>
      <w:r>
        <w:t>to idhar mein kisi wajah say chala gaya. to wahan aik ajeeb o ghareeb manzar tha.</w:t>
      </w:r>
    </w:p>
    <w:p>
      <w:pPr>
        <w:jc w:val="right"/>
      </w:pPr>
      <w:r>
        <w:t>تو ادھر میں کسی وجہ سے چلا گیا۔ تو وہاں ایک عجیب و غریب منظر تھا۔</w:t>
      </w:r>
    </w:p>
    <w:p>
      <w:r>
        <w:rPr>
          <w:b/>
        </w:rPr>
        <w:t xml:space="preserve">[13:04] </w:t>
      </w:r>
      <w:r>
        <w:t>wahan aik aik bara sa jo mug hum kehtay hain, bara sa mug. to us kay andar reit bhari hui thi, reit.</w:t>
      </w:r>
    </w:p>
    <w:p>
      <w:pPr>
        <w:jc w:val="right"/>
      </w:pPr>
      <w:r>
        <w:t>وہاں ایک ایک بڑا سا جو مگ ہم کہتے ہیں، بڑا سا مگ۔ تو اس کے اندر ریت بھری ہوئی تھی، ریت۔</w:t>
      </w:r>
    </w:p>
    <w:p>
      <w:r>
        <w:rPr>
          <w:b/>
        </w:rPr>
        <w:t xml:space="preserve">[13:16] </w:t>
      </w:r>
      <w:r>
        <w:t>aur us mein aag jal rahi thi. roshni kay zariye, bijli kay zariye aag jal rahi thi. us mein aik chhuri us mein dali hui thi.</w:t>
      </w:r>
    </w:p>
    <w:p>
      <w:pPr>
        <w:jc w:val="right"/>
      </w:pPr>
      <w:r>
        <w:t>اور اس میں آگ جل رہی تھی۔ روشنی کے ذریعے، بجلی کے ذریعے آگ جل رہی تھی۔ اس میں ایک چھری اس میں ڈالی ہوئی تھی۔</w:t>
      </w:r>
    </w:p>
    <w:p>
      <w:r>
        <w:rPr>
          <w:b/>
        </w:rPr>
        <w:t xml:space="preserve">[13:25] </w:t>
      </w:r>
      <w:r>
        <w:t>aik chaqu, lamba chaqu, us kay andar dala hua tha aur sab jal raha tha woh. mein nay poocha yeh kya cheez hai?</w:t>
      </w:r>
    </w:p>
    <w:p>
      <w:pPr>
        <w:jc w:val="right"/>
      </w:pPr>
      <w:r>
        <w:t>ایک چاقو، لمبا چاقو، اس کے اندر ڈالا ہوا تھا اور سب جل رہا تھا وہ۔ میں نے پوچھا یہ کیا چیز ہے؟</w:t>
      </w:r>
    </w:p>
    <w:p>
      <w:r>
        <w:rPr>
          <w:b/>
        </w:rPr>
        <w:t xml:space="preserve">[13:34] </w:t>
      </w:r>
      <w:r>
        <w:t>to unhon nay kaha keh hamaray ghar mein zewraat chori ho gayi hain. zewraat koi utha lay gaya hai. to yeh jo hum kar rahay hain.</w:t>
      </w:r>
    </w:p>
    <w:p>
      <w:pPr>
        <w:jc w:val="right"/>
      </w:pPr>
      <w:r>
        <w:t>تو انہوں نے کہا کہ ہمارے گھر میں زیورات چوری ہو گئی ہیں۔ زیورات کوئی اٹھا لے گیا ہے۔ تو یہ جو ہم کر رہے ہیں۔</w:t>
      </w:r>
    </w:p>
    <w:p>
      <w:r>
        <w:rPr>
          <w:b/>
        </w:rPr>
        <w:t xml:space="preserve">[13:45] </w:t>
      </w:r>
      <w:r>
        <w:t>to woh jo woh mug tha ya dabba, us kay andar jo aag jal rahi thi. to woh us ka, us ka woh tha.</w:t>
      </w:r>
    </w:p>
    <w:p>
      <w:pPr>
        <w:jc w:val="right"/>
      </w:pPr>
      <w:r>
        <w:t>تو وہ جو وہ مگ تھا یا ڈبہ، اس کے اندر جو آگ جل رہی تھی۔ تو وہ اس کا، اس کا وہ تھا۔</w:t>
      </w:r>
    </w:p>
    <w:p>
      <w:r>
        <w:rPr>
          <w:b/>
        </w:rPr>
        <w:t xml:space="preserve">[13:54] </w:t>
      </w:r>
      <w:r>
        <w:t>us us chor ka seenah tha woh. us mein woh chhuri dali hui</w:t>
      </w:r>
    </w:p>
    <w:p>
      <w:pPr>
        <w:jc w:val="right"/>
      </w:pPr>
      <w:r>
        <w:t>اس اس چور کا سینہ تھا وہ۔ اس میں وہ چھری ڈالی ہوئی</w:t>
      </w:r>
    </w:p>
    <w:p>
      <w:r>
        <w:rPr>
          <w:b/>
        </w:rPr>
        <w:t xml:space="preserve">[14:01] </w:t>
      </w:r>
      <w:r>
        <w:t>thi. to unhon nay kaha keh yeh chhuri jo hai us kay seenay mein ghusay gi. wahan tarpay ga woh. yani apnay ghar kay aik daby mein aag jala kar us mein chhuri daal kar kay woh samajh rahay thay keh chor ka seenah tarpay ga aur tarp tarp kar la kar zewraat hamein day day ga wapas.</w:t>
      </w:r>
    </w:p>
    <w:p>
      <w:pPr>
        <w:jc w:val="right"/>
      </w:pPr>
      <w:r>
        <w:t>تھی۔ تو انہوں نے کہا کہ یہ چھری جو ہے اس کے سینے میں گھسے گی۔ وہاں تڑپے گا وہ۔ یعنی اپنے گھر کے ایک ڈبے میں آگ جلا کر اس میں چھری ڈال کر کے وہ سمجھ رہے تھے کہ چور کا سینہ تڑپے گا اور تڑپ تڑپ کر لا کر زیورات ہمیں دے دے گا واپس۔</w:t>
      </w:r>
    </w:p>
    <w:p>
      <w:r>
        <w:rPr>
          <w:b/>
        </w:rPr>
        <w:t xml:space="preserve">[14:19] </w:t>
      </w:r>
      <w:r>
        <w:t>zahir hai ke zewraat kabhi wapas nahi mili in ko. to yeh musalmanon ki shikast pasand zehniyat ka yeh sab phenomenon hai.</w:t>
      </w:r>
    </w:p>
    <w:p>
      <w:pPr>
        <w:jc w:val="right"/>
      </w:pPr>
      <w:r>
        <w:t>ظاہر ہے کہ زیورات کبھی واپس نہیں ملی ان کو۔ تو یہ مسلمانوں کی شکست پسند ذہنیت کا یہ سب فیناومینا ہے۔</w:t>
      </w:r>
    </w:p>
    <w:p>
      <w:r>
        <w:rPr>
          <w:b/>
        </w:rPr>
        <w:t xml:space="preserve">[14:29] </w:t>
      </w:r>
      <w:r>
        <w:t>isi mein jee rahe hain saare musalman. kyunke woh samajhte hain ke hamare paas jo mazhab hai woh to hamesha siyasi taqat chahta hai.</w:t>
      </w:r>
    </w:p>
    <w:p>
      <w:pPr>
        <w:jc w:val="right"/>
      </w:pPr>
      <w:r>
        <w:t>اسی میں جی رہے ہیں سارے مسلمان۔ کیونکہ وہ سمجھتے ہیں کہ ہمارے پاس جو مذہب ہے وہ تو ہمیشہ سیاسی طاقت چاہتا ہے۔</w:t>
      </w:r>
    </w:p>
    <w:p>
      <w:r>
        <w:rPr>
          <w:b/>
        </w:rPr>
        <w:t xml:space="preserve">[14:41] </w:t>
      </w:r>
      <w:r>
        <w:t>position of strength hi is ka asal hai. aur woh mili nahi inhein.</w:t>
      </w:r>
    </w:p>
    <w:p>
      <w:pPr>
        <w:jc w:val="right"/>
      </w:pPr>
      <w:r>
        <w:t>پوزیشن آف اسٹرینتھ ہی اس کا اصل ہے۔ اور وہ ملی نہیں انہیں۔</w:t>
      </w:r>
    </w:p>
    <w:p>
      <w:r>
        <w:rPr>
          <w:b/>
        </w:rPr>
        <w:t xml:space="preserve">[14:47] </w:t>
      </w:r>
      <w:r>
        <w:t>ab is mein dekhiye, ek qatai bari policy hai. qatai mukhalifat hai. ke abhi bhi 57 muslim mumalik mein jahan musalmanon ka siyasi taqat hai.</w:t>
      </w:r>
    </w:p>
    <w:p>
      <w:pPr>
        <w:jc w:val="right"/>
      </w:pPr>
      <w:r>
        <w:t>اب اس میں دیکھیے، ایک قطعی بڑی پالیسی ہے۔ قطعی مخالفت ہے۔ کہ ابھی بھی 57 مسلم ممالک میں جہاں مسلمانوں کا سیاسی طاقت ہے۔</w:t>
      </w:r>
    </w:p>
    <w:p>
      <w:r>
        <w:rPr>
          <w:b/>
        </w:rPr>
        <w:t xml:space="preserve">[15:01] </w:t>
      </w:r>
      <w:r>
        <w:t>yeh kehna bhi ek ek galat baat hai, be buniyad baat hai ke hamein siyasi taqat nahi mila hua hai. yeh kaise aap kehte hain? yeh to bilkul be buniyad hai.</w:t>
      </w:r>
    </w:p>
    <w:p>
      <w:pPr>
        <w:jc w:val="right"/>
      </w:pPr>
      <w:r>
        <w:t>یہ کہنا بھی ایک ایک غلط بات ہے، بے بنیاد بات ہے کہ ہمیں سیاسی طاقت نہیں ملا ہوا ہے۔ یہ کیسے آپ کہتے ہیں؟ یہ تو بالکل بے بنیاد ہے۔</w:t>
      </w:r>
    </w:p>
    <w:p>
      <w:r>
        <w:rPr>
          <w:b/>
        </w:rPr>
        <w:t xml:space="preserve">[15:13] </w:t>
      </w:r>
      <w:r>
        <w:t>abhi bhi is waqt 57 muslim mumalik hain jahan musalmanon ka apna siyasi taqat hai. to siyasi taqat to mila hua hai.</w:t>
      </w:r>
    </w:p>
    <w:p>
      <w:pPr>
        <w:jc w:val="right"/>
      </w:pPr>
      <w:r>
        <w:t>ابھی بھی اس وقت 57 مسلم ممالک ہیں جہاں مسلمانوں کا اپنا سیاسی طاقت ہے۔ تو سیاسی طاقت تو ملا ہوا ہے۔</w:t>
      </w:r>
    </w:p>
    <w:p>
      <w:r>
        <w:rPr>
          <w:b/>
        </w:rPr>
        <w:t xml:space="preserve">[15:23] </w:t>
      </w:r>
      <w:r>
        <w:t>phir kyun rona? phir kyun shikast pasand zehniyat? to jo log yeh kehte hain ke sara maamla yeh hai ke hamare paas siyasi taqat nahi hai.</w:t>
      </w:r>
    </w:p>
    <w:p>
      <w:pPr>
        <w:jc w:val="right"/>
      </w:pPr>
      <w:r>
        <w:t>پھر کیوں رونا؟ پھر کیوں شکست پسند ذہنیت؟ تو جو لوگ یہ کہتے ہیں کہ سارا معاملہ یہ ہے کہ ہمارے پاس سیاسی طاقت نہیں ہے۔</w:t>
      </w:r>
    </w:p>
    <w:p>
      <w:r>
        <w:rPr>
          <w:b/>
        </w:rPr>
        <w:t xml:space="preserve">[15:34] </w:t>
      </w:r>
      <w:r>
        <w:t>woh khud bhi ek mukhalifat mein jeete hain. siyasi taqat to mila hua hai tum ko.</w:t>
      </w:r>
    </w:p>
    <w:p>
      <w:pPr>
        <w:jc w:val="right"/>
      </w:pPr>
      <w:r>
        <w:t>وہ خود بھی ایک مخالفت میں جیتے ہیں۔ سیاسی طاقت تو ملا ہوا ہے تم کو۔</w:t>
      </w:r>
    </w:p>
    <w:p>
      <w:r>
        <w:rPr>
          <w:b/>
        </w:rPr>
        <w:t xml:space="preserve">[15:40] </w:t>
      </w:r>
      <w:r>
        <w:t>phir kyun kehte ho ke hum, hum ko hum haare hue hain?</w:t>
      </w:r>
    </w:p>
    <w:p>
      <w:pPr>
        <w:jc w:val="right"/>
      </w:pPr>
      <w:r>
        <w:t>پھر کیوں کہتے ہو کہ ہم، ہم کو ہم ہارے ہوئے ہیں؟</w:t>
      </w:r>
    </w:p>
    <w:p>
      <w:r>
        <w:rPr>
          <w:b/>
        </w:rPr>
        <w:t xml:space="preserve">[15:48] </w:t>
      </w:r>
      <w:r>
        <w:t>yeh sara bilkul mukhalifat aur policy aur uljhan mein jee rahi hai. poori poori qaum jee rahi hai. america ke musalman bhi isi mein jeete hain. naam nahad taleem yafta log bhi isi mein jeete hain.</w:t>
      </w:r>
    </w:p>
    <w:p>
      <w:pPr>
        <w:jc w:val="right"/>
      </w:pPr>
      <w:r>
        <w:t>یہ سارا بالکل مخالفت اور پالیسی اور الجھن میں جی رہی ہے۔ پوری پوری قوم جی رہی ہے۔ امریکہ کے مسلمان بھی اسی میں جیتے ہیں۔ نام نہاد تعلیم یافتہ لوگ بھی اسی میں جیتے ہیں۔</w:t>
      </w:r>
    </w:p>
    <w:p>
      <w:r>
        <w:rPr>
          <w:b/>
        </w:rPr>
        <w:t xml:space="preserve">[16:01] </w:t>
      </w:r>
      <w:r>
        <w:t>behhal to aaj subah mere zehn ne, mera search engine jo hai us ne bataya. ke aaj hi subah.</w:t>
      </w:r>
    </w:p>
    <w:p>
      <w:pPr>
        <w:jc w:val="right"/>
      </w:pPr>
      <w:r>
        <w:t>بہرحال تو آج صبح میرے ذہن نے، میرا سرچ انجن جو ہے اس نے بتایا۔ کہ آج ہی صبح۔</w:t>
      </w:r>
    </w:p>
    <w:p>
      <w:r>
        <w:rPr>
          <w:b/>
        </w:rPr>
        <w:t xml:space="preserve">[16:13] </w:t>
      </w:r>
      <w:r>
        <w:t>yaani 15 saal mera zehn jo hai, dekhiye jab sachai gum ho gayi ho. to waqt bohat zyada lagta hai. computer mein aap ko secondon mein, minuteon mein jawab mil sakta hai.</w:t>
      </w:r>
    </w:p>
    <w:p>
      <w:pPr>
        <w:jc w:val="right"/>
      </w:pPr>
      <w:r>
        <w:t>یعنی 15 سال میرا ذہن جو ہے، دیکھیے جب سچائی گم ہو گئی ہو۔ تو وقت بہت زیادہ لگتا ہے۔ کمپیوٹر میں آپ کو سیکنڈوں میں، منٹوں میں جواب مل سکتا ہے۔</w:t>
      </w:r>
    </w:p>
    <w:p>
      <w:r>
        <w:rPr>
          <w:b/>
        </w:rPr>
        <w:t xml:space="preserve">[16:25] </w:t>
      </w:r>
      <w:r>
        <w:t>kyunke wahan par sab kuch set hai. wahan kuch gum nahi hui hai.</w:t>
      </w:r>
    </w:p>
    <w:p>
      <w:pPr>
        <w:jc w:val="right"/>
      </w:pPr>
      <w:r>
        <w:t>کیونکہ وہاں پر سب کچھ سیٹ ہے۔ وہاں کچھ گم نہیں ہوئی ہے۔</w:t>
      </w:r>
    </w:p>
    <w:p>
      <w:r>
        <w:rPr>
          <w:b/>
        </w:rPr>
        <w:t xml:space="preserve">[16:30] </w:t>
      </w:r>
      <w:r>
        <w:t>saare hisab kitaab set hain is ke andar. saari maloomat set hain is ke andar. aap ne ek ek switch dabai aur woh woh jo pehle hi jo wahan par feed ki hui hai woh nikalne lagi.</w:t>
      </w:r>
    </w:p>
    <w:p>
      <w:pPr>
        <w:jc w:val="right"/>
      </w:pPr>
      <w:r>
        <w:t>سارے حساب کتاب سیٹ ہیں اس کے اندر۔ ساری معلومات سیٹ ہیں اس کے اندر۔ آپ نے ایک ایک سوئچ دبائی اور وہ وہ جو پہلے ہی جو وہاں پر فیڈ کی ہوئی ہے وہ نکلنے لگی۔</w:t>
      </w:r>
    </w:p>
    <w:p>
      <w:r>
        <w:rPr>
          <w:b/>
        </w:rPr>
        <w:t xml:space="preserve">[16:43] </w:t>
      </w:r>
      <w:r>
        <w:t>zehn mein aisa nahi ho sakta. yahan to jangla hai, jangla maloomat ka. is ne uljhan mein daal rakha hai logon ko.</w:t>
      </w:r>
    </w:p>
    <w:p>
      <w:pPr>
        <w:jc w:val="right"/>
      </w:pPr>
      <w:r>
        <w:t>ذہن میں ایسا نہیں ہو سکتا۔ یہاں تو جنگل ہے، جنگل معلومات کا۔ اس نے الجھن میں ڈال رکھا ہے لوگوں کو۔</w:t>
      </w:r>
    </w:p>
    <w:p>
      <w:r>
        <w:rPr>
          <w:b/>
        </w:rPr>
        <w:t xml:space="preserve">[16:53] </w:t>
      </w:r>
      <w:r>
        <w:t>to hamare zehn ka search engine jo hai minuteon mein ya secondon mein naye jawab de sakta. waqt lagega.</w:t>
      </w:r>
    </w:p>
    <w:p>
      <w:pPr>
        <w:jc w:val="right"/>
      </w:pPr>
      <w:r>
        <w:t>تو ہمارے ذہن کا سرچ انجن جو ہے منٹوں میں یا سیکنڈوں میں نئے جواب دے سکتا۔ وقت لگے گا۔</w:t>
      </w:r>
    </w:p>
    <w:p>
      <w:r>
        <w:rPr>
          <w:b/>
        </w:rPr>
        <w:t xml:space="preserve">[17:01] </w:t>
      </w:r>
      <w:r>
        <w:t>to yeh na samjhiye ke zehn jo hai kuch kam hai computer se. computer ko mechanical zehn kaha jata hai. main samajhta hoon ke is ke muqable mein hamara zehn jo hai woh billion trillion time zyada bari cheez hai.</w:t>
      </w:r>
    </w:p>
    <w:p>
      <w:pPr>
        <w:jc w:val="right"/>
      </w:pPr>
      <w:r>
        <w:t>تو یہ نہ سمجھیے کہ ذہن جو ہے کچھ کم ہے کمپیوٹر سے۔ کمپیوٹر کو مکینیکل ذہن کہا جاتا ہے۔ میں سمجھتا ہوں کہ اس کے مقابلے میں ہمارا ذہن جو ہے وہ بلین ٹریلین ٹائم زیادہ بڑی چیز ہے۔</w:t>
      </w:r>
    </w:p>
    <w:p>
      <w:r>
        <w:rPr>
          <w:b/>
        </w:rPr>
        <w:t xml:space="preserve">[17:20] </w:t>
      </w:r>
      <w:r>
        <w:t>lekin computer ka maamla bohat asaan hai. is ko feed ki hui maloomat se kuch nikalna parta hai.</w:t>
      </w:r>
    </w:p>
    <w:p>
      <w:pPr>
        <w:jc w:val="right"/>
      </w:pPr>
      <w:r>
        <w:t>لیکن کمپیوٹر کا معاملہ بہت آسان ہے۔ اس کو فیڈ کی ہوئی معلومات سے کچھ نکالنا پڑتا ہے۔</w:t>
      </w:r>
    </w:p>
    <w:p>
      <w:r>
        <w:rPr>
          <w:b/>
        </w:rPr>
        <w:t xml:space="preserve">[17:31] </w:t>
      </w:r>
      <w:r>
        <w:t>hamare haan to kuch jangla hi jangla hai sab kuch. woh jo feed ki hui nahi hai. jo is feed ki hui hai woh uljhan hai, mukhalifat hai, galat fehmi hai.</w:t>
      </w:r>
    </w:p>
    <w:p>
      <w:pPr>
        <w:jc w:val="right"/>
      </w:pPr>
      <w:r>
        <w:t>ہمارے ہاں تو کچھ جنگل ہی جنگل ہے سب کچھ۔ وہ جو فیڈ کی ہوئی نہیں ہے۔ جو اس فیڈ کی ہوئی ہے وہ الجھن ہے، مخالفت ہے، غلط فہمی ہے۔</w:t>
      </w:r>
    </w:p>
    <w:p>
      <w:r>
        <w:rPr>
          <w:b/>
        </w:rPr>
        <w:t xml:space="preserve">[17:40] </w:t>
      </w:r>
      <w:r>
        <w:t>yeh sab bhara hua hai.</w:t>
      </w:r>
    </w:p>
    <w:p>
      <w:pPr>
        <w:jc w:val="right"/>
      </w:pPr>
      <w:r>
        <w:t>یہ سب بھرا ہوا ہے۔</w:t>
      </w:r>
    </w:p>
    <w:p>
      <w:r>
        <w:rPr>
          <w:b/>
        </w:rPr>
        <w:t xml:space="preserve">[17:43] </w:t>
      </w:r>
      <w:r>
        <w:t>isi liye poori muslim dunya mein log jo hain bilkul is maamle mein be khabar hain, nawaqif. kuch bhi nahi jante.</w:t>
      </w:r>
    </w:p>
    <w:p>
      <w:pPr>
        <w:jc w:val="right"/>
      </w:pPr>
      <w:r>
        <w:t>اسی لیے پوری مسلم دنیا میں لوگ جو ہیں بالکل اس معاملے میں بے خبر ہیں، ناواقف۔ کچھ بھی نہیں جانتے۔</w:t>
      </w:r>
    </w:p>
    <w:p>
      <w:r>
        <w:rPr>
          <w:b/>
        </w:rPr>
        <w:t xml:space="preserve">[17:53] </w:t>
      </w:r>
      <w:r>
        <w:t>aur yeh itna bura phenomenon hai ke shikast pasand zehniyat yahan tak pahunchi hai ke lafzon ka jangla hota hai. debate kya hai? debate.</w:t>
      </w:r>
    </w:p>
    <w:p>
      <w:pPr>
        <w:jc w:val="right"/>
      </w:pPr>
      <w:r>
        <w:t>اور یہ اتنا برا فیناومینا ہے کہ شکست پسند ذہنیت یہاں تک پہنچی ہے کہ لفظوں کا جنگل ہوتا ہے۔ ڈیبیٹ کیا ہے؟ ڈیبیٹ۔</w:t>
      </w:r>
    </w:p>
    <w:p>
      <w:r>
        <w:rPr>
          <w:b/>
        </w:rPr>
        <w:t xml:space="preserve">[18:03] </w:t>
      </w:r>
      <w:r>
        <w:t>lafz ka jangla hai. lafzon ke jangla mein hum khel rahe hain aur khush hote hain, taliyan bajate hain.</w:t>
      </w:r>
    </w:p>
    <w:p>
      <w:pPr>
        <w:jc w:val="right"/>
      </w:pPr>
      <w:r>
        <w:t>لفظ کا جنگل ہے۔ لفظوں کے جنگل میں ہم کھیل رہے ہیں اور خوش ہوتے ہیں، تالیاں بجاتے ہیں۔</w:t>
      </w:r>
    </w:p>
    <w:p>
      <w:r>
        <w:rPr>
          <w:b/>
        </w:rPr>
        <w:t xml:space="preserve">[18:11] </w:t>
      </w:r>
      <w:r>
        <w:t>yaani haqeeqi zindagi mein hamein shikast hui hai. to ek tasawwuri dunya hum apna khud banate hain. wahan lafz ka jangla macha kar ke khush hote hain ke hum jeet gaye.</w:t>
      </w:r>
    </w:p>
    <w:p>
      <w:pPr>
        <w:jc w:val="right"/>
      </w:pPr>
      <w:r>
        <w:t>یعنی حقیقی زندگی میں ہمیں شکست ہوئی ہے۔ تو ایک تصوری دنیا ہم اپنا خود بناتے ہیں۔ وہاں لفظ کا جنگل مچا کر کے خوش ہوتے ہیں کہ ہم جیت گئے۔</w:t>
      </w:r>
    </w:p>
    <w:p>
      <w:r>
        <w:rPr>
          <w:b/>
        </w:rPr>
        <w:t xml:space="preserve">[18:24] </w:t>
      </w:r>
      <w:r>
        <w:t>yeh to bilkul ostrich adat hai yeh. ostrich jaisi adat. ab ek chota sa cell mein khush ho jana.</w:t>
      </w:r>
    </w:p>
    <w:p>
      <w:pPr>
        <w:jc w:val="right"/>
      </w:pPr>
      <w:r>
        <w:t>یہ تو بالکل آسٹرش عادت ہے یہ۔ آسٹرش جیسی عادت۔ اب ایک چھوٹا سا سیل میں خوش ہو جانا۔</w:t>
      </w:r>
    </w:p>
    <w:p>
      <w:r>
        <w:rPr>
          <w:b/>
        </w:rPr>
        <w:t xml:space="preserve">[18:34] </w:t>
      </w:r>
      <w:r>
        <w:t>jaise aap jante hain ke ashtrich jo hota hai, shutur murgh. reit ka jab toofan aata hai. samajhta hai ke ab mein ghar ke mar jaunga.</w:t>
      </w:r>
    </w:p>
    <w:p>
      <w:pPr>
        <w:jc w:val="right"/>
      </w:pPr>
      <w:r>
        <w:t>جیسے آپ جانتے ہیں کہ آسٹرش جو ہوتا ہے، شتر مرغ۔ ریت کا جب طوفان آتا ہے۔ سمجھتا ہے کہ اب میں گھر کے مر جاؤں گا۔</w:t>
      </w:r>
    </w:p>
    <w:p>
      <w:r>
        <w:rPr>
          <w:b/>
        </w:rPr>
        <w:t xml:space="preserve">[18:44] </w:t>
      </w:r>
      <w:r>
        <w:t>to apna sir jo hai daal leta hai reit ke andar. to is ka maani ke woh daal kar ke woh dekh nahi raha hota is toofan ko.</w:t>
      </w:r>
    </w:p>
    <w:p>
      <w:pPr>
        <w:jc w:val="right"/>
      </w:pPr>
      <w:r>
        <w:t>تو اپنا سر جو ہے ڈال لیتا ہے ریت کے اندر۔ تو اس کا معنی کہ وہ ڈال کر کے وہ دیکھ نہیں رہا ہوتا اس طوفان کو۔</w:t>
      </w:r>
    </w:p>
    <w:p>
      <w:r>
        <w:rPr>
          <w:b/>
        </w:rPr>
        <w:t xml:space="preserve">[18:56] </w:t>
      </w:r>
      <w:r>
        <w:t>lekin phir bhi toofan aata hai aur phir bhi woh is mein mar jata hai. wahi hamara haal hai.</w:t>
      </w:r>
    </w:p>
    <w:p>
      <w:pPr>
        <w:jc w:val="right"/>
      </w:pPr>
      <w:r>
        <w:t>لیکن پھر بھی طوفان آتا ہے اور پھر بھی وہ اس میں مر جاتا ہے۔ وہی ہمارا حال ہے۔</w:t>
      </w:r>
    </w:p>
    <w:p>
      <w:r>
        <w:rPr>
          <w:b/>
        </w:rPr>
        <w:t xml:space="preserve">[19:03] </w:t>
      </w:r>
      <w:r>
        <w:t>ke ek chhota sa cell bana kar ke isi ke andar hum khush hote hain. to beharhal jo jo mujhe daryaft hui woh batata hoon kya hua.</w:t>
      </w:r>
    </w:p>
    <w:p>
      <w:pPr>
        <w:jc w:val="right"/>
      </w:pPr>
      <w:r>
        <w:t>کہ ایک چھوٹا سا سیل بنا کر کے اسی کے اندر ہم خوش ہوتے ہیں۔ تو بہرحال جو جو مجھے دریافت ہوئی وہ بتاتا ہوں کیا ہوئی۔</w:t>
      </w:r>
    </w:p>
    <w:p>
      <w:r>
        <w:rPr>
          <w:b/>
        </w:rPr>
        <w:t xml:space="preserve">[19:13] </w:t>
      </w:r>
      <w:r>
        <w:t>aaj. mujhe is is sawal ka jawab ek quran ke ek aayat mein mila.</w:t>
      </w:r>
    </w:p>
    <w:p>
      <w:pPr>
        <w:jc w:val="right"/>
      </w:pPr>
      <w:r>
        <w:t>آج۔ مجھے اس اس سوال کا جواب ایک قرآن کے ایک آیت میں ملا۔</w:t>
      </w:r>
    </w:p>
    <w:p>
      <w:r>
        <w:rPr>
          <w:b/>
        </w:rPr>
        <w:t xml:space="preserve">[19:25] </w:t>
      </w:r>
      <w:r>
        <w:t>quran ka ek bab hai al an'am. bab number chhe. is ki aayat number nauwe ek ko aap padhiye.</w:t>
      </w:r>
    </w:p>
    <w:p>
      <w:pPr>
        <w:jc w:val="right"/>
      </w:pPr>
      <w:r>
        <w:t>قرآن کا ایک باب ہے الانعام۔ باب نمبر چھ۔ اس کی آیت نمبر نوے ایک کو آپ پڑھیے۔</w:t>
      </w:r>
    </w:p>
    <w:p>
      <w:r>
        <w:rPr>
          <w:b/>
        </w:rPr>
        <w:t xml:space="preserve">[19:37] </w:t>
      </w:r>
      <w:r>
        <w:t>chhe nauwe ek is ko aap padhiye. jis mein Allah taala ne bahut se paighambaron ka zikr kiya hai.</w:t>
      </w:r>
    </w:p>
    <w:p>
      <w:pPr>
        <w:jc w:val="right"/>
      </w:pPr>
      <w:r>
        <w:t>چھ نوے ایک اس کو آپ پڑھیے۔ جس میں اللہ تعالیٰ نے بہت سے پیغمبروں کا ذکر کیا ہے۔</w:t>
      </w:r>
    </w:p>
    <w:p>
      <w:r>
        <w:rPr>
          <w:b/>
        </w:rPr>
        <w:t xml:space="preserve">[19:49] </w:t>
      </w:r>
      <w:r>
        <w:t>aap jante hain ke hadith ke mutabiq. to ek lakh chobees hazar paighambar aaye. yaani ek lakh se zyada.</w:t>
      </w:r>
    </w:p>
    <w:p>
      <w:pPr>
        <w:jc w:val="right"/>
      </w:pPr>
      <w:r>
        <w:t>آپ جانتے ہیں کہ حدیث کے مطابق۔ تو ایک لاکھ چوبیس ہزار پیغمبر آئے۔ یعنی ایک لاکھ سے زیادہ۔</w:t>
      </w:r>
    </w:p>
    <w:p>
      <w:r>
        <w:rPr>
          <w:b/>
        </w:rPr>
        <w:t xml:space="preserve">[20:01] </w:t>
      </w:r>
      <w:r>
        <w:t>lekin quran mein pachees paighambaron ka zikr kiya gaya hai. pachees. kuch log is ki ginti zyada batate hain.</w:t>
      </w:r>
    </w:p>
    <w:p>
      <w:pPr>
        <w:jc w:val="right"/>
      </w:pPr>
      <w:r>
        <w:t>لیکن قرآن میں پچیس پیغمبروں کا ذکر کیا گیا ہے۔ پچیس۔ کچھ لوگ اس کی گنتی زیادہ بتاتے ہیں۔</w:t>
      </w:r>
    </w:p>
    <w:p>
      <w:r>
        <w:rPr>
          <w:b/>
        </w:rPr>
        <w:t xml:space="preserve">[20:11] </w:t>
      </w:r>
      <w:r>
        <w:t>lekin zyada sahi baat yahi hai ke pachees.</w:t>
      </w:r>
    </w:p>
    <w:p>
      <w:pPr>
        <w:jc w:val="right"/>
      </w:pPr>
      <w:r>
        <w:t>لیکن زیادہ صحیح بات یہی ہے کہ پچیس۔</w:t>
      </w:r>
    </w:p>
    <w:p>
      <w:r>
        <w:rPr>
          <w:b/>
        </w:rPr>
        <w:t xml:space="preserve">[20:16] </w:t>
      </w:r>
      <w:r>
        <w:t>to quran mein pichhle nabiyon jo hain un ka zikr kar ke yeh aayat aayi hai. laa'ika alladheena hadaa allahu fawabihi daahu muqtad. is ka matlab yeh hai those were the guided prophets.</w:t>
      </w:r>
    </w:p>
    <w:p>
      <w:pPr>
        <w:jc w:val="right"/>
      </w:pPr>
      <w:r>
        <w:t>تو قرآن میں پچھلے نبیوں جو ہیں ان کا ذکر کر کے یہ آیت آئی ہے۔ لَاۤئِكَ الَّذِينَ هَدَى اللَّهُ فَوَبِهُ دَاهُ مُقْتَدٍ اس کا مطلب یہ ہے those were the guided prophets.</w:t>
      </w:r>
    </w:p>
    <w:p>
      <w:r>
        <w:rPr>
          <w:b/>
        </w:rPr>
        <w:t xml:space="preserve">[20:32] </w:t>
      </w:r>
      <w:r>
        <w:t>aap ghor kijiye is aayat par. those were the guided prophets. so you should follow their example.</w:t>
      </w:r>
    </w:p>
    <w:p>
      <w:pPr>
        <w:jc w:val="right"/>
      </w:pPr>
      <w:r>
        <w:t>آپ غور کیجیے اس آیت پر۔ those were the guided prophets. So you should follow their example.</w:t>
      </w:r>
    </w:p>
    <w:p>
      <w:r>
        <w:rPr>
          <w:b/>
        </w:rPr>
        <w:t xml:space="preserve">[20:46] </w:t>
      </w:r>
      <w:r>
        <w:t>fawabihi daahu muqtad. so you should follow their example. yeh kis ko kaha gaya hai? o muhammad. o muhammad, you must follow.</w:t>
      </w:r>
    </w:p>
    <w:p>
      <w:pPr>
        <w:jc w:val="right"/>
      </w:pPr>
      <w:r>
        <w:t>فَوَبِهُ دَاهُ مُقْتَدٍ. So you should follow their example. یہ کس کو کہا گیا ہے؟ او محمد۔ O Muhammad, you must follow.</w:t>
      </w:r>
    </w:p>
    <w:p>
      <w:r>
        <w:rPr>
          <w:b/>
        </w:rPr>
        <w:t xml:space="preserve">[21:01] </w:t>
      </w:r>
      <w:r>
        <w:t>is mein ek bahut badi baat mujhe aaj daryaft hui. is ko aap is tarah samjhiye ke tamam musalman hazar saal se kya kar rahe hain?</w:t>
      </w:r>
    </w:p>
    <w:p>
      <w:pPr>
        <w:jc w:val="right"/>
      </w:pPr>
      <w:r>
        <w:t>اس میں ایک بہت بڑی بات مجھے آج دریافت ہوئی۔ اس کو آپ اس طرح سمجھیے کہ تمام مسلمان ہزار سال سے کیا کر رہے ہیں؟</w:t>
      </w:r>
    </w:p>
    <w:p>
      <w:r>
        <w:rPr>
          <w:b/>
        </w:rPr>
        <w:t xml:space="preserve">[21:12] </w:t>
      </w:r>
      <w:r>
        <w:t>ek bahut bhari, bhayanak ghalati mein mubtala hain.</w:t>
      </w:r>
    </w:p>
    <w:p>
      <w:pPr>
        <w:jc w:val="right"/>
      </w:pPr>
      <w:r>
        <w:t>ایک بہت بھاری، بھیانک غلطی میں مبتلا ہیں۔</w:t>
      </w:r>
    </w:p>
    <w:p>
      <w:r>
        <w:rPr>
          <w:b/>
        </w:rPr>
        <w:t xml:space="preserve">[21:16] </w:t>
      </w:r>
      <w:r>
        <w:t>hazar saal se mubtala hain is mein. aap mein kisi ko shakk ho to mujhe hawala bataye. jo mein keh raha hoon. woh samajhte hain ke rasool Allah jo the, yaani nabi alaihi assalam jo the, woh the uswa kamil.</w:t>
      </w:r>
    </w:p>
    <w:p>
      <w:pPr>
        <w:jc w:val="right"/>
      </w:pPr>
      <w:r>
        <w:t>ہزار سال سے مبتلا ہیں اس میں۔ آپ میں کسی کو شک ہو تو مجھے حوالہ بتائے۔ جو میں کہہ رہا ہوں۔ وہ سمجھتے ہیں کہ رسول اللہ جو تھے، یعنی نبی علیہ السلام جو تھے، وہ تھے اسوہ کامل۔</w:t>
      </w:r>
    </w:p>
    <w:p>
      <w:r>
        <w:rPr>
          <w:b/>
        </w:rPr>
        <w:t xml:space="preserve">[21:36] </w:t>
      </w:r>
      <w:r>
        <w:t>quran mein hai ke laqad kaana lakum fi rasool allahi uswatun hasanah. rasool Allah ki zindagi tumhare liye misaal hai.</w:t>
      </w:r>
    </w:p>
    <w:p>
      <w:pPr>
        <w:jc w:val="right"/>
      </w:pPr>
      <w:r>
        <w:t>قرآن میں ہے کہ لقد كان لكم في رسول الله أسوة حسنة. رسول اللہ کی زندگی تمہارے لیے مثال ہے۔</w:t>
      </w:r>
    </w:p>
    <w:p>
      <w:r>
        <w:rPr>
          <w:b/>
        </w:rPr>
        <w:t xml:space="preserve">[21:45] </w:t>
      </w:r>
      <w:r>
        <w:t>good example.</w:t>
      </w:r>
    </w:p>
    <w:p>
      <w:pPr>
        <w:jc w:val="right"/>
      </w:pPr>
      <w:r>
        <w:t>Good example.</w:t>
      </w:r>
    </w:p>
    <w:p>
      <w:r>
        <w:rPr>
          <w:b/>
        </w:rPr>
        <w:t xml:space="preserve">[21:47] </w:t>
      </w:r>
      <w:r>
        <w:t>to is ko unhon ne kya bana liya? complete example.</w:t>
      </w:r>
    </w:p>
    <w:p>
      <w:pPr>
        <w:jc w:val="right"/>
      </w:pPr>
      <w:r>
        <w:t>تو اس کو انہوں نے کیا بنا لیا؟ Complete example.</w:t>
      </w:r>
    </w:p>
    <w:p>
      <w:r>
        <w:rPr>
          <w:b/>
        </w:rPr>
        <w:t xml:space="preserve">[21:53] </w:t>
      </w:r>
      <w:r>
        <w:t>kamil uswa. ab kitni badi is mein ghalati ho gayi hai musalmanon se. saare scholars, one to all.</w:t>
      </w:r>
    </w:p>
    <w:p>
      <w:pPr>
        <w:jc w:val="right"/>
      </w:pPr>
      <w:r>
        <w:t>کامل اسوہ۔ اب کتنی بڑی اس میں غلطی ہو گئی ہے مسلمانوں سے۔ سارے اسکالرز، one to all.</w:t>
      </w:r>
    </w:p>
    <w:p>
      <w:r>
        <w:rPr>
          <w:b/>
        </w:rPr>
        <w:t xml:space="preserve">[22:07] </w:t>
      </w:r>
      <w:r>
        <w:t>kisi ko shakk ho to mujhe is kitab ka hawala de. jis mein aisa nahi hai. ke unhon ne badal diya is ko, uswa hasanah ko uswa kamilah bana diya.</w:t>
      </w:r>
    </w:p>
    <w:p>
      <w:pPr>
        <w:jc w:val="right"/>
      </w:pPr>
      <w:r>
        <w:t>کسی کو شک ہو تو مجھے اس کتاب کا حوالہ دے۔ جس میں ایسا نہیں ہے۔ کہ انہوں نے بدل دیا اس کو، اسوہ حسنہ کو اسوہ کاملہ بنا دیا۔</w:t>
      </w:r>
    </w:p>
    <w:p>
      <w:r>
        <w:rPr>
          <w:b/>
        </w:rPr>
        <w:t xml:space="preserve">[22:18] </w:t>
      </w:r>
      <w:r>
        <w:t>ke rasool Allah jo hain, quran mein bataya gaya hai ke woh achha namoona hain un ki zindagi mein tumhare liye. bana diya kya? kamil namoona hai. yaani sara namoona unhi ki zindagi mein maujood hai.</w:t>
      </w:r>
    </w:p>
    <w:p>
      <w:pPr>
        <w:jc w:val="right"/>
      </w:pPr>
      <w:r>
        <w:t>کہ رسول اللہ جو ہیں، قرآن میں بتایا گیا ہے کہ وہ اچھا نمونہ ہیں ان کی زندگی میں تمہارے لیے۔ بنا دیا کیا؟ کامل نمونہ ہے۔ یعنی سارا نمونہ انہی کی زندگی میں موجود ہے۔</w:t>
      </w:r>
    </w:p>
    <w:p>
      <w:r>
        <w:rPr>
          <w:b/>
        </w:rPr>
        <w:t xml:space="preserve">[22:32] </w:t>
      </w:r>
      <w:r>
        <w:t>is ki wajah se kya hua? ke pichhle paighambar,</w:t>
      </w:r>
    </w:p>
    <w:p>
      <w:pPr>
        <w:jc w:val="right"/>
      </w:pPr>
      <w:r>
        <w:t>اس کی وجہ سے کیا ہوا؟ کہ پچھلے پیغمبر،</w:t>
      </w:r>
    </w:p>
    <w:p>
      <w:r>
        <w:rPr>
          <w:b/>
        </w:rPr>
        <w:t xml:space="preserve">[22:39] </w:t>
      </w:r>
      <w:r>
        <w:t>as an example un ke zehn se nikal gaye.</w:t>
      </w:r>
    </w:p>
    <w:p>
      <w:pPr>
        <w:jc w:val="right"/>
      </w:pPr>
      <w:r>
        <w:t>as an example ان کے ذہن سے نکل گئے۔</w:t>
      </w:r>
    </w:p>
    <w:p>
      <w:r>
        <w:rPr>
          <w:b/>
        </w:rPr>
        <w:t xml:space="preserve">[22:45] </w:t>
      </w:r>
      <w:r>
        <w:t>woh sirf tareekh ka hissa ban gaye. consciously ya unconsciously. ab koi bhi kitab hazar saal se likhi nahi gayi ke pichhle paighambaron mein hamare liye kya misaal hai.</w:t>
      </w:r>
    </w:p>
    <w:p>
      <w:pPr>
        <w:jc w:val="right"/>
      </w:pPr>
      <w:r>
        <w:t>وہ صرف تاریخ کا حصہ بن گئے۔ Consciously یا unconsciously. اب کوئی بھی کتاب ہزار سال سے لکھی نہیں گئی کہ پچھلے پیغمبروں میں ہمارے لیے کیا مثال ہے۔</w:t>
      </w:r>
    </w:p>
    <w:p>
      <w:r>
        <w:rPr>
          <w:b/>
        </w:rPr>
        <w:t xml:space="preserve">[22:59] </w:t>
      </w:r>
      <w:r>
        <w:t>ab aap mein se kisi ko shakk ho to woh kitaab ka naam mujhe bataaye. quran to keh raha hai ke pichhle paighambaron mein tumhare liye misaal hai.</w:t>
      </w:r>
    </w:p>
    <w:p>
      <w:pPr>
        <w:jc w:val="right"/>
      </w:pPr>
      <w:r>
        <w:t>اب آپ میں سے کسی کو شک ہو تو وہ کتاب کا نام مجھے بتائے۔ قرآن تو کہہ رہا ہے کہ پچھلے پیغمبروں میں تمہارے لیے مثال ہے۔</w:t>
      </w:r>
    </w:p>
    <w:p>
      <w:r>
        <w:rPr>
          <w:b/>
        </w:rPr>
        <w:t xml:space="preserve">[23:08] </w:t>
      </w:r>
      <w:r>
        <w:t>tum is ko follow karo.</w:t>
      </w:r>
    </w:p>
    <w:p>
      <w:pPr>
        <w:jc w:val="right"/>
      </w:pPr>
      <w:r>
        <w:t>تم اس کو فالو کرو۔</w:t>
      </w:r>
    </w:p>
    <w:p>
      <w:r>
        <w:rPr>
          <w:b/>
        </w:rPr>
        <w:t xml:space="preserve">[23:11] </w:t>
      </w:r>
      <w:r>
        <w:t>lekin koi ek bhi kitaab nahi likhi gayi. is mauzu par ke pichhle paighambaron mein kya kya misaal hai.</w:t>
      </w:r>
    </w:p>
    <w:p>
      <w:pPr>
        <w:jc w:val="right"/>
      </w:pPr>
      <w:r>
        <w:t>لیکن کوئی ایک بھی کتاب نہیں لکھی گئی۔ اس موضوع پر کہ پچھلے پیغمبروں میں کیا کیا مثال ہے۔</w:t>
      </w:r>
    </w:p>
    <w:p>
      <w:r>
        <w:rPr>
          <w:b/>
        </w:rPr>
        <w:t xml:space="preserve">[23:21] </w:t>
      </w:r>
      <w:r>
        <w:t>bas log rasoolullah par likhte hain. saari kitaabein jo hain rasoolullah par likhi gayi hain. aur yahan tak ke woh sarwar-e-kaainaat aur shehanshah-e-konain.</w:t>
      </w:r>
    </w:p>
    <w:p>
      <w:pPr>
        <w:jc w:val="right"/>
      </w:pPr>
      <w:r>
        <w:t>بس لوگ رسول اللہ پر لکھتے ہیں۔ ساری کتابیں جو ہیں رسول اللہ پر لکھی گئی ہیں۔ اور یہاں تک کہ وہ سرور کائنات اور شہنشاہ کونین۔</w:t>
      </w:r>
    </w:p>
    <w:p>
      <w:r>
        <w:rPr>
          <w:b/>
        </w:rPr>
        <w:t xml:space="preserve">[23:32] </w:t>
      </w:r>
      <w:r>
        <w:t>aur kya kya in ko samajhte hain. aur samajhte hain ke saara namoona isi mein maujood hai. hamein bahar jaane ki zaroorat nahi hai.</w:t>
      </w:r>
    </w:p>
    <w:p>
      <w:pPr>
        <w:jc w:val="right"/>
      </w:pPr>
      <w:r>
        <w:t>اور کیا کیا ان کو سمجھتے ہیں۔ اور سمجھتے ہیں کہ سارا نمونہ اسی میں موجود ہے۔ ہمیں باہر جانے کی ضرورت نہیں ہے۔</w:t>
      </w:r>
    </w:p>
    <w:p>
      <w:r>
        <w:rPr>
          <w:b/>
        </w:rPr>
        <w:t xml:space="preserve">[23:42] </w:t>
      </w:r>
      <w:r>
        <w:t>isi ka phenomenon hai yeh ke musalman aaj shikast pasand zehniyat mein pade hue hain.</w:t>
      </w:r>
    </w:p>
    <w:p>
      <w:pPr>
        <w:jc w:val="right"/>
      </w:pPr>
      <w:r>
        <w:t>اسی کا فیناومینا ہے یہ کہ مسلمان آج شکست پسند ذہنیت میں پڑے ہوئے ہیں۔</w:t>
      </w:r>
    </w:p>
    <w:p>
      <w:r>
        <w:rPr>
          <w:b/>
        </w:rPr>
        <w:t xml:space="preserve">[23:51] </w:t>
      </w:r>
      <w:r>
        <w:t>dekhiye do cheezon ko fark nahi kar paaye hamare scholars. woh kya? ek hai rasoolullah ka aakhri nabi hona.</w:t>
      </w:r>
    </w:p>
    <w:p>
      <w:pPr>
        <w:jc w:val="right"/>
      </w:pPr>
      <w:r>
        <w:t>دیکھیے دو چیزوں کو فرق نہیں کر پائے ہمارے اسکالرز۔ وہ کیا؟ ایک ہے رسول اللہ کا آخری نبی ہونا۔</w:t>
      </w:r>
    </w:p>
    <w:p>
      <w:r>
        <w:rPr>
          <w:b/>
        </w:rPr>
        <w:t xml:space="preserve">[24:03] </w:t>
      </w:r>
      <w:r>
        <w:t>yaani nabiyon ki fehrist yahan par khatm ho gayi.</w:t>
      </w:r>
    </w:p>
    <w:p>
      <w:pPr>
        <w:jc w:val="right"/>
      </w:pPr>
      <w:r>
        <w:t>یعنی نبیوں کی فہرست یہاں پر ختم ہو گئی۔</w:t>
      </w:r>
    </w:p>
    <w:p>
      <w:r>
        <w:rPr>
          <w:b/>
        </w:rPr>
        <w:t xml:space="preserve">[24:09] </w:t>
      </w:r>
      <w:r>
        <w:t>nabiyon ki fehrist khuda ki taraf se khatm kar di gayi. ab koi kahe ke main nabi hoon to jhoot bolega woh. to rasoolullah jo the woh aakhri nabi the.</w:t>
      </w:r>
    </w:p>
    <w:p>
      <w:pPr>
        <w:jc w:val="right"/>
      </w:pPr>
      <w:r>
        <w:t>نبیوں کی فہرست خدا کی طرف سے ختم کر دی گئی۔ اب کوئی کہے کہ میں نبی ہوں تو جھوٹ بولے گا وہ۔ تو رسول اللہ جو تھے وہ آخری نبی تھے۔</w:t>
      </w:r>
    </w:p>
    <w:p>
      <w:r>
        <w:rPr>
          <w:b/>
        </w:rPr>
        <w:t xml:space="preserve">[24:21] </w:t>
      </w:r>
      <w:r>
        <w:t>ideal nabi nahi keh sakte aap in ko. ideal namoona nahi keh sakte aap. ideal misaal nahi keh sakte aap in ko. aakhri nabi keh sakte hain. The difference between final and ideal.</w:t>
      </w:r>
    </w:p>
    <w:p>
      <w:pPr>
        <w:jc w:val="right"/>
      </w:pPr>
      <w:r>
        <w:t>آئیڈیل نبی نہیں کہہ سکتے آپ ان کو۔ آئیڈیل نمونہ نہیں کہہ سکتے آپ۔ آئیڈیل مثال نہیں کہہ سکتے آپ ان کو۔ آخری نبی کہہ سکتے ہیں۔ The difference between final and ideal.</w:t>
      </w:r>
    </w:p>
    <w:p>
      <w:r>
        <w:rPr>
          <w:b/>
        </w:rPr>
        <w:t xml:space="preserve">[24:36] </w:t>
      </w:r>
      <w:r>
        <w:t>aap is fark ko jaaniye. ek hai nabiyon ki fehrist ka khatm ho jaana. ab koi nabi nahi aayega.</w:t>
      </w:r>
    </w:p>
    <w:p>
      <w:pPr>
        <w:jc w:val="right"/>
      </w:pPr>
      <w:r>
        <w:t>آپ اس فرق کو جانیے۔ ایک ہے نبیوں کی فہرست کا ختم ہو جانا۔ اب کوئی نبی نہیں آئے گا۔</w:t>
      </w:r>
    </w:p>
    <w:p>
      <w:r>
        <w:rPr>
          <w:b/>
        </w:rPr>
        <w:t xml:space="preserve">[24:45] </w:t>
      </w:r>
      <w:r>
        <w:t>jo kahe ke main nabi hoon woh is ko jhoota maana jayega. is ko jhoota maana jayega. lekin dekhiye jo model hai.</w:t>
      </w:r>
    </w:p>
    <w:p>
      <w:pPr>
        <w:jc w:val="right"/>
      </w:pPr>
      <w:r>
        <w:t>جو کہے کہ میں نبی ہوں وہ اس کو جھوٹا مانا جائے گا۔ اس کو جھوٹا مانا جائے گا۔ لیکن دیکھیے جو ماڈل ہے۔</w:t>
      </w:r>
    </w:p>
    <w:p>
      <w:r>
        <w:rPr>
          <w:b/>
        </w:rPr>
        <w:t xml:space="preserve">[24:57] </w:t>
      </w:r>
      <w:r>
        <w:t>to aakhri nabi aap keh sakte hain lekin aakhri model nahi keh sakte aap.</w:t>
      </w:r>
    </w:p>
    <w:p>
      <w:pPr>
        <w:jc w:val="right"/>
      </w:pPr>
      <w:r>
        <w:t>تو آخری نبی آپ کہہ سکتے ہیں لیکن آخری ماڈل نہیں کہہ سکتے آپ۔</w:t>
      </w:r>
    </w:p>
    <w:p>
      <w:r>
        <w:rPr>
          <w:b/>
        </w:rPr>
        <w:t xml:space="preserve">[25:04] </w:t>
      </w:r>
      <w:r>
        <w:t>The difference between final prophet and final model. to logon ne kya samajh liya ke aakhri model maan liya. haalanke dekhiye model jo hai.</w:t>
      </w:r>
    </w:p>
    <w:p>
      <w:pPr>
        <w:jc w:val="right"/>
      </w:pPr>
      <w:r>
        <w:t>The difference between final prophet and final model. تو لوگوں نے کیا سمجھ لیا کہ آخری ماڈل مان لیا۔ حالانکہ دیکھیے ماڈل جو ہے۔</w:t>
      </w:r>
    </w:p>
    <w:p>
      <w:r>
        <w:rPr>
          <w:b/>
        </w:rPr>
        <w:t xml:space="preserve">[25:18] </w:t>
      </w:r>
      <w:r>
        <w:t>model jo hai woh banta hai soorat-e-haal se. soorat-e-haal se juda hua hai model. model koi mutlaq cheez nahi hai.</w:t>
      </w:r>
    </w:p>
    <w:p>
      <w:pPr>
        <w:jc w:val="right"/>
      </w:pPr>
      <w:r>
        <w:t>ماڈل جو ہے وہ بنتا ہے صورتحال سے۔ صورتحال سے جڑا ہوا ہے ماڈل۔ ماڈل کوئی مطلق چیز نہیں ہے۔</w:t>
      </w:r>
    </w:p>
    <w:p>
      <w:r>
        <w:rPr>
          <w:b/>
        </w:rPr>
        <w:t xml:space="preserve">[25:31] </w:t>
      </w:r>
      <w:r>
        <w:t>jaise hum yahan aap log baithe hain main bol raha hoon. video recording ho rahi hai. to hum yeh nahi keh sakte ke yahi aakhri model hai. to is zamane ke pichhle saare paighambar jo the woh unhone aakhri model ki satah par baat nahi kahi apni.</w:t>
      </w:r>
    </w:p>
    <w:p>
      <w:pPr>
        <w:jc w:val="right"/>
      </w:pPr>
      <w:r>
        <w:t>جیسے ہم یہاں آپ لوگ بیٹھے ہیں میں بول رہا ہوں۔ ویڈیو ریکارڈنگ ہو رہی ہے۔ تو ہم یہ نہیں کہہ سکتے کہ یہی آخری ماڈل ہے۔ تو اس زمانے کے پچھلے سارے پیغمبر جو تھے وہ انہوں نے آخری ماڈل کی سطح پر بات نہیں کہی اپنی۔</w:t>
      </w:r>
    </w:p>
    <w:p>
      <w:r>
        <w:rPr>
          <w:b/>
        </w:rPr>
        <w:t xml:space="preserve">[25:49] </w:t>
      </w:r>
      <w:r>
        <w:t>model hamesha mutabiq soorat-e-haal hota hai. yaad rakhiye.</w:t>
      </w:r>
    </w:p>
    <w:p>
      <w:pPr>
        <w:jc w:val="right"/>
      </w:pPr>
      <w:r>
        <w:t>ماڈل ہمیشہ مطابق صورتحال ہوتا ہے۔ یاد رکھیے۔</w:t>
      </w:r>
    </w:p>
    <w:p>
      <w:r>
        <w:rPr>
          <w:b/>
        </w:rPr>
        <w:t xml:space="preserve">[25:55] </w:t>
      </w:r>
      <w:r>
        <w:t>to Allah taala ne jo farmaya ke saare nabiyon mein misaal hai. misaal hai is ka matlab kya tha? is ka matlab yeh tha ke saare nabi jo aaye woh mukhtalif soorat-e-haal mein aaye.</w:t>
      </w:r>
    </w:p>
    <w:p>
      <w:pPr>
        <w:jc w:val="right"/>
      </w:pPr>
      <w:r>
        <w:t>تو اللہ تعالیٰ نے جو فرمایا کہ سارے نبیوں میں مثال ہے۔ مثال ہے اس کا مطلب کیا تھا؟ اس کا مطلب یہ تھا کہ سارے نبی جو آئے وہ مختلف صورتحال میں آئے۔</w:t>
      </w:r>
    </w:p>
    <w:p>
      <w:r>
        <w:rPr>
          <w:b/>
        </w:rPr>
        <w:t xml:space="preserve">[26:11] </w:t>
      </w:r>
      <w:r>
        <w:t>to har soorat-e-haal ke liye tum ko model mil jayega nabiyon ke haan. kisi nabi ka ek soorat-e-haal mein, kisi nabi ka doosri soorat-e-haal mein.</w:t>
      </w:r>
    </w:p>
    <w:p>
      <w:pPr>
        <w:jc w:val="right"/>
      </w:pPr>
      <w:r>
        <w:t>تو ہر صورتحال کے لیے تم کو ماڈل مل جائے گا نبیوں کے ہاں۔ کسی نبی کا ایک صورتحال میں، کسی نبی کا دوسری صورتحال میں۔</w:t>
      </w:r>
    </w:p>
    <w:p>
      <w:r>
        <w:rPr>
          <w:b/>
        </w:rPr>
        <w:t xml:space="preserve">[26:22] </w:t>
      </w:r>
      <w:r>
        <w:t>is lihaaz se har nabi misaal hai. har nabi model hai. to aakhri nabi to rasoolullah rahenge.</w:t>
      </w:r>
    </w:p>
    <w:p>
      <w:pPr>
        <w:jc w:val="right"/>
      </w:pPr>
      <w:r>
        <w:t>اس لحاظ سے ہر نبی مثال ہے۔ ہر نبی ماڈل ہے۔ تو آخری نبی تو رسول اللہ رہیں گے۔</w:t>
      </w:r>
    </w:p>
    <w:p>
      <w:r>
        <w:rPr>
          <w:b/>
        </w:rPr>
        <w:t xml:space="preserve">[26:31] </w:t>
      </w:r>
      <w:r>
        <w:t>lekin jahan tak model ki baat hai to model hum apni soorat-e-haal ke lihaaz se dekhenge ke kis nabi ka model wahan par us soorat-e-haal mein theek hai.</w:t>
      </w:r>
    </w:p>
    <w:p>
      <w:pPr>
        <w:jc w:val="right"/>
      </w:pPr>
      <w:r>
        <w:t>لیکن جہاں تک ماڈل کی بات ہے تو ماڈل ہم اپنی صورتحال کے لحاظ سے دیکھیں گے کہ کس نبی کا ماڈل وہاں پر اس صورتحال میں ٹھیک ہے۔</w:t>
      </w:r>
    </w:p>
    <w:p>
      <w:r>
        <w:rPr>
          <w:b/>
        </w:rPr>
        <w:t xml:space="preserve">[26:43] </w:t>
      </w:r>
      <w:r>
        <w:t>is ko hum lenge. yeh matlab hai is ka. is fark ko poori tareekh mein gum ho gaya.</w:t>
      </w:r>
    </w:p>
    <w:p>
      <w:pPr>
        <w:jc w:val="right"/>
      </w:pPr>
      <w:r>
        <w:t>اس کو ہم لیں گے۔ یہ مطلب ہے اس کا۔ اس فرق کو پوری تاریخ میں گم ہو گیا۔</w:t>
      </w:r>
    </w:p>
    <w:p>
      <w:r>
        <w:rPr>
          <w:b/>
        </w:rPr>
        <w:t xml:space="preserve">[26:51] </w:t>
      </w:r>
      <w:r>
        <w:t>poori poori muslim tareekh mein yeh fark gum ho gaya. That there is difference between final prophet and final model. model kabhi koi aakhri nahi hota.</w:t>
      </w:r>
    </w:p>
    <w:p>
      <w:pPr>
        <w:jc w:val="right"/>
      </w:pPr>
      <w:r>
        <w:t>پوری پوری مسلم تاریخ میں یہ فرق گم ہو گیا۔ That there is difference between final prophet and final model. ماڈل کبھی کوئی آخری نہیں ہوتا۔</w:t>
      </w:r>
    </w:p>
    <w:p>
      <w:r>
        <w:rPr>
          <w:b/>
        </w:rPr>
        <w:t xml:space="preserve">[27:03] </w:t>
      </w:r>
      <w:r>
        <w:t>nabi aakhri ho sakta hai. model kabhi aakhri nahi ho sakta. is ka nateeja kya hua? main aap ko arz karta hoon.</w:t>
      </w:r>
    </w:p>
    <w:p>
      <w:pPr>
        <w:jc w:val="right"/>
      </w:pPr>
      <w:r>
        <w:t>نبی آخری ہو سکتا ہے۔ ماڈل کبھی آخری نہیں ہو سکتا۔ اس کا نتیجہ کیا ہوا؟ میں آپ کو عرض کرتا ہوں۔</w:t>
      </w:r>
    </w:p>
    <w:p>
      <w:r>
        <w:rPr>
          <w:b/>
        </w:rPr>
        <w:t xml:space="preserve">[27:13] </w:t>
      </w:r>
      <w:r>
        <w:t>ek misaal deta hoon.</w:t>
      </w:r>
    </w:p>
    <w:p>
      <w:pPr>
        <w:jc w:val="right"/>
      </w:pPr>
      <w:r>
        <w:t>ایک مثال دیتا ہوں۔</w:t>
      </w:r>
    </w:p>
    <w:p>
      <w:r>
        <w:rPr>
          <w:b/>
        </w:rPr>
        <w:t xml:space="preserve">[27:15] </w:t>
      </w:r>
      <w:r>
        <w:t>hazrat maseeh ne kaha tha ke. aap jante hain hazrat maseeh ke zamane mein wahan par hukmaran kis ka tha?</w:t>
      </w:r>
    </w:p>
    <w:p>
      <w:pPr>
        <w:jc w:val="right"/>
      </w:pPr>
      <w:r>
        <w:t>حضرت مسیح نے کہا تھا کہ۔ آپ جانتے ہیں حضرت مسیح کے زمانے میں وہاں پر حکمران کس کا تھا؟</w:t>
      </w:r>
    </w:p>
    <w:p>
      <w:r>
        <w:rPr>
          <w:b/>
        </w:rPr>
        <w:t xml:space="preserve">[27:25] </w:t>
      </w:r>
      <w:r>
        <w:t>hazrat maseeh ke zamane mein falasteen romans ke tehat tha. romans ki taraf se wahan aik governor hukmaran karta tha. romi governor.</w:t>
      </w:r>
    </w:p>
    <w:p>
      <w:pPr>
        <w:jc w:val="right"/>
      </w:pPr>
      <w:r>
        <w:t>حضرت مسیح کے زمانے میں فلسطین رومنز کے تحت تھا۔ رومنز کی طرف سے وہاں ایک گورنر حکمران کرتا تھا۔ رومی گورنر۔</w:t>
      </w:r>
    </w:p>
    <w:p>
      <w:r>
        <w:rPr>
          <w:b/>
        </w:rPr>
        <w:t xml:space="preserve">[27:35] </w:t>
      </w:r>
      <w:r>
        <w:t>is ka naam tha. arabic mein is ko kehte hain pilat. p a y lam alif to.</w:t>
      </w:r>
    </w:p>
    <w:p>
      <w:pPr>
        <w:jc w:val="right"/>
      </w:pPr>
      <w:r>
        <w:t>اس کا نام تھا۔ عربک میں اس کو کہتے ہیں پیلات۔ پ اے ی لام الف طو۔</w:t>
      </w:r>
    </w:p>
    <w:p>
      <w:r>
        <w:rPr>
          <w:b/>
        </w:rPr>
        <w:t xml:space="preserve">[27:43] </w:t>
      </w:r>
      <w:r>
        <w:t>english mein is ko kehte hain.</w:t>
      </w:r>
    </w:p>
    <w:p>
      <w:pPr>
        <w:jc w:val="right"/>
      </w:pPr>
      <w:r>
        <w:t>انگلش میں اس کو کہتے ہیں۔</w:t>
      </w:r>
    </w:p>
    <w:p>
      <w:r>
        <w:rPr>
          <w:b/>
        </w:rPr>
        <w:t xml:space="preserve">[27:49] </w:t>
      </w:r>
      <w:r>
        <w:t>P. I. L. A. T. English mein is ko kehte hain P. I. L. A. T. Yani woh bhi wahan hai lekin is ki heje is tareeqe se.</w:t>
      </w:r>
    </w:p>
    <w:p>
      <w:pPr>
        <w:jc w:val="right"/>
      </w:pPr>
      <w:r>
        <w:t>P I L A T انگلش میں اس کو کہتے ہیں P I L A T۔ یعنی وہ بھی وہاں ہے لیکن اس کی ہجے اس طریقے سے۔</w:t>
      </w:r>
    </w:p>
    <w:p>
      <w:r>
        <w:rPr>
          <w:b/>
        </w:rPr>
        <w:t xml:space="preserve">[28:02] </w:t>
      </w:r>
      <w:r>
        <w:t>arabic mein p a y lam alif to. pilat. aur english mein kahenge p i l a t.</w:t>
      </w:r>
    </w:p>
    <w:p>
      <w:pPr>
        <w:jc w:val="right"/>
      </w:pPr>
      <w:r>
        <w:t>عربک میں پ اے ی لام الف طو۔ پیلات۔ اور انگلش میں کہیں گے P I L A T۔</w:t>
      </w:r>
    </w:p>
    <w:p>
      <w:r>
        <w:rPr>
          <w:b/>
        </w:rPr>
        <w:t xml:space="preserve">[28:11] </w:t>
      </w:r>
      <w:r>
        <w:t>pilat.</w:t>
      </w:r>
    </w:p>
    <w:p>
      <w:pPr>
        <w:jc w:val="right"/>
      </w:pPr>
      <w:r>
        <w:t>پیلٹ۔</w:t>
      </w:r>
    </w:p>
    <w:p>
      <w:r>
        <w:rPr>
          <w:b/>
        </w:rPr>
        <w:t xml:space="preserve">[28:14] </w:t>
      </w:r>
      <w:r>
        <w:t>yeh bible mein is ka naam maujood hai. to yeh romi governor jo tha yeh hukmaran kar raha tha falasteen mein.</w:t>
      </w:r>
    </w:p>
    <w:p>
      <w:pPr>
        <w:jc w:val="right"/>
      </w:pPr>
      <w:r>
        <w:t>یہ بائبل میں اس کا نام موجود ہے۔ تو یہ رومی گورنر جو تھا یہ حکمران کر رہا تھا فلسطین میں۔</w:t>
      </w:r>
    </w:p>
    <w:p>
      <w:r>
        <w:rPr>
          <w:b/>
        </w:rPr>
        <w:t xml:space="preserve">[28:25] </w:t>
      </w:r>
      <w:r>
        <w:t>roman empire ke tehat tha woh. to logon ne poocha ke bhai yahan par roman jo hai un ka hukmaran hai romans ka.</w:t>
      </w:r>
    </w:p>
    <w:p>
      <w:pPr>
        <w:jc w:val="right"/>
      </w:pPr>
      <w:r>
        <w:t>رومن ایمپائر کے تحت تھا وہ۔ تو لوگوں نے پوچھا کہ بھئی یہاں پر رومن جو ہے ان کا حکمران ہے رومنز کا۔</w:t>
      </w:r>
    </w:p>
    <w:p>
      <w:r>
        <w:rPr>
          <w:b/>
        </w:rPr>
        <w:t xml:space="preserve">[28:36] </w:t>
      </w:r>
      <w:r>
        <w:t>to hum kya karein? matlab aik taraf khuda ki shariyat hai aik taraf roman ka ka yahan par hukmaran hai.</w:t>
      </w:r>
    </w:p>
    <w:p>
      <w:pPr>
        <w:jc w:val="right"/>
      </w:pPr>
      <w:r>
        <w:t>تو ہم کیا کریں؟ مطلب ایک طرف خدا کی شریعت ہے ایک طرف رومن کا کا یہاں پر حکمران ہے۔</w:t>
      </w:r>
    </w:p>
    <w:p>
      <w:r>
        <w:rPr>
          <w:b/>
        </w:rPr>
        <w:t xml:space="preserve">[28:45] </w:t>
      </w:r>
      <w:r>
        <w:t>hazrat maseeh ne kaha give to caesar is zamane mein jo jo woh tha woh caesar kaha jata tha. qaisar. jo badshah tha.</w:t>
      </w:r>
    </w:p>
    <w:p>
      <w:pPr>
        <w:jc w:val="right"/>
      </w:pPr>
      <w:r>
        <w:t>حضرت مسیح نے کہا give to Caesar اس زمانے میں جو جو وہ تھا وہ Caesar کہا جاتا تھا۔ قیصر۔ جو بادشاہ تھا۔</w:t>
      </w:r>
    </w:p>
    <w:p>
      <w:r>
        <w:rPr>
          <w:b/>
        </w:rPr>
        <w:t xml:space="preserve">[28:57] </w:t>
      </w:r>
      <w:r>
        <w:t>yeh to us ke us ke tehat mein tha yeh governor. to unhon ne kaha ke give to caesar what is due to caesar give to god what is due to god.</w:t>
      </w:r>
    </w:p>
    <w:p>
      <w:pPr>
        <w:jc w:val="right"/>
      </w:pPr>
      <w:r>
        <w:t>یہ تو اس کے اس کے تحت میں تھا یہ گورنر۔ تو انہوں نے کہا کہ give to Caesar what is due to Caesar give to God what is due to God۔</w:t>
      </w:r>
    </w:p>
    <w:p>
      <w:r>
        <w:rPr>
          <w:b/>
        </w:rPr>
        <w:t xml:space="preserve">[29:12] </w:t>
      </w:r>
      <w:r>
        <w:t>urdu mein kehte hain jo qaisar ka ho woh qaisar ko do. jo khuda ka hai woh khuda ko do. give to caesar what is due to caesar give to god what is due to god.</w:t>
      </w:r>
    </w:p>
    <w:p>
      <w:pPr>
        <w:jc w:val="right"/>
      </w:pPr>
      <w:r>
        <w:t>اردو میں کہتے ہیں جو قیصر کا ہو وہ قیصر کو دو۔ جو خدا کا ہے وہ خدا کو دو۔ give to Caesar what is due to Caesar give to God what is due to God۔</w:t>
      </w:r>
    </w:p>
    <w:p>
      <w:r>
        <w:rPr>
          <w:b/>
        </w:rPr>
        <w:t xml:space="preserve">[29:26] </w:t>
      </w:r>
      <w:r>
        <w:t>is ka log mazak urate hain. ibn taimiya ki kitab parhiye aap. ibn taimiya se le kar saifullah nadvi tak.</w:t>
      </w:r>
    </w:p>
    <w:p>
      <w:pPr>
        <w:jc w:val="right"/>
      </w:pPr>
      <w:r>
        <w:t>اس کا لوگ مذاق اڑاتے ہیں۔ ابن تیمیہ کی کتاب پڑھیے آپ۔ ابن تیمیہ سے لے کر سیصفہ ندوی تک۔</w:t>
      </w:r>
    </w:p>
    <w:p>
      <w:r>
        <w:rPr>
          <w:b/>
        </w:rPr>
        <w:t xml:space="preserve">[29:36] </w:t>
      </w:r>
      <w:r>
        <w:t>aik bhi scholar nahi hai jo is is ka mazak na urata ho. is taleem ka.</w:t>
      </w:r>
    </w:p>
    <w:p>
      <w:pPr>
        <w:jc w:val="right"/>
      </w:pPr>
      <w:r>
        <w:t>ایک بھی اسکالر نہیں ہے جو اس اس کا مذاق نہ اڑاتا ہو۔ اس تعلیم کا۔</w:t>
      </w:r>
    </w:p>
    <w:p>
      <w:r>
        <w:rPr>
          <w:b/>
        </w:rPr>
        <w:t xml:space="preserve">[29:42] </w:t>
      </w:r>
      <w:r>
        <w:t>one to all sare scholars is ko kehte hain goya is ko kam az kam mayar baat kehte hain is ko. is ko koi misaal nahi mante. kyunke woh samajhte hain qaisar ko laro.</w:t>
      </w:r>
    </w:p>
    <w:p>
      <w:pPr>
        <w:jc w:val="right"/>
      </w:pPr>
      <w:r>
        <w:t>one to all سارے اسکالرز اس کو کہتے ہیں گویا اس کو کم از کم معیار بات کہتے ہیں اس کو۔ اس کو کوئی مثال نہیں مانتے۔ کیونکہ وہ سمجھتے ہیں قیصر کو لڑو۔</w:t>
      </w:r>
    </w:p>
    <w:p>
      <w:r>
        <w:rPr>
          <w:b/>
        </w:rPr>
        <w:t xml:space="preserve">[29:53] </w:t>
      </w:r>
      <w:r>
        <w:t>lar kar ke islam ka mukammal nizam qaim karo.</w:t>
      </w:r>
    </w:p>
    <w:p>
      <w:pPr>
        <w:jc w:val="right"/>
      </w:pPr>
      <w:r>
        <w:t>لڑ کر کے اسلام کا مکمل نظام قائم کرو۔</w:t>
      </w:r>
    </w:p>
    <w:p>
      <w:r>
        <w:rPr>
          <w:b/>
        </w:rPr>
        <w:t xml:space="preserve">[29:59] </w:t>
      </w:r>
      <w:r>
        <w:t>mein kehta hoon ke yeh bhi aik aakhri model hai. kyunke nabi ne kaha. jaise misaal ke tor par aap india mein hain. jis scholar ke baray mein baat kahi.</w:t>
      </w:r>
    </w:p>
    <w:p>
      <w:pPr>
        <w:jc w:val="right"/>
      </w:pPr>
      <w:r>
        <w:t>میں کہتا ہوں کہ یہ بھی ایک آخری ماڈل ہے۔ کیونکہ نبی نے کہا۔ جیسے مثال کے طور پر آپ انڈیا میں ہیں۔ جس اسکالر کے بارے میں بات کہی۔</w:t>
      </w:r>
    </w:p>
    <w:p>
      <w:r>
        <w:rPr>
          <w:b/>
        </w:rPr>
        <w:t xml:space="preserve">[30:11] </w:t>
      </w:r>
      <w:r>
        <w:t>agar woh jante ke aik model agar rasool Allah ka hai to aik model jessus christ ka bhi hai.</w:t>
      </w:r>
    </w:p>
    <w:p>
      <w:pPr>
        <w:jc w:val="right"/>
      </w:pPr>
      <w:r>
        <w:t>اگر وہ جانتے کہ ایک ماڈل اگر رسول اللہ کا ہے تو ایک ماڈل جیسس کرائسٹ کا بھی ہے۔</w:t>
      </w:r>
    </w:p>
    <w:p>
      <w:r>
        <w:rPr>
          <w:b/>
        </w:rPr>
        <w:t xml:space="preserve">[30:20] </w:t>
      </w:r>
      <w:r>
        <w:t>aur is model ke mutabiq hamein kya karna hai?</w:t>
      </w:r>
    </w:p>
    <w:p>
      <w:pPr>
        <w:jc w:val="right"/>
      </w:pPr>
      <w:r>
        <w:t>اور اس ماڈل کے مطابق ہمیں کیا کرنا ہے؟</w:t>
      </w:r>
    </w:p>
    <w:p>
      <w:r>
        <w:rPr>
          <w:b/>
        </w:rPr>
        <w:t xml:space="preserve">[30:24] </w:t>
      </w:r>
      <w:r>
        <w:t>hamein yeh karna hai ke jo hukumat jo hai jo hukumat hukmarani kar rahi hai. jo hukumat ke jo taxes hain hukumat ke jo qanoon hain hukumat ka jo nizam hai us ko hum follow karein.</w:t>
      </w:r>
    </w:p>
    <w:p>
      <w:pPr>
        <w:jc w:val="right"/>
      </w:pPr>
      <w:r>
        <w:t>ہمیں یہ کرنا ہے کہ جو حکومت جو ہے جو حکومت حکمرانی کر رہی ہے۔ جو حکومت کے جو ٹیکسز ہیں حکومت کے جو قوانین ہیں حکومت کا جو نظام ہے اس کو ہم فالو کریں۔</w:t>
      </w:r>
    </w:p>
    <w:p>
      <w:r>
        <w:rPr>
          <w:b/>
        </w:rPr>
        <w:t xml:space="preserve">[30:37] </w:t>
      </w:r>
      <w:r>
        <w:t>aur mazhabi azadi ke tehat jo hum khuda ke</w:t>
      </w:r>
    </w:p>
    <w:p>
      <w:pPr>
        <w:jc w:val="right"/>
      </w:pPr>
      <w:r>
        <w:t>اور مذہبی آزادی کے تحت جو ہم خدا کے</w:t>
      </w:r>
    </w:p>
    <w:p>
      <w:r>
        <w:rPr>
          <w:b/>
        </w:rPr>
        <w:t xml:space="preserve">[30:44] </w:t>
      </w:r>
      <w:r>
        <w:t>ko khuda ke tareeqon ko jo follow kar sakte hain us ko hum follow kari</w:t>
      </w:r>
    </w:p>
    <w:p>
      <w:pPr>
        <w:jc w:val="right"/>
      </w:pPr>
      <w:r>
        <w:t>کو خدا کے طریقوں کو جو فالو کر سکتے ہیں اس کو ہم فالو کری</w:t>
      </w:r>
    </w:p>
    <w:p>
      <w:r>
        <w:rPr>
          <w:b/>
        </w:rPr>
        <w:t xml:space="preserve">[30:47] </w:t>
      </w:r>
      <w:r>
        <w:t>n. yani mazhabi azadi ke dayre mein hum khuda ke usool par chalein. aqeedah aur ibadat aur kirdaar in sab cheezon mein.</w:t>
      </w:r>
    </w:p>
    <w:p>
      <w:pPr>
        <w:jc w:val="right"/>
      </w:pPr>
      <w:r>
        <w:t>ں۔ یعنی مذہبی آزادی کے دائرے میں ہم خدا کے اصول پر چلیں۔ عقیدہ اور عبادت اور کردار ان سب چیزوں میں۔</w:t>
      </w:r>
    </w:p>
    <w:p>
      <w:r>
        <w:rPr>
          <w:b/>
        </w:rPr>
        <w:t xml:space="preserve">[30:56] </w:t>
      </w:r>
      <w:r>
        <w:t>aur jo jo siyasi nizam hai jo samajhi nizam hai jo adalti nizam hai us ke muqable mein hum hukumat ko manen.</w:t>
      </w:r>
    </w:p>
    <w:p>
      <w:pPr>
        <w:jc w:val="right"/>
      </w:pPr>
      <w:r>
        <w:t>اور جو جو سیاسی نظام ہے جو سماجی نظام ہے جو عدالتی نظام ہے اس کے مقابلے میں ہم حکومت کو مانیں۔</w:t>
      </w:r>
    </w:p>
    <w:p>
      <w:r>
        <w:rPr>
          <w:b/>
        </w:rPr>
        <w:t xml:space="preserve">[31:05] </w:t>
      </w:r>
      <w:r>
        <w:t>to vahi baat yahan bhi ho gai. that give to caesar what is due to caesar give to god what is due to god</w:t>
      </w:r>
    </w:p>
    <w:p>
      <w:pPr>
        <w:jc w:val="right"/>
      </w:pPr>
      <w:r>
        <w:t>تو وہی بات یہاں بھی ہو گئی۔ that give to Caesar what is due to Caesar give to God what is due to God</w:t>
      </w:r>
    </w:p>
    <w:p>
      <w:r>
        <w:rPr>
          <w:b/>
        </w:rPr>
        <w:t xml:space="preserve">[31:14] </w:t>
      </w:r>
      <w:r>
        <w:t>to yeh namuna bhi itna hi mustanad hai jitna ke rasool Allah ka namuna. lekin sari dunya aap dekhiye musalman is mein jee rahe hain.</w:t>
      </w:r>
    </w:p>
    <w:p>
      <w:pPr>
        <w:jc w:val="right"/>
      </w:pPr>
      <w:r>
        <w:t>تو یہ نمونہ بھی اتنا ہی مستند ہے جتنا کہ رسول اللہ کا نمونہ۔ لیکن ساری دنیا آپ دیکھیے مسلمان اس میں جی رہے ہیں۔</w:t>
      </w:r>
    </w:p>
    <w:p>
      <w:r>
        <w:rPr>
          <w:b/>
        </w:rPr>
        <w:t xml:space="preserve">[31:24] </w:t>
      </w:r>
      <w:r>
        <w:t>india ke musalmanon ko aap jhaankiye andar kisi musalman ko. har musalman samajhta hai ke hum pakistan se ek bohat parhe likhe aadmi hamare paas aaye.</w:t>
      </w:r>
    </w:p>
    <w:p>
      <w:pPr>
        <w:jc w:val="right"/>
      </w:pPr>
      <w:r>
        <w:t>انڈیا کے مسلمانوں کو آپ جھانکیے اندر کسی مسلمان کو۔ ہر مسلمان سمجھتا ہے کہ ہم پاکستان سے ایک بہت پڑھے لکھے آدمی ہمارے پاس آئے۔</w:t>
      </w:r>
    </w:p>
    <w:p>
      <w:r>
        <w:rPr>
          <w:b/>
        </w:rPr>
        <w:t xml:space="preserve">[31:35] </w:t>
      </w:r>
      <w:r>
        <w:t>yahan hamare team ke kai log maujood the sab ke samne yeh baat hui. bohat parhe likhe woh pakistan ke islamabad mein rehte hain woh.</w:t>
      </w:r>
    </w:p>
    <w:p>
      <w:pPr>
        <w:jc w:val="right"/>
      </w:pPr>
      <w:r>
        <w:t>یہاں ہمارے ٹیم کے کئی لوگ موجود تھے سب کے سامنے یہ بات ہوئی۔ بہت پڑھے لکھے وہ پاکستان کے اسلام آباد میں رہتے ہیں وہ۔</w:t>
      </w:r>
    </w:p>
    <w:p>
      <w:r>
        <w:rPr>
          <w:b/>
        </w:rPr>
        <w:t xml:space="preserve">[31:43] </w:t>
      </w:r>
      <w:r>
        <w:t>aate hi kya kehte hain? partition ne aadhe musalmanon ko to azaadi diya aadhe musalman jo ghulami mein reh gaye. yaani hum ghulami mein hain.</w:t>
      </w:r>
    </w:p>
    <w:p>
      <w:pPr>
        <w:jc w:val="right"/>
      </w:pPr>
      <w:r>
        <w:t>آتے ہی کیا کہتے ہیں؟ پارٹیشن نے آدھے مسلمانوں کو تو آزادی دیا آدھے مسلمان جو غلامی میں رہ گئے۔ یعنی ہم غلامی میں ہیں۔</w:t>
      </w:r>
    </w:p>
    <w:p>
      <w:r>
        <w:rPr>
          <w:b/>
        </w:rPr>
        <w:t xml:space="preserve">[31:55] </w:t>
      </w:r>
      <w:r>
        <w:t>yaani hindu hukumat ke tehat hain wahan aur mazhabi hukumat apni bana rakhi hai unhon ne. yeh kitna be buniyad baat hai yeh. agar woh yeh jaanein ke rasool Allah ki zindagi ke magar namuna hai to hazrat masih ki zindagi bhi namuna hai.</w:t>
      </w:r>
    </w:p>
    <w:p>
      <w:pPr>
        <w:jc w:val="right"/>
      </w:pPr>
      <w:r>
        <w:t>یعنی ہندو حکومت کے تحت ہیں وہاں اور مذہبی حکومت اپنی بنا رکھی ہے انہوں نے۔ یہ کتنا بے بنیاد بات ہے یہ۔ اگر وہ یہ جانیں کہ رسول اللہ کی زندگی کے مگر نمونہ ہے تو حضرت مسیح کی زندگی بھی نمونہ ہے۔</w:t>
      </w:r>
    </w:p>
    <w:p>
      <w:r>
        <w:rPr>
          <w:b/>
        </w:rPr>
        <w:t xml:space="preserve">[32:11] </w:t>
      </w:r>
      <w:r>
        <w:t>woh bhi apni jagah par sahi hai yeh bhi apni jagah par sahi hai. kyunke in cheezon se islam na ghattata hai na badhta hai.</w:t>
      </w:r>
    </w:p>
    <w:p>
      <w:pPr>
        <w:jc w:val="right"/>
      </w:pPr>
      <w:r>
        <w:t>وہ بھی اپنی جگہ پر صحیح ہے یہ بھی اپنی جگہ پر صحیح ہے۔ کیونکہ ان چیزوں سے اسلام نہ گھٹتا ہے نہ بڑھتا ہے۔</w:t>
      </w:r>
    </w:p>
    <w:p>
      <w:r>
        <w:rPr>
          <w:b/>
        </w:rPr>
        <w:t xml:space="preserve">[32:22] </w:t>
      </w:r>
      <w:r>
        <w:t>yeh to zindagi ke woh mamlaat hain jo isi dunya mein rehte hain isi dunya mein khatm ho jaate hain. jo abadi cheez hai woh hai jo akhirat tak jaaye hamare saath.</w:t>
      </w:r>
    </w:p>
    <w:p>
      <w:pPr>
        <w:jc w:val="right"/>
      </w:pPr>
      <w:r>
        <w:t>یہ تو زندگی کے وہ معاملات ہیں جو اسی دنیا میں رہتے ہیں اسی دنیا میں ختم ہو جاتے ہیں۔ جو ابدی چیز ہے وہ ہے جو آخرت تک جائے ہمارے ساتھ۔</w:t>
      </w:r>
    </w:p>
    <w:p>
      <w:r>
        <w:rPr>
          <w:b/>
        </w:rPr>
        <w:t xml:space="preserve">[32:33] </w:t>
      </w:r>
      <w:r>
        <w:t>siyasi nizam, shamsi nizam ya adalti nizam yeh sab isi dunya ki cheezon hain.</w:t>
      </w:r>
    </w:p>
    <w:p>
      <w:pPr>
        <w:jc w:val="right"/>
      </w:pPr>
      <w:r>
        <w:t>سیاسی نظام، شمسی نظام یا عدالتی نظام یہ سب اسی دنیا کی چیزیں ہیں۔</w:t>
      </w:r>
    </w:p>
    <w:p>
      <w:r>
        <w:rPr>
          <w:b/>
        </w:rPr>
        <w:t xml:space="preserve">[32:40] </w:t>
      </w:r>
      <w:r>
        <w:t>yehin hain yahan par khatm ho kar reh jayengi. jo cheez le kar hum aage jaana hai woh hai hamara aqeedati nizam hamara ibadat ka nizam hamare akhlaqi iqdar hamara kirdaar is ko le kar hum jayenge wahan.</w:t>
      </w:r>
    </w:p>
    <w:p>
      <w:pPr>
        <w:jc w:val="right"/>
      </w:pPr>
      <w:r>
        <w:t>یہیں ہیں یہیں پر ختم ہو کر رہ جائیں گی۔ جو چیز لے کر ہم آگے جانا ہے وہ ہے ہمارا عقیدتی نظام ہمارا عبادت کا نظام ہمارے اخلاقی اقدار ہمارا کردار اس کو لے کر ہم جائیں گے وہاں۔</w:t>
      </w:r>
    </w:p>
    <w:p>
      <w:r>
        <w:rPr>
          <w:b/>
        </w:rPr>
        <w:t xml:space="preserve">[32:56] </w:t>
      </w:r>
      <w:r>
        <w:t>to is ki hamein azaadi hai to hum ghulam kyun hain? aap log is ghulami ko samhein. hamari team ke kai log baithe hue the wahan par sab ke samne unhon ne kaha gawahi hai yahan maujood hain aise log</w:t>
      </w:r>
    </w:p>
    <w:p>
      <w:pPr>
        <w:jc w:val="right"/>
      </w:pPr>
      <w:r>
        <w:t>تو اس کی ہمیں آزادی ہے تو ہم غلام کیوں ہیں؟ آپ لوگ اس غلامی کو سمجھیں۔ ہماری ٹیم کے کئی لوگ بیٹھے ہوئے تھے وہاں پر سب کے سامنے انہوں نے کہا گواہی ہے یہاں موجود ہیں ایسے لوگ</w:t>
      </w:r>
    </w:p>
    <w:p>
      <w:r>
        <w:rPr>
          <w:b/>
        </w:rPr>
        <w:t xml:space="preserve">[33:10] </w:t>
      </w:r>
      <w:r>
        <w:t>ke partition ne aadhe musalmanon ko azaadi di aadhe musalman jo hain ghulami mein reh gaye. maine kaha astaghfirullah.</w:t>
      </w:r>
    </w:p>
    <w:p>
      <w:pPr>
        <w:jc w:val="right"/>
      </w:pPr>
      <w:r>
        <w:t>کہ پارٹیشن نے آدھے مسلمانوں کو آزادی دی آدھے مسلمان جو ہیں غلامی میں رہ گئے۔ میں نے کہا استغفراللہ۔</w:t>
      </w:r>
    </w:p>
    <w:p>
      <w:r>
        <w:rPr>
          <w:b/>
        </w:rPr>
        <w:t xml:space="preserve">[33:18] </w:t>
      </w:r>
      <w:r>
        <w:t>lekin is yeh soch vahi juri hui hai. woh samajhte hain woh sirf taqat matlab siyasi taqat jahan hai woh hai ideal surat-e-haal jahan siyasi taqat nahi hai wahan par ideal surat-e-haal nahi hai woh ghulami hai woh.</w:t>
      </w:r>
    </w:p>
    <w:p>
      <w:pPr>
        <w:jc w:val="right"/>
      </w:pPr>
      <w:r>
        <w:t>لیکن اس یہ سوچ وہی جڑی ہوئی ہے۔ وہ سمجھتے ہیں وہ صرف طاقت مطلب سیاسی طاقت جہاں ہے وہ ہے آئیڈیل صورتحال جہاں سیاسی طاقت نہیں ہے وہاں پر آئیڈیل صورتحال نہیں ہے وہ غلامی ہے وہ۔</w:t>
      </w:r>
    </w:p>
    <w:p>
      <w:r>
        <w:rPr>
          <w:b/>
        </w:rPr>
        <w:t xml:space="preserve">[33:35] </w:t>
      </w:r>
      <w:r>
        <w:t>is cheez ne musalmanon ko shikast pasand zehniyat mein daal rakha hai. aur is se bari baat kya hai? apne bare mein fakhr aur doosre ke bare mein nafrat.</w:t>
      </w:r>
    </w:p>
    <w:p>
      <w:pPr>
        <w:jc w:val="right"/>
      </w:pPr>
      <w:r>
        <w:t>اس چیز نے مسلمانوں کو شکست پسند ذہنیت میں ڈال رکھا ہے۔ اور اس سے بڑی بات کیا ہے؟ اپنے بارے میں فخر اور دوسرے کے بارے میں نفرت۔</w:t>
      </w:r>
    </w:p>
    <w:p>
      <w:r>
        <w:rPr>
          <w:b/>
        </w:rPr>
        <w:t xml:space="preserve">[33:48] </w:t>
      </w:r>
      <w:r>
        <w:t>woh jo dost sahib aaye the mere paas aksar aate rehte hain pakistan ke log.</w:t>
      </w:r>
    </w:p>
    <w:p>
      <w:pPr>
        <w:jc w:val="right"/>
      </w:pPr>
      <w:r>
        <w:t>وہ جو دوست صاحب آئے تھے میرے پاس اکثر آتے رہتے ہیں پاکستان کے لوگ۔</w:t>
      </w:r>
    </w:p>
    <w:p>
      <w:r>
        <w:rPr>
          <w:b/>
        </w:rPr>
        <w:t xml:space="preserve">[33:54] </w:t>
      </w:r>
      <w:r>
        <w:t>to main un se baat jab karta hoon to hamesha maine paya hai ke apne bare mein fakhr aur hamare bare mein nafrat yaani doosron ke bare mein nafrat non-muslim ke bare mein nafrat.</w:t>
      </w:r>
    </w:p>
    <w:p>
      <w:pPr>
        <w:jc w:val="right"/>
      </w:pPr>
      <w:r>
        <w:t>تو میں ان سے بات جب کرتا ہوں تو ہمیشہ میں نے پایا ہے کہ اپنے بارے میں فخر اور ہمارے بارے میں نفرت یعنی دوسروں کے بارے میں نفرت نان مسلم کے بارے میں نفرت۔</w:t>
      </w:r>
    </w:p>
    <w:p>
      <w:r>
        <w:rPr>
          <w:b/>
        </w:rPr>
        <w:t xml:space="preserve">[34:09] </w:t>
      </w:r>
      <w:r>
        <w:t>non-muslim ke bare mein nafrat aur apne bare mein fakhr isi ka nateeja hai. isi ka nateeja hai yeh.</w:t>
      </w:r>
    </w:p>
    <w:p>
      <w:pPr>
        <w:jc w:val="right"/>
      </w:pPr>
      <w:r>
        <w:t>نان مسلم کے بارے میں نفرت اور اپنے بارے میں فخر اسی کا نتیجہ ہے۔ اسی کا نتیجہ ہے یہ۔</w:t>
      </w:r>
    </w:p>
    <w:p>
      <w:r>
        <w:rPr>
          <w:b/>
        </w:rPr>
        <w:t xml:space="preserve">[34:19] </w:t>
      </w:r>
      <w:r>
        <w:t>ab dekhein kitna bara nuksan hai yeh kitna bara nuksan hai ke hum Khuda ki dunya mein jee rahe hain is ehsas ke sath ke hum doosron se nafrat karte hain doosron se nafrat karte hain shikast pasand zehniyat mein pade hue hain.</w:t>
      </w:r>
    </w:p>
    <w:p>
      <w:pPr>
        <w:jc w:val="right"/>
      </w:pPr>
      <w:r>
        <w:t>اب دیکھیں کتنا بڑا نقصان ہے یہ کتنا بڑا نقصان ہے کہ ہم خدا کی دنیا میں جی رہے ہیں اس احساس کے ساتھ کہ ہم دوسروں سے نفرت کرتے ہیں دوسروں سے نفرت کرتے ہیں شکست پسند ذہنیت میں پڑے ہوئے ہیں۔</w:t>
      </w:r>
    </w:p>
    <w:p>
      <w:r>
        <w:rPr>
          <w:b/>
        </w:rPr>
        <w:t xml:space="preserve">[34:34] </w:t>
      </w:r>
      <w:r>
        <w:t>aur lafzon ka jangal ugate hain behas ki shakal mein is mein taliyan bajate hain. mez par lafzon ka jangal machate hain aur lafzon ke jangal se hara kar kisi ko</w:t>
      </w:r>
    </w:p>
    <w:p>
      <w:pPr>
        <w:jc w:val="right"/>
      </w:pPr>
      <w:r>
        <w:t>اور لفظوں کا جنگل اگاتے ہیں بحث کی شکل میں اس میں تالیاں بجاتے ہیں۔ میز پر لفظوں کا جنگل مچاتے ہیں اور لفظوں کے جنگل سے ہرا کر کسی کو</w:t>
      </w:r>
    </w:p>
    <w:p>
      <w:r>
        <w:rPr>
          <w:b/>
        </w:rPr>
        <w:t xml:space="preserve">[34:48] </w:t>
      </w:r>
      <w:r>
        <w:t>. inhi mein se ek mubhasah sahib ko maine khud un ka woh parha woh kehte kya hain? bulldoze them all yeh zuban jo hoti hai bulldoze them all to maine socha ke bulldoze kahan karte hain yeh?</w:t>
      </w:r>
    </w:p>
    <w:p>
      <w:pPr>
        <w:jc w:val="right"/>
      </w:pPr>
      <w:r>
        <w:t>۔ انہی میں سے ایک مباحثہ صاحب کو میں نے خود ان کا وہ پڑھا وہ کہتے کیا ہیں؟ bulldoze them all یہ زبان جو ہوتی ہے bulldoze them all تو میں نے سوچا کہ bulldoze کہاں کرتے ہیں یہ؟</w:t>
      </w:r>
    </w:p>
    <w:p>
      <w:r>
        <w:rPr>
          <w:b/>
        </w:rPr>
        <w:t xml:space="preserve">[35:01] </w:t>
      </w:r>
      <w:r>
        <w:t>mez par. maidan-e-jang mein nahi. market mein nahi. siyasi nizam mein nahi.</w:t>
      </w:r>
    </w:p>
    <w:p>
      <w:pPr>
        <w:jc w:val="right"/>
      </w:pPr>
      <w:r>
        <w:t>میز پر۔ میدان جنگ میں نہیں۔ مارکیٹ میں نہیں۔ سیاسی نظام میں نہیں۔</w:t>
      </w:r>
    </w:p>
    <w:p>
      <w:r>
        <w:rPr>
          <w:b/>
        </w:rPr>
        <w:t xml:space="preserve">[35:10] </w:t>
      </w:r>
      <w:r>
        <w:t>adalti nizam mein nahi. aur jo sara itna sab dunya ka karobar hai wahan nahi kahan? mez par kis ke zariye se?</w:t>
      </w:r>
    </w:p>
    <w:p>
      <w:pPr>
        <w:jc w:val="right"/>
      </w:pPr>
      <w:r>
        <w:t>عدالتی نظام میں نہیں۔ اور جو سارا اتنا سب دنیا کا کاروبار ہے وہاں نہیں کہاں؟ میز پر کس کے ذریعے سے؟</w:t>
      </w:r>
    </w:p>
    <w:p>
      <w:r>
        <w:rPr>
          <w:b/>
        </w:rPr>
        <w:t xml:space="preserve">[35:19] </w:t>
      </w:r>
      <w:r>
        <w:t>lafzon ke hathyar se. to mashhoor mubhasah kar hain woh aap mein se sab log un ko jante honge aur suna bhi shayad ho bulldoze them all</w:t>
      </w:r>
    </w:p>
    <w:p>
      <w:pPr>
        <w:jc w:val="right"/>
      </w:pPr>
      <w:r>
        <w:t>لفظوں کے ہتھیار سے۔ تو مشہور مباحثہ کار ہیں وہ آپ میں سے سب لوگ ان کو جانتے ہوں گے اور سنا بھی شاید ہو bulldoze them all</w:t>
      </w:r>
    </w:p>
    <w:p>
      <w:r>
        <w:rPr>
          <w:b/>
        </w:rPr>
        <w:t xml:space="preserve">[35:28] </w:t>
      </w:r>
      <w:r>
        <w:t>yeh kitna kitna bara jhoot hai yeh. ek dafa jhoot hai yaani khayali soch mein jeete hain khayali soch mein jeete hain to kehte hain bulldoze them all to sare musalmanon ko isi khayali soch mein daal rakha hai ke haqeeqi zindagi mein haare hue hain aur ek khayali dunya mein apne ko samajhte hain ke hum to jeete hue hain.</w:t>
      </w:r>
    </w:p>
    <w:p>
      <w:pPr>
        <w:jc w:val="right"/>
      </w:pPr>
      <w:r>
        <w:t>یہ کتنا کتنا بڑا جھوٹ ہے یہ۔ ایک دفعہ جھوٹ ہے یعنی خیالی سوچ میں جیتے ہیں خیالی سوچ میں جیتے ہیں تو کہتے ہیں bulldoze them all تو سارے مسلمانوں کو اسی خیالی سوچ میں ڈال رکھا ہے کہ حقیقی زندگی میں ہارے ہوئے ہیں اور ایک خیالی دنیا میں اپنے کو سمجھتے ہیں کہ ہم تو جیتے ہوئے ہیں۔</w:t>
      </w:r>
    </w:p>
    <w:p>
      <w:r>
        <w:rPr>
          <w:b/>
        </w:rPr>
        <w:t xml:space="preserve">[35:54] </w:t>
      </w:r>
      <w:r>
        <w:t>yeh sab kyun</w:t>
      </w:r>
    </w:p>
    <w:p>
      <w:pPr>
        <w:jc w:val="right"/>
      </w:pPr>
      <w:r>
        <w:t>یہ سب کیوں</w:t>
      </w:r>
    </w:p>
    <w:p>
      <w:r>
        <w:rPr>
          <w:b/>
        </w:rPr>
        <w:t xml:space="preserve">[35:55] </w:t>
      </w:r>
      <w:r>
        <w:t>hua? keh pichhle paighambaron ko hum ne kharij kar diya model se. bas samajhte hain keh ek hi model hai woh rasool Allah ka hai ab pichhle model kho gaye aap se.</w:t>
      </w:r>
    </w:p>
    <w:p>
      <w:pPr>
        <w:jc w:val="right"/>
      </w:pPr>
      <w:r>
        <w:t>ہوا؟ کہ پچھلے پیغمبروں کو ہم نے خارج کر دیا ماڈل سے۔ بس سمجھتے ہیں کہ ایک ہی ماڈل ہے وہ رسول اللہ کا ہے اب پچھلے ماڈل کھو گئے آپ سے۔</w:t>
      </w:r>
    </w:p>
    <w:p>
      <w:r>
        <w:rPr>
          <w:b/>
        </w:rPr>
        <w:t xml:space="preserve">[36:11] </w:t>
      </w:r>
      <w:r>
        <w:t>pichhle model aap se khoye gaye. woh aap ki fehrist mein hain nahin.</w:t>
      </w:r>
    </w:p>
    <w:p>
      <w:pPr>
        <w:jc w:val="right"/>
      </w:pPr>
      <w:r>
        <w:t>پچھلے ماڈل آپ سے کھوئے گئے۔ وہ آپ کی فہرست میں ہیں نہیں۔</w:t>
      </w:r>
    </w:p>
    <w:p>
      <w:r>
        <w:rPr>
          <w:b/>
        </w:rPr>
        <w:t xml:space="preserve">[36:18] </w:t>
      </w:r>
      <w:r>
        <w:t>aisa hi hai jaise keh ek saahab the nawab ki family mein se ta'alluq rakhte the yeh sachcha qissa hai.</w:t>
      </w:r>
    </w:p>
    <w:p>
      <w:pPr>
        <w:jc w:val="right"/>
      </w:pPr>
      <w:r>
        <w:t>ایسا ہی ہے جیسے کہ ایک صاحب تھے نواب کی فیملی میں سے تعلق رکھتے تھے یہ سچا قصہ ہے۔</w:t>
      </w:r>
    </w:p>
    <w:p>
      <w:r>
        <w:rPr>
          <w:b/>
        </w:rPr>
        <w:t xml:space="preserve">[36:33] </w:t>
      </w:r>
      <w:r>
        <w:t>to un ke dada waghera jo the woh nawab the bahut badi un ki un ka bahut badi position thi.</w:t>
      </w:r>
    </w:p>
    <w:p>
      <w:pPr>
        <w:jc w:val="right"/>
      </w:pPr>
      <w:r>
        <w:t>تو ان کے دادا وغیرہ جو تھے وہ نواب تھے بہت بڑی ان کی ان کا بہت بڑی پوزیشن تھی۔</w:t>
      </w:r>
    </w:p>
    <w:p>
      <w:r>
        <w:rPr>
          <w:b/>
        </w:rPr>
        <w:t xml:space="preserve">[36:45] </w:t>
      </w:r>
      <w:r>
        <w:t>hote hote hote saari jaaydaad saara sab kuch khatm ho gaya ab mamooli se ghar mein rehte the woh. to ek shakhs un se milne gaya to us ne kaha jaante ho?</w:t>
      </w:r>
    </w:p>
    <w:p>
      <w:pPr>
        <w:jc w:val="right"/>
      </w:pPr>
      <w:r>
        <w:t>ہوتے ہوتے ہوتے ساری جائیداد سارا سب کچھ ختم ہو گیا اب معمولی سے گھر میں رہتے تھے وہ۔ تو ایک شخص ان سے ملنے گیا تو اس نے کہا جانتے ہو؟</w:t>
      </w:r>
    </w:p>
    <w:p>
      <w:r>
        <w:rPr>
          <w:b/>
        </w:rPr>
        <w:t xml:space="preserve">[36:57] </w:t>
      </w:r>
      <w:r>
        <w:t>idhar hum sultan bud mera baap badshah tha.</w:t>
      </w:r>
    </w:p>
    <w:p>
      <w:pPr>
        <w:jc w:val="right"/>
      </w:pPr>
      <w:r>
        <w:t>ادھر ہم سلطان بود میرا باپ بادشاہ تھا۔</w:t>
      </w:r>
    </w:p>
    <w:p>
      <w:r>
        <w:rPr>
          <w:b/>
        </w:rPr>
        <w:t xml:space="preserve">[37:06] </w:t>
      </w:r>
      <w:r>
        <w:t>idhar hum sultan bud ab rehte hain mamooli ghar mein</w:t>
      </w:r>
    </w:p>
    <w:p>
      <w:pPr>
        <w:jc w:val="right"/>
      </w:pPr>
      <w:r>
        <w:t>ادھر ہم سلطان بود اب رہتے ہیں معمولی گھر میں</w:t>
      </w:r>
    </w:p>
    <w:p>
      <w:r>
        <w:rPr>
          <w:b/>
        </w:rPr>
        <w:t xml:space="preserve">[37:10] </w:t>
      </w:r>
      <w:r>
        <w:t>. koi un ke paas shaan o shaukat nahin koi jaaydaad nahin kuch bhi nahin. lekin yeh is mein woh apni ek nakhat zinda ki hui hain apna fakhr zinda ki hui hain.</w:t>
      </w:r>
    </w:p>
    <w:p>
      <w:pPr>
        <w:jc w:val="right"/>
      </w:pPr>
      <w:r>
        <w:t>۔ کوئی ان کے پاس شان و شوکت نہیں کوئی جائیداد نہیں کچھ بھی نہیں۔ لیکن یہ اس میں وہ اپنی ایک نخوت زندہ کی ہوئی ہیں اپنا فخر زندہ کی ہوئی ہیں۔</w:t>
      </w:r>
    </w:p>
    <w:p>
      <w:r>
        <w:rPr>
          <w:b/>
        </w:rPr>
        <w:t xml:space="preserve">[37:19] </w:t>
      </w:r>
      <w:r>
        <w:t>idhar hum sultan bud mera baap badshah tha. My father was king mera baap ek badshah tha. yeh hai musalmanon ke nafsiyat.</w:t>
      </w:r>
    </w:p>
    <w:p>
      <w:pPr>
        <w:jc w:val="right"/>
      </w:pPr>
      <w:r>
        <w:t>ادھر ہم سلطان بود میرا باپ بادشاہ تھا۔ My father was king میرا باپ ایک بادشاہ تھا۔ یہ ہے مسلمانوں کے نفسیات۔</w:t>
      </w:r>
    </w:p>
    <w:p>
      <w:r>
        <w:rPr>
          <w:b/>
        </w:rPr>
        <w:t xml:space="preserve">[37:31] </w:t>
      </w:r>
      <w:r>
        <w:t>isko angrezi mein kehte hain paranoia. saare musalman idhar hum sultan bud ke nafsiyat mein jeet</w:t>
      </w:r>
    </w:p>
    <w:p>
      <w:pPr>
        <w:jc w:val="right"/>
      </w:pPr>
      <w:r>
        <w:t>اس کو انگریزی میں کہتے ہیں paranoia۔ سارے مسلمان ادھر ہم سلطان بود کے نفسیات میں جیت</w:t>
      </w:r>
    </w:p>
    <w:p>
      <w:r>
        <w:rPr>
          <w:b/>
        </w:rPr>
        <w:t xml:space="preserve">[37:38] </w:t>
      </w:r>
      <w:r>
        <w:t>e hain. kyun? woh model khoya gaya un se keh doosre zindagi ko bhi woh oonchi zindagi samajhein. doosre model jo doosre nabi ka model hai.</w:t>
      </w:r>
    </w:p>
    <w:p>
      <w:pPr>
        <w:jc w:val="right"/>
      </w:pPr>
      <w:r>
        <w:t>ے ہیں۔ کیوں؟ وہ ماڈل کھویا گیا ان سے کہ دوسرے زندگی کو بھی وہ اونچی زندگی سمجھیں۔ دوسرے ماڈل جو دوسرے نبی کا ماڈل ہے۔</w:t>
      </w:r>
    </w:p>
    <w:p>
      <w:r>
        <w:rPr>
          <w:b/>
        </w:rPr>
        <w:t xml:space="preserve">[37:49] </w:t>
      </w:r>
      <w:r>
        <w:t>kyunki aap jaante hain keh doosre nabi ne koi hukoomat nahin banai. jaisa rasool Allah ke zamane mein bani saltanat waisa saltanat kisi ke haan nahin tha.</w:t>
      </w:r>
    </w:p>
    <w:p>
      <w:pPr>
        <w:jc w:val="right"/>
      </w:pPr>
      <w:r>
        <w:t>کیونکہ آپ جانتے ہیں کہ دوسرے نبی نے کوئی حکومت نہیں بنائی۔ جیسا رسول اللہ کے زمانے میں بنی سلطنت ویسا سلطنت کسی کے ہاں نہیں تھا۔</w:t>
      </w:r>
    </w:p>
    <w:p>
      <w:r>
        <w:rPr>
          <w:b/>
        </w:rPr>
        <w:t xml:space="preserve">[38:00] </w:t>
      </w:r>
      <w:r>
        <w:t>rasool Allah ke baad jo saltanat bana muslim saltanat waisa saltanat kisi nabi ke haan nahin bana tha.</w:t>
      </w:r>
    </w:p>
    <w:p>
      <w:pPr>
        <w:jc w:val="right"/>
      </w:pPr>
      <w:r>
        <w:t>رسول اللہ کے بعد جو سلطنت بنا مسلم سلطنت ویسا سلطنت کسی نبی کے ہاں نہیں بنا تھا۔</w:t>
      </w:r>
    </w:p>
    <w:p>
      <w:r>
        <w:rPr>
          <w:b/>
        </w:rPr>
        <w:t xml:space="preserve">[38:08] </w:t>
      </w:r>
      <w:r>
        <w:t>to un ke jo namune hain is mein saltanat ka namuna nahin hai. to is ko chhod diya musalmanon ne.</w:t>
      </w:r>
    </w:p>
    <w:p>
      <w:pPr>
        <w:jc w:val="right"/>
      </w:pPr>
      <w:r>
        <w:t>تو ان کے جو نمونے ہیں اس میں سلطنت کا نمونہ نہیں ہے۔ تو اس کو چھوڑ دیا مسلمانوں نے۔</w:t>
      </w:r>
    </w:p>
    <w:p>
      <w:r>
        <w:rPr>
          <w:b/>
        </w:rPr>
        <w:t xml:space="preserve">[38:17] </w:t>
      </w:r>
      <w:r>
        <w:t>ab isi ko liye baithe hain. ab chunke woh saltanat maujood nahin hai to kehte hain keh idhar hum sultan bud to ek jhootha fakhr yaani ek lafz mein agar main kahoon to saare musalman jhoote fakhr mein jeete hain.</w:t>
      </w:r>
    </w:p>
    <w:p>
      <w:pPr>
        <w:jc w:val="right"/>
      </w:pPr>
      <w:r>
        <w:t>اب اسی کو لیے بیٹھے ہیں۔ اب چونکہ وہ سلطنت موجود نہیں ہے تو کہتے ہیں کہ ادھر ہم سلطان بود تو ایک جھوٹا فخر یعنی ایک لفظ میں اگر میں کہوں تو سارے مسلمان جھوٹے فخر میں جیتے ہیں۔</w:t>
      </w:r>
    </w:p>
    <w:p>
      <w:r>
        <w:rPr>
          <w:b/>
        </w:rPr>
        <w:t xml:space="preserve">[38:30] </w:t>
      </w:r>
      <w:r>
        <w:t>iska raaz kya hai? pichhle nabi ke namonon ko unhon ne chhod diya.</w:t>
      </w:r>
    </w:p>
    <w:p>
      <w:pPr>
        <w:jc w:val="right"/>
      </w:pPr>
      <w:r>
        <w:t>اس کا راز کیا ہے؟ پچھلے نبی کے نمونوں کو انہوں نے چھوڑ دیا۔</w:t>
      </w:r>
    </w:p>
    <w:p>
      <w:r>
        <w:rPr>
          <w:b/>
        </w:rPr>
        <w:t xml:space="preserve">[38:38] </w:t>
      </w:r>
      <w:r>
        <w:t>pichhle nabi ke namonon ko chhod diya unhon ne. sahi is se bada koi nuksaan ho sakta hai? jo fakhr mein jiya hai woh to us ko to tarjeeh nahin milegi.</w:t>
      </w:r>
    </w:p>
    <w:p>
      <w:pPr>
        <w:jc w:val="right"/>
      </w:pPr>
      <w:r>
        <w:t>پچھلے نبی کے نمونوں کو چھوڑ دیا انہوں نے۔ صحیح اس سے بڑا کوئی نقصان ہو سکتا ہے؟ جو فخر میں جیا ہے وہ تو اس کو تو ترجیح نہیں ملے گی۔</w:t>
      </w:r>
    </w:p>
    <w:p>
      <w:r>
        <w:rPr>
          <w:b/>
        </w:rPr>
        <w:t xml:space="preserve">[38:47] </w:t>
      </w:r>
      <w:r>
        <w:t>hadees mein aata hai keh jo kibr mein ghuroor mein jiya woh jannat ki hawa bhi nahin paayega. to jhoote fakhr walon ko kitna bada khatra hai keh woh jannati na mile inhein.</w:t>
      </w:r>
    </w:p>
    <w:p>
      <w:pPr>
        <w:jc w:val="right"/>
      </w:pPr>
      <w:r>
        <w:t>حدیث میں آتا ہے کہ جو کبر میں غرور میں جیتا وہ جنت کی ہوا بھی نہیں پائے گا۔ تو جھوٹے فخر والوں کو کتنا بڑا خطرہ ہے کہ وہ جنتی نہ ملے انہیں۔</w:t>
      </w:r>
    </w:p>
    <w:p>
      <w:r>
        <w:rPr>
          <w:b/>
        </w:rPr>
        <w:t xml:space="preserve">[39:02] </w:t>
      </w:r>
      <w:r>
        <w:t>to is ko chahiye humein keh hum dobara ghaur karein. poori baat ko hum dobara karein. apni soch ko phir se banayein. apni poori soch ko phir se taaza karein.</w:t>
      </w:r>
    </w:p>
    <w:p>
      <w:pPr>
        <w:jc w:val="right"/>
      </w:pPr>
      <w:r>
        <w:t>تو اس کو چاہیے ہمیں کہ ہم دوبارہ غور کریں۔ پوری بات کو ہم دوبارہ کریں۔ اپنی سوچ کو پھر سے بنائیں۔ اپنی پوری سوچ کو پھر سے تازہ کریں۔</w:t>
      </w:r>
    </w:p>
    <w:p>
      <w:r>
        <w:rPr>
          <w:b/>
        </w:rPr>
        <w:t xml:space="preserve">[39:16] </w:t>
      </w:r>
      <w:r>
        <w:t>bahut hi zaroori hai taake duniya mein humein sachchai ke saath jeene ka mauqa mil sake.</w:t>
      </w:r>
    </w:p>
    <w:p>
      <w:pPr>
        <w:jc w:val="right"/>
      </w:pPr>
      <w:r>
        <w:t>بہت ہی ضروری ہے تاکہ دنیا میں ہمیں سچائی کے ساتھ جینے کا موقع مل سکے۔</w:t>
      </w:r>
    </w:p>
    <w:p>
      <w:r>
        <w:rPr>
          <w:b/>
        </w:rPr>
        <w:t xml:space="preserve">[39:23] </w:t>
      </w:r>
      <w:r>
        <w:t>bachpan mein jab keh main rehta tha UP mein. ek gaon mein. phir aaj hum garh shahar mein rehne laga.</w:t>
      </w:r>
    </w:p>
    <w:p>
      <w:pPr>
        <w:jc w:val="right"/>
      </w:pPr>
      <w:r>
        <w:t>بچپن میں جب کہ میں رہتا تھا یو پی میں۔ ایک گاؤں میں۔ پھر آج ہم گڑھ شہر میں رہنے لگا۔</w:t>
      </w:r>
    </w:p>
    <w:p>
      <w:r>
        <w:rPr>
          <w:b/>
        </w:rPr>
        <w:t xml:space="preserve">[39:35] </w:t>
      </w:r>
      <w:r>
        <w:t>to us zamane mein yaani azaadi se bahut pehle ki baat hai yeh. musalmanon ke akhbaron mein ya magazine mein ek bahut zyada maqbool tha ek mauzu.</w:t>
      </w:r>
    </w:p>
    <w:p>
      <w:pPr>
        <w:jc w:val="right"/>
      </w:pPr>
      <w:r>
        <w:t>تو اس زمانے میں یعنی آزادی سے بہت پہلے کی بات ہے یہ۔ مسلمانوں کے اخباروں میں یا میگزین میں ایک بہت زیادہ مقبول تھا ایک موضوع۔</w:t>
      </w:r>
    </w:p>
    <w:p>
      <w:r>
        <w:rPr>
          <w:b/>
        </w:rPr>
        <w:t xml:space="preserve">[39:49] </w:t>
      </w:r>
      <w:r>
        <w:t>to woh hua karta tha musalman kya karein.</w:t>
      </w:r>
    </w:p>
    <w:p>
      <w:pPr>
        <w:jc w:val="right"/>
      </w:pPr>
      <w:r>
        <w:t>تو وہ ہوا کرتا تھا مسلمان کیا کریں۔</w:t>
      </w:r>
    </w:p>
    <w:p>
      <w:r>
        <w:rPr>
          <w:b/>
        </w:rPr>
        <w:t xml:space="preserve">[39:55] </w:t>
      </w:r>
      <w:r>
        <w:t>yeh bahut chhappta tha us zamane mein. phir is ko collection bhi chhaapa is ka kitabon ki shakal mein musalman kya karein. jahan tak mujhe yaad hai in in in article ko padhkar mujhe mere zehan mein kuch bhi nahin aata tha.</w:t>
      </w:r>
    </w:p>
    <w:p>
      <w:pPr>
        <w:jc w:val="right"/>
      </w:pPr>
      <w:r>
        <w:t>یہ بہت چھپتا تھا اس زمانے میں۔ پھر اس کو کلیکشن بھی چھپا اس کا کتابوں کی شکل میں مسلمان کیا کریں۔ جہاں تک مجھے یاد ہے ان ان ان آرٹیکل کو پڑھ کر مجھے میرے ذہن میں کچھ بھی نہیں آتا تھا۔</w:t>
      </w:r>
    </w:p>
    <w:p>
      <w:r>
        <w:rPr>
          <w:b/>
        </w:rPr>
        <w:t xml:space="preserve">[40:11] </w:t>
      </w:r>
      <w:r>
        <w:t>siwaye confusion ke musalman kya karein. abhi haal mein ek kitaab chhapi hai Arab se Arabic zabaan mein.</w:t>
      </w:r>
    </w:p>
    <w:p>
      <w:pPr>
        <w:jc w:val="right"/>
      </w:pPr>
      <w:r>
        <w:t>سوائے کنفیوژن کے مسلمان کیا کریں۔ ابھی حال میں ایک کتاب چھپی ہے عرب سے عربک زبان میں۔</w:t>
      </w:r>
    </w:p>
    <w:p>
      <w:r>
        <w:rPr>
          <w:b/>
        </w:rPr>
        <w:t xml:space="preserve">[40:22] </w:t>
      </w:r>
      <w:r>
        <w:t>is ka title hai mun aain nabda? mun aain nabda? hum kahan se shuru karein?</w:t>
      </w:r>
    </w:p>
    <w:p>
      <w:pPr>
        <w:jc w:val="right"/>
      </w:pPr>
      <w:r>
        <w:t>اس کا ٹائٹل ہے من أين نبدأ؟ من أين نبدأ؟ ہم کہاں سے شروع کریں؟</w:t>
      </w:r>
    </w:p>
    <w:p>
      <w:r>
        <w:rPr>
          <w:b/>
        </w:rPr>
        <w:t xml:space="preserve">[40:33] </w:t>
      </w:r>
      <w:r>
        <w:t>From where to begin?</w:t>
      </w:r>
    </w:p>
    <w:p>
      <w:pPr>
        <w:jc w:val="right"/>
      </w:pPr>
      <w:r>
        <w:t>From where to begin?</w:t>
      </w:r>
    </w:p>
    <w:p>
      <w:r>
        <w:rPr>
          <w:b/>
        </w:rPr>
        <w:t xml:space="preserve">[40:37] </w:t>
      </w:r>
      <w:r>
        <w:t>is ka matlab hai ke sau baras ki tareekh jo musalmanon ki hai woh abhi tak samt bandi se khali hai. nahi pata nahi ke samt kya hai hamara kidhar chalein hum.</w:t>
      </w:r>
    </w:p>
    <w:p>
      <w:pPr>
        <w:jc w:val="right"/>
      </w:pPr>
      <w:r>
        <w:t>اس کا مطلب ہے کہ سو برس کی تاریخ جو مسلمانوں کی ہے وہ ابھی تک سمت بندی سے خالی ہے۔ نہیں پتہ نہیں کہ سمت کیا ہے ہمارا کدھر چلیں ہم۔</w:t>
      </w:r>
    </w:p>
    <w:p>
      <w:r>
        <w:rPr>
          <w:b/>
        </w:rPr>
        <w:t xml:space="preserve">[40:47] </w:t>
      </w:r>
      <w:r>
        <w:t>sau saal beet gaye abhi tak hamein samt ka pata nahi.</w:t>
      </w:r>
    </w:p>
    <w:p>
      <w:pPr>
        <w:jc w:val="right"/>
      </w:pPr>
      <w:r>
        <w:t>سو سال بیت گئے ابھی تک ہمیں سمت کا پتہ نہیں۔</w:t>
      </w:r>
    </w:p>
    <w:p>
      <w:r>
        <w:rPr>
          <w:b/>
        </w:rPr>
        <w:t xml:space="preserve">[40:51] </w:t>
      </w:r>
      <w:r>
        <w:t>abhi tak yeh hai ke mun aain nabda? musalman kya karein. yeh kyun hai? is ka mein samajhta hoon ke ek jar jo hai root cause is yani yeh is ko mein kehta hoon intellectual backwardness.</w:t>
      </w:r>
    </w:p>
    <w:p>
      <w:pPr>
        <w:jc w:val="right"/>
      </w:pPr>
      <w:r>
        <w:t>ابھی تک یہ ہے کہ من أين نبدأ؟ مسلمان کیا کریں۔ یہ کیوں ہے؟ اس کا میں سمجھتا ہوں کہ ایک جڑ جو ہے روٹ کاز اس یعنی یہ اس کو میں کہتا ہوں انٹلیکچول بیکورڈنس۔</w:t>
      </w:r>
    </w:p>
    <w:p>
      <w:r>
        <w:rPr>
          <w:b/>
        </w:rPr>
        <w:t xml:space="preserve">[41:11] </w:t>
      </w:r>
      <w:r>
        <w:t>mein poore yaqeen ke sath kehta hoon ke poori poori muslim dunya chahe parhi likhi ho ya be parhi likhi ho. sab ke sab intellectual backwardness mein mubtala hain.</w:t>
      </w:r>
    </w:p>
    <w:p>
      <w:pPr>
        <w:jc w:val="right"/>
      </w:pPr>
      <w:r>
        <w:t>میں پورے یقین کے ساتھ کہتا ہوں کہ پوری پوری مسلم دنیا چاہے پڑھی لکھی ہو یا بے پڑھی لکھی ہو۔ سب کے سب انٹلیکچول بیکورڈنس میں مبتلا ہیں۔</w:t>
      </w:r>
    </w:p>
    <w:p>
      <w:r>
        <w:rPr>
          <w:b/>
        </w:rPr>
        <w:t xml:space="preserve">[41:23] </w:t>
      </w:r>
      <w:r>
        <w:t>khate kamate hain mote ho jate hain kha kar ke. acha ghar banate hain achi caron mein daurte hain. woh bhi doosron ke banaye hue. woh معماری doosron ne paida kiya hai aap ne nahi.</w:t>
      </w:r>
    </w:p>
    <w:p>
      <w:pPr>
        <w:jc w:val="right"/>
      </w:pPr>
      <w:r>
        <w:t>کھاتے کماتے ہیں موٹے ہو جاتے ہیں کھا کر کے۔ اچھا گھر بناتے ہیں اچھی کاروں میں دوڑتے ہیں۔ وہ بھی دوسروں کے بنائے ہوئے۔ وہ معماری دوسروں نے پیدا کیا ہے آپ نے نہیں۔</w:t>
      </w:r>
    </w:p>
    <w:p>
      <w:r>
        <w:rPr>
          <w:b/>
        </w:rPr>
        <w:t xml:space="preserve">[41:36] </w:t>
      </w:r>
      <w:r>
        <w:t>woh gariyan doosron ne banai hain aap ne nahi.</w:t>
      </w:r>
    </w:p>
    <w:p>
      <w:pPr>
        <w:jc w:val="right"/>
      </w:pPr>
      <w:r>
        <w:t>وہ گاڑیاں دوسروں نے بنائی ہیں آپ نے نہیں۔</w:t>
      </w:r>
    </w:p>
    <w:p>
      <w:r>
        <w:rPr>
          <w:b/>
        </w:rPr>
        <w:t xml:space="preserve">[41:40] </w:t>
      </w:r>
      <w:r>
        <w:t>toh doosron ki khidmat kar ke is ko quran mein kaha hai ke habl min al-nas ke habl min al-nas ke tehat yeh sab ho raha hai jo hai. toh jahan tak soch ki baat hai intellectual soch ki baat hai soch is mein bilkul hi peechay hain.</w:t>
      </w:r>
    </w:p>
    <w:p>
      <w:pPr>
        <w:jc w:val="right"/>
      </w:pPr>
      <w:r>
        <w:t>تو دوسروں کی خدمت کر کے اس کو قرآن میں کہا ہے کہ حبل من الناس کہ حبل من الناس کے تحت یہ سب ہو رہا ہے جو ہے۔ تو جہاں تک سوچ کی بات ہے انٹلیکچول سوچ کی بات ہے سوچ اس میں بالکل ہی پیچھے ہیں۔</w:t>
      </w:r>
    </w:p>
    <w:p>
      <w:r>
        <w:rPr>
          <w:b/>
        </w:rPr>
        <w:t xml:space="preserve">[41:59] </w:t>
      </w:r>
      <w:r>
        <w:t>sare ke sare dunya ke musalman mein poore hosh mein yeh baat keh raha hoon aur josh mein nahi keh raha hoon. ke sari dunya ke muslim rehnuma chahe madrase ke hon ya ya college university ke hon woh intellectual backwardness ke shikar hain.</w:t>
      </w:r>
    </w:p>
    <w:p>
      <w:pPr>
        <w:jc w:val="right"/>
      </w:pPr>
      <w:r>
        <w:t>سارے کے سارے دنیا کے مسلمان میں پورے ہوش میں یہ بات کہہ رہا ہوں اور جوش میں نہیں کہہ رہا ہوں۔ کہ ساری دنیا کے مسلم رہنما چاہے مدرسے کے ہوں یا یا کالج یونیورسٹی کے ہوں وہ انٹلیکچول بیکورڈنس کے شکار ہیں۔</w:t>
      </w:r>
    </w:p>
    <w:p>
      <w:r>
        <w:rPr>
          <w:b/>
        </w:rPr>
        <w:t xml:space="preserve">[42:17] </w:t>
      </w:r>
      <w:r>
        <w:t>kyun? is ki ek jar jo hai woh yeh hai ke shaoori ya lashaoori unhone samajh liya hai ke rasool Allah jo the un ke bare mein ek bohat bari confusion mein pade hue hain log.</w:t>
      </w:r>
    </w:p>
    <w:p>
      <w:pPr>
        <w:jc w:val="right"/>
      </w:pPr>
      <w:r>
        <w:t>کیوں؟ اس کی ایک جڑ جو ہے وہ یہ ہے کہ شعوری یا لاشعوری انہوں نے سمجھ لیا ہے کہ رسول اللہ جو تھے ان کے بارے میں ایک بہت بڑی کنفیوژن میں پڑے ہوئے ہیں لوگ۔</w:t>
      </w:r>
    </w:p>
    <w:p>
      <w:r>
        <w:rPr>
          <w:b/>
        </w:rPr>
        <w:t xml:space="preserve">[42:29] </w:t>
      </w:r>
      <w:r>
        <w:t>They fail to differentiate between final prophet and final model</w:t>
      </w:r>
    </w:p>
    <w:p>
      <w:pPr>
        <w:jc w:val="right"/>
      </w:pPr>
      <w:r>
        <w:t>They fail to differentiate between final prophet and final model</w:t>
      </w:r>
    </w:p>
    <w:p>
      <w:r>
        <w:rPr>
          <w:b/>
        </w:rPr>
        <w:t xml:space="preserve">[42:36] </w:t>
      </w:r>
      <w:r>
        <w:t>poori poori muslim ummat jo hai one to all without any exception woh nahi janti ke final prophet toh ho sakta hai lekin final model nahi ho sakta hai that is impossible kyunke soorat e haal mukhtalif karti hai soorat e haal mukhtalif karti hai hamesha toh final model ka matlab hi nahi hai.</w:t>
      </w:r>
    </w:p>
    <w:p>
      <w:pPr>
        <w:jc w:val="right"/>
      </w:pPr>
      <w:r>
        <w:t>پوری پوری مسلم امت جو ہے one to all without any exception وہ نہیں جانتی کہ final prophet تو ہو سکتا ہے لیکن final model نہیں ہو سکتا ہے that is impossible کیونکہ صورتحال مختلف کرتی ہے صورتحال مختلف کرتی ہے ہمیشہ تو final model کا مطلب ہی نہیں ہے۔</w:t>
      </w:r>
    </w:p>
    <w:p>
      <w:r>
        <w:rPr>
          <w:b/>
        </w:rPr>
        <w:t xml:space="preserve">[42:57] </w:t>
      </w:r>
      <w:r>
        <w:t>ek aisa lafz hai is ko matlab nahi hai is ke. yeh lafz hi be matlab hai ke final model</w:t>
      </w:r>
    </w:p>
    <w:p>
      <w:pPr>
        <w:jc w:val="right"/>
      </w:pPr>
      <w:r>
        <w:t>ایک ایسا لفظ ہے اس کو معنی نہیں ہے اس کے۔ یہ لفظ ہی بے معنی ہے کہ final model</w:t>
      </w:r>
    </w:p>
    <w:p>
      <w:r>
        <w:rPr>
          <w:b/>
        </w:rPr>
        <w:t xml:space="preserve">[43:05] </w:t>
      </w:r>
      <w:r>
        <w:t>toh final prophet toh aap keh sakte hain kyunke fehrist hai fehrist hai fehrist hai ek jagah ki stop ho gaya is ka. lekin final model nahi keh sakte aap model badalte rahenge.</w:t>
      </w:r>
    </w:p>
    <w:p>
      <w:pPr>
        <w:jc w:val="right"/>
      </w:pPr>
      <w:r>
        <w:t>تو final prophet تو آپ کہہ سکتے ہیں کیونکہ فہرست ہے فہرست ہے فہرست ہے ایک جگہ کی سٹاپ ہو گیا اس کا۔ لیکن final model نہیں کہہ سکتے آپ ماڈل بدلتے رہیں گے۔</w:t>
      </w:r>
    </w:p>
    <w:p>
      <w:r>
        <w:rPr>
          <w:b/>
        </w:rPr>
        <w:t xml:space="preserve">[43:18] </w:t>
      </w:r>
      <w:r>
        <w:t>toh chunke musalmanon ne samajh liya ke jis tarah se rasool Allah final prophet hain usi tarah woh final model bhi hain.</w:t>
      </w:r>
    </w:p>
    <w:p>
      <w:pPr>
        <w:jc w:val="right"/>
      </w:pPr>
      <w:r>
        <w:t>تو چونکہ مسلمانوں نے سمجھ لیا کہ جس طرح سے رسول اللہ final prophet ہیں اسی طرح وہ final model بھی ہیں۔</w:t>
      </w:r>
    </w:p>
    <w:p>
      <w:r>
        <w:rPr>
          <w:b/>
        </w:rPr>
        <w:t xml:space="preserve">[43:27] </w:t>
      </w:r>
      <w:r>
        <w:t>toh ab chunke woh soorat e haal hai nahi ke musalmanon ki siyasi saltanat bane toh chunke musalmanon ka siyasi saltanat nahi hai toh samajhte hain ke hum kahin bhi nahi hain.</w:t>
      </w:r>
    </w:p>
    <w:p>
      <w:pPr>
        <w:jc w:val="right"/>
      </w:pPr>
      <w:r>
        <w:t>تو اب چونکہ وہ صورتحال ہے نہیں کہ مسلمانوں کا سیاسی سلطنت بنے تو چونکہ مسلمانوں کا سیاسی سلطنت نہیں ہے تو سمجھتے ہیں کہ ہم کہیں بھی نہیں ہیں۔</w:t>
      </w:r>
    </w:p>
    <w:p>
      <w:r>
        <w:rPr>
          <w:b/>
        </w:rPr>
        <w:t xml:space="preserve">[43:37] </w:t>
      </w:r>
      <w:r>
        <w:t>hum kahin nahi hain. halanke 57 muslim mumalik hain aaj bhi agar woh apna ittehad bana lein toh abhi bhi muslim saltanat maujood hai.</w:t>
      </w:r>
    </w:p>
    <w:p>
      <w:pPr>
        <w:jc w:val="right"/>
      </w:pPr>
      <w:r>
        <w:t>ہم کہیں نہیں ہیں۔ حالانکہ 57 مسلم ممالک ہیں آج بھی اگر وہ اپنا اتحاد بنا لیں تو ابھی بھی مسلم سلطنت موجود ہے۔</w:t>
      </w:r>
    </w:p>
    <w:p>
      <w:r>
        <w:rPr>
          <w:b/>
        </w:rPr>
        <w:t xml:space="preserve">[43:52] </w:t>
      </w:r>
      <w:r>
        <w:t>kitna bara isi ko mein kehta hoon intellectual backwardness soch se mehroom hai. toh khair mein is waqt jo kehna chahta hoon woh yeh hai ke mein is ayat ki thori si sharah karunga jo surah an'am mein hai ke أولئك الذين هدى الله فبہداه مقتدى Those were the guarded prophets,</w:t>
      </w:r>
    </w:p>
    <w:p>
      <w:pPr>
        <w:jc w:val="right"/>
      </w:pPr>
      <w:r>
        <w:t>کتنا بڑا اسی کو میں کہتا ہوں انٹلیکچول بیکورڈنس سوچ سے محروم ہے۔ تو خیر میں اس وقت جو کہنا چاہتا ہوں وہ یہ ہے کہ میں اس آیت کی تھوڑی سی شرح کروں گا جو سورہ انعام میں ہے کہ أولئك الذين هدى الله فبہداه مقتدى Those were the guarded prophets,</w:t>
      </w:r>
    </w:p>
    <w:p>
      <w:r>
        <w:rPr>
          <w:b/>
        </w:rPr>
        <w:t xml:space="preserve">[44:18] </w:t>
      </w:r>
      <w:r>
        <w:t>so you should follow their examples</w:t>
      </w:r>
    </w:p>
    <w:p>
      <w:pPr>
        <w:jc w:val="right"/>
      </w:pPr>
      <w:r>
        <w:t>so you should follow their examples</w:t>
      </w:r>
    </w:p>
    <w:p>
      <w:r>
        <w:rPr>
          <w:b/>
        </w:rPr>
        <w:t xml:space="preserve">[44:23] </w:t>
      </w:r>
      <w:r>
        <w:t>toh mein bataunga ke rasool Allah se pehle jo nabi aaye hain woh bhi hamali kitna zabardast un ke andar khazana hai namune ka. is ko chhod kar ke hum kya ho jayega?</w:t>
      </w:r>
    </w:p>
    <w:p>
      <w:pPr>
        <w:jc w:val="right"/>
      </w:pPr>
      <w:r>
        <w:t>تو میں بتاؤں گا کہ رسول اللہ سے پہلے جو نبی آئے ہیں وہ بھی حمالی کتنا زبردست ان کے اندر خزانہ ہے نمونے کا۔ اس کو چھوڑ کر کے ہم کیا ہو جائے گا؟</w:t>
      </w:r>
    </w:p>
    <w:p>
      <w:r>
        <w:rPr>
          <w:b/>
        </w:rPr>
        <w:t xml:space="preserve">[44:35] </w:t>
      </w:r>
      <w:r>
        <w:t>andhere mein bhatken ge. kyunke ek rasool ke haan sare ek sare misalein namumkin hain ke milein.</w:t>
      </w:r>
    </w:p>
    <w:p>
      <w:pPr>
        <w:jc w:val="right"/>
      </w:pPr>
      <w:r>
        <w:t>اندھیرے میں بھٹکیں گے۔ کیونکہ ایک رسول کے ہاں سارے ایک سارے مثالیں ناممکن ہیں کہ ملیں۔</w:t>
      </w:r>
    </w:p>
    <w:p>
      <w:r>
        <w:rPr>
          <w:b/>
        </w:rPr>
        <w:t xml:space="preserve">[44:43] </w:t>
      </w:r>
      <w:r>
        <w:t>jaise rasool Allah jo hain aap maa baap ki kaise khidmat karein? toh aap bataiye ke rasool Allah ka kya namuna milega aap ko? kyunke woh toh yateem the na baap na maa.</w:t>
      </w:r>
    </w:p>
    <w:p>
      <w:pPr>
        <w:jc w:val="right"/>
      </w:pPr>
      <w:r>
        <w:t>جیسے رسول اللہ جو ہیں آپ ماں باپ کی کیسے خدمت کریں؟ تو آپ بتائیے کہ رسول اللہ کا کیا نمونہ ملے گا آپ کو؟ کیونکہ وہ تو یتیم تھے نہ باپ نہ ماں۔</w:t>
      </w:r>
    </w:p>
    <w:p>
      <w:r>
        <w:rPr>
          <w:b/>
        </w:rPr>
        <w:t xml:space="preserve">[44:54] </w:t>
      </w:r>
      <w:r>
        <w:t>toh ek shakhs jo apne maa baap ki khidmat karna chahta ho toh rasool Allah kaise namuna denge is ko? bataiye. ek shakhs ka beta hai bete ko kaise woh tarbiyat kare?</w:t>
      </w:r>
    </w:p>
    <w:p>
      <w:pPr>
        <w:jc w:val="right"/>
      </w:pPr>
      <w:r>
        <w:t>تو ایک شخص جو اپنے ماں باپ کی خدمت کرنا چاہتا ہو تو رسول اللہ کیسے نمونہ دیں گے اس کو؟ بتائیے۔ ایک شخص کا بیٹا ہے بیٹے کو کیسے وہ تربیت کرے؟</w:t>
      </w:r>
    </w:p>
    <w:p>
      <w:r>
        <w:rPr>
          <w:b/>
        </w:rPr>
        <w:t xml:space="preserve">[45:05] </w:t>
      </w:r>
      <w:r>
        <w:t>toh rasool Allah ka nahi namuna milega aap ko? toh aap bete hi nahi the kuch? aap bataiye. kya karenge aap?</w:t>
      </w:r>
    </w:p>
    <w:p>
      <w:pPr>
        <w:jc w:val="right"/>
      </w:pPr>
      <w:r>
        <w:t>تو رسول اللہ کا نہیں نمونہ ملے گا آپ کو؟ تو آپ بیٹے ہی نہیں تھے کچھ؟ آپ بتائیے۔ کیا کریں گے آپ؟</w:t>
      </w:r>
    </w:p>
    <w:p>
      <w:r>
        <w:rPr>
          <w:b/>
        </w:rPr>
        <w:t xml:space="preserve">[45:16] </w:t>
      </w:r>
      <w:r>
        <w:t>yeh kitni bari felicity hai jis mein musalman hazar saal se jee rahe hain. kitni bari felicity hai. isi felicity ne musalmanon ko tabah kar rakha hai.</w:t>
      </w:r>
    </w:p>
    <w:p>
      <w:pPr>
        <w:jc w:val="right"/>
      </w:pPr>
      <w:r>
        <w:t>یہ کتنی بڑی فلیسی ہے جس میں مسلمان ہزار سال سے جی رہے ہیں۔ کتنی بڑی فلیسی ہے۔ اسی فلیسی نے مسلمانوں کو تباہ کر رکھا ہے۔</w:t>
      </w:r>
    </w:p>
    <w:p>
      <w:r>
        <w:rPr>
          <w:b/>
        </w:rPr>
        <w:t xml:space="preserve">[45:27] </w:t>
      </w:r>
      <w:r>
        <w:t>ya to fakhr un ke paas hai pichhli tareekh ko le kar ke.</w:t>
      </w:r>
    </w:p>
    <w:p>
      <w:pPr>
        <w:jc w:val="right"/>
      </w:pPr>
      <w:r>
        <w:t>یا تو فخر ان کے پاس ہے پچھلی تاریخ کو لے کر کے۔</w:t>
      </w:r>
    </w:p>
    <w:p>
      <w:r>
        <w:rPr>
          <w:b/>
        </w:rPr>
        <w:t xml:space="preserve">[45:32] </w:t>
      </w:r>
      <w:r>
        <w:t>idhar hum sultan bood ek shair ne kaha hai ke hum hi chhaye hue thay sharq se ta gharb dunya mein na tha palah kisi ملت ka dunya mein gira hum se.</w:t>
      </w:r>
    </w:p>
    <w:p>
      <w:pPr>
        <w:jc w:val="right"/>
      </w:pPr>
      <w:r>
        <w:t>ادھر ہم سلطان بود ایک شاعر نے کہا ہے کہ ہم ہی چھائے ہوئے تھے شرق سے تا غرب دنیا میں نہ تھا پلہ کسی ملت کا دنیا میں گرا ہم سے۔</w:t>
      </w:r>
    </w:p>
    <w:p>
      <w:r>
        <w:rPr>
          <w:b/>
        </w:rPr>
        <w:t xml:space="preserve">[45:44] </w:t>
      </w:r>
      <w:r>
        <w:t>yeh hai maazi. zia-ul-haq sahib gaye amreeka wahan unhon ne taqreer di to unhon ne kya kaha?</w:t>
      </w:r>
    </w:p>
    <w:p>
      <w:pPr>
        <w:jc w:val="right"/>
      </w:pPr>
      <w:r>
        <w:t>یہ ہے ماضی۔ ضیاء الحق صاحب گئے امریکہ وہاں انہوں نے تقریر دی تو انہوں نے کیا کہا؟</w:t>
      </w:r>
    </w:p>
    <w:p>
      <w:r>
        <w:rPr>
          <w:b/>
        </w:rPr>
        <w:t xml:space="preserve">[45:55] </w:t>
      </w:r>
      <w:r>
        <w:t>pakistan ke woh sadar thay woh. Muslims have rediscovered their pride in Islam</w:t>
      </w:r>
    </w:p>
    <w:p>
      <w:pPr>
        <w:jc w:val="right"/>
      </w:pPr>
      <w:r>
        <w:t>پاکستان کے وہ صدر تھے وہ۔ Muslims have rediscovered their pride in Islam</w:t>
      </w:r>
    </w:p>
    <w:p>
      <w:r>
        <w:rPr>
          <w:b/>
        </w:rPr>
        <w:t xml:space="preserve">[46:01] </w:t>
      </w:r>
      <w:r>
        <w:t>yeh bhi kitni be buniyad baat hai. fakhr ko daryaft kiya ka matlab kya hua? maazi ki tareekh ko daryaft kiya. ke pehle hum saltanat thi hamari.</w:t>
      </w:r>
    </w:p>
    <w:p>
      <w:pPr>
        <w:jc w:val="right"/>
      </w:pPr>
      <w:r>
        <w:t>یہ بھی کتنی بے بنیاد بات ہے۔ فخر کو دریافت کیا کا مطلب کیا ہوا؟ ماضی کی تاریخ کو دریافت کیا۔ کہ پہلے ہم سلطنت تھی ہماری۔</w:t>
      </w:r>
    </w:p>
    <w:p>
      <w:r>
        <w:rPr>
          <w:b/>
        </w:rPr>
        <w:t xml:space="preserve">[46:13] </w:t>
      </w:r>
      <w:r>
        <w:t>yeh koi daryaft hai? ab dekhen koi daryaft hai? aaj aaj jo cheez aap daryaft karen woh daryaft hai.</w:t>
      </w:r>
    </w:p>
    <w:p>
      <w:pPr>
        <w:jc w:val="right"/>
      </w:pPr>
      <w:r>
        <w:t>یہ کوئی دریافت ہے؟ اب دیکھیں کوئی دریافت ہے؟ آج آج جو چیز آپ دریافت کریں وہ دریافت ہے۔</w:t>
      </w:r>
    </w:p>
    <w:p>
      <w:r>
        <w:rPr>
          <w:b/>
        </w:rPr>
        <w:t xml:space="preserve">[46:24] </w:t>
      </w:r>
      <w:r>
        <w:t>aaj jo cheez aap ko de rahnumai woh daryaft hai.</w:t>
      </w:r>
    </w:p>
    <w:p>
      <w:pPr>
        <w:jc w:val="right"/>
      </w:pPr>
      <w:r>
        <w:t>آج جو چیز آپ کو دے رہنمائی وہ دریافت ہے۔</w:t>
      </w:r>
    </w:p>
    <w:p>
      <w:r>
        <w:rPr>
          <w:b/>
        </w:rPr>
        <w:t xml:space="preserve">[46:28] </w:t>
      </w:r>
      <w:r>
        <w:t>maazi mein hum ne saltanat bana rakha tha woh aap ne daryaft kiya to yeh daryaft kiya hai yeh to? mein to kehta hoon ke bilkul ahmaq.</w:t>
      </w:r>
    </w:p>
    <w:p>
      <w:pPr>
        <w:jc w:val="right"/>
      </w:pPr>
      <w:r>
        <w:t>ماضی میں ہم نے سلطنت بنا رکھا تھا وہ آپ نے دریافت کیا تو یہ دریافت کیا ہے یہ تو؟ میں تو کہتا ہوں کہ بالکل احمق۔</w:t>
      </w:r>
    </w:p>
    <w:p>
      <w:r>
        <w:rPr>
          <w:b/>
        </w:rPr>
        <w:t xml:space="preserve">[46:37] </w:t>
      </w:r>
      <w:r>
        <w:t>woh aadmi ahmaq hai jis ko maazi ka pata ho maazi ki shaan ka. aaj is ke liye kya mawaqe hain is ko pata na ho. mein samajhta hoon ke zia-ul-haq sahib ne jo daryaft ki thi maazi ki us se million guna ziyada bari daryaft meri hai.</w:t>
      </w:r>
    </w:p>
    <w:p>
      <w:pPr>
        <w:jc w:val="right"/>
      </w:pPr>
      <w:r>
        <w:t>وہ آدمی احمق ہے جس کو ماضی کا پتہ ہو ماضی کی شان کا۔ آج اس کے لیے کیا مواقع ہیں اس کو پتہ نہ ہو۔ میں سمجھتا ہوں کہ ضیاء الحق صاحب نے جو دریافت کی تھی ماضی کی اس سے ملین گنا زیادہ بڑی دریافت میری ہے۔</w:t>
      </w:r>
    </w:p>
    <w:p>
      <w:r>
        <w:rPr>
          <w:b/>
        </w:rPr>
        <w:t xml:space="preserve">[46:55] </w:t>
      </w:r>
      <w:r>
        <w:t>ke mein ne daryaft kiya ke india mein mawaqe hain.</w:t>
      </w:r>
    </w:p>
    <w:p>
      <w:pPr>
        <w:jc w:val="right"/>
      </w:pPr>
      <w:r>
        <w:t>کہ میں نے دریافت کیا کہ انڈیا میں مواقع ہیں۔</w:t>
      </w:r>
    </w:p>
    <w:p>
      <w:r>
        <w:rPr>
          <w:b/>
        </w:rPr>
        <w:t xml:space="preserve">[47:00] </w:t>
      </w:r>
      <w:r>
        <w:t>47 ke baad mein akela tha india mein akela. jis ne bar bar is ko bataya musalmanon ko. ke india musalman samajhte thay ke india un ke liye masla kusha mulk hai.</w:t>
      </w:r>
    </w:p>
    <w:p>
      <w:pPr>
        <w:jc w:val="right"/>
      </w:pPr>
      <w:r>
        <w:t>47 کے بعد میں اکیلا تھا انڈیا میں اکیلا۔ جس نے بار بار اس کو بتایا مسلمانوں کو۔ کہ انڈیا مسلمان سمجھتے تھے کہ انڈیا ان کے لیے مسئلہ کش ملک ہے۔</w:t>
      </w:r>
    </w:p>
    <w:p>
      <w:r>
        <w:rPr>
          <w:b/>
        </w:rPr>
        <w:t xml:space="preserve">[47:12] </w:t>
      </w:r>
      <w:r>
        <w:t>mein ne kaha nahin. yahan india hamare liye mulk mawaqe ka hai. hamare india mein hamare liye mawaqe hain. mein ne yahan tak kaha meri kitab parh sakte hain aap.</w:t>
      </w:r>
    </w:p>
    <w:p>
      <w:pPr>
        <w:jc w:val="right"/>
      </w:pPr>
      <w:r>
        <w:t>میں نے کہا نہیں۔ یہاں انڈیا ہمارے لیے ملک مواقع کا ہے۔ ہمارے انڈیا میں ہمارے لیے مواقع ہیں۔ میں نے یہاں تک کہا میری کتاب پڑھ سکتے ہیں آپ۔</w:t>
      </w:r>
    </w:p>
    <w:p>
      <w:r>
        <w:rPr>
          <w:b/>
        </w:rPr>
        <w:t xml:space="preserve">[47:22] </w:t>
      </w:r>
      <w:r>
        <w:t>Indian Muslims have positive outlook</w:t>
      </w:r>
    </w:p>
    <w:p>
      <w:pPr>
        <w:jc w:val="right"/>
      </w:pPr>
      <w:r>
        <w:t>Indian Muslims have positive outlook</w:t>
      </w:r>
    </w:p>
    <w:p>
      <w:r>
        <w:rPr>
          <w:b/>
        </w:rPr>
        <w:t xml:space="preserve">[47:25] </w:t>
      </w:r>
      <w:r>
        <w:t>woh chhupa hua is mein chhupa hua. ke india mein jo mawaqe hain hamare liye musalmanon ke liye woh 57 muslim mumalik se bhi ziyada hain.</w:t>
      </w:r>
    </w:p>
    <w:p>
      <w:pPr>
        <w:jc w:val="right"/>
      </w:pPr>
      <w:r>
        <w:t>وہ چھپا ہوا اس میں چھپا ہوا۔ کہ انڈیا میں جو مواقع ہیں ہمارے لیے مسلمانوں کے لیے وہ 57 مسلم ممالک سے بھی زیادہ ہیں۔</w:t>
      </w:r>
    </w:p>
    <w:p>
      <w:r>
        <w:rPr>
          <w:b/>
        </w:rPr>
        <w:t xml:space="preserve">[47:37] </w:t>
      </w:r>
      <w:r>
        <w:t>yeh is ko mein daryaft kahoon ga. jo aaj mein mawaqe ko daryaft kare us ne daryaft ki.</w:t>
      </w:r>
    </w:p>
    <w:p>
      <w:pPr>
        <w:jc w:val="right"/>
      </w:pPr>
      <w:r>
        <w:t>یہ اس کو میں دریافت کہوں گا۔ جو آج میں مواقع کو دریافت کرے اس نے دریافت کی۔</w:t>
      </w:r>
    </w:p>
    <w:p>
      <w:r>
        <w:rPr>
          <w:b/>
        </w:rPr>
        <w:t xml:space="preserve">[47:46] </w:t>
      </w:r>
      <w:r>
        <w:t>jo maazi ki shaan ko pata kare woh</w:t>
      </w:r>
    </w:p>
    <w:p>
      <w:pPr>
        <w:jc w:val="right"/>
      </w:pPr>
      <w:r>
        <w:t>جو ماضی کی شان کو پتہ کرے وہ</w:t>
      </w:r>
    </w:p>
    <w:p>
      <w:r>
        <w:rPr>
          <w:b/>
        </w:rPr>
        <w:t xml:space="preserve">[47:49] </w:t>
      </w:r>
      <w:r>
        <w:t>kya hai woh? woh to ahmaq aadmi hai. aur is ko ja kar zia-ul-haq sahib ne fakhr ke sath kaha amreeka mein. Muslims have rediscovered their pride in Islam to us se million guna ziyada bari daryaft meri hai.</w:t>
      </w:r>
    </w:p>
    <w:p>
      <w:pPr>
        <w:jc w:val="right"/>
      </w:pPr>
      <w:r>
        <w:t>کیا ہے وہ؟ وہ تو احمق آدمی ہے۔ اور اس کو جا کر ضیاء الحق صاحب نے فخر کے ساتھ کہا امریکہ میں۔ Muslims have rediscovered their pride in Islam تو اس سے ملین گنا زیادہ بڑی دریافت میری ہے۔</w:t>
      </w:r>
    </w:p>
    <w:p>
      <w:r>
        <w:rPr>
          <w:b/>
        </w:rPr>
        <w:t xml:space="preserve">[48:03] </w:t>
      </w:r>
      <w:r>
        <w:t>ke mein ne daryaft kiya. ke na sirf india mein balkeh sari dunya mein mawaqe khuli hain hamare liye. india mein singapore mein lanka mein europe mein amreeka mein phail gayi.</w:t>
      </w:r>
    </w:p>
    <w:p>
      <w:pPr>
        <w:jc w:val="right"/>
      </w:pPr>
      <w:r>
        <w:t>کہ میں نے دریافت کیا۔ کہ نہ صرف انڈیا میں بلکہ ساری دنیا میں مواقع کھلی ہیں ہمارے لیے۔ انڈیا میں سنگاپور میں لنکا میں یورپ میں امریکہ میں پھیل گئی۔</w:t>
      </w:r>
    </w:p>
    <w:p>
      <w:r>
        <w:rPr>
          <w:b/>
        </w:rPr>
        <w:t xml:space="preserve">[48:15] </w:t>
      </w:r>
      <w:r>
        <w:t>kyun? aaj azadi hai.</w:t>
      </w:r>
    </w:p>
    <w:p>
      <w:pPr>
        <w:jc w:val="right"/>
      </w:pPr>
      <w:r>
        <w:t>کیوں؟ آج آزادی ہے۔</w:t>
      </w:r>
    </w:p>
    <w:p>
      <w:r>
        <w:rPr>
          <w:b/>
        </w:rPr>
        <w:t xml:space="preserve">[48:17] </w:t>
      </w:r>
      <w:r>
        <w:t>aaj mazhabi azadi hai. aaj nai nai mawaqe hain. yeh lafz mein pehli bar ab bola mein ke nai dunya mein maeeshat ko ghair markazi kar diya gaya hai.</w:t>
      </w:r>
    </w:p>
    <w:p>
      <w:pPr>
        <w:jc w:val="right"/>
      </w:pPr>
      <w:r>
        <w:t>آج مذہبی آزادی ہے۔ آج نئی نئی مواقع ہیں۔ یہ لفظ میں پہلی بار اب بولا میں کہ نئی دنیا میں معیشت کو غیر مرکزی کر دیا گیا ہے۔</w:t>
      </w:r>
    </w:p>
    <w:p>
      <w:r>
        <w:rPr>
          <w:b/>
        </w:rPr>
        <w:t xml:space="preserve">[48:31] </w:t>
      </w:r>
      <w:r>
        <w:t>pehlay badshah ke paas sare mawaqe hotay thay. aaj ghair markazi kar diya gaya hai. mawaqe ka sailab beh raha hai har taraf. jahan chahen aap kaam kijiye.</w:t>
      </w:r>
    </w:p>
    <w:p>
      <w:pPr>
        <w:jc w:val="right"/>
      </w:pPr>
      <w:r>
        <w:t>پہلے بادشاہ کے پاس سارے مواقع ہوتے تھے۔ آج غیر مرکزی کر دیا گیا ہے۔ مواقع کا سیلاب بہہ رہا ہے ہر طرف۔ جہاں چاہیں آپ کام کیجیے۔</w:t>
      </w:r>
    </w:p>
    <w:p>
      <w:r>
        <w:rPr>
          <w:b/>
        </w:rPr>
        <w:t xml:space="preserve">[48:41] </w:t>
      </w:r>
      <w:r>
        <w:t>yeh daryaft ziyada bari daryaft hai is se. ke aap maazi ke bahar ko daryaft kar ke aap fakhr mein jee rahe hain. yahi sare musalmanon ka haal hai.</w:t>
      </w:r>
    </w:p>
    <w:p>
      <w:pPr>
        <w:jc w:val="right"/>
      </w:pPr>
      <w:r>
        <w:t>یہ دریافت زیادہ بڑی دریافت ہے اس سے۔ کہ آپ ماضی کے باہر کو دریافت کر کے آپ فخر میں جی رہے ہیں۔ یہی سارے مسلمانوں کا حال ہے۔</w:t>
      </w:r>
    </w:p>
    <w:p>
      <w:r>
        <w:rPr>
          <w:b/>
        </w:rPr>
        <w:t xml:space="preserve">[48:52] </w:t>
      </w:r>
      <w:r>
        <w:t>chahe woh padri hon ya molvi hon sab ka haal yahi hai. khair to is waqt mein jo kehna chahta hoon woh yeh hai. ke pichhle nabiyon ki jo zindagi ek khazana hai khazana.</w:t>
      </w:r>
    </w:p>
    <w:p>
      <w:pPr>
        <w:jc w:val="right"/>
      </w:pPr>
      <w:r>
        <w:t>چاہے وہ پادری ہوں یا مولوی ہوں سب کا حال یہی ہے۔ خیر تو اس وقت میں جو کہنا چاہتا ہوں وہ یہ ہے۔ کہ پچھلے نبیوں کی جو زندگی ایک خزانہ ہے خزانہ۔</w:t>
      </w:r>
    </w:p>
    <w:p>
      <w:r>
        <w:rPr>
          <w:b/>
        </w:rPr>
        <w:t xml:space="preserve">[49:04] </w:t>
      </w:r>
      <w:r>
        <w:t>mein thora sa aap ko misalein doon ga chand misalein.</w:t>
      </w:r>
    </w:p>
    <w:p>
      <w:pPr>
        <w:jc w:val="right"/>
      </w:pPr>
      <w:r>
        <w:t>میں تھوڑا سا آپ کو مثالیں دوں گا چند مثالیں۔</w:t>
      </w:r>
    </w:p>
    <w:p>
      <w:r>
        <w:rPr>
          <w:b/>
        </w:rPr>
        <w:t xml:space="preserve">[49:08] </w:t>
      </w:r>
      <w:r>
        <w:t>sab se pehle insan the adam aur woh pehle nabi bhi thay. un ke haan aik bohat bari misaal hamare liye hai.</w:t>
      </w:r>
    </w:p>
    <w:p>
      <w:pPr>
        <w:jc w:val="right"/>
      </w:pPr>
      <w:r>
        <w:t>سب سے پہلے انسان تھے آدم اور وہ پہلے نبی بھی تھے۔ ان کے ہاں ایک بہت بڑی مثال ہمارے لیے ہے۔</w:t>
      </w:r>
    </w:p>
    <w:p>
      <w:r>
        <w:rPr>
          <w:b/>
        </w:rPr>
        <w:t xml:space="preserve">[49:18] </w:t>
      </w:r>
      <w:r>
        <w:t>woh kya hai? woh yeh hai ke aap jante hain ke quran mein jo un ka qissa bataya gaya hai bible mein bataya gaya hai. ke khuda ne paida kar ke unhein jannat mein rakha.</w:t>
      </w:r>
    </w:p>
    <w:p>
      <w:pPr>
        <w:jc w:val="right"/>
      </w:pPr>
      <w:r>
        <w:t>وہ کیا ہے؟ وہ یہ ہے کہ آپ جانتے ہیں کہ قرآن میں جو ان کا قصہ بتایا گیا ہے بائبل میں بتایا گیا ہے۔ کہ خدا نے پیدا کر کے انہیں جنت میں رکھا۔</w:t>
      </w:r>
    </w:p>
    <w:p>
      <w:r>
        <w:rPr>
          <w:b/>
        </w:rPr>
        <w:t xml:space="preserve">[49:31] </w:t>
      </w:r>
      <w:r>
        <w:t>phir un se aik ghalati hui. ke mamnoo'a darakht ka phaal kha liya unhon ne.</w:t>
      </w:r>
    </w:p>
    <w:p>
      <w:pPr>
        <w:jc w:val="right"/>
      </w:pPr>
      <w:r>
        <w:t>پھر ان سے ایک غلطی ہوئی۔ کہ ممنوعہ درخت کا پھل کھا لیا انہوں نے۔</w:t>
      </w:r>
    </w:p>
    <w:p>
      <w:r>
        <w:rPr>
          <w:b/>
        </w:rPr>
        <w:t xml:space="preserve">[49:37] </w:t>
      </w:r>
      <w:r>
        <w:t>toh unhein jannat se nikaal diya gaya dunya mein bhej diya gaya. aur yeh kaha gaya ke ba'azukum liba'adun 'adu woh shaitan ke behkawe se unhon ne khaya tha us ko.</w:t>
      </w:r>
    </w:p>
    <w:p>
      <w:pPr>
        <w:jc w:val="right"/>
      </w:pPr>
      <w:r>
        <w:t>تو انہیں جنت سے نکال دیا گیا دنیا میں بھیج دیا گیا۔ اور یہ کہا گیا کہ بعضکم لبادن عدو وہ شیطان کے بہکاوے سے انہوں نے کھایا تھا اس کو۔</w:t>
      </w:r>
    </w:p>
    <w:p>
      <w:r>
        <w:rPr>
          <w:b/>
        </w:rPr>
        <w:t xml:space="preserve">[49:47] </w:t>
      </w:r>
      <w:r>
        <w:t>ba'azukum liba'adun 'adu yaani insan aur aur insan aur shaitan aik doosre ke dushman hon ge. yeh aik bohat bari baat hai.</w:t>
      </w:r>
    </w:p>
    <w:p>
      <w:pPr>
        <w:jc w:val="right"/>
      </w:pPr>
      <w:r>
        <w:t>بعضکم لبادن عدو یعنی انسان اور اور انسان اور شیطان ایک دوسرے کے دشمن ہوں گے۔ یہ ایک بہت بڑی بات ہے۔</w:t>
      </w:r>
    </w:p>
    <w:p>
      <w:r>
        <w:rPr>
          <w:b/>
        </w:rPr>
        <w:t xml:space="preserve">[49:58] </w:t>
      </w:r>
      <w:r>
        <w:t>hamare dushman na toh hindu hain na isai hain na jo hain na amriki hain. koi dushman hamara nahi hai dushman hamara shaitan hai.</w:t>
      </w:r>
    </w:p>
    <w:p>
      <w:pPr>
        <w:jc w:val="right"/>
      </w:pPr>
      <w:r>
        <w:t>ہمارے دشمن نہ تو ہندو ہیں نہ عیسائی ہیں نہ جو ہیں نہ امریکی ہیں۔ کوئی دشمن ہمارا نہیں ہے دشمن ہمارا شیطان ہے۔</w:t>
      </w:r>
    </w:p>
    <w:p>
      <w:r>
        <w:rPr>
          <w:b/>
        </w:rPr>
        <w:t xml:space="preserve">[50:09] </w:t>
      </w:r>
      <w:r>
        <w:t>yeh kitni bari baat hai. saare musalman dunya bhar ke musalman kya samajhte hain? inhi logon ko dushman samajhte hain. inhi logon ko dushman samajhte hain.</w:t>
      </w:r>
    </w:p>
    <w:p>
      <w:pPr>
        <w:jc w:val="right"/>
      </w:pPr>
      <w:r>
        <w:t>یہ کتنی بڑی بات ہے۔ سارے مسلمان دنیا بھر کے مسلمان کیا سمجھتے ہیں؟ انہی لوگوں کو دشمن سمجھتے ہیں۔ انہی لوگوں کو دشمن سمجھتے ہیں۔</w:t>
      </w:r>
    </w:p>
    <w:p>
      <w:r>
        <w:rPr>
          <w:b/>
        </w:rPr>
        <w:t xml:space="preserve">[50:19] </w:t>
      </w:r>
      <w:r>
        <w:t>koi samajhta hai ke hindu dushman hai koi samajhta hai ke rss dushman hai bjp dushman hai koi samajhta hai. koi yahoodi ko samajhta hai koi american ko samajhta hai.</w:t>
      </w:r>
    </w:p>
    <w:p>
      <w:pPr>
        <w:jc w:val="right"/>
      </w:pPr>
      <w:r>
        <w:t>کوئی سمجھتا ہے کہ ہندو دشمن ہے کوئی سمجھتا ہے کہ آر ایس ایس دشمن ہے بی جے پی دشمن ہے کوئی سمجھتا ہے۔ کوئی یہودی کو سمجھتا ہے کوئی امریکن کو سمجھتا ہے۔</w:t>
      </w:r>
    </w:p>
    <w:p>
      <w:r>
        <w:rPr>
          <w:b/>
        </w:rPr>
        <w:t xml:space="preserve">[50:29] </w:t>
      </w:r>
      <w:r>
        <w:t>sab jhooti baatein hain. koi hamara dushman nahi hai. hamare dushman kaun hai? shaitan hai. ba'azukum liba'adun 'adu kitni bari baat hai jo hazrat adam ki zindagi mein milti hai humein.</w:t>
      </w:r>
    </w:p>
    <w:p>
      <w:pPr>
        <w:jc w:val="right"/>
      </w:pPr>
      <w:r>
        <w:t>سب جھوٹی باتیں ہیں۔ کوئی ہمارا دشمن نہیں ہے۔ ہمارے دشمن کون ہے؟ شیطان ہے۔ بعضکم لبادن عدو کتنی بڑی بات ہے جو حضرت آدم کی زندگی میں ملتی ہے ہمیں۔</w:t>
      </w:r>
    </w:p>
    <w:p>
      <w:r>
        <w:rPr>
          <w:b/>
        </w:rPr>
        <w:t xml:space="preserve">[50:41] </w:t>
      </w:r>
      <w:r>
        <w:t>tumhara koi dushman nahi hai.</w:t>
      </w:r>
    </w:p>
    <w:p>
      <w:pPr>
        <w:jc w:val="right"/>
      </w:pPr>
      <w:r>
        <w:t>تمہارا کوئی دشمن نہیں ہے۔</w:t>
      </w:r>
    </w:p>
    <w:p>
      <w:r>
        <w:rPr>
          <w:b/>
        </w:rPr>
        <w:t xml:space="preserve">[50:44] </w:t>
      </w:r>
      <w:r>
        <w:t>sab tumhare dost hain. sab hamare dost hain. yaani itni bari baat hai ke is se aik aap ko universal concept milta hai aap ko.</w:t>
      </w:r>
    </w:p>
    <w:p>
      <w:pPr>
        <w:jc w:val="right"/>
      </w:pPr>
      <w:r>
        <w:t>سب تمہارے دوست ہیں۔ سب ہمارے دوست ہیں۔ یعنی اتنی بڑی بات ہے کہ اس سے ایک آپ کو یونیورسل کانسیپٹ ملتا ہے آپ کو۔</w:t>
      </w:r>
    </w:p>
    <w:p>
      <w:r>
        <w:rPr>
          <w:b/>
        </w:rPr>
        <w:t xml:space="preserve">[50:57] </w:t>
      </w:r>
      <w:r>
        <w:t>saare insan ko aap apna dost samajhne lagte hain. saare insan ko apna samajhne lagte hain. dekh aur suno ka concept khatm ho jata hai.</w:t>
      </w:r>
    </w:p>
    <w:p>
      <w:pPr>
        <w:jc w:val="right"/>
      </w:pPr>
      <w:r>
        <w:t>سارے انسان کو آپ اپنا دوست سمجھنے لگتے ہیں۔ سارے انسان کو اپنا سمجھنے لگتے ہیں۔ دیکھ اور سنو کا کانسیپٹ ختم ہو جاتا ہے۔</w:t>
      </w:r>
    </w:p>
    <w:p>
      <w:r>
        <w:rPr>
          <w:b/>
        </w:rPr>
        <w:t xml:space="preserve">[51:06] </w:t>
      </w:r>
      <w:r>
        <w:t>sirf shaitan ke muamle mein banta hai muamla aap ka. ke shaitan se aap ka muqabla hai jo behkata hai jo munharif karta hai sachai se.</w:t>
      </w:r>
    </w:p>
    <w:p>
      <w:pPr>
        <w:jc w:val="right"/>
      </w:pPr>
      <w:r>
        <w:t>صرف شیطان کے معاملے میں بنتا ہے معاملہ آپ کا۔ کہ شیطان سے آپ کا مقابلہ ہے جو بہکاتا ہے جو منحرف کرتا ہے سچائی سے۔</w:t>
      </w:r>
    </w:p>
    <w:p>
      <w:r>
        <w:rPr>
          <w:b/>
        </w:rPr>
        <w:t xml:space="preserve">[51:16] </w:t>
      </w:r>
      <w:r>
        <w:t>dekhein yeh nabi adam kahan hain misaal hai. kitna bara misaal hai yeh. ke kisi ko dushman na samjho.</w:t>
      </w:r>
    </w:p>
    <w:p>
      <w:pPr>
        <w:jc w:val="right"/>
      </w:pPr>
      <w:r>
        <w:t>دیکھیں یہ نبی آدم کہاں ہیں مثال ہے۔ کتنا بڑا مثال ہے یہ۔ کہ کسی کو دشمن نہ سمجھو۔</w:t>
      </w:r>
    </w:p>
    <w:p>
      <w:r>
        <w:rPr>
          <w:b/>
        </w:rPr>
        <w:t xml:space="preserve">[51:25] </w:t>
      </w:r>
      <w:r>
        <w:t>dushman samajhna toh shaitan ko dushman samjho. kya aap samajhte hain ke is se bari baat koi ho sakti hai?</w:t>
      </w:r>
    </w:p>
    <w:p>
      <w:pPr>
        <w:jc w:val="right"/>
      </w:pPr>
      <w:r>
        <w:t>دشمن سمجھنا تو شیطان کو دشمن سمجھو۔ کیا آپ سمجھتے ہیں کہ اس سے بڑی بات کوئی ہو سکتی ہے؟</w:t>
      </w:r>
    </w:p>
    <w:p>
      <w:r>
        <w:rPr>
          <w:b/>
        </w:rPr>
        <w:t xml:space="preserve">[51:34] </w:t>
      </w:r>
      <w:r>
        <w:t>jab se mujhe daryaft hui hai. saari dunya se mere dil mein pyar ka samandar beh raha hai. samandar. mere dil mein kisi ke liye nafrat nahi hai.</w:t>
      </w:r>
    </w:p>
    <w:p>
      <w:pPr>
        <w:jc w:val="right"/>
      </w:pPr>
      <w:r>
        <w:t>جب سے مجھے دریافت ہوئی ہے۔ ساری دنیا سے میرے دل میں پیار کا سمندر بہہ رہا ہے۔ سمندر۔ میرے دل میں کسی کے لیے نفرت نہیں ہے۔</w:t>
      </w:r>
    </w:p>
    <w:p>
      <w:r>
        <w:rPr>
          <w:b/>
        </w:rPr>
        <w:t xml:space="preserve">[51:44] </w:t>
      </w:r>
      <w:r>
        <w:t>kisi ke liye nafrat nahi hai. chahe hindu ho chahe rss ho chahe bjp ho ya congress ho. chahe america ho europe ho yahoodi hon isai hon.</w:t>
      </w:r>
    </w:p>
    <w:p>
      <w:pPr>
        <w:jc w:val="right"/>
      </w:pPr>
      <w:r>
        <w:t>کسی کے لیے نفرت نہیں ہے۔ چاہے ہندو ہو چاہے آر ایس ایس ہو چاہے بی جے پی ہو یا کانگریس ہو۔ چاہے امریکہ ہو یورپ ہو یہودی ہوں عیسائی ہوں۔</w:t>
      </w:r>
    </w:p>
    <w:p>
      <w:r>
        <w:rPr>
          <w:b/>
        </w:rPr>
        <w:t xml:space="preserve">[51:54] </w:t>
      </w:r>
      <w:r>
        <w:t>sab ke liye mere dil mein pyar ka samandar beh raha hai. kyun? dushman mere yeh log nahi hain. mera dushman shaitan hai jo behkata hai.</w:t>
      </w:r>
    </w:p>
    <w:p>
      <w:pPr>
        <w:jc w:val="right"/>
      </w:pPr>
      <w:r>
        <w:t>سب کے لیے میرے دل میں پیار کا سمندر بہہ رہا ہے۔ کیوں؟ دشمن میرے یہ لوگ نہیں ہیں۔ میرا دشمن شیطان ہے جو بہکاتا ہے۔</w:t>
      </w:r>
    </w:p>
    <w:p>
      <w:r>
        <w:rPr>
          <w:b/>
        </w:rPr>
        <w:t xml:space="preserve">[52:04] </w:t>
      </w:r>
      <w:r>
        <w:t>ba'azukum liba'adun 'adu yeh allah taala ne kaha tha adam se. ke aey adam dunya mein jao baso wahan tumhare liye shaitan se muqabla rahe ga.</w:t>
      </w:r>
    </w:p>
    <w:p>
      <w:pPr>
        <w:jc w:val="right"/>
      </w:pPr>
      <w:r>
        <w:t>بعضکم لبادن عدو یہ اللہ تعالی نے کہا تھا آدم سے۔ کہ اے آدم دنیا میں جاؤ بسو وہاں تمہارے لیے شیطان سے مقابلہ رہے گا۔</w:t>
      </w:r>
    </w:p>
    <w:p>
      <w:r>
        <w:rPr>
          <w:b/>
        </w:rPr>
        <w:t xml:space="preserve">[52:15] </w:t>
      </w:r>
      <w:r>
        <w:t>shaitan se muqabla rahe ga. tum aur shaitan aik doosre ka dushman raho ge. kitni bari baat hai jo hazrat adam ki zindagi mein maujood hai.</w:t>
      </w:r>
    </w:p>
    <w:p>
      <w:pPr>
        <w:jc w:val="right"/>
      </w:pPr>
      <w:r>
        <w:t>شیطان سے مقابلہ رہے گا۔ تم اور شیطان ایک دوسرے کا دشمن رہو گے۔ کتنی بڑی بات ہے جو حضرت آدم کی زندگی میں موجود ہے۔</w:t>
      </w:r>
    </w:p>
    <w:p>
      <w:r>
        <w:rPr>
          <w:b/>
        </w:rPr>
        <w:t xml:space="preserve">[52:28] </w:t>
      </w:r>
      <w:r>
        <w:t>aur is ko bhula kar ke hum dunya bhar ko apna dushman samjhe hue hain. toh pyar se mehroom hain. ab bataiye? insaniyat ke liye pyar nahi hamare dil mein.</w:t>
      </w:r>
    </w:p>
    <w:p>
      <w:pPr>
        <w:jc w:val="right"/>
      </w:pPr>
      <w:r>
        <w:t>اور اس کو بھلا کر کے ہم دنیا بھر کو اپنا دشمن سمجھے ہوئے ہیں۔ تو پیار سے محروم ہیں۔ اب بتائیے۔ انسانیت کے لیے پیار نہیں ہمارے دل میں۔</w:t>
      </w:r>
    </w:p>
    <w:p>
      <w:r>
        <w:rPr>
          <w:b/>
        </w:rPr>
        <w:t xml:space="preserve">[52:39] </w:t>
      </w:r>
      <w:r>
        <w:t>main ne bohat musalmanon se zindagi bhar mulaqatein hui hain meri yahan se le ke europe america saari dunya mein arab. sab ke dil mein nafratein bhari hui</w:t>
      </w:r>
    </w:p>
    <w:p>
      <w:pPr>
        <w:jc w:val="right"/>
      </w:pPr>
      <w:r>
        <w:t>میں نے بہت مسلمانوں سے زندگی بھر ملاقاتیں ہوئی ہیں میری یہاں سے لے کے یورپ امریکہ ساری دنیا میں عرب۔ سب کے دلوں میں نفرتیں بھری ہوئی</w:t>
      </w:r>
    </w:p>
    <w:p>
      <w:r>
        <w:rPr>
          <w:b/>
        </w:rPr>
        <w:t xml:space="preserve">[52:48] </w:t>
      </w:r>
      <w:r>
        <w:t>hain. yaani pyar ki mithas se log mehroom hain. kaisi meethi cheez hai pyar. kaisi meethi cheez hai pyar.</w:t>
      </w:r>
    </w:p>
    <w:p>
      <w:pPr>
        <w:jc w:val="right"/>
      </w:pPr>
      <w:r>
        <w:t>ہیں۔ یعنی پیار کی مٹھاس سے لوگ محروم ہیں۔ کیسی میٹھی چیز ہے پیار۔ کیسی میٹھی چیز ہے پیار۔</w:t>
      </w:r>
    </w:p>
    <w:p>
      <w:r>
        <w:rPr>
          <w:b/>
        </w:rPr>
        <w:t xml:space="preserve">[52:57] </w:t>
      </w:r>
      <w:r>
        <w:t>insan se pyar karna. is se zyada mithas kisi cheez mein nahi hai. koi bhi mithas ki doosri cheez hai jo bikti hai bazaron mein is se million guna zyada bari mithas yeh hai ke aap ko insan se pyar ho insan se mohabbat ho.</w:t>
      </w:r>
    </w:p>
    <w:p>
      <w:pPr>
        <w:jc w:val="right"/>
      </w:pPr>
      <w:r>
        <w:t>انسان سے پیار کرنا۔ اس سے زیادہ مٹھاس کسی چیز میں نہیں ہے۔ کوئی بھی مٹھاس کی دوسری چیز ہے جو بکتی ہے بازاروں میں اس سے ملین گنا زیادہ بڑی مٹھاس یہ ہے کہ آپ کو انسان سے پیار ہو انسان سے محبت ہو۔</w:t>
      </w:r>
    </w:p>
    <w:p>
      <w:r>
        <w:rPr>
          <w:b/>
        </w:rPr>
        <w:t xml:space="preserve">[53:16] </w:t>
      </w:r>
      <w:r>
        <w:t>lekin is se mehroom hain musalman. kyunke woh jo sabak diya tha hazrat adam ke zamaney mein. ke dushman tumhara insan nahi hai dushman tumhara shaitan hai.</w:t>
      </w:r>
    </w:p>
    <w:p>
      <w:pPr>
        <w:jc w:val="right"/>
      </w:pPr>
      <w:r>
        <w:t>لیکن اس سے محروم ہیں مسلمان۔ کیونکہ وہ جو سبق دیا تھا حضرت آدم کے زمانے میں۔ کہ دشمن تمہارا انسان نہیں ہے دشمن تمہارا شیطان ہے۔</w:t>
      </w:r>
    </w:p>
    <w:p>
      <w:r>
        <w:rPr>
          <w:b/>
        </w:rPr>
        <w:t xml:space="preserve">[53:26] </w:t>
      </w:r>
      <w:r>
        <w:t>kitni bari baat hai bataiye. is se bari baat koi ho sakti hai?</w:t>
      </w:r>
    </w:p>
    <w:p>
      <w:pPr>
        <w:jc w:val="right"/>
      </w:pPr>
      <w:r>
        <w:t>کتنی بڑی بات ہے بتائیے۔ اس سے بڑی بات کوئی ہو سکتی ہے؟</w:t>
      </w:r>
    </w:p>
    <w:p>
      <w:r>
        <w:rPr>
          <w:b/>
        </w:rPr>
        <w:t xml:space="preserve">[53:32] </w:t>
      </w:r>
      <w:r>
        <w:t>phir aap dekhiye hazrat nuh ka zamana aata hai.</w:t>
      </w:r>
    </w:p>
    <w:p>
      <w:pPr>
        <w:jc w:val="right"/>
      </w:pPr>
      <w:r>
        <w:t>پھر آپ دیکھیے حضرت نوح کا زمانہ آتا ہے۔</w:t>
      </w:r>
    </w:p>
    <w:p>
      <w:r>
        <w:rPr>
          <w:b/>
        </w:rPr>
        <w:t xml:space="preserve">[53:37] </w:t>
      </w:r>
      <w:r>
        <w:t>hazrat nuh jo nabi the. saade nau sau saal tak woh dunya mein rahe. aur logon ko sachai ki baat batate rahe.</w:t>
      </w:r>
    </w:p>
    <w:p>
      <w:pPr>
        <w:jc w:val="right"/>
      </w:pPr>
      <w:r>
        <w:t>حضرت نوح جو نبی تھے۔ ساڑھے نو سو سال تک وہ دنیا میں رہے۔ اور لوگوں کو سچائی کی بات بتاتے رہے۔</w:t>
      </w:r>
    </w:p>
    <w:p>
      <w:r>
        <w:rPr>
          <w:b/>
        </w:rPr>
        <w:t xml:space="preserve">[53:48] </w:t>
      </w:r>
      <w:r>
        <w:t>saade nau sau saal tak. is mein ata himmat milti hai. ata hausla milti hai. ke sainkaron saal tak bhi agar mujhe zindagi mile to mujhe sachai ki baat phailate rehna hai phailate rehna hai phailate rehna hai.</w:t>
      </w:r>
    </w:p>
    <w:p>
      <w:pPr>
        <w:jc w:val="right"/>
      </w:pPr>
      <w:r>
        <w:t>ساڑھے نو سو سال تک۔ اس میں عطا ہمت ملتی ہے۔ عطا حوصلہ ملتی ہے۔ کہ سینکڑوں سال تک بھی اگر مجھے زندگی ملے تو مجھے سچائی کی بات پھیلاتے رہنا ہے پھیلاتے رہنا ہے پھیلاتے رہنا ہے۔</w:t>
      </w:r>
    </w:p>
    <w:p>
      <w:r>
        <w:rPr>
          <w:b/>
        </w:rPr>
        <w:t xml:space="preserve">[54:04] </w:t>
      </w:r>
      <w:r>
        <w:t>kabhi kabhi bhi mayoosi mein nahi padna hai. kabhi niraash mein nahi padna hai.</w:t>
      </w:r>
    </w:p>
    <w:p>
      <w:pPr>
        <w:jc w:val="right"/>
      </w:pPr>
      <w:r>
        <w:t>کبھی کبھی بھی مایوسی میں نہیں پڑنا ہے۔ کبھی نراشہ میں نہیں پڑنا ہے۔</w:t>
      </w:r>
    </w:p>
    <w:p>
      <w:r>
        <w:rPr>
          <w:b/>
        </w:rPr>
        <w:t xml:space="preserve">[54:11] </w:t>
      </w:r>
      <w:r>
        <w:t>bataiye niraash koi sawal nahi. mayoosi koi sawal nahi. sachai ki baat ko phailate raho phailate raho phailate raho. chahe sainkaron saal beet jayein.</w:t>
      </w:r>
    </w:p>
    <w:p>
      <w:pPr>
        <w:jc w:val="right"/>
      </w:pPr>
      <w:r>
        <w:t>بتائیے نراشہ کوئی سوال نہیں۔ مایوسی کوئی سوال نہیں۔ سچائی کی بات کو پھیلاتے رہو پھیلاتے رہو پھیلاتے رہو۔ چاہے سینکڑوں سال بیت جائیں۔</w:t>
      </w:r>
    </w:p>
    <w:p>
      <w:r>
        <w:rPr>
          <w:b/>
        </w:rPr>
        <w:t xml:space="preserve">[54:22] </w:t>
      </w:r>
      <w:r>
        <w:t>kya is se bari koi baat ho sakti hai bataiye. hadon kya milta hai humein. is Allah ke bande ne saade nau sau saal tak aap zara ghor kijiye.</w:t>
      </w:r>
    </w:p>
    <w:p>
      <w:pPr>
        <w:jc w:val="right"/>
      </w:pPr>
      <w:r>
        <w:t>کیا اس سے بڑی کوئی بات ہو سکتی ہے بتائیے۔ حدوں کیا ملتا ہے ہمیں۔ اس اللہ کے بندے نے ساڑھے نو سو سال تک آپ ذرا غور کیجیے۔</w:t>
      </w:r>
    </w:p>
    <w:p>
      <w:r>
        <w:rPr>
          <w:b/>
        </w:rPr>
        <w:t xml:space="preserve">[54:34] </w:t>
      </w:r>
      <w:r>
        <w:t>sachai ka paigham phailata raha woh dua karta raha. sum alamt lahum wa asrart lahum israra woh banda Khuda kehta hai ke maine in ko awami taur par kaha private mein kaha.</w:t>
      </w:r>
    </w:p>
    <w:p>
      <w:pPr>
        <w:jc w:val="right"/>
      </w:pPr>
      <w:r>
        <w:t>سچائی کا پیغام پھیلاتا رہا وہ دعا کرتا رہا۔ ثم علمت لهم واسرت لهم اصرارا وہ بندہ خدا کہتا ہے کہ میں نے ان کو عوامی طور پر کہا پرائیویٹ میں کہا۔</w:t>
      </w:r>
    </w:p>
    <w:p>
      <w:r>
        <w:rPr>
          <w:b/>
        </w:rPr>
        <w:t xml:space="preserve">[54:48] </w:t>
      </w:r>
      <w:r>
        <w:t>har jagah kaha har jagah bataya samjhaya un ko. is mein hum ko ek kitni bari roshni milti hai. ke sachai ka paigham aisi cheez nahi ke aap chhod dein do char din ke andar aur niraash mein pad jayein.</w:t>
      </w:r>
    </w:p>
    <w:p>
      <w:pPr>
        <w:jc w:val="right"/>
      </w:pPr>
      <w:r>
        <w:t>ہر جگہ کہا ہر جگہ بتایا سمجھایا ان کو۔ اس میں ہم کو ایک کتنی بڑی روشنی ملتی ہے۔ کہ سچائی کا پیغام ایسی چیز نہیں کہ آپ چھوڑ دیں دو چار دن کے اندر اور نراشہ میں پڑ جائیں۔</w:t>
      </w:r>
    </w:p>
    <w:p>
      <w:r>
        <w:rPr>
          <w:b/>
        </w:rPr>
        <w:t xml:space="preserve">[55:01] </w:t>
      </w:r>
      <w:r>
        <w:t>phailate rahiye phailate rahiye phailate rahiye. chahe saade nau sau saal beet jayein. kitna bara paigham hai jo hazrat nuh ke haan milta hai hum ko.</w:t>
      </w:r>
    </w:p>
    <w:p>
      <w:pPr>
        <w:jc w:val="right"/>
      </w:pPr>
      <w:r>
        <w:t>پھیلاتے رہیے پھیلاتے رہیے پھیلاتے رہیے۔ چاہے ساڑھے نو سو سال بیت جائیں۔ کتنا بڑا پیغام ہے جو حضرت نوح کے ہاں ملتا ہے ہم کو۔</w:t>
      </w:r>
    </w:p>
    <w:p>
      <w:r>
        <w:rPr>
          <w:b/>
        </w:rPr>
        <w:t xml:space="preserve">[55:12] </w:t>
      </w:r>
      <w:r>
        <w:t>phir aage badhiye hazrat ibrahim ki zindagi ko lijiye. hazrat ibrahim ki zindagi mein ek bohat bara paigham hai. kal ek khatoon ne ek sawal kiya hamare haan hamari team ke ek ek member ne.</w:t>
      </w:r>
    </w:p>
    <w:p>
      <w:pPr>
        <w:jc w:val="right"/>
      </w:pPr>
      <w:r>
        <w:t>پھر آگے بڑھیے حضرت ابراہیم کی زندگی کو لیجیے۔ حضرت ابراہیم کی زندگی میں ایک بہت بڑا پیغام ہے۔ کل ایک خاتون نے ایک سوال کیا ہمارے ہاں ہماری ٹیم کے ایک ایک ممبر نے۔</w:t>
      </w:r>
    </w:p>
    <w:p>
      <w:r>
        <w:rPr>
          <w:b/>
        </w:rPr>
        <w:t xml:space="preserve">[55:27] </w:t>
      </w:r>
      <w:r>
        <w:t>to is ka maine phir wahan par jawab mila mujhe hazrat ibrahim ke haan.</w:t>
      </w:r>
    </w:p>
    <w:p>
      <w:pPr>
        <w:jc w:val="right"/>
      </w:pPr>
      <w:r>
        <w:t>تو اس کا میں نے پھر وہاں پر جواب ملا مجھے حضرت ابراہیم کے ہاں۔</w:t>
      </w:r>
    </w:p>
    <w:p>
      <w:r>
        <w:rPr>
          <w:b/>
        </w:rPr>
        <w:t xml:space="preserve">[55:32] </w:t>
      </w:r>
      <w:r>
        <w:t>maine yahan kaha tha ke burton nasl jo tha bohat bara falsafi tha woh. aur bohat bara aur bohat hi maarozi sochne wala tha woh.</w:t>
      </w:r>
    </w:p>
    <w:p>
      <w:pPr>
        <w:jc w:val="right"/>
      </w:pPr>
      <w:r>
        <w:t>میں نے یہاں کہا تھا کہ برٹن نسل جو تھا بہت بڑا فلسفی تھا وہ۔ اور بہت بڑا اور بہت ہی معروضی سوچنے والا تھا وہ۔</w:t>
      </w:r>
    </w:p>
    <w:p>
      <w:r>
        <w:rPr>
          <w:b/>
        </w:rPr>
        <w:t xml:space="preserve">[55:42] </w:t>
      </w:r>
      <w:r>
        <w:t>to us ne likha hai ke atheist tha woh Khuda ko nahi manta tha. to us ne kaha hai ke. ke argument from design jo hai.</w:t>
      </w:r>
    </w:p>
    <w:p>
      <w:pPr>
        <w:jc w:val="right"/>
      </w:pPr>
      <w:r>
        <w:t>تو اس نے لکھا ہے کہ ایتھیسٹ تھا وہ خدا کو نہیں مانتا تھا۔ تو اس نے کہا ہے کہ۔ کہ آرگیومنٹ فرام ڈیزائن جو ہے۔</w:t>
      </w:r>
    </w:p>
    <w:p>
      <w:r>
        <w:rPr>
          <w:b/>
        </w:rPr>
        <w:t xml:space="preserve">[55:54] </w:t>
      </w:r>
      <w:r>
        <w:t>argument from design jo hai yeh ek in principle ek bohat hi mazboot argument hai.</w:t>
      </w:r>
    </w:p>
    <w:p>
      <w:pPr>
        <w:jc w:val="right"/>
      </w:pPr>
      <w:r>
        <w:t>آرگیومنٹ فرام ڈیزائن جو ہے یہ ایک ان پرنسپل ایک بہت ہی مضبوط آرگیومنٹ ہے۔</w:t>
      </w:r>
    </w:p>
    <w:p>
      <w:r>
        <w:rPr>
          <w:b/>
        </w:rPr>
        <w:t xml:space="preserve">[56:02] </w:t>
      </w:r>
      <w:r>
        <w:t>yani matlab hai ke where there is a design, there is a designer. where there is a design, there is a designer. and when designer is proved, there is the sense of God is also proved.</w:t>
      </w:r>
    </w:p>
    <w:p>
      <w:pPr>
        <w:jc w:val="right"/>
      </w:pPr>
      <w:r>
        <w:t>یعنی مطلب ہے کہ Where there is a design, there is a designer. Where there is a design, there is a designer. And when designer is proved, there is the sense of God is also proved.</w:t>
      </w:r>
    </w:p>
    <w:p>
      <w:r>
        <w:rPr>
          <w:b/>
        </w:rPr>
        <w:t xml:space="preserve">[56:16] </w:t>
      </w:r>
      <w:r>
        <w:t>yeh jo argument hai. is ko us ne kaha ke is is zamane mein jab ke inferential argument jo hai valid argument ban chuka hai. to in nature yeh argument valid argument hai aur scientific argument hai.</w:t>
      </w:r>
    </w:p>
    <w:p>
      <w:pPr>
        <w:jc w:val="right"/>
      </w:pPr>
      <w:r>
        <w:t>یہ جو آرگیومنٹ ہے۔ اس کو اس نے کہا کہ اس اس زمانے میں جب کہ انفرینشل آرگیومنٹ جو ہے ویلڈ آرگیومنٹ بن چکا ہے۔ تو ان نیچر یہ آرگیومنٹ ویلڈ آرگیومنٹ ہے اور سائنٹیفک آرگیومنٹ ہے۔</w:t>
      </w:r>
    </w:p>
    <w:p>
      <w:r>
        <w:rPr>
          <w:b/>
        </w:rPr>
        <w:t xml:space="preserve">[56:31] </w:t>
      </w:r>
      <w:r>
        <w:t>lekin yeh keh kar us ne is ko woh kar diya ke deism us ko destroy kar diya hai. yeh keh kar us ko radd kar deta hai woh inkar kar deta hai manne se ke deism us ko destroy kar diya hai.</w:t>
      </w:r>
    </w:p>
    <w:p>
      <w:pPr>
        <w:jc w:val="right"/>
      </w:pPr>
      <w:r>
        <w:t>لیکن یہ کہہ کر اس نے اس کو وہ کر دیا کہ ڈائیوڈزم اس کو ڈسٹرائے کر دیا ہے۔ یہ کہہ کر اس کو رد کر دیتا ہے وہ انکار کر دیتا ہے ماننے سے کہ ڈائیوڈزم اس کو ڈسٹرائے کر دیا ہے۔</w:t>
      </w:r>
    </w:p>
    <w:p>
      <w:r>
        <w:rPr>
          <w:b/>
        </w:rPr>
        <w:t xml:space="preserve">[56:44] </w:t>
      </w:r>
      <w:r>
        <w:t>is baat ke liye maine bohat zabardast mujhe misaal mili hazrat ibrahim ki zindagi mein ke kaise us ko tackle karein hum. woh kya hai aap Quran ko padhiye.</w:t>
      </w:r>
    </w:p>
    <w:p>
      <w:pPr>
        <w:jc w:val="right"/>
      </w:pPr>
      <w:r>
        <w:t>اس بات کے لیے میں نے بہت زبردست مجھے مثال ملی حضرت ابراہیم کی زندگی میں کہ کیسے اس کو ٹیکل کریں ہم۔ وہ کیا ہے آپ قرآن کو پڑھیے۔</w:t>
      </w:r>
    </w:p>
    <w:p>
      <w:r>
        <w:rPr>
          <w:b/>
        </w:rPr>
        <w:t xml:space="preserve">[56:56] </w:t>
      </w:r>
      <w:r>
        <w:t>hazrat ibrahim paida hue the Iraq mein.</w:t>
      </w:r>
    </w:p>
    <w:p>
      <w:pPr>
        <w:jc w:val="right"/>
      </w:pPr>
      <w:r>
        <w:t>حضرت ابراہیم پیدا ہوئے تھے عراق میں۔</w:t>
      </w:r>
    </w:p>
    <w:p>
      <w:r>
        <w:rPr>
          <w:b/>
        </w:rPr>
        <w:t xml:space="preserve">[57:02] </w:t>
      </w:r>
      <w:r>
        <w:t>qadeem zamane mein Iraq mein ek shehar hua karta tha is ka naam tha Ur. U R Ur wahan par paida hue the woh. to wahan par ek badshah hua karta tha nimrod.</w:t>
      </w:r>
    </w:p>
    <w:p>
      <w:pPr>
        <w:jc w:val="right"/>
      </w:pPr>
      <w:r>
        <w:t>قدیم زمانے میں عراق میں ایک شہر ہوا کرتا تھا اس کا نام تھا عر تھا۔ یو آر عر وہاں پر پیدا ہوئے تھے وہ۔ تو وہاں پر ایک بادشاہ ہوا کرتا تھا نمرود۔</w:t>
      </w:r>
    </w:p>
    <w:p>
      <w:r>
        <w:rPr>
          <w:b/>
        </w:rPr>
        <w:t xml:space="preserve">[57:14] </w:t>
      </w:r>
      <w:r>
        <w:t>N E M R U D. king nimrod. us ke paas gaye woh. woh jis ko kehte hain god king.</w:t>
      </w:r>
    </w:p>
    <w:p>
      <w:pPr>
        <w:jc w:val="right"/>
      </w:pPr>
      <w:r>
        <w:t>این ای ایم آر یو ڈی۔ کنگ نمرود۔ اس کے پاس گئے وہ۔ وہ جس کو کہتے ہیں گاڈ کنگ۔</w:t>
      </w:r>
    </w:p>
    <w:p>
      <w:r>
        <w:rPr>
          <w:b/>
        </w:rPr>
        <w:t xml:space="preserve">[57:24] </w:t>
      </w:r>
      <w:r>
        <w:t>woh god king ke zamane ka badshah tha.</w:t>
      </w:r>
    </w:p>
    <w:p>
      <w:pPr>
        <w:jc w:val="right"/>
      </w:pPr>
      <w:r>
        <w:t>وہ گاڈ کنگ کے زمانے کا بادشاہ تھا۔</w:t>
      </w:r>
    </w:p>
    <w:p>
      <w:r>
        <w:rPr>
          <w:b/>
        </w:rPr>
        <w:t xml:space="preserve">[57:26] </w:t>
      </w:r>
      <w:r>
        <w:t>yani kehta tha ke main god ka dunya mein god ka saya hoon. to king god kehte the us ko.</w:t>
      </w:r>
    </w:p>
    <w:p>
      <w:pPr>
        <w:jc w:val="right"/>
      </w:pPr>
      <w:r>
        <w:t>یعنی کہتا تھا کہ میں گاڈ کا دنیا میں گاڈ کا سایہ ہوں۔ تو کنگ گاڈ کہتے تھے اس کو۔</w:t>
      </w:r>
    </w:p>
    <w:p>
      <w:r>
        <w:rPr>
          <w:b/>
        </w:rPr>
        <w:t xml:space="preserve">[57:37] </w:t>
      </w:r>
      <w:r>
        <w:t>to hazrat ibrahim ne kaha ke tum god nahi ho. to unhone kaha kyon? to unhone kaha ke Khuda jilata aur marta hai.</w:t>
      </w:r>
    </w:p>
    <w:p>
      <w:pPr>
        <w:jc w:val="right"/>
      </w:pPr>
      <w:r>
        <w:t>تو حضرت ابراہیم نے کہا کہ تم گاڈ نہیں ہو۔ تو انہوں نے کہا کیوں؟ تو انہوں نے کہا کہ خدا جلاتا اور مارتا ہے۔</w:t>
      </w:r>
    </w:p>
    <w:p>
      <w:r>
        <w:rPr>
          <w:b/>
        </w:rPr>
        <w:t xml:space="preserve">[57:47] </w:t>
      </w:r>
      <w:r>
        <w:t>to unhon ne kaha main bhi jalata hoon mart</w:t>
      </w:r>
    </w:p>
    <w:p>
      <w:pPr>
        <w:jc w:val="right"/>
      </w:pPr>
      <w:r>
        <w:t>تو انہوں نے کہا میں بھی جلاتا ہوں مارت</w:t>
      </w:r>
    </w:p>
    <w:p>
      <w:r>
        <w:rPr>
          <w:b/>
        </w:rPr>
        <w:t xml:space="preserve">[57:49] </w:t>
      </w:r>
      <w:r>
        <w:t>a hoon. jis ko chahoon ke jala se kahoon woh gardan maar de ga is ki. jis ko ijazat doon woh zinda rahe ga woh. to mere paas bhi ikhtiyar hai yeh.</w:t>
      </w:r>
    </w:p>
    <w:p>
      <w:pPr>
        <w:jc w:val="right"/>
      </w:pPr>
      <w:r>
        <w:t>ا ہوں۔ جس کو چاہوں کہ جلا سے کہوں وہ گردن مار دے گا اس کی۔ جس کو اجازت دوں وہ زندہ رہے گا وہ۔ تو میرے پاس بھی اختیار ہے یہ۔</w:t>
      </w:r>
    </w:p>
    <w:p>
      <w:r>
        <w:rPr>
          <w:b/>
        </w:rPr>
        <w:t xml:space="preserve">[57:59] </w:t>
      </w:r>
      <w:r>
        <w:t>to hazrat ibrahim ne is waqt kiya kiya? hazrat ibrahim ne kaha ke innalaha yaati bish shamsu min al maghribi faatihan min al maghribi wa yutlulladhi kafara hazrat ibrahim ne kaha ke khuda jo hai woh east se nikalta hai suraj ko.</w:t>
      </w:r>
    </w:p>
    <w:p>
      <w:pPr>
        <w:jc w:val="right"/>
      </w:pPr>
      <w:r>
        <w:t>تو حضرت ابراہیم نے اس وقت کیا کیا؟ حضرت ابراہیم نے کہا کہ إن الله يأتي بالشمس من المغرب فاتحًا من المغرب وبيطل الذي كفر حضرت ابراہیم نے کہا کہ خدا جو ہے وہ ایسٹ سے نکالتا ہے سورج کو۔</w:t>
      </w:r>
    </w:p>
    <w:p>
      <w:r>
        <w:rPr>
          <w:b/>
        </w:rPr>
        <w:t xml:space="preserve">[58:14] </w:t>
      </w:r>
      <w:r>
        <w:t>to west se nikal de? to woh hairaan reh gaya.</w:t>
      </w:r>
    </w:p>
    <w:p>
      <w:pPr>
        <w:jc w:val="right"/>
      </w:pPr>
      <w:r>
        <w:t>تو ویسٹ سے نکال دے؟ تو وہ حیران رہ گیا۔</w:t>
      </w:r>
    </w:p>
    <w:p>
      <w:r>
        <w:rPr>
          <w:b/>
        </w:rPr>
        <w:t xml:space="preserve">[58:19] </w:t>
      </w:r>
      <w:r>
        <w:t>dekhiye yeh jo hai yeh bohat zabardast is mein ke andar misaal hai. ke jab aap kisi se baat kar rahe hain woh thatthai kar raha hai woh.</w:t>
      </w:r>
    </w:p>
    <w:p>
      <w:pPr>
        <w:jc w:val="right"/>
      </w:pPr>
      <w:r>
        <w:t>دیکھیے یہ جو ہے یہ بہت زبردست اس میں کے اندر مثال ہے۔ کہ جب آپ کسی سے بات کر رہے ہیں وہ ٹھٹھائی کر رہا ہے وہ۔</w:t>
      </w:r>
    </w:p>
    <w:p>
      <w:r>
        <w:rPr>
          <w:b/>
        </w:rPr>
        <w:t xml:space="preserve">[58:28] </w:t>
      </w:r>
      <w:r>
        <w:t>to aap jo hai us ki baat ko fudsiqa of argument maan lijiye. hazrat ibrahim ne us ki is baat ko ke main bhi jalata marta hoon.</w:t>
      </w:r>
    </w:p>
    <w:p>
      <w:pPr>
        <w:jc w:val="right"/>
      </w:pPr>
      <w:r>
        <w:t>تو آپ جو ہے اس کی بات کو فدسیقہ آف آرگیومنٹ مان لیجیے۔ حضرت ابراہیم نے اس کی اس بات کو کہ میں بھی جلاتا مارتا ہوں۔</w:t>
      </w:r>
    </w:p>
    <w:p>
      <w:r>
        <w:rPr>
          <w:b/>
        </w:rPr>
        <w:t xml:space="preserve">[58:37] </w:t>
      </w:r>
      <w:r>
        <w:t>fudsiqa of argument maan liya. maan kar ke phir doosri baat kahi. wahan par us ke woh be daleel ho gaya.</w:t>
      </w:r>
    </w:p>
    <w:p>
      <w:pPr>
        <w:jc w:val="right"/>
      </w:pPr>
      <w:r>
        <w:t>فدسیقہ آف آرگیومنٹ مان لیا۔ مان کر کے پھر دوسری بات کہی۔ وہاں پر اس کے وہ بے دلیل ہو گیا۔</w:t>
      </w:r>
    </w:p>
    <w:p>
      <w:r>
        <w:rPr>
          <w:b/>
        </w:rPr>
        <w:t xml:space="preserve">[58:47] </w:t>
      </w:r>
      <w:r>
        <w:t>is principle ko main ne yahan apply kiya. to dekhiye ek kitaab hai arabic zaban mein is ka naam hai qissat al imaan bil ilm wal falsafa wal quran yeh algeria mein ek sahib the shaikh nadeem al jissar.</w:t>
      </w:r>
    </w:p>
    <w:p>
      <w:pPr>
        <w:jc w:val="right"/>
      </w:pPr>
      <w:r>
        <w:t>اس پرنسپل کو میں نے یہاں اپلائی کیا۔ تو دیکھیں ایک کتاب ہے عربک زبان میں اس کا نام ہے قصة الإيمان بالعلم والفلسفة والقرآن یہ الجزائر میں ایک صاحب تھے شیخ ندیم الجسر۔</w:t>
      </w:r>
    </w:p>
    <w:p>
      <w:r>
        <w:rPr>
          <w:b/>
        </w:rPr>
        <w:t xml:space="preserve">[59:04] </w:t>
      </w:r>
      <w:r>
        <w:t>shaikh nadeem al jissar yeh algeria mein ek barhe aalim the. un ki kitaab hai yeh.</w:t>
      </w:r>
    </w:p>
    <w:p>
      <w:pPr>
        <w:jc w:val="right"/>
      </w:pPr>
      <w:r>
        <w:t>شیخ ندیم الجسر یہ الجزائر میں ایک بڑے عالم تھے۔ ان کی کتاب ہے یہ۔</w:t>
      </w:r>
    </w:p>
    <w:p>
      <w:r>
        <w:rPr>
          <w:b/>
        </w:rPr>
        <w:t xml:space="preserve">[59:10] </w:t>
      </w:r>
      <w:r>
        <w:t>pehlay yeh kitaab chhapi thi al risala al hameediyah ke naam se. ab woh chhapi hai aur mazeed elaborate kar ke is ka naam hai qissat al imaan bil falsafa wal ilm wal quran to is mein unhon ne is ko discuss kiya hai.</w:t>
      </w:r>
    </w:p>
    <w:p>
      <w:pPr>
        <w:jc w:val="right"/>
      </w:pPr>
      <w:r>
        <w:t>پہلے یہ کتاب چھپی تھی الرسالت الحمیدیہ کے نام سے۔ اب وہ چھپی ہے اور مزید الیبوریٹ کر کے اس کا نام ہے قصة الإيمان بالفلسفة والعلم والقرآن تو اس میں انہوں نے اس کو ڈسکس کیا ہے۔</w:t>
      </w:r>
    </w:p>
    <w:p>
      <w:r>
        <w:rPr>
          <w:b/>
        </w:rPr>
        <w:t xml:space="preserve">[59:25] </w:t>
      </w:r>
      <w:r>
        <w:t>to unhon ne yeh baat kahi hai ke deism jo baat deism se jo baat prove hoti hai woh sirf process hai.</w:t>
      </w:r>
    </w:p>
    <w:p>
      <w:pPr>
        <w:jc w:val="right"/>
      </w:pPr>
      <w:r>
        <w:t>تو انہوں نے یہ بات کہی ہے کہ ڈائیوڈزم جو بات ڈائیوڈزم سے جو بات پروف ہوتی ہے وہ صرف پروسیس ہے۔</w:t>
      </w:r>
    </w:p>
    <w:p>
      <w:r>
        <w:rPr>
          <w:b/>
        </w:rPr>
        <w:t xml:space="preserve">[59:35] </w:t>
      </w:r>
      <w:r>
        <w:t>woh creation nahi hai.</w:t>
      </w:r>
    </w:p>
    <w:p>
      <w:pPr>
        <w:jc w:val="right"/>
      </w:pPr>
      <w:r>
        <w:t>وہ کریشن نہیں ہے۔</w:t>
      </w:r>
    </w:p>
    <w:p>
      <w:r>
        <w:rPr>
          <w:b/>
        </w:rPr>
        <w:t xml:space="preserve">[59:38] </w:t>
      </w:r>
      <w:r>
        <w:t>yani deism jo baat kehta hai woh woh woh creation nahi hai woh process. yani process of creation prove karta hai woh na ke khud creation ko.</w:t>
      </w:r>
    </w:p>
    <w:p>
      <w:pPr>
        <w:jc w:val="right"/>
      </w:pPr>
      <w:r>
        <w:t>یعنی ڈائیوڈزم جو بات کہتا ہے وہ وہ وہ کریشن نہیں ہے وہ پروسیس۔ یعنی پروسیس آف کریشن پروف کرتا ہے وہ نہ کہ خود کریشن کو۔</w:t>
      </w:r>
    </w:p>
    <w:p>
      <w:r>
        <w:rPr>
          <w:b/>
        </w:rPr>
        <w:t xml:space="preserve">[59:47] </w:t>
      </w:r>
      <w:r>
        <w:t>kitni bari baat hai yeh. to yahi baat yahan par apply hoti hai ke britain nasl se yeh kaha jaye ke deism jo destroy ki hai woh kiya cheez hai.</w:t>
      </w:r>
    </w:p>
    <w:p>
      <w:pPr>
        <w:jc w:val="right"/>
      </w:pPr>
      <w:r>
        <w:t>کتنی بڑی بات ہے یہ۔ تو یہی بات یہاں پر اپلائی ہوتی ہے کہ برٹن نسل سے یہ کہا جائے کہ ڈائیوڈزم جو ڈسٹرائے کی ہے وہ کیا چیز ہے۔</w:t>
      </w:r>
    </w:p>
    <w:p>
      <w:r>
        <w:rPr>
          <w:b/>
        </w:rPr>
        <w:t xml:space="preserve">[1:00:00] </w:t>
      </w:r>
      <w:r>
        <w:t>suddenly sab log paida ho gaye is ko destroy kiya is ne. to ek doosra process bataya is ne.</w:t>
      </w:r>
    </w:p>
    <w:p>
      <w:pPr>
        <w:jc w:val="right"/>
      </w:pPr>
      <w:r>
        <w:t>سڈنلی سب لوگ پیدا ہوگئے اس کو ڈسٹرائے کیا اس نے۔ تو ایک دوسرا پراسیس بتایا اس نے۔</w:t>
      </w:r>
    </w:p>
    <w:p>
      <w:r>
        <w:rPr>
          <w:b/>
        </w:rPr>
        <w:t xml:space="preserve">[1:00:07] </w:t>
      </w:r>
      <w:r>
        <w:t>log samajhte the ke jo process hai creation ka woh yeh hai ke achaanak sab paida ho gaye. yani emergent creation.</w:t>
      </w:r>
    </w:p>
    <w:p>
      <w:pPr>
        <w:jc w:val="right"/>
      </w:pPr>
      <w:r>
        <w:t>لوگ سمجھتے تھے کہ جو پروسیس ہے کریشن کا وہ یہ ہے کہ اچانک سب پیدا ہوگئے۔ یعنی ایمرجنٹ کریشن۔</w:t>
      </w:r>
    </w:p>
    <w:p>
      <w:r>
        <w:rPr>
          <w:b/>
        </w:rPr>
        <w:t xml:space="preserve">[1:00:15] </w:t>
      </w:r>
      <w:r>
        <w:t>to theek hai emergent creation jo hai is ko fudsiqa of argument maan lijiye ke woh theek nahi tha. lekin is se aap keh sakte hain ke tum ne tumhare nazariye se tumhari ideology se jo prove hoti hai woh sirf yeh ke process jo tha creation ka woh kiya tha.</w:t>
      </w:r>
    </w:p>
    <w:p>
      <w:pPr>
        <w:jc w:val="right"/>
      </w:pPr>
      <w:r>
        <w:t>تو ٹھیک ہے ایمرجنٹ کریشن جو ہے اس کو فدسیقہ آف آرگیومنٹ مان لیجیے کہ وہ ٹھیک نہیں تھا۔ لیکن اس سے آپ کہہ سکتے ہیں کہ تم نے تمہارے نظریے سے تمہاری آئیڈیالوجی سے جو پروف ہوتی ہے وہ صرف یہ کہ پروسیس جو تھا کریشن کا وہ کیا تھا۔</w:t>
      </w:r>
    </w:p>
    <w:p>
      <w:r>
        <w:rPr>
          <w:b/>
        </w:rPr>
        <w:t xml:space="preserve">[1:00:34] </w:t>
      </w:r>
      <w:r>
        <w:t>woh tha gradual evolutionary. to aap yeh keh sakte hain wahan par ke evolution does not explain.</w:t>
      </w:r>
    </w:p>
    <w:p>
      <w:pPr>
        <w:jc w:val="right"/>
      </w:pPr>
      <w:r>
        <w:t>وہ تھا گریجول ایولوشنری۔ تو آپ یہ کہہ سکتے ہیں وہاں پر کہ ایولوشن ڈز ناٹ ایکسپلین۔</w:t>
      </w:r>
    </w:p>
    <w:p>
      <w:r>
        <w:rPr>
          <w:b/>
        </w:rPr>
        <w:t xml:space="preserve">[1:00:44] </w:t>
      </w:r>
      <w:r>
        <w:t>evolution itself is a need of explanation. yani jo jo process aap bula rahe hain evolutionary process to woh ek process hi aap ek process hi to prove hua.</w:t>
      </w:r>
    </w:p>
    <w:p>
      <w:pPr>
        <w:jc w:val="right"/>
      </w:pPr>
      <w:r>
        <w:t>ایولوشن اٹ سیلف از اے نیڈ آف ایکسپلینیشن۔ یعنی جو جو پروسیس آپ بلا رہے ہیں ایولوشنری پروسیس تو وہ ایک پروسیس ہی آپ ایک پروسیس ہی تو پروف ہوا۔</w:t>
      </w:r>
    </w:p>
    <w:p>
      <w:r>
        <w:rPr>
          <w:b/>
        </w:rPr>
        <w:t xml:space="preserve">[1:00:56] </w:t>
      </w:r>
      <w:r>
        <w:t>khud is process ko control kaun kar raha hai yeh kahan pe kahan yeh kahan is mein hai.</w:t>
      </w:r>
    </w:p>
    <w:p>
      <w:pPr>
        <w:jc w:val="right"/>
      </w:pPr>
      <w:r>
        <w:t>خود اس پروسیس کو کنٹرول کون کر رہا ہے یہ کہاں پہ کہاں یہ کہاں اس میں ہے۔</w:t>
      </w:r>
    </w:p>
    <w:p>
      <w:r>
        <w:rPr>
          <w:b/>
        </w:rPr>
        <w:t xml:space="preserve">[1:01:00] </w:t>
      </w:r>
      <w:r>
        <w:t>agar hum maan lein ke ke duniya mein jo cheezein paida huin ya paida ho rahi hain is ka tareeqa yeh hai ke ek evolutionary process jari hai.</w:t>
      </w:r>
    </w:p>
    <w:p>
      <w:pPr>
        <w:jc w:val="right"/>
      </w:pPr>
      <w:r>
        <w:t>اگر ہم مان لیں کہ کہ دنیا میں جو چیزیں پیدا ہوئیں یا پیدا ہو رہی ہیں اس کا طریقہ یہ ہے کہ ایک ایولوشنری پروسیس جاری ہے۔</w:t>
      </w:r>
    </w:p>
    <w:p>
      <w:r>
        <w:rPr>
          <w:b/>
        </w:rPr>
        <w:t xml:space="preserve">[1:01:10] </w:t>
      </w:r>
      <w:r>
        <w:t>to agar hum fudsiqa of argument maan lein ke evolutionary process ke tehat yeh fishes wajood mein aa rahi hain tab bhi yeh sawal baqi rehta hai ke woh kaun hai jo control kar raha hai is process ko.</w:t>
      </w:r>
    </w:p>
    <w:p>
      <w:pPr>
        <w:jc w:val="right"/>
      </w:pPr>
      <w:r>
        <w:t>تو اگر ہم فدسیقہ آف آرگیومنٹ مان لیں کہ ایولوشنری پروسیس کے تحت یہ فشز وجود میں آ رہی ہیں تب بھی یہ سوال باقی رہتا ہے کہ وہ کون ہے جو کنٹرول کر رہا ہے اس پروسیس کو۔</w:t>
      </w:r>
    </w:p>
    <w:p>
      <w:r>
        <w:rPr>
          <w:b/>
        </w:rPr>
        <w:t xml:space="preserve">[1:01:24] </w:t>
      </w:r>
      <w:r>
        <w:t>woh kaun hai jo is ka is process ko chala raha hai. yeh likha hai unhon ne shaikh nadeem al jissar ne.</w:t>
      </w:r>
    </w:p>
    <w:p>
      <w:pPr>
        <w:jc w:val="right"/>
      </w:pPr>
      <w:r>
        <w:t>وہ کون ہے جو اس کا اس پروسیس کو چلا رہا ہے۔ یہ لکھا ہے انہوں نے شیخ ندیم الجسر نے۔</w:t>
      </w:r>
    </w:p>
    <w:p>
      <w:r>
        <w:rPr>
          <w:b/>
        </w:rPr>
        <w:t xml:space="preserve">[1:01:31] </w:t>
      </w:r>
      <w:r>
        <w:t>woh is kitaab mein hai qissat al imaan bil falsafa wal ilm wal quran ke agar hum yeh maan lein darwin ki kahani ke mutabiq ke creation jo hua hai woh through evolutionary process hua hai.</w:t>
      </w:r>
    </w:p>
    <w:p>
      <w:pPr>
        <w:jc w:val="right"/>
      </w:pPr>
      <w:r>
        <w:t>وہ اس کتاب میں ہے قصة الإيمان بالفلسفة والعلم والقرآن کہ اگر ہم یہ مان لیں ڈارون کی کہانی کے مطابق کہ کریشن جو ہوا ہے وہ تھرو ایولوشنری پروسیس ہوا ہے۔</w:t>
      </w:r>
    </w:p>
    <w:p>
      <w:r>
        <w:rPr>
          <w:b/>
        </w:rPr>
        <w:t xml:space="preserve">[1:01:46] </w:t>
      </w:r>
      <w:r>
        <w:t>to theek hai ab sawal yeh baqi rehta hai phir bhi ke yeh jo yeh jo yeh jo yeh jo process hai is process ko kaun control kar raha hai.</w:t>
      </w:r>
    </w:p>
    <w:p>
      <w:pPr>
        <w:jc w:val="right"/>
      </w:pPr>
      <w:r>
        <w:t>تو ٹھیک ہے اب سوال یہ باقی رہتا ہے پھر بھی کہ یہ جو یہ جو یہ جو یہ جو پروسیس ہے اس پروسیس کو کون کنٹرول کر رہا ہے۔</w:t>
      </w:r>
    </w:p>
    <w:p>
      <w:r>
        <w:rPr>
          <w:b/>
        </w:rPr>
        <w:t xml:space="preserve">[1:01:56] </w:t>
      </w:r>
      <w:r>
        <w:t>yeh process kahin chal raha hai.</w:t>
      </w:r>
    </w:p>
    <w:p>
      <w:pPr>
        <w:jc w:val="right"/>
      </w:pPr>
      <w:r>
        <w:t>یہ پراسیس کہیں چل رہا ہے۔</w:t>
      </w:r>
    </w:p>
    <w:p>
      <w:r>
        <w:rPr>
          <w:b/>
        </w:rPr>
        <w:t xml:space="preserve">[1:01:58] </w:t>
      </w:r>
      <w:r>
        <w:t>phir bhi to ek chahiye is process ko chalane wala. to pehle agar sawal yeh tha ke is ne paida kiya hai ab sawal yahan par aa gaya hai ke is process ko kaun chala raha hai.</w:t>
      </w:r>
    </w:p>
    <w:p>
      <w:pPr>
        <w:jc w:val="right"/>
      </w:pPr>
      <w:r>
        <w:t>پھر بھی تو ایک چاہیے اس پراسیس کو چلانے والا۔ تو پہلے اگر سوال یہ تھا کہ اس نے پیدا کیا ہے اب سوال یہاں پر آگیا ہے کہ اس پروسیس کو کون چلا رہا ہے۔</w:t>
      </w:r>
    </w:p>
    <w:p>
      <w:r>
        <w:rPr>
          <w:b/>
        </w:rPr>
        <w:t xml:space="preserve">[1:02:09] </w:t>
      </w:r>
      <w:r>
        <w:t>to isi ko main keh raha hoon ke evolution does not explain. evolution does not explain. evolution itself is a need of explanation.</w:t>
      </w:r>
    </w:p>
    <w:p>
      <w:pPr>
        <w:jc w:val="right"/>
      </w:pPr>
      <w:r>
        <w:t>تو اسی کو میں کہہ رہا ہوں کہ ایولوشن ڈز ناٹ ایکسپلین۔ ایولوشن ڈز ناٹ ایکسپلین۔ ایولوشن اٹ سیلف از اے نیڈ آف ایکسپلینیشن۔</w:t>
      </w:r>
    </w:p>
    <w:p>
      <w:r>
        <w:rPr>
          <w:b/>
        </w:rPr>
        <w:t xml:space="preserve">[1:02:20] </w:t>
      </w:r>
      <w:r>
        <w:t>yeh hai Hazrat Ibrahim ke is se milta hai humein. ke agar aadmi dhattayi kar raha hai to fadsiqua of argument us ki baat ko maan kar ke ab ek aur point laiye.</w:t>
      </w:r>
    </w:p>
    <w:p>
      <w:pPr>
        <w:jc w:val="right"/>
      </w:pPr>
      <w:r>
        <w:t>یہ ہے حضرت ابراہیم کے اس سے ملتا ہے ہمیں۔ کہ اگر آدمی ڈھٹائی کر رہا ہے تو فدسیقہ آف آرگیومنٹ اس کی بات کو مان کر کے اب ایک اور پوائنٹ لائیے۔</w:t>
      </w:r>
    </w:p>
    <w:p>
      <w:r>
        <w:rPr>
          <w:b/>
        </w:rPr>
        <w:t xml:space="preserve">[1:02:30] </w:t>
      </w:r>
      <w:r>
        <w:t>ke agar aadmi is par insist kar raha hai ke Darwin ki theory jo hai woh sahi hai. Darwin ki theory jo hai woh sahi theory hai.</w:t>
      </w:r>
    </w:p>
    <w:p>
      <w:pPr>
        <w:jc w:val="right"/>
      </w:pPr>
      <w:r>
        <w:t>کہ اگر آدمی اس پر انسسٹ کر رہا ہے کہ ڈارون کی تھیوری جو ہے وہ صحیح ہے۔ ڈارون کی تھیوری جو ہے وہ صحیح تھیوری ہے۔</w:t>
      </w:r>
    </w:p>
    <w:p>
      <w:r>
        <w:rPr>
          <w:b/>
        </w:rPr>
        <w:t xml:space="preserve">[1:02:39] </w:t>
      </w:r>
      <w:r>
        <w:t>to main yeh kahoon ga ke theek hai Darwin ki theory kya hai. Darwin ki theory sirf process ko batati hai. creation ka jawab nahi deti woh.</w:t>
      </w:r>
    </w:p>
    <w:p>
      <w:pPr>
        <w:jc w:val="right"/>
      </w:pPr>
      <w:r>
        <w:t>تو میں یہ کہوں گا کہ ٹھیک ہے ڈارون کی تھیوری کیا ہے۔ ڈارون کی تھیوری صرف پروسیس کو بتاتی ہے۔ کریشن کا جواب نہیں دیتی وہ۔</w:t>
      </w:r>
    </w:p>
    <w:p>
      <w:r>
        <w:rPr>
          <w:b/>
        </w:rPr>
        <w:t xml:space="preserve">[1:02:52] </w:t>
      </w:r>
      <w:r>
        <w:t>yani creation kaise hua cheezein create kaise huin yeh is ka jawab nahi hai Darwinism mein. sirf yeh hai ke woh process kya hai jis se cheezein ban rahi hain.</w:t>
      </w:r>
    </w:p>
    <w:p>
      <w:pPr>
        <w:jc w:val="right"/>
      </w:pPr>
      <w:r>
        <w:t>یعنی کریشن کیسے ہوا چیزیں کریٹ کیسے ہوئیں یہ اس کا جواب نہیں ہے ڈارونزم میں۔ صرف یہ ہے کہ وہ پروسیس کیا ہے جس سے چیزیں بن رہی ہیں۔</w:t>
      </w:r>
    </w:p>
    <w:p>
      <w:r>
        <w:rPr>
          <w:b/>
        </w:rPr>
        <w:t xml:space="preserve">[1:03:04] </w:t>
      </w:r>
      <w:r>
        <w:t>to pehle sawal agar tha creation par to ab bhi woh baqi hai is tarah se ke yeh jo jis cheez ko tum keh rahe ho process jo evolutionary process us ke baray mein batao ke us ko kaun control kar raha hai.</w:t>
      </w:r>
    </w:p>
    <w:p>
      <w:pPr>
        <w:jc w:val="right"/>
      </w:pPr>
      <w:r>
        <w:t>تو پہلے سوال اگر تھا کریشن پر تو اب بھی وہ باقی ہے اس طریقے سے کہ یہ جو جس چیز کو تم کہہ رہے ہو پروسیس جو ایولوشنری پروسیس اس کے بارے میں بتاؤ کہ اس کو کون کنٹرول کر رہا ہے۔</w:t>
      </w:r>
    </w:p>
    <w:p>
      <w:r>
        <w:rPr>
          <w:b/>
        </w:rPr>
        <w:t xml:space="preserve">[1:03:19] </w:t>
      </w:r>
      <w:r>
        <w:t>phir hamein zaroorat hai ek Khuda ki jo is process ko control kar raha kar raha ho. to baat to wahin ki wahin rahi. yeh ab mujhe milta hai namoona Hazrat Ibrahim ki zindagi mein.</w:t>
      </w:r>
    </w:p>
    <w:p>
      <w:pPr>
        <w:jc w:val="right"/>
      </w:pPr>
      <w:r>
        <w:t>پھر ہمیں ضرورت ہے ایک خدا کی جو اس پروسیس کو کنٹرول کر رہا کر رہا ہو۔ تو بات تو وہیں کی وہیں رہی۔ یہ اب مجھے ملتا ہے نمونہ حضرت ابراہیم کی زندگی میں۔</w:t>
      </w:r>
    </w:p>
    <w:p>
      <w:r>
        <w:rPr>
          <w:b/>
        </w:rPr>
        <w:t xml:space="preserve">[1:03:31] </w:t>
      </w:r>
      <w:r>
        <w:t>aur aage barhiye. Hazrat Yusuf ko lijiye. Hazrat Yusuf bhi ek paighambar the. woh Egypt mein un ko paighambari mili.</w:t>
      </w:r>
    </w:p>
    <w:p>
      <w:pPr>
        <w:jc w:val="right"/>
      </w:pPr>
      <w:r>
        <w:t>اور آگے بڑھیے۔ حضرت یوسف کو لیجیے۔ حضرت یوسف بھی ایک پیغمبر تھے۔ وہ ایجپٹ میں ان کو پیغمبری ملی۔</w:t>
      </w:r>
    </w:p>
    <w:p>
      <w:r>
        <w:rPr>
          <w:b/>
        </w:rPr>
        <w:t xml:space="preserve">[1:03:47] </w:t>
      </w:r>
      <w:r>
        <w:t>us waqt Egypt mein kya tha ke ek ek mushrik badshah tha. mushrik badshah. yani idol worshipper.</w:t>
      </w:r>
    </w:p>
    <w:p>
      <w:pPr>
        <w:jc w:val="right"/>
      </w:pPr>
      <w:r>
        <w:t>اس وقت ایجپٹ میں کیا تھا کہ ایک ایک مشرک بادشاہ تھا۔ مشرک بادشاہ۔ یعنی آئیڈل ورشپر۔</w:t>
      </w:r>
    </w:p>
    <w:p>
      <w:r>
        <w:rPr>
          <w:b/>
        </w:rPr>
        <w:t xml:space="preserve">[1:03:56] </w:t>
      </w:r>
      <w:r>
        <w:t>to us ko.</w:t>
      </w:r>
    </w:p>
    <w:p>
      <w:pPr>
        <w:jc w:val="right"/>
      </w:pPr>
      <w:r>
        <w:t>تو اس کو۔</w:t>
      </w:r>
    </w:p>
    <w:p>
      <w:r>
        <w:rPr>
          <w:b/>
        </w:rPr>
        <w:t xml:space="preserve">[1:04:00] </w:t>
      </w:r>
      <w:r>
        <w:t>ek lambi kahani hai aap parh sakte hain Quran mein us ko. ke ek mauqa aaya jab ke us badshah ne jo ke mushrik tha use ek offer diya</w:t>
      </w:r>
    </w:p>
    <w:p>
      <w:pPr>
        <w:jc w:val="right"/>
      </w:pPr>
      <w:r>
        <w:t>ایک لمبی کہانی ہے آپ پڑھ سکتے ہیں قرآن میں اس کو۔ کہ ایک موقع آیا جب کہ اس بادشاہ نے جو کہ مشرک تھا اسے ایک آفر دیا</w:t>
      </w:r>
    </w:p>
    <w:p>
      <w:r>
        <w:rPr>
          <w:b/>
        </w:rPr>
        <w:t xml:space="preserve">[1:04:09] </w:t>
      </w:r>
      <w:r>
        <w:t>woh woh offer jo tha aaj kal ki zuban mein aap keh sakte hain ke woh tha misteria food ka offer.</w:t>
      </w:r>
    </w:p>
    <w:p>
      <w:pPr>
        <w:jc w:val="right"/>
      </w:pPr>
      <w:r>
        <w:t>۔ وہ وہ آفر جو تھا آج کل کی زبان میں آپ کہہ سکتے ہیں کہ وہ تھا مسٹریا فوڈ کا آفر۔</w:t>
      </w:r>
    </w:p>
    <w:p>
      <w:r>
        <w:rPr>
          <w:b/>
        </w:rPr>
        <w:t xml:space="preserve">[1:04:18] </w:t>
      </w:r>
      <w:r>
        <w:t>ke aap hamare system mein food ka department le lijiye. Hazrat Yusuf ne ek accept kar liya us ko. to kaha ek is se kya mila hamein misaal ke agar king jo hai ek mushrik hai ya political system jo hai woh uska head jo hai ek mushrik hai.</w:t>
      </w:r>
    </w:p>
    <w:p>
      <w:pPr>
        <w:jc w:val="right"/>
      </w:pPr>
      <w:r>
        <w:t>کہ آپ ہمارے سسٹم میں فوڈ کا ڈیپارٹمنٹ لے لیجیے۔ حضرت یوسف نے ایک ایکسیپٹ کر لیا اس کو۔ تو کہا ایک اس سے کیا ملا ہمیں مثال کہ اگر کنگ جو ہے ایک مشرک ہے یا پولیٹیکل سسٹم جو ہے وہ اس کا ہیڈ جو ہے ایک مشرک ہے۔</w:t>
      </w:r>
    </w:p>
    <w:p>
      <w:r>
        <w:rPr>
          <w:b/>
        </w:rPr>
        <w:t xml:space="preserve">[1:04:38] </w:t>
      </w:r>
      <w:r>
        <w:t>us ke under mein hamein ek mauqa mil raha hai ek opportunity mil rahi hai. to hamein us ko accept kar lena chahiye. ab sankaron saal se Musalmanon ne yeh fatwa de rakha hai ke pehle is se lado.</w:t>
      </w:r>
    </w:p>
    <w:p>
      <w:pPr>
        <w:jc w:val="right"/>
      </w:pPr>
      <w:r>
        <w:t>اس کے انڈر میں ہمیں ایک موقع مل رہا ہے ایک اپرچونیٹی مل رہی ہے۔ تو ہمیں اس کو ایکسیپٹ کر لینا چاہیے۔ اب سینکڑوں سال سے مسلمانوں نے یہ فتویٰ دے رکھا ہے کہ پہلے اس سے لڑو۔</w:t>
      </w:r>
    </w:p>
    <w:p>
      <w:r>
        <w:rPr>
          <w:b/>
        </w:rPr>
        <w:t xml:space="preserve">[1:04:52] </w:t>
      </w:r>
      <w:r>
        <w:t>pehlay is mushrik ko khatam karo. is non-muslim ruler ko khatam karo. aur Islamic rule banao tab tum is mein uhda le sakte ho. warna uhda lena haram hai.</w:t>
      </w:r>
    </w:p>
    <w:p>
      <w:pPr>
        <w:jc w:val="right"/>
      </w:pPr>
      <w:r>
        <w:t>پہلے اس مشرک کو ختم کرو۔ اس نان مسلم رولر کو ختم کرو۔ اور اسلامک رول بناؤ تب تم اس میں عہدہ لے سکتے ہو۔ ورنہ عہدہ لینا حرام ہے۔</w:t>
      </w:r>
    </w:p>
    <w:p>
      <w:r>
        <w:rPr>
          <w:b/>
        </w:rPr>
        <w:t xml:space="preserve">[1:05:03] </w:t>
      </w:r>
      <w:r>
        <w:t>sahi ke ek prophet ka jo namoona hai us ko chuki hum ne khatam kar rakha hai</w:t>
      </w:r>
    </w:p>
    <w:p>
      <w:pPr>
        <w:jc w:val="right"/>
      </w:pPr>
      <w:r>
        <w:t>صحیح کہ ایک پرافٹ کا جو نمونہ ہے اس کو چونکہ ہم نے ختم کر رکھا ہے</w:t>
      </w:r>
    </w:p>
    <w:p>
      <w:r>
        <w:rPr>
          <w:b/>
        </w:rPr>
        <w:t xml:space="preserve">[1:05:08] </w:t>
      </w:r>
      <w:r>
        <w:t>is wajah se hum andhere mein pade hue hain. jaisa ke maine arz kiya ke Rasool Allah ke namoone ko final model samajh lene se hi yeh sahi nuqsan ho raha hai Musalmanon ka ke doosre jo model hain doosre model ko woh follow nahi kar paate hain.</w:t>
      </w:r>
    </w:p>
    <w:p>
      <w:pPr>
        <w:jc w:val="right"/>
      </w:pPr>
      <w:r>
        <w:t>اس وجہ سے ہم اندھیرے میں پڑے ہوئے ہیں۔ جیسا کہ میں نے عرض کیا کہ رسول اللہ کے نمونے کو فائنل ماڈل سمجھ لینے سے ہی یہ صحیح نقصان ہو رہا ہے مسلمانوں کا کہ دوسرے جو ماڈل ہیں دوسرے ماڈل کو وہ فالو نہیں کر پاتے ہیں۔</w:t>
      </w:r>
    </w:p>
    <w:p>
      <w:r>
        <w:rPr>
          <w:b/>
        </w:rPr>
        <w:t xml:space="preserve">[1:05:28] </w:t>
      </w:r>
      <w:r>
        <w:t>warna hum India mein hain yani abhi maine ek article parh raha tha ke India mein jo log minister bane hue hain ya president jo president bane hue hain woh sab ko us ne kaha tha ke yeh log kufar kar rahe hain.</w:t>
      </w:r>
    </w:p>
    <w:p>
      <w:pPr>
        <w:jc w:val="right"/>
      </w:pPr>
      <w:r>
        <w:t>ورنہ ہم انڈیا میں ہیں یعنی ابھی میں نے ایک آرٹیکل پڑھ رہا تھا کہ انڈیا میں جو لوگ منسٹر بنے ہوئے ہیں یا پریزیڈنٹ جو پریزیڈنٹ بنے ہوئے ہیں وہ سب کو اس نے کہا تھا کہ یہ لوگ کفر کر رہے ہیں۔</w:t>
      </w:r>
    </w:p>
    <w:p>
      <w:r>
        <w:rPr>
          <w:b/>
        </w:rPr>
        <w:t xml:space="preserve">[1:05:43] </w:t>
      </w:r>
      <w:r>
        <w:t>ab main samajhta hoon ke yeh is liye kaha unhone ke unhone apne zehan mein ek ek alag model bana liya. agar Hazrat Hazrat Yusuf ka model un ke samne ho to bilkul sahi kar rahe hain woh.</w:t>
      </w:r>
    </w:p>
    <w:p>
      <w:pPr>
        <w:jc w:val="right"/>
      </w:pPr>
      <w:r>
        <w:t>اب میں سمجھتا ہوں کہ یہ اس لیے کہا انہوں نے کہ انہوں نے اپنے ذہن میں ایک ایک الگ ماڈل بنا لیا۔ اگر حضرت حضرت یوسف کا ماڈل ان کے سامنے ہو تو بالکل صحیح کر رہے ہیں وہ۔</w:t>
      </w:r>
    </w:p>
    <w:p>
      <w:r>
        <w:rPr>
          <w:b/>
        </w:rPr>
        <w:t xml:space="preserve">[1:05:57] </w:t>
      </w:r>
      <w:r>
        <w:t>Hazrat Yusuf ka model aap ke samne ho to woh prophetic model ke mutabiq kar rahe hain woh. woh bhi prophetic model par hain. jab Hazrat Yusuf ne ek mushrik badshah ke under mein qabool kar liya food ministry to aaj agar koi shakhs qabool ki hui hai koi ministry ya president bana hua hai to woh theek kar raha hai woh.</w:t>
      </w:r>
    </w:p>
    <w:p>
      <w:pPr>
        <w:jc w:val="right"/>
      </w:pPr>
      <w:r>
        <w:t>حضرت یوسف کا ماڈل آپ کے سامنے ہو تو وہ پرافٹک ماڈل کے مطابق کر رہے ہیں وہ۔ وہ بھی پرافٹک ماڈل پر ہیں۔ جب حضرت یوسف نے ایک مشرک بادشاہ کے انڈر میں قبول کر لیا فوڈ منسٹری تو آج اگر کوئی شخص قبول کی ہوئی ہے کوئی منسٹری یا پریزیڈنٹ بنا ہوا ہے تو وہ ٹھیک کر رہا ہے وہ۔</w:t>
      </w:r>
    </w:p>
    <w:p>
      <w:r>
        <w:rPr>
          <w:b/>
        </w:rPr>
        <w:t xml:space="preserve">[1:06:19] </w:t>
      </w:r>
      <w:r>
        <w:t>woh bhi ek prophet ke model ko follow kar raha hai woh.</w:t>
      </w:r>
    </w:p>
    <w:p>
      <w:pPr>
        <w:jc w:val="right"/>
      </w:pPr>
      <w:r>
        <w:t>وہ بھی ایک پرافٹ کے ماڈل کو فالو کر رہا ہے وہ۔</w:t>
      </w:r>
    </w:p>
    <w:p>
      <w:r>
        <w:rPr>
          <w:b/>
        </w:rPr>
        <w:t xml:space="preserve">[1:06:25] </w:t>
      </w:r>
      <w:r>
        <w:t>kitni bari baat hai jo hum se bhooli hui hai ab. aise hi dekhiye Hazrat Yunus alaihissalam ko lijiye. Hazrat Yunus alaihissalam aaye the Iraq mein ek ek tha Nineveh.</w:t>
      </w:r>
    </w:p>
    <w:p>
      <w:pPr>
        <w:jc w:val="right"/>
      </w:pPr>
      <w:r>
        <w:t>کتنی بڑی بات ہے جو ہم سے بھولی ہوئی ہے اب۔ ایسے ہی دیکھیے حضرت یونس علیہ السلام کو لیجیے۔ حضرت یونس علیہ السلام آئے تھے عراق میں ایک ایک تھا نینوا۔</w:t>
      </w:r>
    </w:p>
    <w:p>
      <w:r>
        <w:rPr>
          <w:b/>
        </w:rPr>
        <w:t xml:space="preserve">[1:06:40] </w:t>
      </w:r>
      <w:r>
        <w:t>ab Nineveh nahi hai. to Nineveh mein aaye the woh. wahan par unhone logon ko message diya. logon ne mana nahi. to woh chhod kar chale gaye.</w:t>
      </w:r>
    </w:p>
    <w:p>
      <w:pPr>
        <w:jc w:val="right"/>
      </w:pPr>
      <w:r>
        <w:t>اب نینوا نہیں ہے۔ تو نینوا میں آئے تھے وہ۔ وہاں پر انہوں نے لوگوں کو میسج دیا۔ لوگوں نے مانا نہیں۔ تو وہ چھوڑ کر چلے گئے۔</w:t>
      </w:r>
    </w:p>
    <w:p>
      <w:r>
        <w:rPr>
          <w:b/>
        </w:rPr>
        <w:t xml:space="preserve">[1:06:51] </w:t>
      </w:r>
      <w:r>
        <w:t>to yeh lambi kahani hai aap parh sakte hain bible mein bhi hai quran mein bhi hai ke woh aisa hua ke ke machhli ke pait mein machhli ne nigal liya un ko.</w:t>
      </w:r>
    </w:p>
    <w:p>
      <w:pPr>
        <w:jc w:val="right"/>
      </w:pPr>
      <w:r>
        <w:t>تو یہ لمبی کہانی ہے آپ پڑھ سکتے ہیں بائبل میں بھی ہے قرآن میں بھی ہے کہ وہ ایسا ہوا کہ کہ مچھلی کے پیٹ میں مچھلی نے نگل لیا ان کو۔</w:t>
      </w:r>
    </w:p>
    <w:p>
      <w:r>
        <w:rPr>
          <w:b/>
        </w:rPr>
        <w:t xml:space="preserve">[1:07:00] </w:t>
      </w:r>
      <w:r>
        <w:t>machhli ke pait mein chalay gaye. chaalees din tak machhli ke pait mein rahay woh. phir unhon ne dua ki Allah taala se. machhli shayad whale thi bohat bari machhli jo whale hoti hai us ke pait mein insan reh sakta hai.</w:t>
      </w:r>
    </w:p>
    <w:p>
      <w:pPr>
        <w:jc w:val="right"/>
      </w:pPr>
      <w:r>
        <w:t>مچھلی کے پیٹ میں چلے گئے۔ چالیس دن تک مچھلی کے پیٹ میں رہے وہ۔ پھر انہوں نے دعا کی اللہ تعالیٰ سے۔ مچھلی شاید ویل تھی بہت بڑی مچھلی جو ویل ہوتی ہے اس کے پیٹ میں انسان رہ سکتا ہے۔</w:t>
      </w:r>
    </w:p>
    <w:p>
      <w:r>
        <w:rPr>
          <w:b/>
        </w:rPr>
        <w:t xml:space="preserve">[1:07:13] </w:t>
      </w:r>
      <w:r>
        <w:t>to is ke baad kya hua ke unhon ne Allah taala se maghfirat mangi to machhli ne nigal diya un ko aa kar ke aik aik land par yani us us ke sahil par wahan par woh kuch cheez thi kuch plant waghera tha kuch khaya piya unhon ne phir dobara woh gaye Nineveh mein aur Nineveh mein gaye to saaray logon ne un ki prophethood ko maan liya sab un ke saathi ban gaye sab un ke follower ban gaye.</w:t>
      </w:r>
    </w:p>
    <w:p>
      <w:pPr>
        <w:jc w:val="right"/>
      </w:pPr>
      <w:r>
        <w:t>تو اس کے بعد کیا ہوا کہ انہوں نے اللہ تعالیٰ سے مغفرت مانگی تو مچھلی نے نگل دیا ان کو آ کر کے ایک ایک لینڈ پر یعنی اس اس کے ساحل پر وہاں پر وہ کچھ چیز تھی کچھ پلانٹ وغیرہ تھا کچھ کھایا پیا انہوں نے پھر دوبارہ وہ گئے نینوا میں اور نینوا میں گئے تو سارے لوگوں نے ان کی پرافٹ ہڈ کو مان لیا سب ان کے ساتھی بن گئے سب ان کے فالوور بن گئے۔</w:t>
      </w:r>
    </w:p>
    <w:p>
      <w:r>
        <w:rPr>
          <w:b/>
        </w:rPr>
        <w:t xml:space="preserve">[1:07:41] </w:t>
      </w:r>
      <w:r>
        <w:t>to is mein kya namoona hai is mein namoona yeh hai ke agar aap dawat ke muhaaz ko chhod dein dawat work ko chhod dein to aap chalay jayenge machhli ke pait mein.</w:t>
      </w:r>
    </w:p>
    <w:p>
      <w:pPr>
        <w:jc w:val="right"/>
      </w:pPr>
      <w:r>
        <w:t>تو اس میں کیا نمونہ ہے اس میں نمونہ یہ ہے کہ اگر آپ دعوت کے محاذ کو چھوڑ دیں دعوت ورک کو چھوڑ دیں تو آپ چلے جائیں گے مچھلی کے پیٹ میں۔</w:t>
      </w:r>
    </w:p>
    <w:p>
      <w:r>
        <w:rPr>
          <w:b/>
        </w:rPr>
        <w:t xml:space="preserve">[1:07:53] </w:t>
      </w:r>
      <w:r>
        <w:t>mein samajhta hoon ke jo saari duniya ke musalman is waqt machhli ke pait mein hain. aaj ki machhli jo hai problem hai. problem fish ki machhli pait mein saaray musalman paray hue hain.</w:t>
      </w:r>
    </w:p>
    <w:p>
      <w:pPr>
        <w:jc w:val="right"/>
      </w:pPr>
      <w:r>
        <w:t>میں سمجھتا ہوں کہ جو ساری دنیا کے مسلمان اس وقت مچھلی کے پیٹ میں ہیں۔ آج کی مچھلی جو ہے پرابلم ہے۔ پرابلم فش کی مچھلی پیٹ میں سارے مسلمان پڑے ہوئے ہیں۔</w:t>
      </w:r>
    </w:p>
    <w:p>
      <w:r>
        <w:rPr>
          <w:b/>
        </w:rPr>
        <w:t xml:space="preserve">[1:08:03] </w:t>
      </w:r>
      <w:r>
        <w:t>yani 57 muslim countries mein musalmanon ka role hai tab bhi har jagah jo hai haaye haaye ho raha hai.</w:t>
      </w:r>
    </w:p>
    <w:p>
      <w:pPr>
        <w:jc w:val="right"/>
      </w:pPr>
      <w:r>
        <w:t>یعنی 57 مسلم کنٹریز میں مسلمانوں کا رول ہے تب بھی ہر جگہ جو ہے ہائے ہائے ہو رہا ہے۔</w:t>
      </w:r>
    </w:p>
    <w:p>
      <w:r>
        <w:rPr>
          <w:b/>
        </w:rPr>
        <w:t xml:space="preserve">[1:08:09] </w:t>
      </w:r>
      <w:r>
        <w:t>har jagah jo hai problem har jagah problem har jagah problem. America bombardment karta hai ja kar ke aur musalman bebas hain bilkul kuch kar nahi sakte.</w:t>
      </w:r>
    </w:p>
    <w:p>
      <w:pPr>
        <w:jc w:val="right"/>
      </w:pPr>
      <w:r>
        <w:t>ہر جگہ جو ہے پرابلم ہر جگہ پرابلم ہر جگہ پرابلم۔ امریکہ بمبارمنٹ کرتا ہے جا کر کے اور مسلمان بے بس ہیں بالکل کچھ کر نہیں سکتے۔</w:t>
      </w:r>
    </w:p>
    <w:p>
      <w:r>
        <w:rPr>
          <w:b/>
        </w:rPr>
        <w:t xml:space="preserve">[1:08:20] </w:t>
      </w:r>
      <w:r>
        <w:t>bilkul panjay mein hain musalman jo hain panjay mein hain yani doosray forces ki doosri taqaton ki.</w:t>
      </w:r>
    </w:p>
    <w:p>
      <w:pPr>
        <w:jc w:val="right"/>
      </w:pPr>
      <w:r>
        <w:t>بالکل پنجے میں ہیں مسلمان جو ہیں پنجے میں ہیں یعنی دوسرے فورسز کی دوسری طاقتوں کی۔</w:t>
      </w:r>
    </w:p>
    <w:p>
      <w:r>
        <w:rPr>
          <w:b/>
        </w:rPr>
        <w:t xml:space="preserve">[1:08:29] </w:t>
      </w:r>
      <w:r>
        <w:t>to mein samajhta hoon ke musalmanon ne chounke dawat work chhod diya hai is message ko jo un ke paas tha jis ko pohanchana tha doosron tak us ko chhod diya hai is liye woh machhli ke pait mein hain yani problem mein phansay hue hain.</w:t>
      </w:r>
    </w:p>
    <w:p>
      <w:pPr>
        <w:jc w:val="right"/>
      </w:pPr>
      <w:r>
        <w:t>تو میں سمجھتا ہوں کہ مسلمانوں نے چونکہ دعوت ورک چھوڑ دیا ہے اس میسج کو جو ان کے پاس تھا جس کو پہنچانا تھا دوسروں تک اس کو چھوڑ دیا ہے اس لیے وہ مچھلی کے پیٹ میں ہیں یعنی پرابلم میں پھنسے ہوئے ہیں۔</w:t>
      </w:r>
    </w:p>
    <w:p>
      <w:r>
        <w:rPr>
          <w:b/>
        </w:rPr>
        <w:t xml:space="preserve">[1:08:43] </w:t>
      </w:r>
      <w:r>
        <w:t>aur mein keh sakta hoon ke is waqt tak yeh problem phansay rahayenge jab tak phir se woh dawat work na karein. yani qayamat aa jayegi doomsday aa jayega lekin woh problem se nikal nahi payenge woh.</w:t>
      </w:r>
    </w:p>
    <w:p>
      <w:pPr>
        <w:jc w:val="right"/>
      </w:pPr>
      <w:r>
        <w:t>اور میں کہہ سکتا ہوں کہ اس وقت تک یہ پرابلم پھنسے رہیں گے جب تک پھر سے وہ دعوت ورک نہ کریں۔ یعنی قیامت آ جائے گی ڈومز ڈے آ جائے گا لیکن وہ پرابلم سے نکل نہیں پائیں گے وہ۔</w:t>
      </w:r>
    </w:p>
    <w:p>
      <w:r>
        <w:rPr>
          <w:b/>
        </w:rPr>
        <w:t xml:space="preserve">[1:08:56] </w:t>
      </w:r>
      <w:r>
        <w:t>do so saal se woh problem phansay hue hain.</w:t>
      </w:r>
    </w:p>
    <w:p>
      <w:pPr>
        <w:jc w:val="right"/>
      </w:pPr>
      <w:r>
        <w:t>دو سو سال سے وہ پرابلم پھنسے ہوئے ہیں۔</w:t>
      </w:r>
    </w:p>
    <w:p>
      <w:r>
        <w:rPr>
          <w:b/>
        </w:rPr>
        <w:t xml:space="preserve">[1:09:00] </w:t>
      </w:r>
      <w:r>
        <w:t>to Hazrat Yunus ki zindagi batati hai ke agar tum ne dawat work ko chhora agar tum ne is prophetic kaam ko chhora aur tum ne sachai ke paigham ko pohanchane ka kaam nahi kiya to tum chalay jao ge machhli ke pait mein.</w:t>
      </w:r>
    </w:p>
    <w:p>
      <w:pPr>
        <w:jc w:val="right"/>
      </w:pPr>
      <w:r>
        <w:t>تو حضرت یونس کی زندگی بتاتی ہے کہ اگر تم نے دعوت ورک کو چھوڑا اگر تم نے اس پرافٹک کام کو چھوڑا اور تم نے سچائی کے پیغام کو پہنچانے کا کام نہیں کیا تو تم چلے جاؤ گے مچھلی کے پیٹ میں۔</w:t>
      </w:r>
    </w:p>
    <w:p>
      <w:r>
        <w:rPr>
          <w:b/>
        </w:rPr>
        <w:t xml:space="preserve">[1:09:13] </w:t>
      </w:r>
      <w:r>
        <w:t>to aaj kal ki machhli jo hai yeh problem hai. kitna bara lesson hai is mein Hazrat Yunus ki zindagi mein. aise hi dekhiye Hazrat Musa ko lijiye.</w:t>
      </w:r>
    </w:p>
    <w:p>
      <w:pPr>
        <w:jc w:val="right"/>
      </w:pPr>
      <w:r>
        <w:t>تو آج کل کی مچھلی جو ہے یہ پرابلم ہے۔ کتنا بڑا لیسن ہے اس میں حضرت یونس کی زندگی میں۔ ایسے ہی دیکھیے حضرت موسیٰ کو لیجیے۔</w:t>
      </w:r>
    </w:p>
    <w:p>
      <w:r>
        <w:rPr>
          <w:b/>
        </w:rPr>
        <w:t xml:space="preserve">[1:09:24] </w:t>
      </w:r>
      <w:r>
        <w:t>Hazrat Musa ki zindagi mein kya hai</w:t>
      </w:r>
    </w:p>
    <w:p>
      <w:pPr>
        <w:jc w:val="right"/>
      </w:pPr>
      <w:r>
        <w:t>حضرت موسیٰ کی زندگی میں کیا ہے</w:t>
      </w:r>
    </w:p>
    <w:p>
      <w:r>
        <w:rPr>
          <w:b/>
        </w:rPr>
        <w:t xml:space="preserve">[1:09:27] </w:t>
      </w:r>
      <w:r>
        <w:t>is waqt do giroh wahan par do group thay aik Coptic log thay jo non muslim thay aik Israel thay wahan par Bani Israel jo ke koi aap muslim kehna chahiye un ko to muslim aur non muslim do thay wahan par.</w:t>
      </w:r>
    </w:p>
    <w:p>
      <w:pPr>
        <w:jc w:val="right"/>
      </w:pPr>
      <w:r>
        <w:t>اس وقت دو گروہ وہاں پر دو گروپ تھے ایک کاپٹک لوگ تھے جو نان مسلم تھے ایک اسرائیل تھے وہاں پر بنی اسرائیل جو کہ کوئی آپ مسلم کہنا چاہیے ان کو تو مسلم اور نان مسلم دو تھے وہاں پر۔</w:t>
      </w:r>
    </w:p>
    <w:p>
      <w:r>
        <w:rPr>
          <w:b/>
        </w:rPr>
        <w:t xml:space="preserve">[1:09:43] </w:t>
      </w:r>
      <w:r>
        <w:t>to Hazrat Musa ne kya kiya ke dono mein aik saath kaam shuru kiya unhon ne idhar Coptic logon mein bhi kaam kiya aur musalmanon mein bhi kaam kiya jo bigray hue thay is zamanay ke lihaz se.</w:t>
      </w:r>
    </w:p>
    <w:p>
      <w:pPr>
        <w:jc w:val="right"/>
      </w:pPr>
      <w:r>
        <w:t>تو حضرت موسیٰ نے کیا کیا کہ دونوں میں ایک ساتھ کام شروع کیا انہوں نے ادھر کاپٹک لوگوں میں بھی کام کیا اور مسلمانوں میں بھی کام کیا جو بگڑے ہوئے تھے اس زمانے کے لحاظ سے۔</w:t>
      </w:r>
    </w:p>
    <w:p>
      <w:r>
        <w:rPr>
          <w:b/>
        </w:rPr>
        <w:t xml:space="preserve">[1:09:54] </w:t>
      </w:r>
      <w:r>
        <w:t>aaj kal hamaray haan kya sirf soch aa gayi hai saari muslim duniya mein ke pehle musalmanon ko theek karo phir doosron mein dawat do.</w:t>
      </w:r>
    </w:p>
    <w:p>
      <w:pPr>
        <w:jc w:val="right"/>
      </w:pPr>
      <w:r>
        <w:t>آج کل ہمارے ہاں کیا صرف سوچ آ گئی ہے ساری مسلم دنیا میں کہ پہلے مسلمانوں کو ٹھیک کرو پھر دوسروں میں دعوت دو۔</w:t>
      </w:r>
    </w:p>
    <w:p>
      <w:r>
        <w:rPr>
          <w:b/>
        </w:rPr>
        <w:t xml:space="preserve">[1:10:03] </w:t>
      </w:r>
      <w:r>
        <w:t>yeh bilkul baseless baat hai. lekin chounke Hazrat Musa ka model hum se gum ho gaya hai is mein hamein pata nahi hai. Hazrat Musa ka model batata hai ke agar tum aisi situation mein ho aisi situation mein ke muslim non muslim dono hain to aik saath dono mein kaam karna paray ga.</w:t>
      </w:r>
    </w:p>
    <w:p>
      <w:pPr>
        <w:jc w:val="right"/>
      </w:pPr>
      <w:r>
        <w:t>یہ بالکل بیسلیس بات ہے۔ لیکن چونکہ حضرت موسیٰ کا ماڈل ہم سے گم ہو گیا ہے اس میں ہمیں پتہ نہیں ہے۔ حضرت موسیٰ کا ماڈل بتاتا ہے کہ اگر تم ایسی سچوئیشن میں ہو ایسی سچوئیشن میں کہ مسلم نان مسلم دونوں ہیں تو ایک ساتھ دونوں میں کام کرنا پڑے گا۔</w:t>
      </w:r>
    </w:p>
    <w:p>
      <w:r>
        <w:rPr>
          <w:b/>
        </w:rPr>
        <w:t xml:space="preserve">[1:10:20] </w:t>
      </w:r>
      <w:r>
        <w:t>musalmanon mein reform ka karna paray ga aur non muslim mein dawat ka kaam karna paray ga.</w:t>
      </w:r>
    </w:p>
    <w:p>
      <w:pPr>
        <w:jc w:val="right"/>
      </w:pPr>
      <w:r>
        <w:t>مسلمانوں میں ریفارم کا کرنا پڑے گا اور نان مسلم میں دعوت کا کام کرنا پڑے گا۔</w:t>
      </w:r>
    </w:p>
    <w:p>
      <w:r>
        <w:rPr>
          <w:b/>
        </w:rPr>
        <w:t xml:space="preserve">[1:10:25] </w:t>
      </w:r>
      <w:r>
        <w:t>aisa nahi kar sakte aap ke kahain ke pehle hum in mein un ke reform karein ge jab musalmanon ka reform ho chuka hoga tab hum non muslim mein kaam karein ge.</w:t>
      </w:r>
    </w:p>
    <w:p>
      <w:pPr>
        <w:jc w:val="right"/>
      </w:pPr>
      <w:r>
        <w:t>ایسا نہیں کر سکتے آپ کہ کہیں کہ پہلے ہم ان میں ان کے ریفارم کریں گے جب مسلمانوں کا ریفارم ہو چکا ہوگا تب ہم نان مسلم میں کام کریں گے۔</w:t>
      </w:r>
    </w:p>
    <w:p>
      <w:r>
        <w:rPr>
          <w:b/>
        </w:rPr>
        <w:t xml:space="preserve">[1:10:35] </w:t>
      </w:r>
      <w:r>
        <w:t>yeh bilkul baseless baat hai. agar Hazrat Musa ka model hamaray samnay ho to hum samajh sakte hain ke hamein dono kaam at a time karna hai aik saath karna hai.</w:t>
      </w:r>
    </w:p>
    <w:p>
      <w:pPr>
        <w:jc w:val="right"/>
      </w:pPr>
      <w:r>
        <w:t>یہ بالکل بیسلیس بات ہے۔ اگر حضرت موسیٰ کا ماڈل ہمارے سامنے ہو تو ہم سمجھ سکتے ہیں کہ ہمیں دونوں کام ایٹ اے ٹائم کرنا ہے ایک ساتھ کرنا ہے۔</w:t>
      </w:r>
    </w:p>
    <w:p>
      <w:r>
        <w:rPr>
          <w:b/>
        </w:rPr>
        <w:t xml:space="preserve">[1:10:46] </w:t>
      </w:r>
      <w:r>
        <w:t>hum dono ko alag nahi kar sakte. yeh is ka bohat bara example hai Hazrat Masih ki zindagi mein Jesus Christ ki zindagi mein.</w:t>
      </w:r>
    </w:p>
    <w:p>
      <w:pPr>
        <w:jc w:val="right"/>
      </w:pPr>
      <w:r>
        <w:t>ہم دونوں کو الگ نہیں کر سکتے۔ یہ اس کا بہت بڑا ایگزامپل ہے حضرت مسیح کی زندگی میں جیسس کرائسٹ کی زندگی میں۔</w:t>
      </w:r>
    </w:p>
    <w:p>
      <w:r>
        <w:rPr>
          <w:b/>
        </w:rPr>
        <w:t xml:space="preserve">[1:10:55] </w:t>
      </w:r>
      <w:r>
        <w:t>woh kya Jesus Christ ne dekhiye koi rooh koi unhon ne state nahi banai yahan tak ke state ka unhon ne koi woh bhi dhancha bhi nahi diya.</w:t>
      </w:r>
    </w:p>
    <w:p>
      <w:pPr>
        <w:jc w:val="right"/>
      </w:pPr>
      <w:r>
        <w:t>وہ کیا جیسس کرائسٹ نے دیکھیے کوئی روح کوئی انہوں نے اسٹیٹ نہیں بنائی یہاں تک کہ اسٹیٹ کا انہوں نے کوئی وہ بھی ڈھانچہ بھی نہیں دیا۔</w:t>
      </w:r>
    </w:p>
    <w:p>
      <w:r>
        <w:rPr>
          <w:b/>
        </w:rPr>
        <w:t xml:space="preserve">[1:11:08] </w:t>
      </w:r>
      <w:r>
        <w:t>aap parhiye New Testament ko is mein koi political baatein hi nahi hain is liye se balkay yahan tak hai ke ke do give to Caesar what is do to Caesar go to God what is do to God</w:t>
      </w:r>
    </w:p>
    <w:p>
      <w:pPr>
        <w:jc w:val="right"/>
      </w:pPr>
      <w:r>
        <w:t>آپ پڑھیے نیو ٹیسٹمنٹ کو اس میں کوئی پولیٹیکل باتیں ہی نہیں ہیں اس لیے سے بلکہ یہاں تک ہے کہ کہ ڈو گیو ٹو سیزر واٹ از ڈو ٹو سیزر گو ٹو گاڈ واٹ از ڈو ٹو گاڈ</w:t>
      </w:r>
    </w:p>
    <w:p>
      <w:r>
        <w:rPr>
          <w:b/>
        </w:rPr>
        <w:t xml:space="preserve">[1:11:22] </w:t>
      </w:r>
      <w:r>
        <w:t>lekin aaj Christian log duniya mein sab se zyada hain. sab se bara religion aaj duniya mein Christianity hai nihayat Masih ke followers ka.</w:t>
      </w:r>
    </w:p>
    <w:p>
      <w:pPr>
        <w:jc w:val="right"/>
      </w:pPr>
      <w:r>
        <w:t>لیکن آج کرسچن لوگ دنیا میں سب سے زیادہ ہیں۔ سب سے بڑا ریلیجن آج دنیا میں کرسچینٹی ہے نہایت مسیح کے فالوورز کا۔</w:t>
      </w:r>
    </w:p>
    <w:p>
      <w:r>
        <w:rPr>
          <w:b/>
        </w:rPr>
        <w:t xml:space="preserve">[1:11:33] </w:t>
      </w:r>
      <w:r>
        <w:t>is se kya example mila hamein ke political role ki koi zaroorat nahi hai dawah misj ke liye. aap political empire aap ke na ho tab bhi aap dawah empire bana sakte hain.</w:t>
      </w:r>
    </w:p>
    <w:p>
      <w:pPr>
        <w:jc w:val="right"/>
      </w:pPr>
      <w:r>
        <w:t>اس سے کیا ایگزامپل ملا ہمیں کہ پولیٹیکل رول کی کوئی ضرورت نہیں ہے دعویٰ مسج کے لیے۔ آپ پولیٹیکل ایمپائر آپ کے نہ ہو تب بھی آپ دعویٰ ایمپائر بنا سکتے ہیں۔</w:t>
      </w:r>
    </w:p>
    <w:p>
      <w:r>
        <w:rPr>
          <w:b/>
        </w:rPr>
        <w:t xml:space="preserve">[1:11:48] </w:t>
      </w:r>
      <w:r>
        <w:t>aaj sari dunya mein christian ne dawah empire bana rakha hai. sari dunya mein ek bohat hi well organized in ka system hai.</w:t>
      </w:r>
    </w:p>
    <w:p>
      <w:pPr>
        <w:jc w:val="right"/>
      </w:pPr>
      <w:r>
        <w:t>آج ساری دنیا میں کرسچن نے دعویٰ ایمپائر بنا رکھا ہے۔ ساری دنیا میں ایک بہت ہی ویل ارگنائزڈ ان کا سسٹم ہے۔</w:t>
      </w:r>
    </w:p>
    <w:p>
      <w:r>
        <w:rPr>
          <w:b/>
        </w:rPr>
        <w:t xml:space="preserve">[1:11:57] </w:t>
      </w:r>
      <w:r>
        <w:t>well organized kisi bhi state se zyada organization hai in ke haan is kaam ke liye. to Hazrat Masih ne yahi kaha ke takrao na karo yeh jo kaha tha unhon ne ke give to caesar what is due to caesar and give to god what is due</w:t>
      </w:r>
    </w:p>
    <w:p>
      <w:pPr>
        <w:jc w:val="right"/>
      </w:pPr>
      <w:r>
        <w:t>ویل ارگنائزڈ کسی بھی اسٹیٹ سے زیادہ ارگنائزیشن ہے ان کے ہاں اس کام کے لیے۔ تو حضرت مسیح نے یہی کہا کہ ٹکراؤ نہ کرو یہ جو کہا تھا انہوں نے کہ گیو ٹو سیزر واٹ از ڈو ٹو سیزر اینڈ گیو ٹو گاڈ واٹ از ڈو</w:t>
      </w:r>
    </w:p>
    <w:p>
      <w:r>
        <w:rPr>
          <w:b/>
        </w:rPr>
        <w:t xml:space="preserve">[1:12:16] </w:t>
      </w:r>
      <w:r>
        <w:t>to god ka matlab kya hai political corporation na karo political takrao na karo aur takrao se avoid kar ke apna kaam karte raho is ka matlab yahi hai</w:t>
      </w:r>
    </w:p>
    <w:p>
      <w:pPr>
        <w:jc w:val="right"/>
      </w:pPr>
      <w:r>
        <w:t>ٹو گاڈ کا مطلب کیا ہے پولیٹیکل کارپوریشن نہ کرو پولیٹیکل ٹکراؤ نہ کرو اور ٹکراؤ سے اوائڈ کر کے اپنا کام کرتے رہو اس کا مطلب یہی ہے</w:t>
      </w:r>
    </w:p>
    <w:p>
      <w:r>
        <w:rPr>
          <w:b/>
        </w:rPr>
        <w:t xml:space="preserve">[1:12:28] </w:t>
      </w:r>
      <w:r>
        <w:t>ke takrao ko avoid karte hue apna dawah kaam karte raho yeh tha message jo unhon ne diya is ko follow kiya un ke logon ne aur aaj sari dunya mein sab se zyada christian log hain</w:t>
      </w:r>
    </w:p>
    <w:p>
      <w:pPr>
        <w:jc w:val="right"/>
      </w:pPr>
      <w:r>
        <w:t>کہ ٹکراؤ کو اوائڈ کرتے ہوئے اپنا دعوتی کام کرتے رہو یہ تھا میسج جو انہوں نے دیا اس کو فالو کیا ان کے لوگوں نے اور آج ساری دنیا میں سب سے زیادہ کرسچن لوگ ہیں</w:t>
      </w:r>
    </w:p>
    <w:p>
      <w:r>
        <w:rPr>
          <w:b/>
        </w:rPr>
        <w:t xml:space="preserve">[1:12:43] </w:t>
      </w:r>
      <w:r>
        <w:t>to main samajhta hoon christian logon ke haan yeh namuna hai ke political empire ki koi zaroorat nahi hai aap dawah empire bana sakte hain aur dawah empire bana kar ke aap sari dunya mein sab kuch kar sakte hain aap koi rukawat nahi hai isi liye quran ke surah saff mein yeh kaha gaya hai ke Hazrat Masih ko namuna ke taur par pesh kiya gaya hai</w:t>
      </w:r>
    </w:p>
    <w:p>
      <w:pPr>
        <w:jc w:val="right"/>
      </w:pPr>
      <w:r>
        <w:t>تو میں سمجھتا ہوں کرسچن لوگوں کے ہاں یہ نمونہ ہے کہ پولیٹیکل ایمپائر کی کوئی ضرورت نہیں ہے آپ دعویٰ ایمپائر بنا سکتے ہیں اور دعویٰ ایمپائر بنا کر کے آپ ساری دنیا میں سب کچھ کر سکتے ہیں آپ کوئی رکاوٹ نہیں ہے اسی لیے قرآن کے سورہ الصف میں یہ کہا گیا ہے کہ حضرت مسیح کو نمونہ کے طور پر پیش کیا گیا ہے</w:t>
      </w:r>
    </w:p>
    <w:p>
      <w:r>
        <w:rPr>
          <w:b/>
        </w:rPr>
        <w:t xml:space="preserve">[1:13:07] </w:t>
      </w:r>
      <w:r>
        <w:t>Ya ayuhal lazeena amanu Allah kama qala kama qala Isa Maryam mansari Allah qala hawai nasara Allah yani</w:t>
      </w:r>
    </w:p>
    <w:p>
      <w:pPr>
        <w:jc w:val="right"/>
      </w:pPr>
      <w:r>
        <w:t>یا ای الذین امنو اللہ کما قال کما قال عیسی مریم منصاری اللہ قال ہوائی نصاری اللہ یعنی</w:t>
      </w:r>
    </w:p>
    <w:p>
      <w:r>
        <w:rPr>
          <w:b/>
        </w:rPr>
        <w:t xml:space="preserve">[1:13:17] </w:t>
      </w:r>
      <w:r>
        <w:t>musalmanon se kaha gaya hai ke tum</w:t>
      </w:r>
    </w:p>
    <w:p>
      <w:pPr>
        <w:jc w:val="right"/>
      </w:pPr>
      <w:r>
        <w:t>مسلمانوں سے کہا گیا ہے کہ تم</w:t>
      </w:r>
    </w:p>
    <w:p>
      <w:r>
        <w:rPr>
          <w:b/>
        </w:rPr>
        <w:t xml:space="preserve">[1:13:21] </w:t>
      </w:r>
      <w:r>
        <w:t>maseeh ke followers ki tarah se Allah bano ke hum maseeh ko follow karo</w:t>
      </w:r>
    </w:p>
    <w:p>
      <w:pPr>
        <w:jc w:val="right"/>
      </w:pPr>
      <w:r>
        <w:t>مسیح کے فالوورز کی طرح سے اللہ بنو کہ ہم مسیح کو فالو کرو</w:t>
      </w:r>
    </w:p>
    <w:p>
      <w:r>
        <w:rPr>
          <w:b/>
        </w:rPr>
        <w:t xml:space="preserve">[1:13:27] </w:t>
      </w:r>
      <w:r>
        <w:t>to follow karna kya hai</w:t>
      </w:r>
    </w:p>
    <w:p>
      <w:pPr>
        <w:jc w:val="right"/>
      </w:pPr>
      <w:r>
        <w:t>تو فالو کرنا کیا ہے</w:t>
      </w:r>
    </w:p>
    <w:p>
      <w:r>
        <w:rPr>
          <w:b/>
        </w:rPr>
        <w:t xml:space="preserve">[1:13:30] </w:t>
      </w:r>
      <w:r>
        <w:t>ke yeh soch ko khatam kar do yeh soch ko khatam kar do ke political empire political empire</w:t>
      </w:r>
    </w:p>
    <w:p>
      <w:pPr>
        <w:jc w:val="right"/>
      </w:pPr>
      <w:r>
        <w:t>کہ یہ سوچ کو ختم کر دو یہ سوچ کو ختم کر دو کہ پولیٹیکل ایمپائر پولیٹیکل ایمپائر</w:t>
      </w:r>
    </w:p>
    <w:p>
      <w:r>
        <w:rPr>
          <w:b/>
        </w:rPr>
        <w:t xml:space="preserve">[1:13:36] </w:t>
      </w:r>
      <w:r>
        <w:t>chahiye</w:t>
      </w:r>
    </w:p>
    <w:p>
      <w:pPr>
        <w:jc w:val="right"/>
      </w:pPr>
      <w:r>
        <w:t>چاہیے</w:t>
      </w:r>
    </w:p>
    <w:p>
      <w:r>
        <w:rPr>
          <w:b/>
        </w:rPr>
        <w:t xml:space="preserve">[1:13:38] </w:t>
      </w:r>
      <w:r>
        <w:t>political empire is nothing idhar dynasty empire hai jis cheez ko musalman samajhte hain ke political empire apna woh kya tha kisi dynasty ka empire tha woh kahin mughal rule kar rahe hain kahin ottoman turk rule kar rahe hain kahin fatmi to rule kar rahe hain woh islamic rule to tha hi nahi woh</w:t>
      </w:r>
    </w:p>
    <w:p>
      <w:pPr>
        <w:jc w:val="right"/>
      </w:pPr>
      <w:r>
        <w:t>پولیٹیکل ایمپائر از نتھنگ ادھر ڈائنسٹی ایمپائر ہے جس چیز کو مسلمان سمجھتے ہیں کہ پولیٹیکل ایمپائر اپنا وہ کیا تھا کسی ڈائنسٹی کا ایمپائر تھا وہ کہیں مغل رول کر رہے ہیں کہیں اٹومان ٹرک رول کر رہے ہیں کہیں فاطمی تو رول کر رہے ہیں وہ اسلامک رول تو تھا ہی نہیں وہ</w:t>
      </w:r>
    </w:p>
    <w:p>
      <w:r>
        <w:rPr>
          <w:b/>
        </w:rPr>
        <w:t xml:space="preserve">[1:14:01] </w:t>
      </w:r>
      <w:r>
        <w:t>to Hazrat Masih ki zindagi yeh batati hai ke political empire ki hamein koi zaroorat nahi hai hum political empire ke bina is ke baghair dawah empire bana sakte hain dawah empire bana sakte hain</w:t>
      </w:r>
    </w:p>
    <w:p>
      <w:pPr>
        <w:jc w:val="right"/>
      </w:pPr>
      <w:r>
        <w:t>تو حضرت مسیح کی زندگی یہ بتاتی ہے کہ پولیٹیکل ایمپائر کی ہمیں کوئی ضرورت نہیں ہے ہم پولیٹیکل ایمپائر کے بنا اس کے بغیر دعویٰ ایمپائر بنا سکتے ہیں دعویٰ ایمپائر بنا سکتے ہیں</w:t>
      </w:r>
    </w:p>
    <w:p>
      <w:r>
        <w:rPr>
          <w:b/>
        </w:rPr>
        <w:t xml:space="preserve">[1:14:19] </w:t>
      </w:r>
      <w:r>
        <w:t>education ka field aur industry ka field business ka field dawah ka field message ko pohnchaney ka field logon ko sachai batane ka field aur sab se barh kar kya hai insaan se pyar karne ka field yeh bhi ek field hai yeh bhi ek field hai ke aap insaan se pyar karna seekhein yeh ek bohat bara kaam hai yeh khud apne aap mein ek empire hai</w:t>
      </w:r>
    </w:p>
    <w:p>
      <w:pPr>
        <w:jc w:val="right"/>
      </w:pPr>
      <w:r>
        <w:t>ایجوکیشن کا فیلڈ اور انڈسٹری کا فیلڈ بزنس کا فیلڈ دعوت کا فیلڈ میسج کو پہنچانے کا فیلڈ لوگوں کو سچائی بتانے کا فیلڈ اور سب سے بڑھ کر کیا ہے انسان سے پیار کرنے کا فیلڈ یہ بھی ایک فیلڈ ہے یہ بھی ایک فیلڈ ہے کہ آپ انسان سے پیار کرنا سیکھیں یہ ایک بہت بڑا کام ہے یہ خود اپنے آپ میں ایک ایمپائر ہے</w:t>
      </w:r>
    </w:p>
    <w:p>
      <w:r>
        <w:rPr>
          <w:b/>
        </w:rPr>
        <w:t xml:space="preserve">[1:14:46] </w:t>
      </w:r>
      <w:r>
        <w:t>love empire pyar empire mein to pyar mein jeeta hoon yaqeen kijiye ke main poori dunya mujhe lagta hai mujhe mili hui hai poori dunya ko main apni dunya samajhta hoon</w:t>
      </w:r>
    </w:p>
    <w:p>
      <w:pPr>
        <w:jc w:val="right"/>
      </w:pPr>
      <w:r>
        <w:t>لو ایمپائر پیار ایمپائر میں تو پیار میں جیتا ہوں یقین کیجئے کہ میں پوری دنیا مجھے لگتا ہے مجھے ملی ہوئی ہے پوری دنیا کو میں اپنی دنیا سمجھتا ہوں</w:t>
      </w:r>
    </w:p>
    <w:p>
      <w:r>
        <w:rPr>
          <w:b/>
        </w:rPr>
        <w:t xml:space="preserve">[1:14:59] </w:t>
      </w:r>
      <w:r>
        <w:t>kyun ke mujhe har insaan se pyar hai yeh sara insaan mera insaan hai sari dunya meri dunya hai meri zindagi is baat ka witness hai saboot hai ke pyar bhi ek empire hai</w:t>
      </w:r>
    </w:p>
    <w:p>
      <w:pPr>
        <w:jc w:val="right"/>
      </w:pPr>
      <w:r>
        <w:t>کیونکہ مجھے ہر انسان سے پیار ہے یہ سارا انسان میرا انسان ہے ساری دنیا میری دنیا ہے میری زندگی اس بات کا وٹنس ہے ثبوت ہے کہ پیار بھی ایک ایمپائر ہے</w:t>
      </w:r>
    </w:p>
    <w:p>
      <w:r>
        <w:rPr>
          <w:b/>
        </w:rPr>
        <w:t xml:space="preserve">[1:15:13] </w:t>
      </w:r>
      <w:r>
        <w:t>pyar bhi ek empire hai pyar sab kuch hai aap kuch na hote bhi agar pyar aap ke dil mein hai to aap ke paas sab kuch ikatha hai main zindagi mein mera poora wajood is ka saboot hai ke pyar bhi ek empire hai to aap ke paas kuch bhi nahi hai kuch bhi nahi kuch bhi nahi tab bhi aap pyar ke empire mein jee sakte hain to aap kyun nahi aisa karte</w:t>
      </w:r>
    </w:p>
    <w:p>
      <w:pPr>
        <w:jc w:val="right"/>
      </w:pPr>
      <w:r>
        <w:t>پیار بھی ایک ایمپائر ہے پیار سب کچھ ہے آپ کچھ نہ ہوتے بھی اگر پیار آپ کے دل میں ہے تو آپ کے پاس سب کچھ اکٹھا ہے میں زندگی میں میرا پورا وجود اس کا ثبوت ہے کہ پیار بھی ایک ایمپائر ہے تو آپ کے پاس کچھ بھی نہیں ہے کچھ بھی نہیں کچھ بھی نہیں تب بھی آپ پیار کے ایمپائر میں جی سکتے ہیں تو آپ کیوں نہیں ایسا کرتے</w:t>
      </w:r>
    </w:p>
    <w:p>
      <w:r>
        <w:rPr>
          <w:b/>
        </w:rPr>
        <w:t xml:space="preserve">[1:15:39] </w:t>
      </w:r>
      <w:r>
        <w:t>insaan se pyar karna seekhiye aur phir aap samjhein ke aap aap ka sab kuch aa gaya aap ke paas har insaan aap ko apna bhai dikhai dega har aurat aap ko apna behan dikhai degi poori poori dunya aap ko apni dunya dikhai degi to khulasa yeh hai yeh bohat bari fallacy hai ke musalman yeh samajhte hain ke hamara ek hi prophet kafi hai hamare liye</w:t>
      </w:r>
    </w:p>
    <w:p>
      <w:pPr>
        <w:jc w:val="right"/>
      </w:pPr>
      <w:r>
        <w:t>انسان سے پیار کرنا سیکھیے اور پھر آپ سمجھیں کہ آپ آپ کا سب کچھ اگیا آپ کے پاس ہر انسان آپ کو اپنا بھائی دکھائی دے گا ہر عورت آپ کو اپنا بہن دکھائی دے گی پوری پوری دنیا آپ کو اپنی دنیا دکھائی دے گی تو خلاصہ یہ ہے یہ بہت بڑی فلیسی ہے کہ مسلمان یہ سمجھتے ہیں کہ ہمارا ایک ہی پرافٹ کافی ہے ہمارے لیے</w:t>
      </w:r>
    </w:p>
    <w:p>
      <w:r>
        <w:rPr>
          <w:b/>
        </w:rPr>
        <w:t xml:space="preserve">[1:16:07] </w:t>
      </w:r>
      <w:r>
        <w:t>bas to main ne kaha ke</w:t>
      </w:r>
    </w:p>
    <w:p>
      <w:pPr>
        <w:jc w:val="right"/>
      </w:pPr>
      <w:r>
        <w:t>بس تو میں نے کہا کہ</w:t>
      </w:r>
    </w:p>
    <w:p>
      <w:r>
        <w:rPr>
          <w:b/>
        </w:rPr>
        <w:t xml:space="preserve">[1:16:13] </w:t>
      </w:r>
      <w:r>
        <w:t>final prophet to bilashuba Rasool Allah the lekin final model nahi the woh model to bohat sare ho sakte hain isi liye quran mein kaha gaya ke doosre doosre jo prophet the un ke baray mein hukum diya ke un ke model ko follow karo kyun har prophet different situation mein aya to different model bhi us ne pesh kiye</w:t>
      </w:r>
    </w:p>
    <w:p>
      <w:pPr>
        <w:jc w:val="right"/>
      </w:pPr>
      <w:r>
        <w:t>فائنل پرافٹ تو بلاشبہ رسول اللہ تھے لیکن فائنل ماڈل نہیں تھے وہ ماڈل تو بہت سارے ہو سکتے ہیں اسی لیے قرآن میں کہا گیا کہ دوسرے دوسرے جو پرافٹ تھے ان کے بارے میں حکم دیا کہ ان کے ماڈل کو فالو کرو کیوں ہر پرافٹ ڈفرنٹ سچوئیشن میں ایا تو ڈفرنٹ ماڈل بھی اس نے پیش کیے</w:t>
      </w:r>
    </w:p>
    <w:p>
      <w:r>
        <w:rPr>
          <w:b/>
        </w:rPr>
        <w:t xml:space="preserve">[1:16:34] </w:t>
      </w:r>
      <w:r>
        <w:t>har model hamara model hai har prophet ka model hamara model hai har prophet ka model sachai ka model hai har prophet ka model khudai model hai har prophet ka model itni sahi hai itni meri hai jitna ke Rasool Allah ka model to aap Rasool Allah ko final prophet samjhiye lekin jahan tak model ki baat hai har prophet ko model samjhiye</w:t>
      </w:r>
    </w:p>
    <w:p>
      <w:pPr>
        <w:jc w:val="right"/>
      </w:pPr>
      <w:r>
        <w:t>ہر ماڈل ہمارا ماڈل ہے ہر پرافٹ کا ماڈل ہمارا ماڈل ہے ہر پرافٹ کا ماڈل سچائی کا ماڈل ہے ہر پرافٹ کا ماڈل خدائی ماڈل ہے ہر پرافٹ کا ماڈل اتنی صحیح ہے اتنی میری ہے جتنا کہ رسول اللہ کا ماڈل تو آپ رسول اللہ کو فائنل پرافٹ سمجھیے لیکن جہاں تک ماڈل کی بات ہے ہر پرافٹ کو ماڈل سمجھیے</w:t>
      </w:r>
    </w:p>
    <w:p>
      <w:r>
        <w:rPr>
          <w:b/>
        </w:rPr>
        <w:t xml:space="preserve">[1:17:01] </w:t>
      </w:r>
      <w:r>
        <w:t>yeh kitne bari musalman blind gali mein pade hue hain blind gali mein andhi gali mein phanse hue hain direct direction less ho rahe hain kehte hain ke min nabda unhein pata hi nahi kahan se shuru karain zindagi ko direction less ho rahe hain kyun ke model gum ho gaya un se sari dunya ke musalman blind gali mein pade hue hain</w:t>
      </w:r>
    </w:p>
    <w:p>
      <w:pPr>
        <w:jc w:val="right"/>
      </w:pPr>
      <w:r>
        <w:t>یہ کتنے بڑی مسلمان بلائنڈ گلی میں پڑے ہوئے ہیں بلائنڈ گلی میں اندھی گلی میں پھنسے ہوئے ہیں ڈائریکٹ ڈائریکشن لیس ہو رہے ہیں کہتے ہیں کہ من النبدہ انہیں پتہ ہی نہیں کہاں سے شروع کرائیں زندگی کو ڈائریکشن لیس ہو رہے ہیں کیونکہ ماڈل گم ہو گیا ان سے ساری دنیا کے مسلمان بلائنڈ گلی میں پڑے ہوئے ہیں</w:t>
      </w:r>
    </w:p>
    <w:p>
      <w:r>
        <w:rPr>
          <w:b/>
        </w:rPr>
        <w:t xml:space="preserve">[1:17:25] </w:t>
      </w:r>
      <w:r>
        <w:t>to ek hi formula ko pakriye ke Rasool Allah aap ke liye final prophet hain lekin jahan tak model ki baat hai sare sare prophet ka model maujood hai un se roshni lijiye aur apni zindagi ko phir se re planning kijiye</w:t>
      </w:r>
    </w:p>
    <w:p>
      <w:pPr>
        <w:jc w:val="right"/>
      </w:pPr>
      <w:r>
        <w:t>تو ایک ہی فارمولے کو پکڑیے کہ رسول اللہ آپ کے لیے فائنل پرافٹ ہیں لیکن جہاں تک ماڈل کی بات ہے سارے سارے پرافٹ کا ماڈل موجود ہے ان سے روشنی لیجئے اور اپنی زندگی کو پھر سے ری پلاننگ کیجئے</w:t>
      </w:r>
    </w:p>
    <w:p>
      <w:r>
        <w:rPr>
          <w:b/>
        </w:rPr>
        <w:t xml:space="preserve">[1:17:42] </w:t>
      </w:r>
      <w:r>
        <w:t>aqool qawli wa astaghfirullaha lakum walil jamiyeen</w:t>
      </w:r>
    </w:p>
    <w:p>
      <w:pPr>
        <w:jc w:val="right"/>
      </w:pPr>
      <w:r>
        <w:t>اقول قولی واستغفراللہ علیکم اجمعین</w:t>
      </w:r>
    </w:p>
    <w:p>
      <w:r>
        <w:rPr>
          <w:b/>
        </w:rPr>
        <w:t xml:space="preserve">[1:18:00] </w:t>
      </w:r>
      <w:r>
        <w:t>he wants to know that how can a person bring up his children how to bring up our children</w:t>
      </w:r>
    </w:p>
    <w:p>
      <w:pPr>
        <w:jc w:val="right"/>
      </w:pPr>
      <w:r>
        <w:t>ہی وانٹس ٹو نو دیٹ ہاؤ کین ا پرسن برنگ اپ ہز چلڈرن ہاؤ ٹو برنگ اپ اور چلڈرن</w:t>
      </w:r>
    </w:p>
    <w:p>
      <w:r>
        <w:rPr>
          <w:b/>
        </w:rPr>
        <w:t xml:space="preserve">[1:18:10] </w:t>
      </w:r>
      <w:r>
        <w:t>main samajhta hoon ke sirf yahi hai ke in ko laad pyar na karein jarr ki baat yahi hai laad pyar ya pampering jo hai mere nazdeek woh poison hai poison yahi asal baat hai</w:t>
      </w:r>
    </w:p>
    <w:p>
      <w:pPr>
        <w:jc w:val="right"/>
      </w:pPr>
      <w:r>
        <w:t>میں سمجھتا ہوں کہ صرف یہی ہے کہ ان کو لاڈ پیار نہ کریں جڑ کی بات یہی ہے لاڈ پیار یا پیمپرنگ جو ہے میرے نزدیک وہ پوائزن ہے پوائزن یہی اصل بات ہے</w:t>
      </w:r>
    </w:p>
    <w:p>
      <w:r>
        <w:rPr>
          <w:b/>
        </w:rPr>
        <w:t xml:space="preserve">[1:18:25] </w:t>
      </w:r>
      <w:r>
        <w:t>kuch bhi mushkil nahi hai bachon ko sambhalna lekin jhoota laad pyar jo hai jhooti pampering aaj kal baap baap ka maap ka kya soch hoti hai bachay ki har khwahish ko poora karna jo munh se nikal jaye woh poora karna is se bari main samajhta hoon ke dushmani hi nahi hai paisa manga paisa de do cheez manga cheez de do khilona manga khilone de do jo kahe woh poora kar do</w:t>
      </w:r>
    </w:p>
    <w:p>
      <w:pPr>
        <w:jc w:val="right"/>
      </w:pPr>
      <w:r>
        <w:t>کچھ بھی مشکل نہیں ہے بچوں کو سنبھالنا لیکن جھوٹا لاڈ پیار جو ہے جھوٹی پیمپرنگ اج کل باپ باپ کا ماں باپ کا کیا سوچ ہوتی ہے بچے کی ہر خواہش کو پورا کرنا جو منہ سے نکل جائے وہ پورا کرنا اس سے بڑی میں سمجھتا ہوں کہ دشمنی ہی نہیں ہے پیسہ مانگا پیسہ دے دو چیز مانگا چیز دے دو کھلونا مانگا کھلونے دے دو جو کہے وہ پورا کر دو</w:t>
      </w:r>
    </w:p>
    <w:p>
      <w:r>
        <w:rPr>
          <w:b/>
        </w:rPr>
        <w:t xml:space="preserve">[1:18:54] </w:t>
      </w:r>
      <w:r>
        <w:t>yeh laad pyar yeh pampering ke jis baap ke paas itni courage na ho ke woh reject kar sake apne bete apni to woh pooche bhi nahi ek question ek question kyun pochte hain aap main samajhta hoon bohat idhar udhar gaya hoon log is question pochte hain pampering to chhodte nahi chahte ke pampering bhi hoti rahe aur training bhi hoti rahe to aisa jhoot nature mein nahi chal sakta hai</w:t>
      </w:r>
    </w:p>
    <w:p>
      <w:pPr>
        <w:jc w:val="right"/>
      </w:pPr>
      <w:r>
        <w:t>یہ لاڈ پیار یہ پیمپرنگ کہ جس باپ کے پاس اتنی کرج نہ ہو کہ وہ ریجیکٹ کر سکے اپنے بیٹے اپنی تو وہ پوچھے بھی نہیں ایک کوئسچن ایک کوئسچن کیوں پوچھتے ہیں اپ میں سمجھتا ہوں بہت ادھر ادھر گیا ہوں لوگ اس کوئسچن پوچھتے ہیں پیمپرنگ تو چھوڑتے نہیں چاہتے کہ پیمپرنگ بھی ہوتی رہے اور ٹریننگ بھی ہوتی رہے تو ایسا جھوٹ نیچر میں نہیں چل سکتا ہے</w:t>
      </w:r>
    </w:p>
    <w:p>
      <w:r>
        <w:rPr>
          <w:b/>
        </w:rPr>
        <w:t xml:space="preserve">[1:19:21] </w:t>
      </w:r>
      <w:r>
        <w:t>aap apne bachon ko bigadna chahte hain pampering kar ke to bigadiye phir yeh koi ek question kyun pochte hain sare log yeh chahte hain ke pampering ko chhoday baghair bachay in ko trend ho jayein main samajhta hoon ke is se zyada yani koi is se zyada wishful thing bhi is se bari nahi ho sakti hai to main to sab se yahi kehta hoon ke pampering ko chodo</w:t>
      </w:r>
    </w:p>
    <w:p>
      <w:pPr>
        <w:jc w:val="right"/>
      </w:pPr>
      <w:r>
        <w:t>اپ اپنے بچوں کو بگاڑنا چاہتے ہیں پیمپرنگ کر کے تو بگاڑیے پھر یہ کوئی ایک کوئسچن کیوں پوچھتے ہیں سارے لوگ یہ چاہتے ہیں کہ پیمپرنگ کو چھوڑے بغیر بچے ان کو ٹرینڈ ہو جائیں میں سمجھتا ہوں کہ اس سے زیادہ یعنی کوئی اس سے زیادہ وش فل تھنگ بھی اس سے بڑی نہیں ہو سکتی ہے تو میں تو سب سے یہی کہتا ہوں کہ پیمپرنگ کو چھوڑو</w:t>
      </w:r>
    </w:p>
    <w:p>
      <w:r>
        <w:rPr>
          <w:b/>
        </w:rPr>
        <w:t xml:space="preserve">[1:19:50] </w:t>
      </w:r>
      <w:r>
        <w:t>bachon ko paisa nahi dena jo paisa mangay bachha jo cheez mangay ho chahay jo mangay ho aur phir chahtay hain ke ap ka bachha trend ho yani khud to aik taraf to setan bananay hain setan us ko bana rahay hain daikhen easy money ziyada buri cheez koi insan ke liye nahi easy money har maa baap apnay bachhay ko easy money faraham kartay hain</w:t>
      </w:r>
    </w:p>
    <w:p>
      <w:pPr>
        <w:jc w:val="right"/>
      </w:pPr>
      <w:r>
        <w:t>بچوں کو پیسہ نہیں دینا جو پیسہ مانگے بچہ جو چیز مانگے ہو چاہے جو مانگے ہو اور پھر چاہتے ہیں کہ اپ کا بچہ ٹرینڈ ہو یعنی خود تو ایک طرف تو سیٹن بنانے ہیں سیٹن اس کو بنا رہے ہیں دیکھیں ایزی منی زیادہ بری چیز کوئی انسان کے لیے نہیں ایزی منی ہر ماں باپ اپنے بچے کو ایزی منی فراہم کرتے ہیں</w:t>
      </w:r>
    </w:p>
    <w:p>
      <w:r>
        <w:rPr>
          <w:b/>
        </w:rPr>
        <w:t xml:space="preserve">[1:20:15] </w:t>
      </w:r>
      <w:r>
        <w:t>yani dilay mein aik sahib hain ab zinda hain abhi apni beti se kaha unhonay paisa detay huay tum hi logon ke liye jo kamatay hain tum hi koi kisi se to kamatay hain koi kama kamakar sirf bigartay hain apnay bachhon ko kama kamakar bigarna yani easy money faraham karna us ko bachhon ko pata hi nahi ke mehnat kar ke milti hain cheezain woh to munh se bolo cheezain mil gayin</w:t>
      </w:r>
    </w:p>
    <w:p>
      <w:pPr>
        <w:jc w:val="right"/>
      </w:pPr>
      <w:r>
        <w:t>یعنی دلے میں ایک صاحب ہیں اب زندہ ہیں ابھی اپنی بیٹی سے کہا انہوں نے پیسہ دیتے ہوئے تم ہی لوگوں کے لیے جو کماتے ہیں تم ہی کوئی کسی سے تو کماتے ہیں کوئی کما کما کر صرف بگاڑتے ہیں اپنے بچوں کو کما کما کر بگاڑنا یعنی ایزی منی فراہم کرنا اس کو بچوں کو پتہ ہی نہیں کہ محنت کر کے ملتی ہیں چیزیں وہ تو منہ سے بولو چیزیں مل گئیں</w:t>
      </w:r>
    </w:p>
    <w:p>
      <w:r>
        <w:rPr>
          <w:b/>
        </w:rPr>
        <w:t xml:space="preserve">[1:20:42] </w:t>
      </w:r>
      <w:r>
        <w:t>beh-haal main to samajhta hoon ke koi doosri cheez nahi siwaye is ke ke aap pampering ko chhoden</w:t>
      </w:r>
    </w:p>
    <w:p>
      <w:pPr>
        <w:jc w:val="right"/>
      </w:pPr>
      <w:r>
        <w:t>بہرحال میں تو سمجھتا ہوں کہ کوئی دوسری چیز نہیں سوائے اس کے کہ اپ پیمپرنگ کو چھوڑیں</w:t>
      </w:r>
    </w:p>
    <w:p>
      <w:r>
        <w:rPr>
          <w:b/>
        </w:rPr>
        <w:t xml:space="preserve">[1:20:47] </w:t>
      </w:r>
      <w:r>
        <w:t>laad paar ko chhoden aur easy money na dein bachchon ko bachche mehnat karen kamayen</w:t>
      </w:r>
    </w:p>
    <w:p>
      <w:pPr>
        <w:jc w:val="right"/>
      </w:pPr>
      <w:r>
        <w:t>لاڈ پار کو چھوڑیں اور ایزی منی نہ دیں بچوں کو بچے محنت کریں کمائیں</w:t>
      </w:r>
    </w:p>
    <w:p>
      <w:r>
        <w:rPr>
          <w:b/>
        </w:rPr>
        <w:t xml:space="preserve">[1:20:55] </w:t>
      </w:r>
      <w:r>
        <w:t>kal mere paas ek sahab aaye the rampur ke woh madrasay mein padhate hain molvi hain woh</w:t>
      </w:r>
    </w:p>
    <w:p>
      <w:pPr>
        <w:jc w:val="right"/>
      </w:pPr>
      <w:r>
        <w:t>کل میرے پاس ایک صاحب ائے تھے رام پور کے وہ مدرسے میں پڑھاتے ہیں مولوی ہیں وہ</w:t>
      </w:r>
    </w:p>
    <w:p>
      <w:r>
        <w:rPr>
          <w:b/>
        </w:rPr>
        <w:t xml:space="preserve">[1:21:01] </w:t>
      </w:r>
      <w:r>
        <w:t>yahi baat ho rahi thi to main ne kaha ke bachchon ko agar aap chahte hain ke banana</w:t>
      </w:r>
    </w:p>
    <w:p>
      <w:pPr>
        <w:jc w:val="right"/>
      </w:pPr>
      <w:r>
        <w:t>یہی بات ہو رہی تھی تو میں نے کہا کہ بچوں کو اگر اپ چاہتے ہیں کہ بنانا</w:t>
      </w:r>
    </w:p>
    <w:p>
      <w:r>
        <w:rPr>
          <w:b/>
        </w:rPr>
        <w:t xml:space="preserve">[1:21:06] </w:t>
      </w:r>
      <w:r>
        <w:t>to sab se pehli cheez yeh hai ke bachchon ko paisa mat dijiye paise hi mat dijiye bachchon</w:t>
      </w:r>
    </w:p>
    <w:p>
      <w:pPr>
        <w:jc w:val="right"/>
      </w:pPr>
      <w:r>
        <w:t>تو سب سے پہلی چیز یہ ہے کہ بچوں کو پیسہ مت دیجئے پیسے ہی مت دیجئے بچوں</w:t>
      </w:r>
    </w:p>
    <w:p>
      <w:r>
        <w:rPr>
          <w:b/>
        </w:rPr>
        <w:t xml:space="preserve">[1:21:10] </w:t>
      </w:r>
      <w:r>
        <w:t>ko kahiye ke ja kamao khao</w:t>
      </w:r>
    </w:p>
    <w:p>
      <w:pPr>
        <w:jc w:val="right"/>
      </w:pPr>
      <w:r>
        <w:t>کو کہیے کہ جا کماؤ کھاؤ</w:t>
      </w:r>
    </w:p>
    <w:p>
      <w:r>
        <w:rPr>
          <w:b/>
        </w:rPr>
        <w:t xml:space="preserve">[1:21:13] </w:t>
      </w:r>
      <w:r>
        <w:t>mehnat karo sabzi becho kuch bhi karo paisa mat dijiye</w:t>
      </w:r>
    </w:p>
    <w:p>
      <w:pPr>
        <w:jc w:val="right"/>
      </w:pPr>
      <w:r>
        <w:t>محنت کرو سبزی بیچو کچھ بھی کرو پیسہ مت دیجئے</w:t>
      </w:r>
    </w:p>
    <w:p>
      <w:r>
        <w:rPr>
          <w:b/>
        </w:rPr>
        <w:t xml:space="preserve">[1:21:21] </w:t>
      </w:r>
      <w:r>
        <w:t>to khair unhonay meri baat maan li yeh baat aap se bari acha main ne pehlay un se kahi thi to unhonay kaha ke main ne chhay mahinay se pehlay yeh tha mera haal ke munh se bachhay ki mila aur bithay paisa de diya us ko to chhay mahinay pehlay unhonay kaha ke main ne bachhay ko paisa diya hi nahi yahan abhi eid guzri hai to bata rahay thay woh ke eid mein bachhay bohat kapra kapra kartay rahay main ne kapra banaya hi nahi</w:t>
      </w:r>
    </w:p>
    <w:p>
      <w:pPr>
        <w:jc w:val="right"/>
      </w:pPr>
      <w:r>
        <w:t>تو خیر انہوں نے میری بات مان لی یہ بات اپ سے بڑی اچھا میں نے پہلے ان سے کہی تھی تو انہوں نے کہا کہ میں نے چھ مہینے سے پہلے یہ تھا میرا حال کہ منہ سے بچے کی ملا اور بٹھے پیسہ دے دیا اس کو تو چھ مہینے پہلے انہوں نے کہا کہ میں نے بچے کو پیسہ دیا ہی نہیں یہاں ابھی عید گزری ہے تو بتا رہے تھے وہ کہ عید میں بچے بہت کپڑا کپڑا کرتے رہے میں نے کپڑا بنایا ہی نہیں</w:t>
      </w:r>
    </w:p>
    <w:p>
      <w:r>
        <w:rPr>
          <w:b/>
        </w:rPr>
        <w:t xml:space="preserve">[1:21:43] </w:t>
      </w:r>
      <w:r>
        <w:t>ke main kapra naya naya banaunga tumharay paas kapra jo hai us ko pehno huzoor ko pehan ke eid karo woh keh rahay thay ke itna zabardast is ka faida hua hai ke saaray bachhay meray theek ho gaye aur aik bachhay ko keh rahay thay ke us ne aik woh ke liye dukaan khol li us ki woh public call office jo hota hai aur pachas hazar rupay jama kar liya us ne isi muddat mein us position mein hoga ke ghar ki madad kare woh</w:t>
      </w:r>
    </w:p>
    <w:p>
      <w:pPr>
        <w:jc w:val="right"/>
      </w:pPr>
      <w:r>
        <w:t>کہ میں کپڑا نیا نیا بناؤں گا تمہارے پاس کپڑا جو ہے اس کو پہنو حضور کو پہن کے عید کرو وہ کہہ رہے تھے کہ اتنا زبردست اس کا فائدہ ہوا ہے کہ سارے بچے میرے ٹھیک ہو گئے اور ایک بچے کو کہہ رہے تھے کہ اس نے ایک وہ کے لیے دکان کھول لی اس کی وہ پبلک کال افس جو ہوتا ہے اور پچاس ہزار روپے جمع کر لیا اس نے اسی مدت میں اس پوزیشن میں ہوگا کہ گھر کی مدد کرے وہ</w:t>
      </w:r>
    </w:p>
    <w:p>
      <w:r>
        <w:rPr>
          <w:b/>
        </w:rPr>
        <w:t xml:space="preserve">[1:22:13] </w:t>
      </w:r>
      <w:r>
        <w:t>to beh-haal main apnay tajribay ke barabar yeh kehta hoon ke sab se buri cheez hai pampering jis ko chahiye ke apnay bachhon ko parhana hai to pampering ko chhoday</w:t>
      </w:r>
    </w:p>
    <w:p>
      <w:pPr>
        <w:jc w:val="right"/>
      </w:pPr>
      <w:r>
        <w:t>تو بہرحال میں اپنے تجربے کے برابر یہ کہتا ہوں کہ سب سے بری چیز ہے پیمپرنگ جس کو چاہیے کہ اپنے بچوں کو پڑھانا ہے تو پیمپرنگ کو چھوڑے</w:t>
      </w:r>
    </w:p>
    <w:p>
      <w:r>
        <w:rPr>
          <w:b/>
        </w:rPr>
        <w:t xml:space="preserve">[1:22:27] </w:t>
      </w:r>
      <w:r>
        <w:t>ah ten question is from doctor abro v belive that god has revealed four different books in four profits</w:t>
      </w:r>
    </w:p>
    <w:p>
      <w:pPr>
        <w:jc w:val="right"/>
      </w:pPr>
      <w:r>
        <w:t>اہ دس کوئسچن از فرام ڈاکٹر ابرو وی بیلیو دیٹ گاڈ ہیز ریویلڈ فور ڈفرنٹ بکس ان فور پرافٹس</w:t>
      </w:r>
    </w:p>
    <w:p>
      <w:r>
        <w:rPr>
          <w:b/>
        </w:rPr>
        <w:t xml:space="preserve">[1:22:36] </w:t>
      </w:r>
      <w:r>
        <w:t>and when god send the final word quran in prophet muhammad god himself abrogated the other three books how could we take examples of these books also through some light on the concept of abrogation dekhen yeh to musalmanon ka apna banawati aqeedah hai abrogate kar diya abrogate kuch bhi nahi hua yeh bilkul jhooti baat hai</w:t>
      </w:r>
    </w:p>
    <w:p>
      <w:pPr>
        <w:jc w:val="right"/>
      </w:pPr>
      <w:r>
        <w:t>اینڈ وین گاڈ سینڈ دی فائنل ورڈ قران ان پرافٹ محمد گاڈ ہم سیلف ایبروگیٹڈ دی ادر تھری بکس ہاؤ کڈ وی ٹیک ایگزیمپلز اف دیز بکس السو تھرو سم لائٹ ان دی کانسیپٹ اف ایبروگیشن دیکھیں یہ تو مسلمانوں کا اپنا بناوٹی عقیدہ ہے ایبروگیٹ کر دیا ایبروگیٹ کچھ بھی نہیں ہوا یہ بالکل جھوٹی بات ہے</w:t>
      </w:r>
    </w:p>
    <w:p>
      <w:r>
        <w:rPr>
          <w:b/>
        </w:rPr>
        <w:t xml:space="preserve">[1:23:02] </w:t>
      </w:r>
      <w:r>
        <w:t>in ki authenticity abrogate hui hai yaad rakhiye in ki teaching nahi de different there is a difference between authenticity and teaching isi liye books ki authenticity abrogate hui hai teaching abrogate nahi hui hai yaad rakhiye is ko achhi tarah se yeh bohat bari fallacy hai is mein musalman hazar saal jee rahay hain bohat bari fallacy hai woh samajhtay hain ke pichhli cheezain abrogate ho gayin to khuda ne bhi bheja tha us ko kisi aur ne bheja tha</w:t>
      </w:r>
    </w:p>
    <w:p>
      <w:pPr>
        <w:jc w:val="right"/>
      </w:pPr>
      <w:r>
        <w:t>ان کی اتھنٹیسٹی ایبروگیٹ ہوئی ہے یاد رکھیے ان کی ٹیچنگ نہیں دے ڈفرنٹ دیر از اے ڈفرنس بٹوین اتھنٹیسٹی اینڈ ٹیچنگ اسی لیے بکس کی اتھنٹیسٹی ایبروگیٹ ہوئی ہے ٹیچنگ ایبروگیٹ نہیں ہوئی ہے یاد رکھیے اس کو اچھی طرح سے یہ بہت بڑی فلیسی ہے اس میں مسلمان ہزار سال جی رہے ہیں بہت بڑی فلیسی ہے وہ سمجھتے ہیں کہ پچھلی چیزیں ایبروگیٹ ہو گئیں تو خدا نے بھی بھیجا تھا اس کو کسی اور نے بھیجا تھا</w:t>
      </w:r>
    </w:p>
    <w:p>
      <w:r>
        <w:rPr>
          <w:b/>
        </w:rPr>
        <w:t xml:space="preserve">[1:23:32] </w:t>
      </w:r>
      <w:r>
        <w:t>quran mein saaf saaf hai ke shara min al-deen ma sab nabiyon ko le kar kaha gaya ke wohi deen tum ko de diya to wohi deen jo rasool allah ko diya gaya hai wohi abrogate ho gaya aap sochiye</w:t>
      </w:r>
    </w:p>
    <w:p>
      <w:pPr>
        <w:jc w:val="right"/>
      </w:pPr>
      <w:r>
        <w:t>قران میں صاف صاف ہے کہ شرح من الدین ما سب نبیوں کو لے کر کہا گیا کہ وہی دین تم کو دے دیا تو وہی دین جو رسول اللہ کو دیا گیا ہے وہی ایبروگیٹ ہو گیا اپ سوچیے</w:t>
      </w:r>
    </w:p>
    <w:p>
      <w:r>
        <w:rPr>
          <w:b/>
        </w:rPr>
        <w:t xml:space="preserve">[1:23:51] </w:t>
      </w:r>
      <w:r>
        <w:t>yani kitni bara tazad hai yeh manna ke pichlay nabiyon ki baatein abrogate ho gayin</w:t>
      </w:r>
    </w:p>
    <w:p>
      <w:pPr>
        <w:jc w:val="right"/>
      </w:pPr>
      <w:r>
        <w:t>یعنی کتنی بڑا تضاد ہے یہ ماننا کہ پچھلے نبیوں کی باتیں ایبروگیٹ ہو گئی</w:t>
      </w:r>
    </w:p>
    <w:p>
      <w:r>
        <w:rPr>
          <w:b/>
        </w:rPr>
        <w:t xml:space="preserve">[1:23:57] </w:t>
      </w:r>
      <w:r>
        <w:t>to is nabi ko bhi wohi baat di gayi hai to kya yeh bhi abrogate ho gayi yaad rakhiye in ki authenticity abrogate hui hai in ki teaching abrogate nahi hui hai yani pichhli kitabon ke hawale se agar baat aap kahain to aap ko dekhna parhega ke yeh quran se takrati to nahi hai takrayegi to abrogate hai woh nahi to maan li jayegi woh usay kisi se agar kahain ke khuda teen hain to hum quran se daikhen gay milakar ke</w:t>
      </w:r>
    </w:p>
    <w:p>
      <w:pPr>
        <w:jc w:val="right"/>
      </w:pPr>
      <w:r>
        <w:t>تو اس نبی کو بھی وہی بات دی گئی ہے تو کیا یہ بھی ایبروگیٹ ہو گئی یاد رکھیے ان کی اتھنٹیسٹی ایبروگیٹ ہوئی ہے ان کی ٹیچنگ ایبروگیٹ نہیں ہوئی ہے یعنی پچھلی کتابوں کے حوالے سے اگر بات اپ کہیں تو اپ کو دیکھنا پڑے گا کہ یہ قران سے ٹکراتی تو نہیں ہے ٹکرائے گی تو ایبروگیٹ ہے وہ نہیں تو مان لی جائے گی وہ اسے کسی سے اگر کہیں کہ خدا تین ہیں تو ہم قران سے دیکھیں گے ملا کر کے</w:t>
      </w:r>
    </w:p>
    <w:p>
      <w:r>
        <w:rPr>
          <w:b/>
        </w:rPr>
        <w:t xml:space="preserve">[1:24:26] </w:t>
      </w:r>
      <w:r>
        <w:t>quran mein likha rahega qul huwa allah ahad to hum kahain gay yeh abrogate ho gaya abrogation se main nahi ke khud isa ne aisa kaha tha isa ke baaton ko le kar unhonay aisa banaya to pichhlay nabiyon ki baatein quran mein jo batayi gayi hain woh sab hamaray liye hamain follow karna hai woh sab khuda ki baatein hain woh sab rasool ki baatein hain sab quran ki baatein hain</w:t>
      </w:r>
    </w:p>
    <w:p>
      <w:pPr>
        <w:jc w:val="right"/>
      </w:pPr>
      <w:r>
        <w:t>قران میں لکھا رہے گا قلھو اللہ احد تو ہم کہیں گے یہ ایبروگیٹ ہو گیا ایبروگیشن سے میں نہیں کہ خود عیسی نے ایسا کہا تھا عیسی کے باتوں کو لے کر انہوں نے ایسا بنایا تو پچھلے نبیوں کی باتیں قران میں جو بتائی گئی ہیں وہ سب ہمارے لیے ہمیں فالو کرنا ہے وہ سب خدا کی باتیں ہیں وہ سب رسول کی باتیں ہیں سب قران کی باتیں ہیں</w:t>
      </w:r>
    </w:p>
    <w:p>
      <w:r>
        <w:rPr>
          <w:b/>
        </w:rPr>
        <w:t xml:space="preserve">[1:24:55] </w:t>
      </w:r>
      <w:r>
        <w:t>to koi kitaab abrogated nahi hui hai lekin chuki un ki historical authenticity khatam ho gayi thi is</w:t>
      </w:r>
    </w:p>
    <w:p>
      <w:pPr>
        <w:jc w:val="right"/>
      </w:pPr>
      <w:r>
        <w:t>تو کوئی کتاب ایبروگیٹ نہیں ہوئی ہے لیکن چونکہ ان کی ہسٹوریکل اتھنٹیسٹی ختم ہو گئی تھی اس</w:t>
      </w:r>
    </w:p>
    <w:p>
      <w:r>
        <w:rPr>
          <w:b/>
        </w:rPr>
        <w:t xml:space="preserve">[1:25:03] </w:t>
      </w:r>
      <w:r>
        <w:t>liye un ko aap ba taur</w:t>
      </w:r>
    </w:p>
    <w:p>
      <w:pPr>
        <w:jc w:val="right"/>
      </w:pPr>
      <w:r>
        <w:t>لیے ان کو اپ بطور</w:t>
      </w:r>
    </w:p>
    <w:p>
      <w:r>
        <w:rPr>
          <w:b/>
        </w:rPr>
        <w:t xml:space="preserve">[1:25:06] </w:t>
      </w:r>
      <w:r>
        <w:t>yani reference ke nahi le sakte aap</w:t>
      </w:r>
    </w:p>
    <w:p>
      <w:pPr>
        <w:jc w:val="right"/>
      </w:pPr>
      <w:r>
        <w:t>یعنی ریفرنس کے نہیں لے سکتے اپ</w:t>
      </w:r>
    </w:p>
    <w:p>
      <w:r>
        <w:rPr>
          <w:b/>
        </w:rPr>
        <w:t xml:space="preserve">[1:25:10] </w:t>
      </w:r>
      <w:r>
        <w:t>aap reference ke taur par Quran lena padega aap ko woh bhi is liye nahi ke abrogated</w:t>
      </w:r>
    </w:p>
    <w:p>
      <w:pPr>
        <w:jc w:val="right"/>
      </w:pPr>
      <w:r>
        <w:t>اپ ریفرنس کے طور پر قران لینا پڑے گا اپ کو وہ بھی اس لیے نہیں کہ ایبروگیٹ</w:t>
      </w:r>
    </w:p>
    <w:p>
      <w:r>
        <w:rPr>
          <w:b/>
        </w:rPr>
        <w:t xml:space="preserve">[1:25:15] </w:t>
      </w:r>
      <w:r>
        <w:t>ho gayi hain is liye ke un ki historical authenticity khatam ho gayi hai</w:t>
      </w:r>
    </w:p>
    <w:p>
      <w:pPr>
        <w:jc w:val="right"/>
      </w:pPr>
      <w:r>
        <w:t>ہو گئی ہیں اس لیے کہ ان کی ہسٹوریکل اتھنٹیسٹی ختم ہو گئی ہے</w:t>
      </w:r>
    </w:p>
    <w:p>
      <w:r>
        <w:rPr>
          <w:b/>
        </w:rPr>
        <w:t xml:space="preserve">[1:25:21] </w:t>
      </w:r>
      <w:r>
        <w:t>ya book reference jo hai woh Quran ban gaya hai</w:t>
      </w:r>
    </w:p>
    <w:p>
      <w:pPr>
        <w:jc w:val="right"/>
      </w:pPr>
      <w:r>
        <w:t>یا بک ریفرنس جو ہے وہ قران بن گیا ہے</w:t>
      </w:r>
    </w:p>
    <w:p>
      <w:r>
        <w:rPr>
          <w:b/>
        </w:rPr>
        <w:t xml:space="preserve">[1:25:25] </w:t>
      </w:r>
      <w:r>
        <w:t>asal baat yeh hai reference book ki hesiyat ab religion ke mamlay mein sirf quran ki hai reference book ki hesiyat baqi baatein sab ke sab jo hain quran mein un ka jo un ki un ki bohat sari baatein jo quran mein batayi gayi hain woh sab aaj bhi valid hain aaj bhi jaisay ke main ne kai misalain dein aap ko</w:t>
      </w:r>
    </w:p>
    <w:p>
      <w:pPr>
        <w:jc w:val="right"/>
      </w:pPr>
      <w:r>
        <w:t>اصل بات یہ ہے ریفرنس بک کی حیثیت اب ریلیجن کے معاملے میں صرف قران کی ہے ریفرنس بک کی حیثیت باقی باتیں سب کے سب جو ہیں قران میں ان کا جو ان کی ان کی بہت ساری باتیں جو قران میں بتائی گئی ہیں وہ سب اج بھی ویلڈ ہیں اج بھی جیسے کہ میں نے کئی مثالیں دیں اپ کو</w:t>
      </w:r>
    </w:p>
    <w:p>
      <w:r>
        <w:rPr>
          <w:b/>
        </w:rPr>
        <w:t xml:space="preserve">[1:25:50] </w:t>
      </w:r>
      <w:r>
        <w:t>ah ten next question is from abro aman</w:t>
      </w:r>
    </w:p>
    <w:p>
      <w:pPr>
        <w:jc w:val="right"/>
      </w:pPr>
      <w:r>
        <w:t>اہ دس نیکسٹ کوئسچن از فرام ابرو امان</w:t>
      </w:r>
    </w:p>
    <w:p>
      <w:r>
        <w:rPr>
          <w:b/>
        </w:rPr>
        <w:t xml:space="preserve">[1:25:53] </w:t>
      </w:r>
      <w:r>
        <w:t>she says that maulana you have mentioned about ah couple of prophets who are an example for us she says that could you give some more examples of a particular prophet or more prophets which talk about rights of children towards their parents and rights and duties of parents towards their children haan is surah luqman mein aap parh lijiyay</w:t>
      </w:r>
    </w:p>
    <w:p>
      <w:pPr>
        <w:jc w:val="right"/>
      </w:pPr>
      <w:r>
        <w:t>شی سیز دیٹ مولانا یو ہیو مینشن اباؤٹ اہ کپل اف پرافٹس ہو ار این ایگزیمپل فار اس شی سیز دیٹ کڈ یو گیو سم مور ایگزیمپلز اف ا پرٹیکولر پرافٹ اور مور پرافٹس وچ ٹاک اباؤٹ رائٹس اف چلڈرن ٹورڈز دیر پیرنٹس اینڈ رائٹس اینڈ ڈیوٹیز اف پیرنٹس ٹورڈز دیر چلڈرن ہاں اس سورہ لقمان میں اپ پڑھ لیجئے</w:t>
      </w:r>
    </w:p>
    <w:p>
      <w:r>
        <w:rPr>
          <w:b/>
        </w:rPr>
        <w:t xml:space="preserve">[1:26:18] </w:t>
      </w:r>
      <w:r>
        <w:t>Surah Luqman mein Hazrat Luqman jo apne bete ko jo naseehat ki hai unhon ne woh aap padh</w:t>
      </w:r>
    </w:p>
    <w:p>
      <w:pPr>
        <w:jc w:val="right"/>
      </w:pPr>
      <w:r>
        <w:t>سورہ لقمان میں حضرت لقمان جو اپنے بیٹے کو جو نصیحت کی ہے انہوں نے وہ اپ پڑھ</w:t>
      </w:r>
    </w:p>
    <w:p>
      <w:r>
        <w:rPr>
          <w:b/>
        </w:rPr>
        <w:t xml:space="preserve">[1:26:22] </w:t>
      </w:r>
      <w:r>
        <w:t>lijiye Hazrat Yaqoob ne jo naseehat ki apne bete ko woh padh lijiye Rasool Allah ke to beta</w:t>
      </w:r>
    </w:p>
    <w:p>
      <w:pPr>
        <w:jc w:val="right"/>
      </w:pPr>
      <w:r>
        <w:t>لیجئے حضرت یعقوب نے جو نصیحت کی اپنے بیٹے کو وہ پڑھ لیجئے رسول اللہ کے تو بیٹا</w:t>
      </w:r>
    </w:p>
    <w:p>
      <w:r>
        <w:rPr>
          <w:b/>
        </w:rPr>
        <w:t xml:space="preserve">[1:26:27] </w:t>
      </w:r>
      <w:r>
        <w:t>he nahi tha to kis bete se wo kehte jo baat hazrat yaqoob ne apne beton se kahi</w:t>
      </w:r>
    </w:p>
    <w:p>
      <w:pPr>
        <w:jc w:val="right"/>
      </w:pPr>
      <w:r>
        <w:t>ہی نہیں تھا تو کس بیٹے سے وہ کہتے جو بات حضرت یعقوب نے اپنے بیٹوں سے کہی</w:t>
      </w:r>
    </w:p>
    <w:p>
      <w:r>
        <w:rPr>
          <w:b/>
        </w:rPr>
        <w:t xml:space="preserve">[1:26:32] </w:t>
      </w:r>
      <w:r>
        <w:t>he quran mein maujood he jo baat luqman ne apne beton se kahi he wahi maujood he quran</w:t>
      </w:r>
    </w:p>
    <w:p>
      <w:pPr>
        <w:jc w:val="right"/>
      </w:pPr>
      <w:r>
        <w:t>ہے قران میں موجود ہے جو بات لقمان نے اپنے بیٹوں سے کہی ہے وہی موجود ہے قران</w:t>
      </w:r>
    </w:p>
    <w:p>
      <w:r>
        <w:rPr>
          <w:b/>
        </w:rPr>
        <w:t xml:space="preserve">[1:26:38] </w:t>
      </w:r>
      <w:r>
        <w:t>mein ye baat rasool allah nahi keh sakte the kyunke ap ke bete nahi the ap ke</w:t>
      </w:r>
    </w:p>
    <w:p>
      <w:pPr>
        <w:jc w:val="right"/>
      </w:pPr>
      <w:r>
        <w:t>میں یہ بات رسول اللہ نہیں کہہ سکتے تھے کیونکہ اپ کے بیٹے نہیں تھے اپ کے</w:t>
      </w:r>
    </w:p>
    <w:p>
      <w:r>
        <w:rPr>
          <w:b/>
        </w:rPr>
        <w:t xml:space="preserve">[1:26:43] </w:t>
      </w:r>
      <w:r>
        <w:t>to wo ap padhiye is se ap ko maloom ho jayega ke beton ke sath hum kya</w:t>
      </w:r>
    </w:p>
    <w:p>
      <w:pPr>
        <w:jc w:val="right"/>
      </w:pPr>
      <w:r>
        <w:t>تو وہ اپ پڑھیے اس سے اپ کو معلوم ہو جائے گا کہ بیٹوں کے ساتھ ہم کیا</w:t>
      </w:r>
    </w:p>
    <w:p>
      <w:r>
        <w:rPr>
          <w:b/>
        </w:rPr>
        <w:t xml:space="preserve">[1:26:46] </w:t>
      </w:r>
      <w:r>
        <w:t>karen kaise karen</w:t>
      </w:r>
    </w:p>
    <w:p>
      <w:pPr>
        <w:jc w:val="right"/>
      </w:pPr>
      <w:r>
        <w:t>کریں کیسے کریں</w:t>
      </w:r>
    </w:p>
    <w:p>
      <w:r>
        <w:rPr>
          <w:b/>
        </w:rPr>
        <w:t xml:space="preserve">[1:26:49] </w:t>
      </w:r>
      <w:r>
        <w:t>okay this question is from mr taqi he says that there are many things which were not there in the times of prophet in these cases who and what shall be the role model for us dekhen yahan par yeh role model ki baat nahi hai yeh ijtihad ki baat hai role you know role model ka question nahi hai yeh role model ka issue nahi hai yeh</w:t>
      </w:r>
    </w:p>
    <w:p>
      <w:pPr>
        <w:jc w:val="right"/>
      </w:pPr>
      <w:r>
        <w:t>اوکے دس کوئسچن از فرام مسٹر تقی ہی سیز دیٹ دیر ار مینی تھنگز وچ وار ناٹ دیر ان دی ٹائمز اف پرافٹ ان دیز کیسز ہو اینڈ واٹ شیل بی دی رول ماڈل فار اس دیکھیں یہاں پر یہ رول ماڈل کی بات نہیں ہے یہ اجتہاد کی بات ہے رول یو نو رول ماڈل کا کوئسچن نہیں ہے یہ رول ماڈل کا ایشو نہیں ہے یہ</w:t>
      </w:r>
    </w:p>
    <w:p>
      <w:r>
        <w:rPr>
          <w:b/>
        </w:rPr>
        <w:t xml:space="preserve">[1:27:17] </w:t>
      </w:r>
      <w:r>
        <w:t>jo cheez is zamanay mein nahi thi ab samnay aayi hai to wahan par hum ijtihad karain gay jaisay misal ke tor par quran mein hai ke ghoray tayyar karo jang ke liye to us zamanay mein jang jo hoti thi war jo hoti thi war ke liye ghoray bohat important thay woh</w:t>
      </w:r>
    </w:p>
    <w:p>
      <w:pPr>
        <w:jc w:val="right"/>
      </w:pPr>
      <w:r>
        <w:t>جو چیز اس زمانے میں نہیں تھی اب سامنے ائی ہے تو وہاں پر ہم اجتہاد کریں گے جیسے مثال کے طور پر قران میں ہے کہ گھوڑے تیار کرو جنگ کے لیے تو اس زمانے میں جنگ جو ہوتی تھی وار جو ہوتی تھی وار کے لیے گھوڑے بہت امپورٹنٹ تھے وہ</w:t>
      </w:r>
    </w:p>
    <w:p>
      <w:r>
        <w:rPr>
          <w:b/>
        </w:rPr>
        <w:t xml:space="preserve">[1:27:41] </w:t>
      </w:r>
      <w:r>
        <w:t>to ab jo hai halaat badal gaye ab ghora jo hai woh us ki woh value khatam ho gayi to ab hum ijtihad karain gay chunanchay ijtihad turki ke ulama ne kiya tha turki ke ulama ka ijtihad sari dunya mein maan liya gaya ke ab hum wohi karain gay yani apni army ko tayyar karne ke liye jo aj jis tarah se kiya jata hai</w:t>
      </w:r>
    </w:p>
    <w:p>
      <w:pPr>
        <w:jc w:val="right"/>
      </w:pPr>
      <w:r>
        <w:t>تو اب جو ہے حالات بدل گئے اب گھوڑا جو ہے وہ اس کی وہ ویلیو ختم ہوگئی تو اب ہم اجتہاد کریں گے چنانچہ اجتہاد ترکی کے علماء نے کیا تھا ترکی کے علماء کا اجتہاد ساری دنیا میں مان لیا گیا کہ اب ہم وہی کریں گے یعنی اپنی ارمی کو تیار کرنے کے لیے جو اج جس طرح سے کیا جاتا ہے</w:t>
      </w:r>
    </w:p>
    <w:p>
      <w:r>
        <w:rPr>
          <w:b/>
        </w:rPr>
        <w:t xml:space="preserve">[1:28:09] </w:t>
      </w:r>
      <w:r>
        <w:t>hum ghore nahi bandhenge ye ijtihad se hua ke turki ke ulma ne ijtihad kiya is mamle</w:t>
      </w:r>
    </w:p>
    <w:p>
      <w:pPr>
        <w:jc w:val="right"/>
      </w:pPr>
      <w:r>
        <w:t>ہم گھوڑے نہیں باندھیں گے یہ اجتہاد سے ہوا کہ ترکی کے علماء نے اجتہاد کیا اس معاملے</w:t>
      </w:r>
    </w:p>
    <w:p>
      <w:r>
        <w:rPr>
          <w:b/>
        </w:rPr>
        <w:t xml:space="preserve">[1:28:16] </w:t>
      </w:r>
      <w:r>
        <w:t>mein phir sare ulma ne is ko maan liya to ab sare muslim countries mein yahi ijtihad mana</w:t>
      </w:r>
    </w:p>
    <w:p>
      <w:pPr>
        <w:jc w:val="right"/>
      </w:pPr>
      <w:r>
        <w:t>میں پھر سارے علماء نے اس کو مان لیا تو اب سارے مسلم کنٹریز میں یہی اجتہاد مانا</w:t>
      </w:r>
    </w:p>
    <w:p>
      <w:r>
        <w:rPr>
          <w:b/>
        </w:rPr>
        <w:t xml:space="preserve">[1:28:22] </w:t>
      </w:r>
      <w:r>
        <w:t>jata hai to ye masla role model ka nahi hai ye masla ijtihad ka hai</w:t>
      </w:r>
    </w:p>
    <w:p>
      <w:pPr>
        <w:jc w:val="right"/>
      </w:pPr>
      <w:r>
        <w:t>جاتا ہے تو یہ مسئلہ رول ماڈل کا نہیں ہے یہ مسئلہ اجتہاد کا ہے</w:t>
      </w:r>
    </w:p>
    <w:p>
      <w:r>
        <w:rPr>
          <w:b/>
        </w:rPr>
        <w:t xml:space="preserve">[1:28:27] </w:t>
      </w:r>
      <w:r>
        <w:t>okay Maulana he also sees that there is a universal belief that the savior of humanity</w:t>
      </w:r>
    </w:p>
    <w:p>
      <w:pPr>
        <w:jc w:val="right"/>
      </w:pPr>
      <w:r>
        <w:t>اوکے مولانا ہی السو سیز دیٹ دیر از ا یونیورسل بیلیف دیٹ دی سیویئر اف ہیومینٹی</w:t>
      </w:r>
    </w:p>
    <w:p>
      <w:r>
        <w:rPr>
          <w:b/>
        </w:rPr>
        <w:t xml:space="preserve">[1:28:36] </w:t>
      </w:r>
      <w:r>
        <w:t>will save the world from evil and satan</w:t>
      </w:r>
    </w:p>
    <w:p>
      <w:pPr>
        <w:jc w:val="right"/>
      </w:pPr>
      <w:r>
        <w:t>ول سیو دی ورلڈ فرام ایول اینڈ سیٹن</w:t>
      </w:r>
    </w:p>
    <w:p>
      <w:r>
        <w:rPr>
          <w:b/>
        </w:rPr>
        <w:t xml:space="preserve">[1:28:39] </w:t>
      </w:r>
      <w:r>
        <w:t>would you elaborate this point</w:t>
      </w:r>
    </w:p>
    <w:p>
      <w:pPr>
        <w:jc w:val="right"/>
      </w:pPr>
      <w:r>
        <w:t>وڈ یو الیبریٹ دس پوائنٹ</w:t>
      </w:r>
    </w:p>
    <w:p>
      <w:r>
        <w:rPr>
          <w:b/>
        </w:rPr>
        <w:t xml:space="preserve">[1:28:43] </w:t>
      </w:r>
      <w:r>
        <w:t>kya phir se padhiye there is a universal belief that the savior of humanity will save the world</w:t>
      </w:r>
    </w:p>
    <w:p>
      <w:pPr>
        <w:jc w:val="right"/>
      </w:pPr>
      <w:r>
        <w:t>کیا پھر سے پڑھیے دیر از ا یونیورسل بیلیف دیٹ دی سیویئر اف ہیومینٹی ول سیو دی ورلڈ</w:t>
      </w:r>
    </w:p>
    <w:p>
      <w:r>
        <w:rPr>
          <w:b/>
        </w:rPr>
        <w:t xml:space="preserve">[1:28:50] </w:t>
      </w:r>
      <w:r>
        <w:t>from satan and evil</w:t>
      </w:r>
    </w:p>
    <w:p>
      <w:pPr>
        <w:jc w:val="right"/>
      </w:pPr>
      <w:r>
        <w:t>فرام سیٹن اینڈ ایول</w:t>
      </w:r>
    </w:p>
    <w:p>
      <w:r>
        <w:rPr>
          <w:b/>
        </w:rPr>
        <w:t xml:space="preserve">[1:28:53] </w:t>
      </w:r>
      <w:r>
        <w:t>what should be our duties or will be our duties in this regard</w:t>
      </w:r>
    </w:p>
    <w:p>
      <w:pPr>
        <w:jc w:val="right"/>
      </w:pPr>
      <w:r>
        <w:t>واٹ شوڈ بی ار ڈیوٹیز اور ول بی ار ڈیوٹیز ان دس ریگارڈ</w:t>
      </w:r>
    </w:p>
    <w:p>
      <w:r>
        <w:rPr>
          <w:b/>
        </w:rPr>
        <w:t xml:space="preserve">[1:28:58] </w:t>
      </w:r>
      <w:r>
        <w:t>kon savior kon he basically i think he is pointing out towards the concept of Mahdi or you</w:t>
      </w:r>
    </w:p>
    <w:p>
      <w:pPr>
        <w:jc w:val="right"/>
      </w:pPr>
      <w:r>
        <w:t>کون سیویئر کون ہے بیسکلی ائی تھنک ہی از پوائنٹنگ اؤٹ ٹورڈز دی کانسیپٹ اف مہدی اور یو</w:t>
      </w:r>
    </w:p>
    <w:p>
      <w:r>
        <w:rPr>
          <w:b/>
        </w:rPr>
        <w:t xml:space="preserve">[1:29:05] </w:t>
      </w:r>
      <w:r>
        <w:t>no a savior of humanity haan dekhen Mahdi jo he savior nahi hai</w:t>
      </w:r>
    </w:p>
    <w:p>
      <w:pPr>
        <w:jc w:val="right"/>
      </w:pPr>
      <w:r>
        <w:t>نو ا سیویئر اف ہیومینٹی ہاں دیکھیں مہدی جو ہے سیویئر نہیں ہے</w:t>
      </w:r>
    </w:p>
    <w:p>
      <w:r>
        <w:rPr>
          <w:b/>
        </w:rPr>
        <w:t xml:space="preserve">[1:29:10] </w:t>
      </w:r>
      <w:r>
        <w:t>mahdi ke maani hotay hain guided person mahdi ke maani leader ke nahi hotay yani apnay aap ko save kar kiya hua hoga na ke woh dunya ko ke liye savior banay ga mahdi jo hai us ko samajh lijiyay mahdi ka matlab kya hota hai mahdi ka matlab kya hota hai</w:t>
      </w:r>
    </w:p>
    <w:p>
      <w:pPr>
        <w:jc w:val="right"/>
      </w:pPr>
      <w:r>
        <w:t>مہدی کے معنی ہوتے ہیں گائیڈڈ پرسن مہدی کے معنی لیڈر کے نہیں ہوتے یعنی اپنے اپ کو سیو کر کیا ہوا ہوگا نہ کہ وہ دنیا کو کے لیے سیویئر بنے گا مہدی جو ہے اس کو سمجھ لیجئے مہدی کا مطلب کیا ہوتا ہے مہدی کا مطلب کیا ہوتا ہے</w:t>
      </w:r>
    </w:p>
    <w:p>
      <w:r>
        <w:rPr>
          <w:b/>
        </w:rPr>
        <w:t xml:space="preserve">[1:29:33] </w:t>
      </w:r>
      <w:r>
        <w:t>mehdi ke mani hain hidayat paya hua khud is ko sachai mili hui ho woh mehdi hadi is ke liye lafz hadi hona chahiye hadi hadi ke mani hain doosron ko sachai dene wala to mehdi jo hai us ko jo concept hai hadith mein woh doosron ko sachai dene wale kaise nahi hai yeh aise ke woh khud sachai ko paya</w:t>
      </w:r>
    </w:p>
    <w:p>
      <w:pPr>
        <w:jc w:val="right"/>
      </w:pPr>
      <w:r>
        <w:t>مہدی کے معنی ہیں ہدایت پایا ہوا خود اس کو سچائی ملی ہوئی ہو وہ مہدی ہادی اس کے لیے لفظ ہادی ہونا چاہیے ہادی ہادی کے معنی ہیں دوسروں کو سچائی دینے والا تو مہدی جو ہے اس کو جو کانسیپٹ ہے حدیث میں وہ دوسروں کو سچائی دینے والے کیسے نہیں ہے یہ ایسے کہ وہ خود سچائی کو پایا</w:t>
      </w:r>
    </w:p>
    <w:p>
      <w:r>
        <w:rPr>
          <w:b/>
        </w:rPr>
        <w:t xml:space="preserve">[1:29:54] </w:t>
      </w:r>
      <w:r>
        <w:t>hua hoga ek ek zamanay mein jab ke fitna dohaima hoga darkness har taraf phaili hui hogi darkness ke zamanay mein aye ga woh aur sachai ko woh discover karega woh hoga mehdi baqi yeh hai ke sari dunya ko causer koi ban sakta hai ya yeh yeh concept hi bilkul galat hai yeh kyun dunya jo hai khuda ne banai hai test ke liye to test ko koi abolish kar dega</w:t>
      </w:r>
    </w:p>
    <w:p>
      <w:pPr>
        <w:jc w:val="right"/>
      </w:pPr>
      <w:r>
        <w:t>ہوا ہوگا ایک ایک زمانے میں جب کہ فتنہ دوہائمہ ہوگا ڈارکنس ہر طرف پھیلی ہوئی ہوگی ڈارکنس کے زمانے میں ائے گا وہ اور سچائی کو وہ ڈسکور کرے گا وہ ہوگا مہدی باقی یہ ہے کہ ساری دنیا کو کا سیور کوئی بن سکتا ہے یا یہ یہ کانسیپٹ ہی بالکل غلط ہے یہ کیوں دنیا جو ہے خدا نے بنائی ہے ٹیسٹ کے لیے تو ٹیسٹ کو کوئی ابولش کر دے گا</w:t>
      </w:r>
    </w:p>
    <w:p>
      <w:r>
        <w:rPr>
          <w:b/>
        </w:rPr>
        <w:t xml:space="preserve">[1:30:20] </w:t>
      </w:r>
      <w:r>
        <w:t>jab test hai to freedom hai freedom hai to evil hai us ko abolish karega sirf israfel ka sur koi koi prophet hai koi mehdi abolish nahi kar sakta us ko masih bhi abolish nahi kar sakte us ko kyunke woh kyunke woh khuda ki scheme of things ko abolish karna ban jaye ga ke aise plan ko abolish karna ban jaye ga jab tak dunya hai tab tak yahan par freedom rahegi freedom tak hai to evil bhi rahegi</w:t>
      </w:r>
    </w:p>
    <w:p>
      <w:pPr>
        <w:jc w:val="right"/>
      </w:pPr>
      <w:r>
        <w:t>جب ٹیسٹ ہے تو فریڈم ہے فریڈم ہے تو ایول ہے اس کو ابولش کرے گا صرف اسرافیل کا سور کوئی کوئی پرافٹ ہے کوئی مہدی ابولش نہیں کر سکتا اس کو مسیح بھی ابولش نہیں کر سکتے اس کو کیونکہ وہ کیونکہ وہ خدا کی سکیم اف تھنگ کو ابولش کرنا بن جائے گا کہ ایسے پلان کو ابولش کرنا بن جائے گا جب تک دنیا ہے تب تک یہاں پر فریڈم رہے گی فریڈم تک ہے تو ایول بھی رہے گی</w:t>
      </w:r>
    </w:p>
    <w:p>
      <w:r>
        <w:rPr>
          <w:b/>
        </w:rPr>
        <w:t xml:space="preserve">[1:30:49] </w:t>
      </w:r>
      <w:r>
        <w:t>misuse bhi karenge log freedom ko yeh yeh concept hi galat hai bilkul ke koi aye ga jo sari dunya mein islam ki hukumat bana dega bilkul yeh yeh concept hi baseless hai bilkul jo cheez possible hai woh yeh hai ke sachai bata saka dunya ko aap sachai ko establish kar dein aap yeh possible hi nahi hai to jo cheez possible na ho target kisi ko kaise ho sakti hai</w:t>
      </w:r>
    </w:p>
    <w:p>
      <w:pPr>
        <w:jc w:val="right"/>
      </w:pPr>
      <w:r>
        <w:t>مس یوز بھی کریں گے لوگ فریڈم کو یہ یہ کانسیپٹ ہی غلط ہے بالکل کہ کوئی ائے گا جو ساری دنیا میں اسلام کی حکومت بنا دے گا بالکل یہ یہ کانسیپٹ ہی بیسلیس ہے بالکل جو چیز پاسیبل ہے وہ یہ ہے کہ سچائی بتا سکا دنیا کو اپ سچائی کو اسٹیبلش کر دیں اپ یہ پاسیبل ہی نہیں ہے تو جو چیز پاسیبل نہ ہو ٹارگٹ کسی کو کیسے ہو سکتی ہے</w:t>
      </w:r>
    </w:p>
    <w:p>
      <w:r>
        <w:rPr>
          <w:b/>
        </w:rPr>
        <w:t xml:space="preserve">[1:31:16] </w:t>
      </w:r>
      <w:r>
        <w:t>yeh jab concept jo phaila hua hai logon mein yeh bilkul baseless concept hai is ka nahi ke quran mein zikr hai nahi ke hadith mein zikr hai next question is from gresh joal molana he sees ke hazrat adam ko ishur ne direct tareeqay se hidayatein dein to kya woh hamare liye sab se zyada ideal prophet ho sakte hain</w:t>
      </w:r>
    </w:p>
    <w:p>
      <w:pPr>
        <w:jc w:val="right"/>
      </w:pPr>
      <w:r>
        <w:t>یہ جب کانسیپٹ جو پھیلا ہوا ہے لوگوں میں یہ بالکل بیسلیس کانسیپٹ ہے اس کا نہیں کہ قران میں ذکر ہے نہیں کہ حدیث میں ذکر ہے نیکسٹ کوئسچن از فرام گریش جوال مولانا ہی سیز کہ حضرت ادم کو ایشور نے ڈائریکٹ طریقے سے ہدایتیں دیں تو کیا وہ ہمارے لیے سب سے زیادہ ائیڈیل پرافٹ ہو سکتے ہیں</w:t>
      </w:r>
    </w:p>
    <w:p>
      <w:r>
        <w:rPr>
          <w:b/>
        </w:rPr>
        <w:t xml:space="preserve">[1:31:43] </w:t>
      </w:r>
      <w:r>
        <w:t>dekhein maine is se pehla bataya ke ideal prophet koi nahi hota yeh concept hi galat hai ideal final concept sahi hai ideal prophet concept is tareeqay se galat maine dekha yeh kahin yeh word use nahi hua na quran mein na hadith mein different situation mein namona different situation mein example dena hai hamein yeh hai prophet ka kaam</w:t>
      </w:r>
    </w:p>
    <w:p>
      <w:pPr>
        <w:jc w:val="right"/>
      </w:pPr>
      <w:r>
        <w:t>دیکھیں میں نے اس سے پہلا بتایا کہ ائیڈیل پرافٹ کوئی نہیں ہوتا یہ کانسیپٹ ہی غلط ہے ائیڈیل فائنل کانسیپٹ صحیح ہے ائیڈیل پرافٹ کانسیپٹ اس طریقے سے غلط میں نے دیکھا یہ کہیں یہ ورڈ یوز نہیں ہوا نہ قران میں نہ حدیث میں ڈفرنٹ سچویشن میں نمونہ ڈفرنٹ سچویشن میں ایگزیمپل دینا ہے ہمیں یہ ہے پرافٹ کا کام</w:t>
      </w:r>
    </w:p>
    <w:p>
      <w:r>
        <w:rPr>
          <w:b/>
        </w:rPr>
        <w:t xml:space="preserve">[1:32:08] </w:t>
      </w:r>
      <w:r>
        <w:t>koi ek prophet ideal ban jaye to ideal ke mani hain ke woh us ke paas woh kaam us ka sare ke sare namune hon yeh to possible nahi hai kyunke situation different hua karti hai is liye koi bhi prophet ko yeh kehna ke ideal prophet hai galat hai yeh yahi hum keh sakte hain ke yeh final prophet</w:t>
      </w:r>
    </w:p>
    <w:p>
      <w:pPr>
        <w:jc w:val="right"/>
      </w:pPr>
      <w:r>
        <w:t>کوئی ایک پرافٹ ائیڈیل بن جائے تو ائیڈیل کے معنی ہیں کہ وہ اس کے پاس وہ کام اس کا سارے کے سارے نمونے ہوں یہ تو پاسیبل نہیں ہے کیونکہ سچویشن ڈفرنٹ ہوا کرتی ہے اس لیے کوئی بھی پرافٹ کو یہ کہنا کہ ائیڈیل پرافٹ ہے غلط ہے یہ یہی ہم کہہ سکتے ہیں کہ یہ فائنل پرافٹ</w:t>
      </w:r>
    </w:p>
    <w:p>
      <w:r>
        <w:rPr>
          <w:b/>
        </w:rPr>
        <w:t xml:space="preserve">[1:32:29] </w:t>
      </w:r>
      <w:r>
        <w:t>the baki hazrat adam jo the wo prophets mein se ek wo the aur kuch cheezon ke bare</w:t>
      </w:r>
    </w:p>
    <w:p>
      <w:pPr>
        <w:jc w:val="right"/>
      </w:pPr>
      <w:r>
        <w:t>تھے باقی حضرت ادم جو تھے وہ پرافٹس میں سے ایک وہ تھے اور کچھ چیزوں کے بارے</w:t>
      </w:r>
    </w:p>
    <w:p>
      <w:r>
        <w:rPr>
          <w:b/>
        </w:rPr>
        <w:t xml:space="preserve">[1:32:34] </w:t>
      </w:r>
      <w:r>
        <w:t>mein hamare liye un ke pas bohat acha namuna hai jo shayad kisi aur prophet ka nahi hai</w:t>
      </w:r>
    </w:p>
    <w:p>
      <w:pPr>
        <w:jc w:val="right"/>
      </w:pPr>
      <w:r>
        <w:t>میں ہمارے لیے ان کے پاس بہت اچھا نمونہ ہے جو شاید کسی اور پرافٹ کا نہیں ہے</w:t>
      </w:r>
    </w:p>
    <w:p>
      <w:r>
        <w:rPr>
          <w:b/>
        </w:rPr>
        <w:t xml:space="preserve">[1:32:41] </w:t>
      </w:r>
      <w:r>
        <w:t>isi tarah har prophet ka mamla hai ye christ mein bhi kuch cheezen milti hain hum ko jo</w:t>
      </w:r>
    </w:p>
    <w:p>
      <w:pPr>
        <w:jc w:val="right"/>
      </w:pPr>
      <w:r>
        <w:t>اسی طرح ہر پرافٹ کا معاملہ ہے یہ کرائسٹ میں بھی کچھ چیزیں ملتی ہیں ہم کو جو</w:t>
      </w:r>
    </w:p>
    <w:p>
      <w:r>
        <w:rPr>
          <w:b/>
        </w:rPr>
        <w:t xml:space="preserve">[1:32:46] </w:t>
      </w:r>
      <w:r>
        <w:t>dusre ka nahi milti hain hum ko to rasool allah ke haan bhi kuch cheez milegi kuch</w:t>
      </w:r>
    </w:p>
    <w:p>
      <w:pPr>
        <w:jc w:val="right"/>
      </w:pPr>
      <w:r>
        <w:t>دوسرے کا نہیں ملتی ہیں ہم کو تو رسول اللہ کے ہاں بھی کچھ چیز ملے گی کچھ</w:t>
      </w:r>
    </w:p>
    <w:p>
      <w:r>
        <w:rPr>
          <w:b/>
        </w:rPr>
        <w:t xml:space="preserve">[1:32:50] </w:t>
      </w:r>
      <w:r>
        <w:t>cheez nahi milegi kyunke jis jis situation mein aaye wo usi ke lehaz se wo apna apna</w:t>
      </w:r>
    </w:p>
    <w:p>
      <w:pPr>
        <w:jc w:val="right"/>
      </w:pPr>
      <w:r>
        <w:t>چیز نہیں ملے گی کیونکہ جس جس سچویشن میں ائے وہ اسی کے لحاظ سے وہ اپنا اپنا</w:t>
      </w:r>
    </w:p>
    <w:p>
      <w:r>
        <w:rPr>
          <w:b/>
        </w:rPr>
        <w:t xml:space="preserve">[1:32:56] </w:t>
      </w:r>
      <w:r>
        <w:t>kaam karenge</w:t>
      </w:r>
    </w:p>
    <w:p>
      <w:pPr>
        <w:jc w:val="right"/>
      </w:pPr>
      <w:r>
        <w:t>کام کریں گے</w:t>
      </w:r>
    </w:p>
    <w:p>
      <w:r>
        <w:rPr>
          <w:b/>
        </w:rPr>
        <w:t xml:space="preserve">[1:32:59] </w:t>
      </w:r>
      <w:r>
        <w:t>sari dunya ke different situation ko woh akatha nahi kar lenge apni zindagi mein yeh to possible nahi hai to prophet of islam jo the woh final prophet the yeh hum mante hain lekin jahan tak example ki baat hai to har prophet ke haan example milta hai lekin yeh bhi main arz kar doon ke wohi example authentic hai jo quran mein mil jaye hamein kyunke book ki reference book ki hesiyat sirf</w:t>
      </w:r>
    </w:p>
    <w:p>
      <w:pPr>
        <w:jc w:val="right"/>
      </w:pPr>
      <w:r>
        <w:t>ساری دنیا کے کی ڈفرنٹ سچویشن کو وہ اکٹھا نہیں کر لیں گے اپنی زندگی میں یہ تو پاسیبل نہیں ہے تو پرافٹ اف اسلام جو تھے وہ فائنل پرافٹ تھے یہ ہم مانتے ہیں لیکن جہاں تک ایگزیمپل کی بات ہے تو ہر پرافٹ کے ہاں ایگزیمپل ملتا ہے لیکن یہ بھی میں عرض کر دوں کہ وہی ایگزیمپل اتھینٹک ہے جو قران میں مل جائے ہمیں کیونکہ بک کی ریفرنس بک کی حیثیت صرف</w:t>
      </w:r>
    </w:p>
    <w:p>
      <w:r>
        <w:rPr>
          <w:b/>
        </w:rPr>
        <w:t xml:space="preserve">[1:33:27] </w:t>
      </w:r>
      <w:r>
        <w:t>quran ko hai ab kyunke historical historically woh ek preserved book hai aap dekhiye is mein bhi aap woh na kijiye confuse mat kijiye main yeh nahi keh raha hoon ke kisi bhi kitab mein jo mazhabi kitab ho jo likha hua hai woh aap ke liye example hai main yeh nahi keh raha hoon yeh main hargiz nahi kaha hai maine</w:t>
      </w:r>
    </w:p>
    <w:p>
      <w:pPr>
        <w:jc w:val="right"/>
      </w:pPr>
      <w:r>
        <w:t>قران کو ہے اب کیونکہ ہسٹوریکل ہسٹوریکلی وہ ایک پریزروڈ بک ہے اپ دیکھیے اس میں بھی اپ وہ نہ کیجئے کنفیوز مت کیجئے میں یہ نہیں کہہ رہا ہوں کہ کسی بھی کتاب میں جو مذہبی کتاب ہو جو لکھا ہوا ہے وہ اپ کے لیے ایگزیمپل ہے میں یہ نہیں کہہ رہا ہوں یہ میں ہرگز نہیں کہا ہے میں نے</w:t>
      </w:r>
    </w:p>
    <w:p>
      <w:r>
        <w:rPr>
          <w:b/>
        </w:rPr>
        <w:t xml:space="preserve">[1:33:47] </w:t>
      </w:r>
      <w:r>
        <w:t>maine sirf yeh kaha hai ke in principle har prophet example hai hamare lekin is prophet ka wohi example valid example mana jaye ga jis ka quran mein mention maujood ho</w:t>
      </w:r>
    </w:p>
    <w:p>
      <w:pPr>
        <w:jc w:val="right"/>
      </w:pPr>
      <w:r>
        <w:t>میں نے صرف یہ کہا ہے کہ ان پرنسپل ہر پرافٹ ایگزیمپل ہے ہمارے لیکن اس پرافٹ کا وہی ایگزیمپل ویلڈ ایگزیمپل مانا جائے گا جس کا قران میں مینشن موجود ہو</w:t>
      </w:r>
    </w:p>
    <w:p>
      <w:r>
        <w:rPr>
          <w:b/>
        </w:rPr>
        <w:t xml:space="preserve">[1:34:01] </w:t>
      </w:r>
      <w:r>
        <w:t>to main yeh manta hoon ke agarchay sare prophet in principle example the lekin reference book ki hesiyat religious matters mein sirf quran ko hasil hai aur kisi bhi book ko reference book ki hesiyat hasil nahi hai</w:t>
      </w:r>
    </w:p>
    <w:p>
      <w:pPr>
        <w:jc w:val="right"/>
      </w:pPr>
      <w:r>
        <w:t>تو میں یہ مانتا ہوں کہ اگرچہ سارے پرافٹ ان پرنسپل ایگزیمپل تھے لیکن ریفرنس بک کی حیثیت ریلیجیس بیٹرز میں صرف قران کو حاصل ہے اور کسی بھی بک کو ریفرنس بک کی حیثیت حاصل نہیں ہے</w:t>
      </w:r>
    </w:p>
    <w:p>
      <w:r>
        <w:rPr>
          <w:b/>
        </w:rPr>
        <w:t xml:space="preserve">[1:34:23] </w:t>
      </w:r>
      <w:r>
        <w:t>this question is from hamid hussain</w:t>
      </w:r>
    </w:p>
    <w:p>
      <w:pPr>
        <w:jc w:val="right"/>
      </w:pPr>
      <w:r>
        <w:t>دس کوئسچن از فرام حامد حسین</w:t>
      </w:r>
    </w:p>
    <w:p>
      <w:r>
        <w:rPr>
          <w:b/>
        </w:rPr>
        <w:t xml:space="preserve">[1:34:26] </w:t>
      </w:r>
      <w:r>
        <w:t>he sees that generally it is believed that following or practicing prophets traditions is called sunnat and now he sees that</w:t>
      </w:r>
    </w:p>
    <w:p>
      <w:pPr>
        <w:jc w:val="right"/>
      </w:pPr>
      <w:r>
        <w:t>ہی سیز دیٹ جنرلی اٹ از بیلیوڈ دیٹ فالونگ اور پریکٹسنگ پرافٹس ٹریڈیشنز از کالڈ سنت اینڈ ناو ہی سیز دیٹ</w:t>
      </w:r>
    </w:p>
    <w:p>
      <w:r>
        <w:rPr>
          <w:b/>
        </w:rPr>
        <w:t xml:space="preserve">[1:34:41] </w:t>
      </w:r>
      <w:r>
        <w:t>in the changed scenario today when you are suggesting that other prophets traditions also need to be followed they are relevant</w:t>
      </w:r>
    </w:p>
    <w:p>
      <w:pPr>
        <w:jc w:val="right"/>
      </w:pPr>
      <w:r>
        <w:t>ان دی چینج سنیریو ٹوڈے وین یو ار سجیسٹنگ دیٹ ادر پرافٹس ٹریڈیشنز السو نیڈ ٹو بی فالوڈ دے ار ریلیونٹ</w:t>
      </w:r>
    </w:p>
    <w:p>
      <w:r>
        <w:rPr>
          <w:b/>
        </w:rPr>
        <w:t xml:space="preserve">[1:34:55] </w:t>
      </w:r>
      <w:r>
        <w:t>so he sees that</w:t>
      </w:r>
    </w:p>
    <w:p>
      <w:pPr>
        <w:jc w:val="right"/>
      </w:pPr>
      <w:r>
        <w:t>سو ہی سیز دیٹ</w:t>
      </w:r>
    </w:p>
    <w:p>
      <w:r>
        <w:rPr>
          <w:b/>
        </w:rPr>
        <w:t xml:space="preserve">[1:34:57] </w:t>
      </w:r>
      <w:r>
        <w:t>generally it is believed that we get sawab or or you know sawab we get if you follow</w:t>
      </w:r>
    </w:p>
    <w:p>
      <w:pPr>
        <w:jc w:val="right"/>
      </w:pPr>
      <w:r>
        <w:t>جنرلی اٹ از بیلیوڈ دیٹ وی گیٹ ثواب اور اور یو نو ثواب وی گیٹ اف یو فالو</w:t>
      </w:r>
    </w:p>
    <w:p>
      <w:r>
        <w:rPr>
          <w:b/>
        </w:rPr>
        <w:t xml:space="preserve">[1:35:04] </w:t>
      </w:r>
      <w:r>
        <w:t>prophets tradition haan it is believed among the muslims that you get reward for that sawab acha hmm</w:t>
      </w:r>
    </w:p>
    <w:p>
      <w:pPr>
        <w:jc w:val="right"/>
      </w:pPr>
      <w:r>
        <w:t>پرافٹس ٹریڈیشن ہاں اٹ از بیلیوڈ امنگ دی مسلمز دیٹ یو گیٹ ریوارڈ فار دیٹ ثواب اچھا ہمم</w:t>
      </w:r>
    </w:p>
    <w:p>
      <w:r>
        <w:rPr>
          <w:b/>
        </w:rPr>
        <w:t xml:space="preserve">[1:35:11] </w:t>
      </w:r>
      <w:r>
        <w:t>so two points are there first he would like to be explain that what sunnat is all about</w:t>
      </w:r>
    </w:p>
    <w:p>
      <w:pPr>
        <w:jc w:val="right"/>
      </w:pPr>
      <w:r>
        <w:t>سو ٹو پوائنٹس ار دیر فرسٹ ہی وڈ لائک ٹو بی ایکسپلین دیٹ واٹ سنت از ال اباؤٹ</w:t>
      </w:r>
    </w:p>
    <w:p>
      <w:r>
        <w:rPr>
          <w:b/>
        </w:rPr>
        <w:t xml:space="preserve">[1:35:16] </w:t>
      </w:r>
      <w:r>
        <w:t>and if we follow other prophets traditions also shall we be rewarded for that as well</w:t>
      </w:r>
    </w:p>
    <w:p>
      <w:pPr>
        <w:jc w:val="right"/>
      </w:pPr>
      <w:r>
        <w:t>اینڈ اف وی فالو ادر پرافٹس ٹریڈیشنز السو شیل وی بی ریوارڈڈ فار دیٹ ایز ویل</w:t>
      </w:r>
    </w:p>
    <w:p>
      <w:r>
        <w:rPr>
          <w:b/>
        </w:rPr>
        <w:t xml:space="preserve">[1:35:23] </w:t>
      </w:r>
      <w:r>
        <w:t>there no doubt about it</w:t>
      </w:r>
    </w:p>
    <w:p>
      <w:pPr>
        <w:jc w:val="right"/>
      </w:pPr>
      <w:r>
        <w:t>دیر نو ڈاؤٹ اباؤٹ اٹ</w:t>
      </w:r>
    </w:p>
    <w:p>
      <w:r>
        <w:rPr>
          <w:b/>
        </w:rPr>
        <w:t xml:space="preserve">[1:35:25] </w:t>
      </w:r>
      <w:r>
        <w:t>dekhen sawab woh hai</w:t>
      </w:r>
    </w:p>
    <w:p>
      <w:pPr>
        <w:jc w:val="right"/>
      </w:pPr>
      <w:r>
        <w:t>دیکھیں ثواب وہ ہے</w:t>
      </w:r>
    </w:p>
    <w:p>
      <w:r>
        <w:rPr>
          <w:b/>
        </w:rPr>
        <w:t xml:space="preserve">[1:35:28] </w:t>
      </w:r>
      <w:r>
        <w:t>prophet ko hum follow nahi karte hain hum khuda ko follow karte hain</w:t>
      </w:r>
    </w:p>
    <w:p>
      <w:pPr>
        <w:jc w:val="right"/>
      </w:pPr>
      <w:r>
        <w:t>پرافٹ کو ہم فالو نہیں کرتے ہیں ہم خدا کو فالو کرتے ہیں</w:t>
      </w:r>
    </w:p>
    <w:p>
      <w:r>
        <w:rPr>
          <w:b/>
        </w:rPr>
        <w:t xml:space="preserve">[1:35:32] </w:t>
      </w:r>
      <w:r>
        <w:t>aur follow toh phir represent karta hai sirf asal baat khudai ki hoti hai woh</w:t>
      </w:r>
    </w:p>
    <w:p>
      <w:pPr>
        <w:jc w:val="right"/>
      </w:pPr>
      <w:r>
        <w:t>اور فالو تو پھر ریپریزنٹ کرتا ہے صرف اصل بات خدائی کی ہوتی ہے وہ</w:t>
      </w:r>
    </w:p>
    <w:p>
      <w:r>
        <w:rPr>
          <w:b/>
        </w:rPr>
        <w:t xml:space="preserve">[1:35:39] </w:t>
      </w:r>
      <w:r>
        <w:t>yeh bhi samajh lijiye achhe tarike se wa ma ramat ramat walakin allah ramat toh prophet se jo hamein</w:t>
      </w:r>
    </w:p>
    <w:p>
      <w:pPr>
        <w:jc w:val="right"/>
      </w:pPr>
      <w:r>
        <w:t>یہ بھی سمجھ لیجئے اچھے طریقے سے وما رمت رمت ولاکن اللہ رما تو پرافٹ سے جو ہمیں</w:t>
      </w:r>
    </w:p>
    <w:p>
      <w:r>
        <w:rPr>
          <w:b/>
        </w:rPr>
        <w:t xml:space="preserve">[1:35:46] </w:t>
      </w:r>
      <w:r>
        <w:t>cheez milti hai woh uske woh isi liye important hai ke woh khuda ki baat hai woh</w:t>
      </w:r>
    </w:p>
    <w:p>
      <w:pPr>
        <w:jc w:val="right"/>
      </w:pPr>
      <w:r>
        <w:t>چیز ملتی ہے وہ اس کے وہ اسی لیے امپورٹنٹ ہے کہ وہ خدا کی بات ہے وہ</w:t>
      </w:r>
    </w:p>
    <w:p>
      <w:r>
        <w:rPr>
          <w:b/>
        </w:rPr>
        <w:t xml:space="preserve">[1:35:51] </w:t>
      </w:r>
      <w:r>
        <w:t>khuda sirf represent karta hai</w:t>
      </w:r>
    </w:p>
    <w:p>
      <w:pPr>
        <w:jc w:val="right"/>
      </w:pPr>
      <w:r>
        <w:t>خدا صرف ریپریزنٹ کرتا ہے</w:t>
      </w:r>
    </w:p>
    <w:p>
      <w:r>
        <w:rPr>
          <w:b/>
        </w:rPr>
        <w:t xml:space="preserve">[1:35:56] </w:t>
      </w:r>
      <w:r>
        <w:t>woh isi ko hali ne kaha tha mujhe diye haq ne bas itni buzurgi ke banda bhi hoon uska aur elchi bhi</w:t>
      </w:r>
    </w:p>
    <w:p>
      <w:pPr>
        <w:jc w:val="right"/>
      </w:pPr>
      <w:r>
        <w:t>وہ اسی کو حالی نے کہا تھا مجھے دیے حق نے بس اتنی بزرگی کہ بندہ بھی ہوں اس کا اور ایلچی بھی</w:t>
      </w:r>
    </w:p>
    <w:p>
      <w:r>
        <w:rPr>
          <w:b/>
        </w:rPr>
        <w:t xml:space="preserve">[1:36:07] </w:t>
      </w:r>
      <w:r>
        <w:t>musaddad sali jo bohat mashhoor kitab hai is mein yeh line hai rasoolullah ke ki taraf se ke jo quran mein khud maujood hai mana illa bashar to mujhe diye haq ne bas itni buzurgi ke banda bhi hoon uska aur elchi bhi elchi ke mani hote hain ambassador</w:t>
      </w:r>
    </w:p>
    <w:p>
      <w:pPr>
        <w:jc w:val="right"/>
      </w:pPr>
      <w:r>
        <w:t>مسدد سالی جو بہت مشہور کتاب ہے اس میں یہ لائن ہے رسول اللہ کے کی طرف سے کہ جو قران میں خود موجود ہے معنی الا بشر تو مجھے دیے حق نے بس اتنی بزرگی کہ بندہ بھی ہوں اس کا اور ایلچی بھی ایلچی کے معنی ہوتے ہیں ایمبیسڈر</w:t>
      </w:r>
    </w:p>
    <w:p>
      <w:r>
        <w:rPr>
          <w:b/>
        </w:rPr>
        <w:t xml:space="preserve">[1:36:27] </w:t>
      </w:r>
      <w:r>
        <w:t>toh prophet se jo cheez mil rahi hai uska importance is aitbaar se hai ke woh khuda</w:t>
      </w:r>
    </w:p>
    <w:p>
      <w:pPr>
        <w:jc w:val="right"/>
      </w:pPr>
      <w:r>
        <w:t>تو پرافٹ سے جو چیز مل رہی ہے اس کا امپورٹنس اس اعتبار سے ہے کہ وہ خدا</w:t>
      </w:r>
    </w:p>
    <w:p>
      <w:r>
        <w:rPr>
          <w:b/>
        </w:rPr>
        <w:t xml:space="preserve">[1:36:31] </w:t>
      </w:r>
      <w:r>
        <w:t>ki taraf se hai prophet khud khuda nahi hai hamare nazdeek</w:t>
      </w:r>
    </w:p>
    <w:p>
      <w:pPr>
        <w:jc w:val="right"/>
      </w:pPr>
      <w:r>
        <w:t>کی طرف سے ہے پرافٹ خود خدا نہیں ہے ہمارے نزدیک</w:t>
      </w:r>
    </w:p>
    <w:p>
      <w:r>
        <w:rPr>
          <w:b/>
        </w:rPr>
        <w:t xml:space="preserve">[1:36:36] </w:t>
      </w:r>
      <w:r>
        <w:t>woh prophet jo khuda ki baat laya hai yeh uski importance hai bas toh agar khuda ki</w:t>
      </w:r>
    </w:p>
    <w:p>
      <w:pPr>
        <w:jc w:val="right"/>
      </w:pPr>
      <w:r>
        <w:t>وہ پرافٹ جو خدا کی بات لایا ہے یہ اس کی امپورٹنس ہے بس تو اگر خدا کی</w:t>
      </w:r>
    </w:p>
    <w:p>
      <w:r>
        <w:rPr>
          <w:b/>
        </w:rPr>
        <w:t xml:space="preserve">[1:36:43] </w:t>
      </w:r>
      <w:r>
        <w:t>baat laane ke aitbaar se rasool allah ki baat se sawab milta hai toh pichhle prophet jo the</w:t>
      </w:r>
    </w:p>
    <w:p>
      <w:pPr>
        <w:jc w:val="right"/>
      </w:pPr>
      <w:r>
        <w:t>بات لانے کے اعتبار سے رسول اللہ کی بات سے ثواب ملتا ہے تو پچھلے پرافٹ جو تھے</w:t>
      </w:r>
    </w:p>
    <w:p>
      <w:r>
        <w:rPr>
          <w:b/>
        </w:rPr>
        <w:t xml:space="preserve">[1:36:48] </w:t>
      </w:r>
      <w:r>
        <w:t>woh bhi khuda ki baat laye the isko hum follow karein tab bhi itna hi sawab mein</w:t>
      </w:r>
    </w:p>
    <w:p>
      <w:pPr>
        <w:jc w:val="right"/>
      </w:pPr>
      <w:r>
        <w:t>وہ بھی خدا کی بات لائے تھے اس کو ہم فالو کریں تب بھی اتنا ہی ثواب میں</w:t>
      </w:r>
    </w:p>
    <w:p>
      <w:r>
        <w:rPr>
          <w:b/>
        </w:rPr>
        <w:t xml:space="preserve">[1:36:52] </w:t>
      </w:r>
      <w:r>
        <w:t>wahan milega aap ko kuch bhi kam nahi isi ke barabar sawab milega kyunke woh bhi</w:t>
      </w:r>
    </w:p>
    <w:p>
      <w:pPr>
        <w:jc w:val="right"/>
      </w:pPr>
      <w:r>
        <w:t>وہاں ملے گا اپ کو کچھ بھی کم نہیں اسی کے برابر ثواب ملے گا کیونکہ وہ بھی</w:t>
      </w:r>
    </w:p>
    <w:p>
      <w:r>
        <w:rPr>
          <w:b/>
        </w:rPr>
        <w:t xml:space="preserve">[1:36:57] </w:t>
      </w:r>
      <w:r>
        <w:t>khuda ki baat hai yeh bhi khuda ki baat hai</w:t>
      </w:r>
    </w:p>
    <w:p>
      <w:pPr>
        <w:jc w:val="right"/>
      </w:pPr>
      <w:r>
        <w:t>خدا کی بات ہے یہ بھی خدا کی بات ہے</w:t>
      </w:r>
    </w:p>
    <w:p>
      <w:r>
        <w:rPr>
          <w:b/>
        </w:rPr>
        <w:t xml:space="preserve">[1:37:00] </w:t>
      </w:r>
      <w:r>
        <w:t>this question is from anwar hussain hmm this situations and times are changing hence is it necessary to change the interpretation of islam also bilashuba accordingly bilashuba sahih bukhari mein riwayat hai ke ijtihad karo yani ijtihad ko interpretation ko phir se re interpretation ya kuch bhi karna yeh to sawab ka kaam hai sahih bukhari mein riwayat hai ke ijtihad</w:t>
      </w:r>
    </w:p>
    <w:p>
      <w:pPr>
        <w:jc w:val="right"/>
      </w:pPr>
      <w:r>
        <w:t>دس کوئسچن از فرام انور حسین ہمم دس سچویشنز اینڈ ٹائمز ار چینجنگ ہینس از اٹ نیسیسری ٹو چینج دی انٹرپریٹیشن اف اسلام السو بلاشبہ اکارڈنگلی بلاشبہ صحیح بخاری میں روایت ہے کہ اجتہاد کرو یعنی اجتہاد کو انٹرپریٹیشن کو پھر سے ری انٹرپریٹیشن یا کچھ بھی کرنا یہ تو ثواب کا کام ہے صحیح بخاری میں روایت ہے کہ اجتہاد</w:t>
      </w:r>
    </w:p>
    <w:p>
      <w:r>
        <w:rPr>
          <w:b/>
        </w:rPr>
        <w:t xml:space="preserve">[1:37:29] </w:t>
      </w:r>
      <w:r>
        <w:t>karo is mein yeh bhi baat batai gayi hai ke agar aap dobara ijtihad sahi hoga double sawab</w:t>
      </w:r>
    </w:p>
    <w:p>
      <w:pPr>
        <w:jc w:val="right"/>
      </w:pPr>
      <w:r>
        <w:t>کرو اس میں یہ بھی بات بتائی گئی ہے کہ اگر اپ دوبارہ اجتہاد صحیح ہوگا ڈبل ثواب</w:t>
      </w:r>
    </w:p>
    <w:p>
      <w:r>
        <w:rPr>
          <w:b/>
        </w:rPr>
        <w:t xml:space="preserve">[1:37:33] </w:t>
      </w:r>
      <w:r>
        <w:t>milega galat ho jayega tab ek sawab milega</w:t>
      </w:r>
    </w:p>
    <w:p>
      <w:pPr>
        <w:jc w:val="right"/>
      </w:pPr>
      <w:r>
        <w:t>ملے گا غلط ہو جائے گا تب ایک ثواب ملے گا</w:t>
      </w:r>
    </w:p>
    <w:p>
      <w:r>
        <w:rPr>
          <w:b/>
        </w:rPr>
        <w:t xml:space="preserve">[1:37:38] </w:t>
      </w:r>
      <w:r>
        <w:t>provided aap ki niyat durust ho sahi niyat agar hai toh aap hazar baar aap interpretation talash kijiye</w:t>
      </w:r>
    </w:p>
    <w:p>
      <w:pPr>
        <w:jc w:val="right"/>
      </w:pPr>
      <w:r>
        <w:t>پرووائیڈڈ اپ کی نیت درست ہو صحیح نیت اگر ہے تو اپ ہزار بار اپ انٹرپریشن تلاش کیجئے</w:t>
      </w:r>
    </w:p>
    <w:p>
      <w:r>
        <w:rPr>
          <w:b/>
        </w:rPr>
        <w:t xml:space="preserve">[1:37:46] </w:t>
      </w:r>
      <w:r>
        <w:t>is mein koi galat nahi hai islam mein sara mamla yeh hai ke aap ki niyat durust na</w:t>
      </w:r>
    </w:p>
    <w:p>
      <w:pPr>
        <w:jc w:val="right"/>
      </w:pPr>
      <w:r>
        <w:t>اس میں کوئی غلط نہیں ہے اسلام میں سارا معاملہ یہ ہے کہ اپ کی نیت درست نہ</w:t>
      </w:r>
    </w:p>
    <w:p>
      <w:r>
        <w:rPr>
          <w:b/>
        </w:rPr>
        <w:t xml:space="preserve">[1:37:51] </w:t>
      </w:r>
      <w:r>
        <w:t>ho aur aap khwah makhwah yani kisi aur wajah se interpretation talash karein yani apni galti ko sahi</w:t>
      </w:r>
    </w:p>
    <w:p>
      <w:pPr>
        <w:jc w:val="right"/>
      </w:pPr>
      <w:r>
        <w:t>ہو اور اپ خواہ مخواہ یعنی کسی اور وجہ سے انٹرپریشن تلاش کریں یعنی اپنی غلطی کو صحیح</w:t>
      </w:r>
    </w:p>
    <w:p>
      <w:r>
        <w:rPr>
          <w:b/>
        </w:rPr>
        <w:t xml:space="preserve">[1:37:58] </w:t>
      </w:r>
      <w:r>
        <w:t>saabit karne ke liye</w:t>
      </w:r>
    </w:p>
    <w:p>
      <w:pPr>
        <w:jc w:val="right"/>
      </w:pPr>
      <w:r>
        <w:t>ثابت کرنے کے لیے</w:t>
      </w:r>
    </w:p>
    <w:p>
      <w:r>
        <w:rPr>
          <w:b/>
        </w:rPr>
        <w:t xml:space="preserve">[1:38:00] </w:t>
      </w:r>
      <w:r>
        <w:t>aksar aisa hota hai ke log apni ghlat rawaiye ko sahi sabit karne ke liye interpretation karte hain woh to haram hai islam mein sach sachay dil se aur sachi niyat ke sath islam ko yani ka naya interpretation talash karna kisi badli hui situation mein yeh to ain sawab hai aap hazar bar karenge tab bhi sawab milega aap ko.</w:t>
      </w:r>
    </w:p>
    <w:p>
      <w:pPr>
        <w:jc w:val="right"/>
      </w:pPr>
      <w:r>
        <w:t>اکثر ایسا ہوتا ہے کہ لوگ اپنی غلط رویے کو صحیح ثابت کرنے کے لیے انٹرپریشن کرتے ہیں وہ تو حرام ہے اسلام میں سچ مچ سچے دل سے اور سچی نیت کے ساتھ اسلام کو یعنی کا نیا انٹرپریشن تلاش کرنا کسی بدلی ہوئی سچویشن میں یہ تو ائین ثواب ہے اپ ہزار بار کریں گے تب بھی ثواب ملے گا اپ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