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History of Peace</w:t>
      </w:r>
    </w:p>
    <w:p>
      <w:r>
        <w:t>https://www.youtube.com/watch?v=JQqjd39ZOsI</w:t>
      </w:r>
    </w:p>
    <w:p>
      <w:r>
        <w:rPr>
          <w:b/>
        </w:rPr>
        <w:t xml:space="preserve">[00:10] </w:t>
      </w:r>
      <w:r>
        <w:t>bismillah rahman rahim, wasalli allah ala nabiyil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وفقہ قولی۔</w:t>
      </w:r>
    </w:p>
    <w:p>
      <w:r>
        <w:rPr>
          <w:b/>
        </w:rPr>
        <w:t xml:space="preserve">[00:32] </w:t>
      </w:r>
      <w:r>
        <w:t>da topic</w:t>
      </w:r>
    </w:p>
    <w:p>
      <w:pPr>
        <w:jc w:val="right"/>
      </w:pPr>
      <w:r>
        <w:t>دا ٹاپک</w:t>
      </w:r>
    </w:p>
    <w:p>
      <w:r>
        <w:rPr>
          <w:b/>
        </w:rPr>
        <w:t xml:space="preserve">[00:36] </w:t>
      </w:r>
      <w:r>
        <w:t>for the—the topic for the present discussion is peace.</w:t>
      </w:r>
    </w:p>
    <w:p>
      <w:pPr>
        <w:jc w:val="right"/>
      </w:pPr>
      <w:r>
        <w:t>فار دا—دا ٹاپک فار دا پریزنٹ ڈسکشن از پیس۔</w:t>
      </w:r>
    </w:p>
    <w:p>
      <w:r>
        <w:rPr>
          <w:b/>
        </w:rPr>
        <w:t xml:space="preserve">[00:46] </w:t>
      </w:r>
      <w:r>
        <w:t>how to achieve peace in society?</w:t>
      </w:r>
    </w:p>
    <w:p>
      <w:pPr>
        <w:jc w:val="right"/>
      </w:pPr>
      <w:r>
        <w:t>ہاؤ ٹو اچیو پیس ان سوسائٹی؟</w:t>
      </w:r>
    </w:p>
    <w:p>
      <w:r>
        <w:rPr>
          <w:b/>
        </w:rPr>
        <w:t xml:space="preserve">[00:52] </w:t>
      </w:r>
      <w:r>
        <w:t>why this question? the reason is that difference is a part of nature.</w:t>
      </w:r>
    </w:p>
    <w:p>
      <w:pPr>
        <w:jc w:val="right"/>
      </w:pPr>
      <w:r>
        <w:t>وائی دس کوئسچن؟ دی ریزن از دیٹ ڈفرنس از ا پارٹ اف نیچر۔</w:t>
      </w:r>
    </w:p>
    <w:p>
      <w:r>
        <w:rPr>
          <w:b/>
        </w:rPr>
        <w:t xml:space="preserve">[01:02] </w:t>
      </w:r>
      <w:r>
        <w:t>every time there are differences among individuals, among society, and also in international life.</w:t>
      </w:r>
    </w:p>
    <w:p>
      <w:pPr>
        <w:jc w:val="right"/>
      </w:pPr>
      <w:r>
        <w:t>ایوری ٹائم دیر ار ڈفرنسز امنگ انڈیویجولز، امنگ سوسائٹی، اینڈ السو ان انٹرنیشنل لائف۔</w:t>
      </w:r>
    </w:p>
    <w:p>
      <w:r>
        <w:rPr>
          <w:b/>
        </w:rPr>
        <w:t xml:space="preserve">[01:16] </w:t>
      </w:r>
      <w:r>
        <w:t>so every time there are differences in different level. so how to</w:t>
      </w:r>
    </w:p>
    <w:p>
      <w:pPr>
        <w:jc w:val="right"/>
      </w:pPr>
      <w:r>
        <w:t>سو ایوری ٹائم دیر ار ڈفرنسز ان ڈفرنٹ لیول۔ سو ہاؤ ٹو</w:t>
      </w:r>
    </w:p>
    <w:p>
      <w:r>
        <w:rPr>
          <w:b/>
        </w:rPr>
        <w:t xml:space="preserve">[01:27] </w:t>
      </w:r>
      <w:r>
        <w:t>solve this problem? the answer of Islam to this question is that: don't try to eliminate differences,</w:t>
      </w:r>
    </w:p>
    <w:p>
      <w:pPr>
        <w:jc w:val="right"/>
      </w:pPr>
      <w:r>
        <w:t>سالو دس پرابلم؟ دا انسر اف اسلام ٹو دس کوئسچن از دیٹ: ڈونٹ ٹرائی ٹو ایلیمینیٹ ڈفرنسز،</w:t>
      </w:r>
    </w:p>
    <w:p>
      <w:r>
        <w:rPr>
          <w:b/>
        </w:rPr>
        <w:t xml:space="preserve">[01:41] </w:t>
      </w:r>
      <w:r>
        <w:t>but try to manage the differences. quran says: "asl khair, asl khair".</w:t>
      </w:r>
    </w:p>
    <w:p>
      <w:pPr>
        <w:jc w:val="right"/>
      </w:pPr>
      <w:r>
        <w:t>بٹ ٹرائی ٹو مینج دا ڈفرنسز۔ قرآن سیز: "اصل خیر، اصل خیر"۔</w:t>
      </w:r>
    </w:p>
    <w:p>
      <w:r>
        <w:rPr>
          <w:b/>
        </w:rPr>
        <w:t xml:space="preserve">[01:52] </w:t>
      </w:r>
      <w:r>
        <w:t>it means</w:t>
      </w:r>
    </w:p>
    <w:p>
      <w:pPr>
        <w:jc w:val="right"/>
      </w:pPr>
      <w:r>
        <w:t>اٹ مینز</w:t>
      </w:r>
    </w:p>
    <w:p>
      <w:r>
        <w:rPr>
          <w:b/>
        </w:rPr>
        <w:t xml:space="preserve">[01:56] </w:t>
      </w:r>
      <w:r>
        <w:t>reconciliation is the best. it means that</w:t>
      </w:r>
    </w:p>
    <w:p>
      <w:pPr>
        <w:jc w:val="right"/>
      </w:pPr>
      <w:r>
        <w:t>ریکانسیلیشن از دا بیسٹ۔ اٹ مینز دیٹ</w:t>
      </w:r>
    </w:p>
    <w:p>
      <w:r>
        <w:rPr>
          <w:b/>
        </w:rPr>
        <w:t xml:space="preserve">[02:04] </w:t>
      </w:r>
      <w:r>
        <w:t>Difference is a part of nature, but when there are differences, you have to try to adopt the course of conciliation.</w:t>
      </w:r>
    </w:p>
    <w:p>
      <w:pPr>
        <w:jc w:val="right"/>
      </w:pPr>
      <w:r>
        <w:t>ڈفرنس از ا پارٹ اف نیچر، بٹ وین دیر ار ڈفرنسز، یو ہیو ٹو ٹرائی ٹو اڈاپٹ دا کورس اف کانسیلیشن۔</w:t>
      </w:r>
    </w:p>
    <w:p>
      <w:r>
        <w:rPr>
          <w:b/>
        </w:rPr>
        <w:t xml:space="preserve">[02:21] </w:t>
      </w:r>
      <w:r>
        <w:t>you have to adopt conciliatory course of action, rather than confrontational course of action.</w:t>
      </w:r>
    </w:p>
    <w:p>
      <w:pPr>
        <w:jc w:val="right"/>
      </w:pPr>
      <w:r>
        <w:t>یو ہیو ٹو اڈاپٹ کانسیلیٹری کورس اف ایکشن، رادر دین کنفرنٹیشنل کورس اف ایکشن۔</w:t>
      </w:r>
    </w:p>
    <w:p>
      <w:r>
        <w:rPr>
          <w:b/>
        </w:rPr>
        <w:t xml:space="preserve">[02:31] </w:t>
      </w:r>
      <w:r>
        <w:t>This is the answer of Islam to this question. I can say that when people fail in managing the differences, the result is war, fighting, violence.</w:t>
      </w:r>
    </w:p>
    <w:p>
      <w:pPr>
        <w:jc w:val="right"/>
      </w:pPr>
      <w:r>
        <w:t>دس از دا انسر اف اسلام ٹو دس کوئسچن۔ ائی کین سے دیٹ وین پیپل فیل ان مینجنگ دا ڈفرنسز، دی رزلٹ از وار، فائٹنگ، وائلنس۔</w:t>
      </w:r>
    </w:p>
    <w:p>
      <w:r>
        <w:rPr>
          <w:b/>
        </w:rPr>
        <w:t xml:space="preserve">[02:55] </w:t>
      </w:r>
      <w:r>
        <w:t>but when people are able to manage the difference successfully, then there is peace.</w:t>
      </w:r>
    </w:p>
    <w:p>
      <w:pPr>
        <w:jc w:val="right"/>
      </w:pPr>
      <w:r>
        <w:t>بٹ وین پیپل ار ایبل ٹو مینج دا ڈفرنسز سکسیس فلی، دین دیر از پیس۔</w:t>
      </w:r>
    </w:p>
    <w:p>
      <w:r>
        <w:rPr>
          <w:b/>
        </w:rPr>
        <w:t xml:space="preserve">[03:07] </w:t>
      </w:r>
      <w:r>
        <w:t>So this is the—this is the—this is the peace, and this is the war.</w:t>
      </w:r>
    </w:p>
    <w:p>
      <w:pPr>
        <w:jc w:val="right"/>
      </w:pPr>
      <w:r>
        <w:t>سو دس از دا—دس از دا—دس از دا پیس، اینڈ دس از دا وار۔</w:t>
      </w:r>
    </w:p>
    <w:p>
      <w:r>
        <w:rPr>
          <w:b/>
        </w:rPr>
        <w:t xml:space="preserve">[03:20] </w:t>
      </w:r>
      <w:r>
        <w:t>It means that war is failure in difference. War is—war is the result of failure in difference management, and peace is the result of successful management of difference.</w:t>
      </w:r>
    </w:p>
    <w:p>
      <w:pPr>
        <w:jc w:val="right"/>
      </w:pPr>
      <w:r>
        <w:t>اٹ مینز دیٹ وار از فیلیر ان ڈفرنس۔ وار از—وار از دا رزلٹ اف فیلیر ان ڈفرنس مینجمنٹ، اینڈ پیس از دی رزلٹ اف سکسیس فل مینجمنٹ اف ڈفرنس۔</w:t>
      </w:r>
    </w:p>
    <w:p>
      <w:r>
        <w:rPr>
          <w:b/>
        </w:rPr>
        <w:t xml:space="preserve">[03:44] </w:t>
      </w:r>
      <w:r>
        <w:t>so you have to try to manage—you have to learn the art of difference management. if you want to establish peace, you have to learn the art of difference management.</w:t>
      </w:r>
    </w:p>
    <w:p>
      <w:pPr>
        <w:jc w:val="right"/>
      </w:pPr>
      <w:r>
        <w:t>سو یو ہیو ٹو ٹرائی ٹو مینج—یو ہیو ٹو لرن دا ارٹ اف ڈفرنس مینجمنٹ۔ اف یو وانٹ ٹو اسٹیبلش پیس، یو ہیو ٹو لرن دا ارٹ اف ڈفرنس مینجمنٹ۔</w:t>
      </w:r>
    </w:p>
    <w:p>
      <w:r>
        <w:rPr>
          <w:b/>
        </w:rPr>
        <w:t xml:space="preserve">[03:58] </w:t>
      </w:r>
      <w:r>
        <w:t>This is the only solution to this problem. According to Islam, life is like a rose tree.</w:t>
      </w:r>
    </w:p>
    <w:p>
      <w:pPr>
        <w:jc w:val="right"/>
      </w:pPr>
      <w:r>
        <w:t>دس از دا اونلی سولیوشن ٹو دس پرابلم۔ اکارڈنگ ٹو اسلام، لائف از لائک اے روس ٹری۔</w:t>
      </w:r>
    </w:p>
    <w:p>
      <w:r>
        <w:rPr>
          <w:b/>
        </w:rPr>
        <w:t xml:space="preserve">[04:10] </w:t>
      </w:r>
      <w:r>
        <w:t>you no, evri rose plant</w:t>
      </w:r>
    </w:p>
    <w:p>
      <w:pPr>
        <w:jc w:val="right"/>
      </w:pPr>
      <w:r>
        <w:t>یو نو، ایوری روس پلانٹ</w:t>
      </w:r>
    </w:p>
    <w:p>
      <w:r>
        <w:rPr>
          <w:b/>
        </w:rPr>
        <w:t xml:space="preserve">[04:16] </w:t>
      </w:r>
      <w:r>
        <w:t>his two things: flower and thorn. both are there. So</w:t>
      </w:r>
    </w:p>
    <w:p>
      <w:pPr>
        <w:jc w:val="right"/>
      </w:pPr>
      <w:r>
        <w:t>ہیز ٹو تھنگز: فلاور اینڈ تھار۔ بوتھ ار دیر۔ سو</w:t>
      </w:r>
    </w:p>
    <w:p>
      <w:r>
        <w:rPr>
          <w:b/>
        </w:rPr>
        <w:t xml:space="preserve">[04:27] </w:t>
      </w:r>
      <w:r>
        <w:t>If you want to live with flowers, you have to tolerate their. Why?</w:t>
      </w:r>
    </w:p>
    <w:p>
      <w:pPr>
        <w:jc w:val="right"/>
      </w:pPr>
      <w:r>
        <w:t>اف یو وانٹ ٹو لیو ود فلاورز، یو ہیو ٹو ٹولریٹ تھار۔ وائی؟</w:t>
      </w:r>
    </w:p>
    <w:p>
      <w:r>
        <w:rPr>
          <w:b/>
        </w:rPr>
        <w:t xml:space="preserve">[04:35] </w:t>
      </w:r>
      <w:r>
        <w:t>because thorn is also—thorn is a part of rose tree, just like flower is a part of rose tree.</w:t>
      </w:r>
    </w:p>
    <w:p>
      <w:pPr>
        <w:jc w:val="right"/>
      </w:pPr>
      <w:r>
        <w:t>بیکاز تھارن از السو—تھارن از ا پارٹ اف روس ٹری، جسٹ لائک فلاور از ا پارٹ اف روس ٹری۔</w:t>
      </w:r>
    </w:p>
    <w:p>
      <w:r>
        <w:rPr>
          <w:b/>
        </w:rPr>
        <w:t xml:space="preserve">[04:49] </w:t>
      </w:r>
      <w:r>
        <w:t>so you have no other option. you cannot eliminate thorn from the rose tree, from the rose plant.</w:t>
      </w:r>
    </w:p>
    <w:p>
      <w:pPr>
        <w:jc w:val="right"/>
      </w:pPr>
      <w:r>
        <w:t>سو یو ہیو نو ادر اپشن۔ یو کین ناٹ ایلیمینیٹ تھارن فرام دا روس ٹری، فرام دا روس پلانٹ۔</w:t>
      </w:r>
    </w:p>
    <w:p>
      <w:r>
        <w:rPr>
          <w:b/>
        </w:rPr>
        <w:t xml:space="preserve">[04:59] </w:t>
      </w:r>
      <w:r>
        <w:t>so you have to tolerate them. Otherwise, you cannot</w:t>
      </w:r>
    </w:p>
    <w:p>
      <w:pPr>
        <w:jc w:val="right"/>
      </w:pPr>
      <w:r>
        <w:t>سو یو ہیو ٹو ٹولریٹ تھارن۔ ادر وائز، یو کین ناٹ</w:t>
      </w:r>
    </w:p>
    <w:p>
      <w:r>
        <w:rPr>
          <w:b/>
        </w:rPr>
        <w:t xml:space="preserve">[05:08] </w:t>
      </w:r>
      <w:r>
        <w:t>talk flares. So don't—don't waste your time in eliminating the difference.</w:t>
      </w:r>
    </w:p>
    <w:p>
      <w:pPr>
        <w:jc w:val="right"/>
      </w:pPr>
      <w:r>
        <w:t>ٹیک فلاورز۔ سو ڈونٹ—ڈونٹ ویسٹ یور ٹائم ان ایلیمینیٹنگ دا ڈفرنسز۔</w:t>
      </w:r>
    </w:p>
    <w:p>
      <w:r>
        <w:rPr>
          <w:b/>
        </w:rPr>
        <w:t xml:space="preserve">[05:22] </w:t>
      </w:r>
      <w:r>
        <w:t>dis formula waz adopted by sofi pipl in diz wrds: "sulh kull".</w:t>
      </w:r>
    </w:p>
    <w:p>
      <w:pPr>
        <w:jc w:val="right"/>
      </w:pPr>
      <w:r>
        <w:t>دس فارمولا واز اڈاپٹڈ بائی صوفی پیپل ان دیز ورڈز: "صلح کل"۔</w:t>
      </w:r>
    </w:p>
    <w:p>
      <w:r>
        <w:rPr>
          <w:b/>
        </w:rPr>
        <w:t xml:space="preserve">[05:33] </w:t>
      </w:r>
      <w:r>
        <w:t>you know, most of the Sufi literature is in Persian.</w:t>
      </w:r>
    </w:p>
    <w:p>
      <w:pPr>
        <w:jc w:val="right"/>
      </w:pPr>
      <w:r>
        <w:t>یو نو، موسٹ اف دا صوفی لٹریچر از ان پرشین۔</w:t>
      </w:r>
    </w:p>
    <w:p>
      <w:r>
        <w:rPr>
          <w:b/>
        </w:rPr>
        <w:t xml:space="preserve">[05:43] </w:t>
      </w:r>
      <w:r>
        <w:t>so it is a Persian saying: "sulh kull". It means</w:t>
      </w:r>
    </w:p>
    <w:p>
      <w:pPr>
        <w:jc w:val="right"/>
      </w:pPr>
      <w:r>
        <w:t>سو اٹ از ا پرشین سیئنگ: "صلح کل"۔ اٹ مینز</w:t>
      </w:r>
    </w:p>
    <w:p>
      <w:r>
        <w:rPr>
          <w:b/>
        </w:rPr>
        <w:t xml:space="preserve">[05:52] </w:t>
      </w:r>
      <w:r>
        <w:t>peace with all. with all means peace with friends and foes, both. that—peace with friends and enemies, both.</w:t>
      </w:r>
    </w:p>
    <w:p>
      <w:pPr>
        <w:jc w:val="right"/>
      </w:pPr>
      <w:r>
        <w:t>پیس ود ال۔ ود ال مینز پیس ود فرینڈ اینڈ فوز، بوتھ۔ پیٹ—پیس ود فرینڈ اینڈ اینمیز، بوتھ۔</w:t>
      </w:r>
    </w:p>
    <w:p>
      <w:r>
        <w:rPr>
          <w:b/>
        </w:rPr>
        <w:t xml:space="preserve">[06:07] </w:t>
      </w:r>
      <w:r>
        <w:t>This is the only way of establishing peace in society.</w:t>
      </w:r>
    </w:p>
    <w:p>
      <w:pPr>
        <w:jc w:val="right"/>
      </w:pPr>
      <w:r>
        <w:t>دس از دا اونلی وے اف اسٹیبلشنگ پیس ان سوسائٹی۔</w:t>
      </w:r>
    </w:p>
    <w:p>
      <w:r>
        <w:rPr>
          <w:b/>
        </w:rPr>
        <w:t xml:space="preserve">[06:16] </w:t>
      </w:r>
      <w:r>
        <w:t>Now, if you read the life of the Prophet of Islam, you will find</w:t>
      </w:r>
    </w:p>
    <w:p>
      <w:pPr>
        <w:jc w:val="right"/>
      </w:pPr>
      <w:r>
        <w:t>ناو، اف یو ریڈ دا لائف اف دا پرافٹ اف اسلام، یو ویل فائنڈ</w:t>
      </w:r>
    </w:p>
    <w:p>
      <w:r>
        <w:rPr>
          <w:b/>
        </w:rPr>
        <w:t xml:space="preserve">[06:23] </w:t>
      </w:r>
      <w:r>
        <w:t>det hol life of da prafait</w:t>
      </w:r>
    </w:p>
    <w:p>
      <w:pPr>
        <w:jc w:val="right"/>
      </w:pPr>
      <w:r>
        <w:t>دیٹ ہول لائف اف دا پرافٹ</w:t>
      </w:r>
    </w:p>
    <w:p>
      <w:r>
        <w:rPr>
          <w:b/>
        </w:rPr>
        <w:t xml:space="preserve">[06:28] </w:t>
      </w:r>
      <w:r>
        <w:t>was an example of this principle.</w:t>
      </w:r>
    </w:p>
    <w:p>
      <w:pPr>
        <w:jc w:val="right"/>
      </w:pPr>
      <w:r>
        <w:t>واز ا—ا—ان ایگزیمپل اف دس پرنسپل۔</w:t>
      </w:r>
    </w:p>
    <w:p>
      <w:r>
        <w:rPr>
          <w:b/>
        </w:rPr>
        <w:t xml:space="preserve">[06:38] </w:t>
      </w:r>
      <w:r>
        <w:t>throughout his 23 years life, he always adopted this formula in individual level, and also in—in community level, and in—in when he was in a position of head of the state in Madina.</w:t>
      </w:r>
    </w:p>
    <w:p>
      <w:pPr>
        <w:jc w:val="right"/>
      </w:pPr>
      <w:r>
        <w:t>تھرو اؤٹ ہز 23 ایئرز لائف، ہی الویز اڈاپٹڈ دس فارمولا ان انڈیویجول لیول، اینڈ السو ان—ان کمیونٹی لیول، اینڈ ان—ان وین ہی واز ان ا پوزیشن اف ہیڈ اف دا اسٹیٹ ان مدینہ۔</w:t>
      </w:r>
    </w:p>
    <w:p>
      <w:r>
        <w:rPr>
          <w:b/>
        </w:rPr>
        <w:t xml:space="preserve">[07:00] </w:t>
      </w:r>
      <w:r>
        <w:t>so hir, i wud laik to giv da exampl of hudaybiya.</w:t>
      </w:r>
    </w:p>
    <w:p>
      <w:pPr>
        <w:jc w:val="right"/>
      </w:pPr>
      <w:r>
        <w:t>سو ہیر، ائی وڈ لائک ٹو گیو دا ایگزیمپل اف حدیبیہ۔</w:t>
      </w:r>
    </w:p>
    <w:p>
      <w:r>
        <w:rPr>
          <w:b/>
        </w:rPr>
        <w:t xml:space="preserve">[07:10] </w:t>
      </w:r>
      <w:r>
        <w:t>hudaybiya is a vil non ivnt in islamik histri. and also, i can say dat hudaybiya is da bast madal of—of pis.</w:t>
      </w:r>
    </w:p>
    <w:p>
      <w:pPr>
        <w:jc w:val="right"/>
      </w:pPr>
      <w:r>
        <w:t>حدیبیہ از ا ویل نون ایونٹ ان اسلامک ہسٹری۔ اینڈ السو، ائی کین سی دیٹ حدیبیہ از دا بیسٹ ماڈل اف—اف پیس۔</w:t>
      </w:r>
    </w:p>
    <w:p>
      <w:r>
        <w:rPr>
          <w:b/>
        </w:rPr>
        <w:t xml:space="preserve">[07:25] </w:t>
      </w:r>
      <w:r>
        <w:t>yani how to establish peace? If you want to know how to establish peace, you can see Hudaybiyyah.</w:t>
      </w:r>
    </w:p>
    <w:p>
      <w:pPr>
        <w:jc w:val="right"/>
      </w:pPr>
      <w:r>
        <w:t>یعنی ہاؤ ٹو اسٹیبلش پیس؟ اف یو وانٹ ٹو نو ہاؤ ٹو اسٹیبلش پیس، یو کین سی حدیبیہ۔</w:t>
      </w:r>
    </w:p>
    <w:p>
      <w:r>
        <w:rPr>
          <w:b/>
        </w:rPr>
        <w:t xml:space="preserve">[07:35] </w:t>
      </w:r>
      <w:r>
        <w:t>Hudaybiyyah was the name of a town at that time. So what happened?</w:t>
      </w:r>
    </w:p>
    <w:p>
      <w:pPr>
        <w:jc w:val="right"/>
      </w:pPr>
      <w:r>
        <w:t>حدیبیہ واز نیم اف ا ٹاؤن ایٹ دا ٹائم۔ سو واٹ ہیپن؟</w:t>
      </w:r>
    </w:p>
    <w:p>
      <w:r>
        <w:rPr>
          <w:b/>
        </w:rPr>
        <w:t xml:space="preserve">[07:45] </w:t>
      </w:r>
      <w:r>
        <w:t>prophet of islam—you know, prophet of islam declared his prophethood in makkah in 610.</w:t>
      </w:r>
    </w:p>
    <w:p>
      <w:pPr>
        <w:jc w:val="right"/>
      </w:pPr>
      <w:r>
        <w:t>پرافٹ اف اسلام—یو نو، پرافٹ اف اسلام ڈیکلیئرڈ ہز پرافٹہڈ ان مکہ ان 610۔</w:t>
      </w:r>
    </w:p>
    <w:p>
      <w:r>
        <w:rPr>
          <w:b/>
        </w:rPr>
        <w:t xml:space="preserve">[07:55] </w:t>
      </w:r>
      <w:r>
        <w:t>there—there was great hostilities. people became hostile because they were idol worshippers.</w:t>
      </w:r>
    </w:p>
    <w:p>
      <w:pPr>
        <w:jc w:val="right"/>
      </w:pPr>
      <w:r>
        <w:t>دیر—دیر واز گریٹ ہاسٹیلیٹیز۔ پیپل بیکم ہوسٹائل بیکاز دے ویر ائیڈل ورشپرز۔</w:t>
      </w:r>
    </w:p>
    <w:p>
      <w:r>
        <w:rPr>
          <w:b/>
        </w:rPr>
        <w:t xml:space="preserve">[08:05] </w:t>
      </w:r>
      <w:r>
        <w:t>and prophet of islam was prophet of tawheed. there is oneness of god. so his message was based on oneness of god.</w:t>
      </w:r>
    </w:p>
    <w:p>
      <w:pPr>
        <w:jc w:val="right"/>
      </w:pPr>
      <w:r>
        <w:t>اینڈ پرافٹ اف اسلام واز پرافٹ اف توحید۔ دیر از وننس اف گاڈ۔ سو ہز میسج واز بیسڈ ان وننس اف گاڈ۔</w:t>
      </w:r>
    </w:p>
    <w:p>
      <w:r>
        <w:rPr>
          <w:b/>
        </w:rPr>
        <w:t xml:space="preserve">[08:15] </w:t>
      </w:r>
      <w:r>
        <w:t>and those makkan people were worshippers of idols. so they became hostile. then they became enemy.</w:t>
      </w:r>
    </w:p>
    <w:p>
      <w:pPr>
        <w:jc w:val="right"/>
      </w:pPr>
      <w:r>
        <w:t>اینڈ دوز میکن پیپل ویر ورشپرز اف ائیڈلز۔ سو دے بیکم ہوسٹائل۔ دین دے بیکم اینمی۔</w:t>
      </w:r>
    </w:p>
    <w:p>
      <w:r>
        <w:rPr>
          <w:b/>
        </w:rPr>
        <w:t xml:space="preserve">[08:29] </w:t>
      </w:r>
      <w:r>
        <w:t>and prophet of islam always avoided confrontation. inspite all those atrocities, prophet never indulge in fighting.</w:t>
      </w:r>
    </w:p>
    <w:p>
      <w:pPr>
        <w:jc w:val="right"/>
      </w:pPr>
      <w:r>
        <w:t>اینڈ پرافٹ اف اسلام الویز اوائیڈڈ کنفرنٹیشن۔ انسپائٹ ال دوز ایٹروسیٹیز، پرافٹ نیور انڈلج ان فائٹنگ۔</w:t>
      </w:r>
    </w:p>
    <w:p>
      <w:r>
        <w:rPr>
          <w:b/>
        </w:rPr>
        <w:t xml:space="preserve">[08:45] </w:t>
      </w:r>
      <w:r>
        <w:t>he always adopted the principle of tolerance. then in the last resort, prophet migrated from makkah, and he settled in madinah.</w:t>
      </w:r>
    </w:p>
    <w:p>
      <w:pPr>
        <w:jc w:val="right"/>
      </w:pPr>
      <w:r>
        <w:t>ہی الویز اڈاپٹڈ دا پرنسپل اف ٹولرنس۔ دین ان دا لاسٹ ریسورٹ، پرافٹ مائیگریٹڈ فرام مکہ، اینڈ ہی سیٹل ان مدینہ۔</w:t>
      </w:r>
    </w:p>
    <w:p>
      <w:r>
        <w:rPr>
          <w:b/>
        </w:rPr>
        <w:t xml:space="preserve">[09:06] </w:t>
      </w:r>
      <w:r>
        <w:t>but this migration was—was not also putting a stop because they became angry, and they wanted to attack madinah to eliminate islam and islamic people.</w:t>
      </w:r>
    </w:p>
    <w:p>
      <w:pPr>
        <w:jc w:val="right"/>
      </w:pPr>
      <w:r>
        <w:t>بٹ دس مائیگریشن واز—واز ناٹ السو پٹنگ ا سٹاپ بیکاز دے بیکم اینگری، اینڈ دے وانٹڈ ٹو اٹیک مدینہ ٹو ایلیمینیٹ اسلام اینڈ اسلامک پیپل۔</w:t>
      </w:r>
    </w:p>
    <w:p>
      <w:r>
        <w:rPr>
          <w:b/>
        </w:rPr>
        <w:t xml:space="preserve">[09:25] </w:t>
      </w:r>
      <w:r>
        <w:t>so also, there was distance of 300 miles</w:t>
      </w:r>
    </w:p>
    <w:p>
      <w:pPr>
        <w:jc w:val="right"/>
      </w:pPr>
      <w:r>
        <w:t>سو السو، دیر واز ڈسٹنس اف 300 مائلز</w:t>
      </w:r>
    </w:p>
    <w:p>
      <w:r>
        <w:rPr>
          <w:b/>
        </w:rPr>
        <w:t xml:space="preserve">[09:32] </w:t>
      </w:r>
      <w:r>
        <w:t>between makkah and madinah. there—there were 300 miles. so they attacked madinah several times.</w:t>
      </w:r>
    </w:p>
    <w:p>
      <w:pPr>
        <w:jc w:val="right"/>
      </w:pPr>
      <w:r>
        <w:t>بٹوین مکہ اینڈ مدینہ۔ دیر—دیر وار 300 مائلز۔ سو دے اٹیکڈ مدینہ سیورل ٹائمز۔</w:t>
      </w:r>
    </w:p>
    <w:p>
      <w:r>
        <w:rPr>
          <w:b/>
        </w:rPr>
        <w:t xml:space="preserve">[09:43] </w:t>
      </w:r>
      <w:r>
        <w:t>there was battle of badr, then there was battle of uhud, and other battles. some small and some big.</w:t>
      </w:r>
    </w:p>
    <w:p>
      <w:pPr>
        <w:jc w:val="right"/>
      </w:pPr>
      <w:r>
        <w:t>دیر واز بیٹل اف بدر، دین دیر واز بیٹل اف احد، اینڈ ادر بیٹلز۔ سم اسمال اینڈ سم بگ۔</w:t>
      </w:r>
    </w:p>
    <w:p>
      <w:r>
        <w:rPr>
          <w:b/>
        </w:rPr>
        <w:t xml:space="preserve">[09:56] </w:t>
      </w:r>
      <w:r>
        <w:t>then what happened? prophet always tried to defence. he never went to offence.</w:t>
      </w:r>
    </w:p>
    <w:p>
      <w:pPr>
        <w:jc w:val="right"/>
      </w:pPr>
      <w:r>
        <w:t>دین واٹ ہیپن؟ پرافٹ الویز ٹرائی ٹو ڈیفنس۔ ہی نیور وینٹ ٹو افنس۔</w:t>
      </w:r>
    </w:p>
    <w:p>
      <w:r>
        <w:rPr>
          <w:b/>
        </w:rPr>
        <w:t xml:space="preserve">[10:08] </w:t>
      </w:r>
      <w:r>
        <w:t>but these defence wars were unable to stop all those—all those violence, and—and—and that—and the state of war.</w:t>
      </w:r>
    </w:p>
    <w:p>
      <w:pPr>
        <w:jc w:val="right"/>
      </w:pPr>
      <w:r>
        <w:t>بٹ دیز ڈیفنسو وارز ویر ان ایبل ٹو سٹاپ ال دوز—ال دوز وائلنس، اینڈ—اینڈ—اینڈ دیٹ—اینڈ دا اسٹیٹ اف وار۔</w:t>
      </w:r>
    </w:p>
    <w:p>
      <w:r>
        <w:rPr>
          <w:b/>
        </w:rPr>
        <w:t xml:space="preserve">[10:23] </w:t>
      </w:r>
      <w:r>
        <w:t>so prophet decided to—to finalize a peace agreement. he marched from madinah to hudaybiyyah.</w:t>
      </w:r>
    </w:p>
    <w:p>
      <w:pPr>
        <w:jc w:val="right"/>
      </w:pPr>
      <w:r>
        <w:t>سو پرافٹ ڈیسائیڈڈ ٹو—ٹو فائنلائز ا پیس ایگریمنٹ۔ ہی مارچ فرام مدینہ ٹو حدیبیہ۔</w:t>
      </w:r>
    </w:p>
    <w:p>
      <w:r>
        <w:rPr>
          <w:b/>
        </w:rPr>
        <w:t xml:space="preserve">[10:37] </w:t>
      </w:r>
      <w:r>
        <w:t>hudaybiyyah was a town between makkah and madinah. so here at hudaybiyyah, he—he started negotiations.</w:t>
      </w:r>
    </w:p>
    <w:p>
      <w:pPr>
        <w:jc w:val="right"/>
      </w:pPr>
      <w:r>
        <w:t>حدیبیہ واز ا ٹاؤن بٹوین مکہ اینڈ مدینہ۔ سو ہیر ایٹ حدیبیہ، ہی—ہی اسٹارٹڈ نیگوشی ایشنز۔</w:t>
      </w:r>
    </w:p>
    <w:p>
      <w:r>
        <w:rPr>
          <w:b/>
        </w:rPr>
        <w:t xml:space="preserve">[10:55] </w:t>
      </w:r>
      <w:r>
        <w:t>these negotiations lasted up to two weeks. from one side,</w:t>
      </w:r>
    </w:p>
    <w:p>
      <w:pPr>
        <w:jc w:val="right"/>
      </w:pPr>
      <w:r>
        <w:t>دیز نیگوشی ایشنز لاسٹڈ اپ ٹو ٹو ویکس۔ فرام ون سائیڈ،</w:t>
      </w:r>
    </w:p>
    <w:p>
      <w:r>
        <w:rPr>
          <w:b/>
        </w:rPr>
        <w:t xml:space="preserve">[11:05] </w:t>
      </w:r>
      <w:r>
        <w:t>from one side, muhammad and his companions were party one, and—and they from the second side, quraish were the party two.</w:t>
      </w:r>
    </w:p>
    <w:p>
      <w:pPr>
        <w:jc w:val="right"/>
      </w:pPr>
      <w:r>
        <w:t>فرام ون سائیڈ، محمد اینڈ ہز کمپینینٹس ویر پارٹی ون، اینڈ—اینڈ دی فرام دا سیکنڈ سائیڈ، قریش ویر دا پارٹی ٹو۔</w:t>
      </w:r>
    </w:p>
    <w:p>
      <w:r>
        <w:rPr>
          <w:b/>
        </w:rPr>
        <w:t xml:space="preserve">[11:17] </w:t>
      </w:r>
      <w:r>
        <w:t>so there was negotiation. but makkan people were very very stubborn. they were very very arrogant.</w:t>
      </w:r>
    </w:p>
    <w:p>
      <w:pPr>
        <w:jc w:val="right"/>
      </w:pPr>
      <w:r>
        <w:t>سو دیر واز نیگوشی ایشن۔ بٹ میکن پیپل ویر ویری ویری سٹربرنٹ۔ دے ویر ویری ویری اروگنٹ۔</w:t>
      </w:r>
    </w:p>
    <w:p>
      <w:r>
        <w:rPr>
          <w:b/>
        </w:rPr>
        <w:t xml:space="preserve">[11:28] </w:t>
      </w:r>
      <w:r>
        <w:t>so they—they presented conditions, some unilateral conditions.</w:t>
      </w:r>
    </w:p>
    <w:p>
      <w:pPr>
        <w:jc w:val="right"/>
      </w:pPr>
      <w:r>
        <w:t>سو دے—دے پریزنٹڈ کنڈیشنز، سم نیولیٹرل کنڈیشنز۔</w:t>
      </w:r>
    </w:p>
    <w:p>
      <w:r>
        <w:rPr>
          <w:b/>
        </w:rPr>
        <w:t xml:space="preserve">[11:39] </w:t>
      </w:r>
      <w:r>
        <w:t>see they were not ready to—to enter into into into a peace agreement on equal basis.</w:t>
      </w:r>
    </w:p>
    <w:p>
      <w:pPr>
        <w:jc w:val="right"/>
      </w:pPr>
      <w:r>
        <w:t>سی دے ویر ناٹ ریڈی ٹو—ٹو انٹر انٹو انٹو انٹو ا پیس ایگریمنٹ ان ایکول بیسس۔</w:t>
      </w:r>
    </w:p>
    <w:p>
      <w:r>
        <w:rPr>
          <w:b/>
        </w:rPr>
        <w:t xml:space="preserve">[11:52] </w:t>
      </w:r>
      <w:r>
        <w:t>they wanted to—to they said—they said that we are ready to—to—to finalize a peace agreement, but on our unilateral conditions.</w:t>
      </w:r>
    </w:p>
    <w:p>
      <w:pPr>
        <w:jc w:val="right"/>
      </w:pPr>
      <w:r>
        <w:t>دے وانٹڈ ٹو—ٹو دے سیڈ—دے سیڈ دیٹ وی ار ریڈی ٹو—ٹو—ٹو فائنلائز ا پیس ایگریمنٹ، بٹ ان اور نیولیٹرل کنڈیشنز۔</w:t>
      </w:r>
    </w:p>
    <w:p>
      <w:r>
        <w:rPr>
          <w:b/>
        </w:rPr>
        <w:t xml:space="preserve">[12:12] </w:t>
      </w:r>
      <w:r>
        <w:t>so prophet was so eager to establish peace that he said as: "we will finalize this peace agreement on your conditions, unilaterally." so after this kind of negotiation, there was hudaybiyyah agreement.</w:t>
      </w:r>
    </w:p>
    <w:p>
      <w:pPr>
        <w:jc w:val="right"/>
      </w:pPr>
      <w:r>
        <w:t>سو پرافٹ واز سو ایگر ٹو اسٹیبلش پیس دیٹ ہی سیڈ ایس: "وی ویل فائنلائز دس پیس ایگریمنٹ ان یور کنڈیشنز، نیولیٹرلی۔" سو افٹر دس کائنڈ اف نیگوشی ایشن، دیر واز حدیبیہ ایگریمنٹ۔</w:t>
      </w:r>
    </w:p>
    <w:p>
      <w:r>
        <w:rPr>
          <w:b/>
        </w:rPr>
        <w:t xml:space="preserve">[12:35] </w:t>
      </w:r>
      <w:r>
        <w:t>you can see this hudaybiyyah agreement in books of sirah. you can find that in this agreement, all the conditions were in favour of makkan people.</w:t>
      </w:r>
    </w:p>
    <w:p>
      <w:pPr>
        <w:jc w:val="right"/>
      </w:pPr>
      <w:r>
        <w:t>یو کین سی دس حدیبیہ ایگریمنٹ ان بکس اف سیرہ۔ یو کین فائنڈ دیٹ ان دس ایگریمنٹ، ال دا کنڈیشنز ویر ان فیور اف میکن پیپل۔</w:t>
      </w:r>
    </w:p>
    <w:p>
      <w:r>
        <w:rPr>
          <w:b/>
        </w:rPr>
        <w:t xml:space="preserve">[12:54] </w:t>
      </w:r>
      <w:r>
        <w:t>the only thing that was good in this thing—in this agreement, that according to this agreement, it was finalized that up to ten years, there will be no war between muslims and—and makkan people.</w:t>
      </w:r>
    </w:p>
    <w:p>
      <w:pPr>
        <w:jc w:val="right"/>
      </w:pPr>
      <w:r>
        <w:t>دا اونلی تھنگ دیٹ واز گڈ ان دس تھنگ—ان دس ایگریمنٹ، دیٹ اکارڈنگ ٹو دس ایگریمنٹ، اٹ واز فائنلائز دیٹ اپ ٹو ٹین ایئرز، دیر ویل بی نو وار بٹوین مسلمز اینڈ—اینڈ میکن پیپل۔</w:t>
      </w:r>
    </w:p>
    <w:p>
      <w:r>
        <w:rPr>
          <w:b/>
        </w:rPr>
        <w:t xml:space="preserve">[13:19] </w:t>
      </w:r>
      <w:r>
        <w:t>so it was an agreement. it was a no war pact. this agreement was basically a no war pact.</w:t>
      </w:r>
    </w:p>
    <w:p>
      <w:pPr>
        <w:jc w:val="right"/>
      </w:pPr>
      <w:r>
        <w:t>سو اٹ واز این ایگریمنٹ۔ اٹ واز ا نو وار پیکٹ۔ دس ایگریمنٹ واز بیسیکلی ا نو وار پیکٹ۔</w:t>
      </w:r>
    </w:p>
    <w:p>
      <w:r>
        <w:rPr>
          <w:b/>
        </w:rPr>
        <w:t xml:space="preserve">[13:31] </w:t>
      </w:r>
      <w:r>
        <w:t>so what happened? this no war pact opened new stop, new west of—of—of—of opportunities.</w:t>
      </w:r>
    </w:p>
    <w:p>
      <w:pPr>
        <w:jc w:val="right"/>
      </w:pPr>
      <w:r>
        <w:t>سو واٹ ہیپن؟ دس نو وار پیکٹ اوپن نیو سٹاپ، نیو ویسٹ اف—اف—اف—اف اپرچونیٹیز۔</w:t>
      </w:r>
    </w:p>
    <w:p>
      <w:r>
        <w:rPr>
          <w:b/>
        </w:rPr>
        <w:t xml:space="preserve">[13:49] </w:t>
      </w:r>
      <w:r>
        <w:t>When there was—when there was fighting, when there was war, there was no interaction.</w:t>
      </w:r>
    </w:p>
    <w:p>
      <w:pPr>
        <w:jc w:val="right"/>
      </w:pPr>
      <w:r>
        <w:t>وین دیر واز—وین دیر واز فائٹنگ، وین دیر واز وار، دیر واز نو انٹریکشن۔</w:t>
      </w:r>
    </w:p>
    <w:p>
      <w:r>
        <w:rPr>
          <w:b/>
        </w:rPr>
        <w:t xml:space="preserve">[13:59] </w:t>
      </w:r>
      <w:r>
        <w:t>so the work was stopped. There was no the work. You can—you know that when there are violence, there are—there hate, there are war, then it is not possible to go to Dawah.</w:t>
      </w:r>
    </w:p>
    <w:p>
      <w:pPr>
        <w:jc w:val="right"/>
      </w:pPr>
      <w:r>
        <w:t>سو دا ورک واز سٹاپڈ۔ دیر واز نو دا ورک۔ یو کین—یو نو دیٹ وین دیر ار وائلنس، دیر ار—دیر ہیٹ، دیر ار وار، دین اٹ از ناٹ پاسیبل ٹو گو ٹو داوا۔</w:t>
      </w:r>
    </w:p>
    <w:p>
      <w:r>
        <w:rPr>
          <w:b/>
        </w:rPr>
        <w:t xml:space="preserve">[14:15] </w:t>
      </w:r>
      <w:r>
        <w:t>dawah work is very—is a very sincere work, very serious work. So the work needs peace, normal situation.</w:t>
      </w:r>
    </w:p>
    <w:p>
      <w:pPr>
        <w:jc w:val="right"/>
      </w:pPr>
      <w:r>
        <w:t>داوا ورک از ویری—از ا ویری سنسیر ورک، ویری سیریس ورک۔ سو دا ورک نیڈز پیس، نارمل سچویشن۔</w:t>
      </w:r>
    </w:p>
    <w:p>
      <w:r>
        <w:rPr>
          <w:b/>
        </w:rPr>
        <w:t xml:space="preserve">[14:30] </w:t>
      </w:r>
      <w:r>
        <w:t>so to—to—to normalize the situation, Prophet agreed to this—to—to Sulah Hudaybiyyah, that was a unilateral kind of agreement.</w:t>
      </w:r>
    </w:p>
    <w:p>
      <w:pPr>
        <w:jc w:val="right"/>
      </w:pPr>
      <w:r>
        <w:t>سو ٹو—ٹو—ٹو نارملائز دا سچویشن، پرافٹ ایگریڈ ٹو دس—ٹو—ٹو صلح حدیبیہ، دیٹ واز ا یونی لیٹرل کائنڈ اف ایگریمنٹ۔</w:t>
      </w:r>
    </w:p>
    <w:p>
      <w:r>
        <w:rPr>
          <w:b/>
        </w:rPr>
        <w:t xml:space="preserve">[14:46] </w:t>
      </w:r>
      <w:r>
        <w:t>So what happened? When there was—after the finalizing this agreement, the whole thing became normal.</w:t>
      </w:r>
    </w:p>
    <w:p>
      <w:pPr>
        <w:jc w:val="right"/>
      </w:pPr>
      <w:r>
        <w:t>سو واٹ ہیپن؟ وین دیر واز—افٹر دی فائنلائزنگ دس ایگریمنٹ، دا ہول تھنگ بیکم نارمل۔</w:t>
      </w:r>
    </w:p>
    <w:p>
      <w:r>
        <w:rPr>
          <w:b/>
        </w:rPr>
        <w:t xml:space="preserve">[14:58] </w:t>
      </w:r>
      <w:r>
        <w:t>and people used to meet in a normal condition. So Hudaybiyyah agreement opened the—opened the opportunities for the work.</w:t>
      </w:r>
    </w:p>
    <w:p>
      <w:pPr>
        <w:jc w:val="right"/>
      </w:pPr>
      <w:r>
        <w:t>اینڈ پیپل یوز ٹو میٹ ان ا نارمل کنڈیشن۔ سو حدیبیہ ایگریمنٹ اوپن دا—اوپن دا اپرچونیٹیز فار دا ورک۔</w:t>
      </w:r>
    </w:p>
    <w:p>
      <w:r>
        <w:rPr>
          <w:b/>
        </w:rPr>
        <w:t xml:space="preserve">[15:16] </w:t>
      </w:r>
      <w:r>
        <w:t>So there was interaction between Makkan people and Madinah people. There was interaction of—among different tribes. During these interactions, the work began.</w:t>
      </w:r>
    </w:p>
    <w:p>
      <w:pPr>
        <w:jc w:val="right"/>
      </w:pPr>
      <w:r>
        <w:t>سو دیر واز انٹریکشن بٹوین میکن پیپل اینڈ مدینہ پیپل۔ دیر واز انٹریکشن اف—امنگ ڈفرنٹ ٹرائبس۔ ڈیورنگ دیز انٹریکشنز، دا ورک بگین۔</w:t>
      </w:r>
    </w:p>
    <w:p>
      <w:r>
        <w:rPr>
          <w:b/>
        </w:rPr>
        <w:t xml:space="preserve">[15:30] </w:t>
      </w:r>
      <w:r>
        <w:t>you know, dawa means interaction. When there is—when there is interaction, there is the work. And when there is no interaction, there is no the work.</w:t>
      </w:r>
    </w:p>
    <w:p>
      <w:pPr>
        <w:jc w:val="right"/>
      </w:pPr>
      <w:r>
        <w:t>یو نو، داوا مینز انٹریکشن۔ وین دیر از—وین دیر از انٹریکشن، دیر از دا ورک۔ اینڈ وین دیر از نو انٹریکشن، دیر از نو دا ورک۔</w:t>
      </w:r>
    </w:p>
    <w:p>
      <w:r>
        <w:rPr>
          <w:b/>
        </w:rPr>
        <w:t xml:space="preserve">[15:41] </w:t>
      </w:r>
      <w:r>
        <w:t>so Hudaybiyyah agreement basically opened the interactions</w:t>
      </w:r>
    </w:p>
    <w:p>
      <w:pPr>
        <w:jc w:val="right"/>
      </w:pPr>
      <w:r>
        <w:t>سو حدیبیہ ایگریمنٹ بیسیکلی اوپن دی انٹریکشنز</w:t>
      </w:r>
    </w:p>
    <w:p>
      <w:r>
        <w:rPr>
          <w:b/>
        </w:rPr>
        <w:t xml:space="preserve">[15:50] </w:t>
      </w:r>
      <w:r>
        <w:t>and dialogue. After this agreement, there was dialogue, there was interaction, there was meeting, there was discussions, everything.</w:t>
      </w:r>
    </w:p>
    <w:p>
      <w:pPr>
        <w:jc w:val="right"/>
      </w:pPr>
      <w:r>
        <w:t>اینڈ ڈائیلاگ۔ افٹر دس ایگریمنٹ، دیر واز ڈائیلاگ، دیر واز انٹریکشن، دیر واز میٹنگ، دیر واز ڈسکشنز، ایوری تھنگ۔</w:t>
      </w:r>
    </w:p>
    <w:p>
      <w:r>
        <w:rPr>
          <w:b/>
        </w:rPr>
        <w:t xml:space="preserve">[16:02] </w:t>
      </w:r>
      <w:r>
        <w:t>so it became very very successful in favor of Islam. within two years, within two years, people embraced Islam to such an extent that the number of Muslims became 10,000.</w:t>
      </w:r>
    </w:p>
    <w:p>
      <w:pPr>
        <w:jc w:val="right"/>
      </w:pPr>
      <w:r>
        <w:t>سو اٹ بیکم ویری ویری سکسیس فل ان فیور اف اسلام۔ ود ان ٹو ایئرز، ود ان ٹو ایئرز، پیپل ایمبریسڈ اسلام ٹو سچ اینڈ ایکسٹنٹ دیٹ دا نمبر اف مسلمز بیکم 10,000۔</w:t>
      </w:r>
    </w:p>
    <w:p>
      <w:r>
        <w:rPr>
          <w:b/>
        </w:rPr>
        <w:t xml:space="preserve">[16:23] </w:t>
      </w:r>
      <w:r>
        <w:t>you know, at the time of Hudaybiyyah, there was only 1,400 Muslims.</w:t>
      </w:r>
    </w:p>
    <w:p>
      <w:pPr>
        <w:jc w:val="right"/>
      </w:pPr>
      <w:r>
        <w:t>یو نو، ایٹ دا ٹائم اف حدیبیہ، دیر واز اونلی 1,400 مسلمز۔</w:t>
      </w:r>
    </w:p>
    <w:p>
      <w:r>
        <w:rPr>
          <w:b/>
        </w:rPr>
        <w:t xml:space="preserve">[16:33] </w:t>
      </w:r>
      <w:r>
        <w:t>1,400. but within two years, the number of Muslims became 10,000.</w:t>
      </w:r>
    </w:p>
    <w:p>
      <w:pPr>
        <w:jc w:val="right"/>
      </w:pPr>
      <w:r>
        <w:t>1,400۔ بٹ ود ان ٹو ایئرز، دا نمبر اف مسلمز بیکم 10,000۔</w:t>
      </w:r>
    </w:p>
    <w:p>
      <w:r>
        <w:rPr>
          <w:b/>
        </w:rPr>
        <w:t xml:space="preserve">[16:46] </w:t>
      </w:r>
      <w:r>
        <w:t>so merely number became deciding. after hudaybiyyah, there was no war, there was no fighting.</w:t>
      </w:r>
    </w:p>
    <w:p>
      <w:pPr>
        <w:jc w:val="right"/>
      </w:pPr>
      <w:r>
        <w:t>سو میرلی نمبر بیکم ڈیسائیڈنگ۔ افٹر حدیبیہ، دیر واز نو وار، دیر واز نو فائٹنگ۔</w:t>
      </w:r>
    </w:p>
    <w:p>
      <w:r>
        <w:rPr>
          <w:b/>
        </w:rPr>
        <w:t xml:space="preserve">[16:59] </w:t>
      </w:r>
      <w:r>
        <w:t>Muslims were—Muslims became so large in number that without any fighting, they were able to—to capture Mecca.</w:t>
      </w:r>
    </w:p>
    <w:p>
      <w:pPr>
        <w:jc w:val="right"/>
      </w:pPr>
      <w:r>
        <w:t>مسلمز ویر—مسلمز بیکم سو لارج ان نمبر دیٹ وداؤٹ اینی فائٹنگ، دے ویر ایبل ٹو—ٹو کیپچر مکہ۔</w:t>
      </w:r>
    </w:p>
    <w:p>
      <w:r>
        <w:rPr>
          <w:b/>
        </w:rPr>
        <w:t xml:space="preserve">[17:10] </w:t>
      </w:r>
      <w:r>
        <w:t>There was no bloodshed, there was no war. So according to Islam, peace is must for all kind of progress.</w:t>
      </w:r>
    </w:p>
    <w:p>
      <w:pPr>
        <w:jc w:val="right"/>
      </w:pPr>
      <w:r>
        <w:t>دیر واز نو بلڈ شیڈ، دیر واز نو وار۔ سو اکارڈنگ ٹو اسلام، پیس از مسٹ فار ال کائنڈ اف پروگریس۔</w:t>
      </w:r>
    </w:p>
    <w:p>
      <w:r>
        <w:rPr>
          <w:b/>
        </w:rPr>
        <w:t xml:space="preserve">[17:21] </w:t>
      </w:r>
      <w:r>
        <w:t>but to establish peace, it needs—it needs tolerance, sabr, and unilateral—unilateral agreement.</w:t>
      </w:r>
    </w:p>
    <w:p>
      <w:pPr>
        <w:jc w:val="right"/>
      </w:pPr>
      <w:r>
        <w:t>بٹ ٹو اسٹیبلش پیس، اٹ نیڈز—اٹ نیڈز ٹولرنس، صبر، اینڈ یونی لیٹرل—یونی لیٹرل ایگریمنٹ۔</w:t>
      </w:r>
    </w:p>
    <w:p>
      <w:r>
        <w:rPr>
          <w:b/>
        </w:rPr>
        <w:t xml:space="preserve">[17:44] </w:t>
      </w:r>
      <w:r>
        <w:t>Generally, people tend to say that nowadays, you know, nowadays, there are so many groups engaged in fighting.</w:t>
      </w:r>
    </w:p>
    <w:p>
      <w:pPr>
        <w:jc w:val="right"/>
      </w:pPr>
      <w:r>
        <w:t>جنرلی، پیپل ٹینڈ ٹو سی دیٹ ناو ایڈز، یو نو، ناو ایڈز، دیر ار سو مینی گروپس انگیج ان فائٹنگ۔</w:t>
      </w:r>
    </w:p>
    <w:p>
      <w:r>
        <w:rPr>
          <w:b/>
        </w:rPr>
        <w:t xml:space="preserve">[17:57] </w:t>
      </w:r>
      <w:r>
        <w:t>if you see that why you are fighting, why these violence, they will say that we need peace.</w:t>
      </w:r>
    </w:p>
    <w:p>
      <w:pPr>
        <w:jc w:val="right"/>
      </w:pPr>
      <w:r>
        <w:t>اف یو سی دیٹ وائی یو ار فائٹنگ، وائی دیز وائلنس، دے ویل سی دیٹ وی نیڈ پیس۔</w:t>
      </w:r>
    </w:p>
    <w:p>
      <w:r>
        <w:rPr>
          <w:b/>
        </w:rPr>
        <w:t xml:space="preserve">[18:10] </w:t>
      </w:r>
      <w:r>
        <w:t>we need peace. we ar not against the peace, but we need peace with justice. as-salam ma'al-'adil.</w:t>
      </w:r>
    </w:p>
    <w:p>
      <w:pPr>
        <w:jc w:val="right"/>
      </w:pPr>
      <w:r>
        <w:t>وی نیڈ پیس۔ وی ار ناٹ اگینسٹ دی پیس، بٹ وی نیڈ پیس ود جسٹس۔ السلام مع العادل۔</w:t>
      </w:r>
    </w:p>
    <w:p>
      <w:r>
        <w:rPr>
          <w:b/>
        </w:rPr>
        <w:t xml:space="preserve">[18:22] </w:t>
      </w:r>
      <w:r>
        <w:t>we need peace with justice. but it is wrong. wrong formula. this kind of formula is not workable.</w:t>
      </w:r>
    </w:p>
    <w:p>
      <w:pPr>
        <w:jc w:val="right"/>
      </w:pPr>
      <w:r>
        <w:t>وی نیڈ پیس ود جسٹس۔ بٹ اٹ از رونگ۔ رونگ فارمولا۔ دس کائنڈ اف فارمولا از ناٹ ورکیبل۔</w:t>
      </w:r>
    </w:p>
    <w:p>
      <w:r>
        <w:rPr>
          <w:b/>
        </w:rPr>
        <w:t xml:space="preserve">[18:36] </w:t>
      </w:r>
      <w:r>
        <w:t>you know, justice is not a part of—justice is not a direct part of peace.</w:t>
      </w:r>
    </w:p>
    <w:p>
      <w:pPr>
        <w:jc w:val="right"/>
      </w:pPr>
      <w:r>
        <w:t>یو نو، جسٹس از ناٹ ا پارٹ اف—جسٹس از ناٹ ا ڈائریکٹ پارٹ اف پیس۔</w:t>
      </w:r>
    </w:p>
    <w:p>
      <w:r>
        <w:rPr>
          <w:b/>
        </w:rPr>
        <w:t xml:space="preserve">[18:47] </w:t>
      </w:r>
      <w:r>
        <w:t>justice is not a direct part of peace. In fact, in fact, peace gives you opportunity.</w:t>
      </w:r>
    </w:p>
    <w:p>
      <w:pPr>
        <w:jc w:val="right"/>
      </w:pPr>
      <w:r>
        <w:t>جسٹس از ناٹ ا ڈائریکٹ پارٹ اف پیس۔ دا ان فیکٹ، ان فیکٹ، پیس گیوز یو اپرچونیٹی۔</w:t>
      </w:r>
    </w:p>
    <w:p>
      <w:r>
        <w:rPr>
          <w:b/>
        </w:rPr>
        <w:t xml:space="preserve">[19:00] </w:t>
      </w:r>
      <w:r>
        <w:t>When there is peace, there are opportunities, there are scopes. So peace only opens the door of opportunity.</w:t>
      </w:r>
    </w:p>
    <w:p>
      <w:pPr>
        <w:jc w:val="right"/>
      </w:pPr>
      <w:r>
        <w:t>وین دیر از پیس، دیر ار اپرچونیٹیز، دیر ار سکوپس۔ سو پیس اونلی اوپنز دا ڈور اف اپرچونیٹی۔</w:t>
      </w:r>
    </w:p>
    <w:p>
      <w:r>
        <w:rPr>
          <w:b/>
        </w:rPr>
        <w:t xml:space="preserve">[19:13] </w:t>
      </w:r>
      <w:r>
        <w:t>and by availing these opportunities, you can—you can establish peace. so justice is not a direct result of peace.</w:t>
      </w:r>
    </w:p>
    <w:p>
      <w:pPr>
        <w:jc w:val="right"/>
      </w:pPr>
      <w:r>
        <w:t>اینڈ بائی اویلنگ دیز اپرچونیٹیز، یو کین—یو کین اسٹیبلش پیس۔ سو جسٹس از ناٹ ا ڈائریکٹ رزلٹ اف پیس۔</w:t>
      </w:r>
    </w:p>
    <w:p>
      <w:r>
        <w:rPr>
          <w:b/>
        </w:rPr>
        <w:t xml:space="preserve">[19:26] </w:t>
      </w:r>
      <w:r>
        <w:t>justice is only an indirect result of peace. this is a very important to know, because all those people war engaged in fighting, their obsessed with this notion.</w:t>
      </w:r>
    </w:p>
    <w:p>
      <w:pPr>
        <w:jc w:val="right"/>
      </w:pPr>
      <w:r>
        <w:t>جسٹس از اونلی ان ڈائریکٹ رزلٹ اف پیس۔ دس از ا ویری امپورٹنٹ ٹو نو، بیکاز ال دوز پیپل وار انگیج ان فائٹنگ، دیر اوبسیس ود دس نوشن۔</w:t>
      </w:r>
    </w:p>
    <w:p>
      <w:r>
        <w:rPr>
          <w:b/>
        </w:rPr>
        <w:t xml:space="preserve">[19:42] </w:t>
      </w:r>
      <w:r>
        <w:t>they always say that we want peace, but peace with justice. assalam mu al-adil. this kind of thinking is not—not feasible in this world.</w:t>
      </w:r>
    </w:p>
    <w:p>
      <w:pPr>
        <w:jc w:val="right"/>
      </w:pPr>
      <w:r>
        <w:t>دے الویز سی دیٹ وی وانٹ پیس، بٹ پیس ود جسٹس۔ السلام مع العادل۔ دس کائنڈ اف تھنکنگ از ناٹ—ناٹ فیزیبل ان دس ورلڈ۔</w:t>
      </w:r>
    </w:p>
    <w:p>
      <w:r>
        <w:rPr>
          <w:b/>
        </w:rPr>
        <w:t xml:space="preserve">[19:57] </w:t>
      </w:r>
      <w:r>
        <w:t>then i would like to see a very important point.</w:t>
      </w:r>
    </w:p>
    <w:p>
      <w:pPr>
        <w:jc w:val="right"/>
      </w:pPr>
      <w:r>
        <w:t>دین ائی وڈ لائک ٹو سی ا ویری امپورٹنٹ پوائنٹ۔</w:t>
      </w:r>
    </w:p>
    <w:p>
      <w:r>
        <w:rPr>
          <w:b/>
        </w:rPr>
        <w:t xml:space="preserve">[20:07] </w:t>
      </w:r>
      <w:r>
        <w:t>you see that most of wars in the history were due to enmity. enmity. people in—in previous history, people fail to differentiate between enmity and aggression.</w:t>
      </w:r>
    </w:p>
    <w:p>
      <w:pPr>
        <w:jc w:val="right"/>
      </w:pPr>
      <w:r>
        <w:t>یو سی دیٹ موسٹ اف وارز ان دا ہسٹری ویر ڈیو ٹو اینمیٹی۔ اینمیٹی۔ پیپل ان—ان پریویس ہسٹری، پیپل فیل ٹو ڈیفرنشیٹ بٹوین اینمیٹی اینڈ ایگریشن۔</w:t>
      </w:r>
    </w:p>
    <w:p>
      <w:r>
        <w:rPr>
          <w:b/>
        </w:rPr>
        <w:t xml:space="preserve">[20:28] </w:t>
      </w:r>
      <w:r>
        <w:t>so when they saw that there are some enemies, they begin fighting. islam perhaps in the—perhaps islam was the first in history to differentiate between these two.</w:t>
      </w:r>
    </w:p>
    <w:p>
      <w:pPr>
        <w:jc w:val="right"/>
      </w:pPr>
      <w:r>
        <w:t>سو وین دے سا دیٹ دیر ار سم اینمیز، دے بگن فائٹنگ۔ اسلام پرہیپس ان دا—پرہیپس اسلام واز دا فرسٹ ان ہسٹری ٹو ڈیفرنشیٹ بٹوین دیز ٹو۔</w:t>
      </w:r>
    </w:p>
    <w:p>
      <w:r>
        <w:rPr>
          <w:b/>
        </w:rPr>
        <w:t xml:space="preserve">[20:48] </w:t>
      </w:r>
      <w:r>
        <w:t>islam emphasized that</w:t>
      </w:r>
    </w:p>
    <w:p>
      <w:pPr>
        <w:jc w:val="right"/>
      </w:pPr>
      <w:r>
        <w:t>اسلام ایمفیسائزڈ دیٹ</w:t>
      </w:r>
    </w:p>
    <w:p>
      <w:r>
        <w:rPr>
          <w:b/>
        </w:rPr>
        <w:t xml:space="preserve">[20:53] </w:t>
      </w:r>
      <w:r>
        <w:t>war is justified only at the time of aggression. if there is aggression, if there is an attack, then you are justified to go to war as defense.</w:t>
      </w:r>
    </w:p>
    <w:p>
      <w:pPr>
        <w:jc w:val="right"/>
      </w:pPr>
      <w:r>
        <w:t>وار از جسٹیفائیڈ اونلی ایٹ دا ٹائم اف ایگریشن۔ اف دیر از ایگریشن، اف دیر از این اٹیک، دین یو ار جسٹیفائیڈ ٹو گو ٹو وار ایز ڈیفنس۔</w:t>
      </w:r>
    </w:p>
    <w:p>
      <w:r>
        <w:rPr>
          <w:b/>
        </w:rPr>
        <w:t xml:space="preserve">[21:07] </w:t>
      </w:r>
      <w:r>
        <w:t>but if there is enmity, then you are not justified to go to war, because enmity is a superficial thing.</w:t>
      </w:r>
    </w:p>
    <w:p>
      <w:pPr>
        <w:jc w:val="right"/>
      </w:pPr>
      <w:r>
        <w:t>بٹ اف دیر از اینمیٹی، دین یو ار ناٹ جسٹیفائیڈ ٹو گو ٹو وار، بیکاز اینمیٹی از ا سپرفیشل تھنگ۔</w:t>
      </w:r>
    </w:p>
    <w:p>
      <w:r>
        <w:rPr>
          <w:b/>
        </w:rPr>
        <w:t xml:space="preserve">[21:17] </w:t>
      </w:r>
      <w:r>
        <w:t>you can change enmity. you can make people—you can—it is possible to make—it is possible to—to change enemy and make them your friend.</w:t>
      </w:r>
    </w:p>
    <w:p>
      <w:pPr>
        <w:jc w:val="right"/>
      </w:pPr>
      <w:r>
        <w:t>یو کین چینج اینمیٹی۔ یو کین میک پیپل—یو کین—اٹ از پاسیبل ٹو میک—اٹ از پاسیبل ٹو—ٹو چینج اینمی اینڈ میک دیم یور فرینڈ۔</w:t>
      </w:r>
    </w:p>
    <w:p>
      <w:r>
        <w:rPr>
          <w:b/>
        </w:rPr>
        <w:t xml:space="preserve">[21:38] </w:t>
      </w:r>
      <w:r>
        <w:t>there is very very well known verse in the quran: "la tastabdil hasanatun wa-l-sayyi'ah, idfa' bi-l-lati hiya ahsan fa-idha alladhi baynaka wa-baynahu 'adawatun ka'annahu waliyyun hamim." it means that</w:t>
      </w:r>
    </w:p>
    <w:p>
      <w:pPr>
        <w:jc w:val="right"/>
      </w:pPr>
      <w:r>
        <w:t>دیر از ویری ویری ویل نون ورس ان دا قران: "لا تستبل حسنۃ والسیہ، اتفاق بالتی حسن، فیض الذی بینک بینہ عداوہ، کان ولی حمیم۔" اٹ مینز دیٹ</w:t>
      </w:r>
    </w:p>
    <w:p>
      <w:r>
        <w:rPr>
          <w:b/>
        </w:rPr>
        <w:t xml:space="preserve">[21:57] </w:t>
      </w:r>
      <w:r>
        <w:t>yani at the time of enmity, do good that in return for bad deed, and you will find that your enemy has become your dearest friend.</w:t>
      </w:r>
    </w:p>
    <w:p>
      <w:pPr>
        <w:jc w:val="right"/>
      </w:pPr>
      <w:r>
        <w:t>یعنی ایٹ دا ٹائم اف اینمیٹی، ڈو گڈ ڈیٹ ان ریٹرن فار بیڈ ڈیٹ، اینڈ یو ویل فائنڈ دیٹ یور اینمی ہیز بیکم یور ڈیئرسٹ فرینڈ۔</w:t>
      </w:r>
    </w:p>
    <w:p>
      <w:r>
        <w:rPr>
          <w:b/>
        </w:rPr>
        <w:t xml:space="preserve">[22:13] </w:t>
      </w:r>
      <w:r>
        <w:t>these are quranic verses. so according to this quranic verse, your enemy is your potential friend.</w:t>
      </w:r>
    </w:p>
    <w:p>
      <w:pPr>
        <w:jc w:val="right"/>
      </w:pPr>
      <w:r>
        <w:t>دیز ا قرانک ورس۔ سو اکارڈنگ ٹو دس قرانک ورس، یور اینمی از یور پوٹینشل فرینڈ۔</w:t>
      </w:r>
    </w:p>
    <w:p>
      <w:r>
        <w:rPr>
          <w:b/>
        </w:rPr>
        <w:t xml:space="preserve">[22:26] </w:t>
      </w:r>
      <w:r>
        <w:t>so turn this potential into actual. don't try to fight you with your enemy, but try to make your enemy your friend.</w:t>
      </w:r>
    </w:p>
    <w:p>
      <w:pPr>
        <w:jc w:val="right"/>
      </w:pPr>
      <w:r>
        <w:t>سو ٹرن دس پوٹینشل انٹو ایکچول۔ ڈونٹ ٹرائی ٹو فائٹ یو ود یور اینمی، بٹ ٹرائی ٹو میک یور اینمی یور فرینڈ۔</w:t>
      </w:r>
    </w:p>
    <w:p>
      <w:r>
        <w:rPr>
          <w:b/>
        </w:rPr>
        <w:t xml:space="preserve">[22:41] </w:t>
      </w:r>
      <w:r>
        <w:t>this is the—this is the formula of islam. islam differentiates between aggression and enmity.</w:t>
      </w:r>
    </w:p>
    <w:p>
      <w:pPr>
        <w:jc w:val="right"/>
      </w:pPr>
      <w:r>
        <w:t>دس از دا—دس از دا فارمولا اف اسلام۔ اسلام ڈیفرنشیٹس بٹوین ایگریشن اینڈ اینمیٹی۔</w:t>
      </w:r>
    </w:p>
    <w:p>
      <w:r>
        <w:rPr>
          <w:b/>
        </w:rPr>
        <w:t xml:space="preserve">[22:54] </w:t>
      </w:r>
      <w:r>
        <w:t>if there is enmity, you are not allowed to go to war, but you have to go to discussion, to dialogue, to peaceful persuasion.</w:t>
      </w:r>
    </w:p>
    <w:p>
      <w:pPr>
        <w:jc w:val="right"/>
      </w:pPr>
      <w:r>
        <w:t>اف دیر از اینمیٹی، یو ار ناٹ الاؤڈ ٹو گو ٹو وار، بٹ یو ہیو ٹو گو ٹو ڈسکشن، ٹو ڈائیلاگ، ٹو پیس فل پرسیویشن۔</w:t>
      </w:r>
    </w:p>
    <w:p>
      <w:r>
        <w:rPr>
          <w:b/>
        </w:rPr>
        <w:t xml:space="preserve">[23:12] </w:t>
      </w:r>
      <w:r>
        <w:t>all these yani you can involve all those peaceful methods, but you are not allowed to fight with your supposedly enemy,</w:t>
      </w:r>
    </w:p>
    <w:p>
      <w:pPr>
        <w:jc w:val="right"/>
      </w:pPr>
      <w:r>
        <w:t>ال دیز یعنی یو کین انوالو ال دوز پیس فل میتھڈز، بٹ یو ار ناٹ الاؤڈ ٹو فائٹ ود یور سپوزڈلی اینمی،</w:t>
      </w:r>
    </w:p>
    <w:p>
      <w:r>
        <w:rPr>
          <w:b/>
        </w:rPr>
        <w:t xml:space="preserve">[23:27] </w:t>
      </w:r>
      <w:r>
        <w:t>because it is possible to turn your—your—your enemy into into your friend.</w:t>
      </w:r>
    </w:p>
    <w:p>
      <w:pPr>
        <w:jc w:val="right"/>
      </w:pPr>
      <w:r>
        <w:t>بیکاز اٹ از پاسیبل ٹو ٹرن یور—یور—یور اینمی انٹو انٹو یور فرینڈ۔</w:t>
      </w:r>
    </w:p>
    <w:p>
      <w:r>
        <w:rPr>
          <w:b/>
        </w:rPr>
        <w:t xml:space="preserve">[23:37] </w:t>
      </w:r>
      <w:r>
        <w:t>but if there is aggression, if there is an attack, then you are allowed to go to war.</w:t>
      </w:r>
    </w:p>
    <w:p>
      <w:pPr>
        <w:jc w:val="right"/>
      </w:pPr>
      <w:r>
        <w:t>بٹ اف دیر از ایگریشن، اف دیر از این اٹیک، دین یو ار الاؤڈ ٹو گو ٹو وار۔</w:t>
      </w:r>
    </w:p>
    <w:p>
      <w:r>
        <w:rPr>
          <w:b/>
        </w:rPr>
        <w:t xml:space="preserve">[23:48] </w:t>
      </w:r>
      <w:r>
        <w:t>so in islam, only defensive war is allowed. no other war is allowed in islam.</w:t>
      </w:r>
    </w:p>
    <w:p>
      <w:pPr>
        <w:jc w:val="right"/>
      </w:pPr>
      <w:r>
        <w:t>سو ان اسلام، اونلی ڈیفنسو وار از الاؤڈ۔ نو ادر وار از الاؤڈ ان اسلام۔</w:t>
      </w:r>
    </w:p>
    <w:p>
      <w:r>
        <w:rPr>
          <w:b/>
        </w:rPr>
        <w:t xml:space="preserve">[23:59] </w:t>
      </w:r>
      <w:r>
        <w:t>then there are—there are some very very important conditions.</w:t>
      </w:r>
    </w:p>
    <w:p>
      <w:pPr>
        <w:jc w:val="right"/>
      </w:pPr>
      <w:r>
        <w:t>دین دیر ار—دیر ار سم ویری ویری امپورٹنٹ کنڈیشنز۔</w:t>
      </w:r>
    </w:p>
    <w:p>
      <w:r>
        <w:rPr>
          <w:b/>
        </w:rPr>
        <w:t xml:space="preserve">[24:10] </w:t>
      </w:r>
      <w:r>
        <w:t>if you want to go to war, you have to follow all these conditions. without fulfilling these conditions, you are not allowed to go to war.</w:t>
      </w:r>
    </w:p>
    <w:p>
      <w:pPr>
        <w:jc w:val="right"/>
      </w:pPr>
      <w:r>
        <w:t>اف یو وانٹ ٹو گو ٹو وار، یو ہیو ٹو فالو ال دیز کنڈیشنز۔ وداؤٹ فلفلنگ دیز کنڈیشنز، یو ار ناٹ الاؤڈ ٹو گو ٹو وار۔</w:t>
      </w:r>
    </w:p>
    <w:p>
      <w:r>
        <w:rPr>
          <w:b/>
        </w:rPr>
        <w:t xml:space="preserve">[24:22] </w:t>
      </w:r>
      <w:r>
        <w:t>the first condition is that</w:t>
      </w:r>
    </w:p>
    <w:p>
      <w:pPr>
        <w:jc w:val="right"/>
      </w:pPr>
      <w:r>
        <w:t>دا فرسٹ کنڈیشن از دیٹ</w:t>
      </w:r>
    </w:p>
    <w:p>
      <w:r>
        <w:rPr>
          <w:b/>
        </w:rPr>
        <w:t xml:space="preserve">[24:29] </w:t>
      </w:r>
      <w:r>
        <w:t>according to islam, according to islamic teachings,</w:t>
      </w:r>
    </w:p>
    <w:p>
      <w:pPr>
        <w:jc w:val="right"/>
      </w:pPr>
      <w:r>
        <w:t>اکارڈنگ ٹو اسلام، اکارڈنگ ٹو اسلامک ٹیچنگز،</w:t>
      </w:r>
    </w:p>
    <w:p>
      <w:r>
        <w:rPr>
          <w:b/>
        </w:rPr>
        <w:t xml:space="preserve">[24:35] </w:t>
      </w:r>
      <w:r>
        <w:t>war is an act of state. it is not an act of individuals. war is not—war is not like namaz.</w:t>
      </w:r>
    </w:p>
    <w:p>
      <w:pPr>
        <w:jc w:val="right"/>
      </w:pPr>
      <w:r>
        <w:t>وار از این ایکٹ اف اسٹیٹ۔ اٹ از ناٹ این ایکٹ اف انڈیویجولز۔ وار از ناٹ—وار از ناٹ لائک نماز۔</w:t>
      </w:r>
    </w:p>
    <w:p>
      <w:r>
        <w:rPr>
          <w:b/>
        </w:rPr>
        <w:t xml:space="preserve">[24:46] </w:t>
      </w:r>
      <w:r>
        <w:t>a person can—a person can read namaz, a person can go to hajj, a person can worship god.</w:t>
      </w:r>
    </w:p>
    <w:p>
      <w:pPr>
        <w:jc w:val="right"/>
      </w:pPr>
      <w:r>
        <w:t>ا پرسن کین—ا پرسن کین ریڈ نماز، ا پرسن کین گو ٹو حج، ا پرسن کین ورشپ گاڈ۔</w:t>
      </w:r>
    </w:p>
    <w:p>
      <w:r>
        <w:rPr>
          <w:b/>
        </w:rPr>
        <w:t xml:space="preserve">[25:02] </w:t>
      </w:r>
      <w:r>
        <w:t>bat as far as the war is concerned, no person, no organization can go to war.</w:t>
      </w:r>
    </w:p>
    <w:p>
      <w:pPr>
        <w:jc w:val="right"/>
      </w:pPr>
      <w:r>
        <w:t>بٹ ایز فار ایز دی وار از کنسرن، نو پرسن، نو ارگنائزیشن کین گو ٹو وار۔</w:t>
      </w:r>
    </w:p>
    <w:p>
      <w:r>
        <w:rPr>
          <w:b/>
        </w:rPr>
        <w:t xml:space="preserve">[25:12] </w:t>
      </w:r>
      <w:r>
        <w:t>only an established state is allowed to go to war. there is a well known</w:t>
      </w:r>
    </w:p>
    <w:p>
      <w:pPr>
        <w:jc w:val="right"/>
      </w:pPr>
      <w:r>
        <w:t>اونلی این اسٹیبلش اسٹیٹ از الاؤڈ ٹو گو ٹو وار۔ دیر از ا ویل نون</w:t>
      </w:r>
    </w:p>
    <w:p>
      <w:r>
        <w:rPr>
          <w:b/>
        </w:rPr>
        <w:t xml:space="preserve">[25:27] </w:t>
      </w:r>
      <w:r>
        <w:t>teaching of Islam that al-raheelo lil-imam. it means that to declare a war is a prerogative of—of an established state.</w:t>
      </w:r>
    </w:p>
    <w:p>
      <w:pPr>
        <w:jc w:val="right"/>
      </w:pPr>
      <w:r>
        <w:t>ٹیچنگ اف اسلام دیٹ الرحیلو للامام۔ اٹ مینز دیٹ ٹو ڈیکلیئر ا وار از ا پیراگیٹیو اف—اف این اسٹیبلش اسٹیٹ۔</w:t>
      </w:r>
    </w:p>
    <w:p>
      <w:r>
        <w:rPr>
          <w:b/>
        </w:rPr>
        <w:t xml:space="preserve">[25:47] </w:t>
      </w:r>
      <w:r>
        <w:t>no organization other than state is allowed to go to war. then—then if a state wants to go to war, it must declare.</w:t>
      </w:r>
    </w:p>
    <w:p>
      <w:pPr>
        <w:jc w:val="right"/>
      </w:pPr>
      <w:r>
        <w:t>نو ارگنائزیشن ادر دین اسٹیٹ از الاؤڈ ٹو گو ٹو وار۔ دین—دین اف ا اسٹیٹ وانٹس ٹو گو ٹو وار، اٹ مسٹ ڈیکلیئر۔</w:t>
      </w:r>
    </w:p>
    <w:p>
      <w:r>
        <w:rPr>
          <w:b/>
        </w:rPr>
        <w:t xml:space="preserve">[26:05] </w:t>
      </w:r>
      <w:r>
        <w:t>it must declare that we and you are at war from this date. without open declaration, even state is not allowed to go to war.</w:t>
      </w:r>
    </w:p>
    <w:p>
      <w:pPr>
        <w:jc w:val="right"/>
      </w:pPr>
      <w:r>
        <w:t>اٹ مسٹ ڈیکلیئر دیٹ وی اینڈ یو ار ایٹ وار فرام دس ڈیٹ۔ وداؤٹ اوپن ڈیکلریشن، ایون اسٹیٹ از ناٹ الاؤڈ ٹو گو ٹو وار۔</w:t>
      </w:r>
    </w:p>
    <w:p>
      <w:r>
        <w:rPr>
          <w:b/>
        </w:rPr>
        <w:t xml:space="preserve">[26:20] </w:t>
      </w:r>
      <w:r>
        <w:t>from this the Quranic principle. it means that if you want to go to war, you have to declare openly.</w:t>
      </w:r>
    </w:p>
    <w:p>
      <w:pPr>
        <w:jc w:val="right"/>
      </w:pPr>
      <w:r>
        <w:t>فرام دس دا قرانک پرنسپل۔ اٹ مینز دیٹ اف یو وانٹ ٹو گو ٹو وار، یو ہیو ٹو ڈیکلیئر اوپنلی۔</w:t>
      </w:r>
    </w:p>
    <w:p>
      <w:r>
        <w:rPr>
          <w:b/>
        </w:rPr>
        <w:t xml:space="preserve">[26:34] </w:t>
      </w:r>
      <w:r>
        <w:t>so it means that secret war is not allowed in Islam.</w:t>
      </w:r>
    </w:p>
    <w:p>
      <w:pPr>
        <w:jc w:val="right"/>
      </w:pPr>
      <w:r>
        <w:t>سو اٹ مینز دیٹ سیکرٹ وار از ناٹ الاؤڈ ان اسلام۔</w:t>
      </w:r>
    </w:p>
    <w:p>
      <w:r>
        <w:rPr>
          <w:b/>
        </w:rPr>
        <w:t xml:space="preserve">[26:41] </w:t>
      </w:r>
      <w:r>
        <w:t>no. so according to Islamic teachings,</w:t>
      </w:r>
    </w:p>
    <w:p>
      <w:pPr>
        <w:jc w:val="right"/>
      </w:pPr>
      <w:r>
        <w:t>نو۔ سو اکارڈنگ ٹو اسلامک ٹیچنگز،</w:t>
      </w:r>
    </w:p>
    <w:p>
      <w:r>
        <w:rPr>
          <w:b/>
        </w:rPr>
        <w:t xml:space="preserve">[26:48] </w:t>
      </w:r>
      <w:r>
        <w:t>no aggressive war is allowed in Islam. and also no secret war is allowed in Islam.</w:t>
      </w:r>
    </w:p>
    <w:p>
      <w:pPr>
        <w:jc w:val="right"/>
      </w:pPr>
      <w:r>
        <w:t>نو ایگریسو وار از الاؤڈ ان اسلام۔ اینڈ السو نو سیکرٹ وار از الاؤڈ ان اسلام۔</w:t>
      </w:r>
    </w:p>
    <w:p>
      <w:r>
        <w:rPr>
          <w:b/>
        </w:rPr>
        <w:t xml:space="preserve">[26:59] </w:t>
      </w:r>
      <w:r>
        <w:t>and also no guerrilla war is allowed in Islam. and also no proxy war is allowed in Islam.</w:t>
      </w:r>
    </w:p>
    <w:p>
      <w:pPr>
        <w:jc w:val="right"/>
      </w:pPr>
      <w:r>
        <w:t>اینڈ السو نو گوریلا وار از الاؤڈ ٹو ان اسلام۔ اینڈ السو نو پروکسی وار از الاؤڈ ان اسلام۔</w:t>
      </w:r>
    </w:p>
    <w:p>
      <w:r>
        <w:rPr>
          <w:b/>
        </w:rPr>
        <w:t xml:space="preserve">[27:10] </w:t>
      </w:r>
      <w:r>
        <w:t>so all these wars are unlawful in Islam. only defensive war is allowed in Islam.</w:t>
      </w:r>
    </w:p>
    <w:p>
      <w:pPr>
        <w:jc w:val="right"/>
      </w:pPr>
      <w:r>
        <w:t>سو ال دیز وارز ار ان لافل ان اسلام۔ اونلی ڈیفنسو وار از الاؤڈ ان اسلام۔</w:t>
      </w:r>
    </w:p>
    <w:p>
      <w:r>
        <w:rPr>
          <w:b/>
        </w:rPr>
        <w:t xml:space="preserve">[27:30] </w:t>
      </w:r>
      <w:r>
        <w:t>there are so many verses in the Quran that tell such that</w:t>
      </w:r>
    </w:p>
    <w:p>
      <w:pPr>
        <w:jc w:val="right"/>
      </w:pPr>
      <w:r>
        <w:t>دیر ار سو مینی ورسز ان دا قران دیٹ ٹیل سچ دیٹ</w:t>
      </w:r>
    </w:p>
    <w:p>
      <w:r>
        <w:rPr>
          <w:b/>
        </w:rPr>
        <w:t xml:space="preserve">[27:38] </w:t>
      </w:r>
      <w:r>
        <w:t>the—the principles of war. you know, there are—there is a—there are—there is a misunderstanding about the Quranic teachings.</w:t>
      </w:r>
    </w:p>
    <w:p>
      <w:pPr>
        <w:jc w:val="right"/>
      </w:pPr>
      <w:r>
        <w:t>دا—دا پرنسپلز اف وار۔ یو نو، دیر ار—دیر از ا—دیر ار—دیر از ا مس انڈرسٹینڈنگ اباؤٹ دا قرانک ٹیچنگز۔</w:t>
      </w:r>
    </w:p>
    <w:p>
      <w:r>
        <w:rPr>
          <w:b/>
        </w:rPr>
        <w:t xml:space="preserve">[27:54] </w:t>
      </w:r>
      <w:r>
        <w:t>some people refer some verses from the Quran and say that Islam teaches war and fighting. it is wrong.</w:t>
      </w:r>
    </w:p>
    <w:p>
      <w:pPr>
        <w:jc w:val="right"/>
      </w:pPr>
      <w:r>
        <w:t>سم پیپل ریفر سم ورسز فرام دا قران اینڈ سی دیٹ اسلام ٹیچز وار اینڈ فائٹنگ۔ اٹ از رونگ۔</w:t>
      </w:r>
    </w:p>
    <w:p>
      <w:r>
        <w:rPr>
          <w:b/>
        </w:rPr>
        <w:t xml:space="preserve">[28:03] </w:t>
      </w:r>
      <w:r>
        <w:t>you know,</w:t>
      </w:r>
    </w:p>
    <w:p>
      <w:pPr>
        <w:jc w:val="right"/>
      </w:pPr>
      <w:r>
        <w:t>یو نو،</w:t>
      </w:r>
    </w:p>
    <w:p>
      <w:r>
        <w:rPr>
          <w:b/>
        </w:rPr>
        <w:t xml:space="preserve">[28:07] </w:t>
      </w:r>
      <w:r>
        <w:t>Quran contains 6500 verses. all these verses, I think more than 9 percent of—of—of Quranic verses are</w:t>
      </w:r>
    </w:p>
    <w:p>
      <w:pPr>
        <w:jc w:val="right"/>
      </w:pPr>
      <w:r>
        <w:t>قران کنٹینز 6500 ورسز۔ ال دیز ورسز، ائی تھنک مور دین 9 پرسنٹ اف—اف—اف قرانک ورسز ار</w:t>
      </w:r>
    </w:p>
    <w:p>
      <w:r>
        <w:rPr>
          <w:b/>
        </w:rPr>
        <w:t xml:space="preserve">[28:28] </w:t>
      </w:r>
      <w:r>
        <w:t>related with peace, peace and intolerance and moral values.</w:t>
      </w:r>
    </w:p>
    <w:p>
      <w:pPr>
        <w:jc w:val="right"/>
      </w:pPr>
      <w:r>
        <w:t>ریلیٹڈ ود پیس، پیس اینڈ انٹولرنس اینڈ مورل ویلیوز۔</w:t>
      </w:r>
    </w:p>
    <w:p>
      <w:r>
        <w:rPr>
          <w:b/>
        </w:rPr>
        <w:t xml:space="preserve">[28:37] </w:t>
      </w:r>
      <w:r>
        <w:t>so the majority of verses contain these teachings. less than one percent of—of verses of the Quran pertain to—to war.</w:t>
      </w:r>
    </w:p>
    <w:p>
      <w:pPr>
        <w:jc w:val="right"/>
      </w:pPr>
      <w:r>
        <w:t>سو دا میجورٹی اف ورسز کنٹین دیز ٹیچنگز۔ لیس دین ون پرسنٹ اف—اف ورسز اف دا قران پرٹین ٹو—ٹو وار۔</w:t>
      </w:r>
    </w:p>
    <w:p>
      <w:r>
        <w:rPr>
          <w:b/>
        </w:rPr>
        <w:t xml:space="preserve">[28:53] </w:t>
      </w:r>
      <w:r>
        <w:t>war means defensive war. so anyone can see in the Quran that according to Islam,</w:t>
      </w:r>
    </w:p>
    <w:p>
      <w:pPr>
        <w:jc w:val="right"/>
      </w:pPr>
      <w:r>
        <w:t>وار مینز ڈیفنسو وار۔ سو اینی ون کین سی ان دا قران دیٹ اکارڈنگ ٹو اسلام،</w:t>
      </w:r>
    </w:p>
    <w:p>
      <w:r>
        <w:rPr>
          <w:b/>
        </w:rPr>
        <w:t xml:space="preserve">[29:08] </w:t>
      </w:r>
      <w:r>
        <w:t>peace is the rule and war is a rare exception.</w:t>
      </w:r>
    </w:p>
    <w:p>
      <w:pPr>
        <w:jc w:val="right"/>
      </w:pPr>
      <w:r>
        <w:t>پیس از دا رول اینڈ وار از ا ریئر ایکسیپشن۔</w:t>
      </w:r>
    </w:p>
    <w:p>
      <w:r>
        <w:rPr>
          <w:b/>
        </w:rPr>
        <w:t xml:space="preserve">[29:17] </w:t>
      </w:r>
      <w:r>
        <w:t>I can say that according to Islam, according to this Islamic religion, peace is the rule and war is an exception.</w:t>
      </w:r>
    </w:p>
    <w:p>
      <w:pPr>
        <w:jc w:val="right"/>
      </w:pPr>
      <w:r>
        <w:t>ائی کین سی دیٹ اکارڈنگ ٹو اسلام، اکارڈنگ ٹو دس اسلامک ریلیجن، پیس از دا رول اینڈ وار از این ایکسیپشن۔</w:t>
      </w:r>
    </w:p>
    <w:p>
      <w:r>
        <w:rPr>
          <w:b/>
        </w:rPr>
        <w:t xml:space="preserve">[29:33] </w:t>
      </w:r>
      <w:r>
        <w:t>the question of peace and war is not a—not an alien question.</w:t>
      </w:r>
    </w:p>
    <w:p>
      <w:pPr>
        <w:jc w:val="right"/>
      </w:pPr>
      <w:r>
        <w:t>دا کوئسچن اف پیس اینڈ وار از ناٹ ا—ناٹ این ایلین کوئسچن۔</w:t>
      </w:r>
    </w:p>
    <w:p>
      <w:r>
        <w:rPr>
          <w:b/>
        </w:rPr>
        <w:t xml:space="preserve">[29:43] </w:t>
      </w:r>
      <w:r>
        <w:t>it is</w:t>
      </w:r>
    </w:p>
    <w:p>
      <w:pPr>
        <w:jc w:val="right"/>
      </w:pPr>
      <w:r>
        <w:t>اٹ از</w:t>
      </w:r>
    </w:p>
    <w:p>
      <w:r>
        <w:rPr>
          <w:b/>
        </w:rPr>
        <w:t xml:space="preserve">[29:47] </w:t>
      </w:r>
      <w:r>
        <w:t>very much attached to the whole question of—of human life. any if we want to understand what is war and what is peace,</w:t>
      </w:r>
    </w:p>
    <w:p>
      <w:pPr>
        <w:jc w:val="right"/>
      </w:pPr>
      <w:r>
        <w:t>ویری مچ اٹیچ ٹو دا ہول کوئسچن اف—اف ہیومن لائف۔ اینی اف وی وانٹ ٹو انڈرسٹینڈ واٹ از وار اینڈ واٹ از پیس،</w:t>
      </w:r>
    </w:p>
    <w:p>
      <w:r>
        <w:rPr>
          <w:b/>
        </w:rPr>
        <w:t xml:space="preserve">[30:01] </w:t>
      </w:r>
      <w:r>
        <w:t>so we have to know what is the creation plan of God.</w:t>
      </w:r>
    </w:p>
    <w:p>
      <w:pPr>
        <w:jc w:val="right"/>
      </w:pPr>
      <w:r>
        <w:t>سو وی ہیو ٹو نو واٹ از دا کریشن پلان اف گاڈ۔</w:t>
      </w:r>
    </w:p>
    <w:p>
      <w:r>
        <w:rPr>
          <w:b/>
        </w:rPr>
        <w:t xml:space="preserve">[30:08] </w:t>
      </w:r>
      <w:r>
        <w:t>kreshan plan without knowing the Christian of—without knowing the Christian plan of God, you cannot understand anything, including the issue of peace and war.</w:t>
      </w:r>
    </w:p>
    <w:p>
      <w:pPr>
        <w:jc w:val="right"/>
      </w:pPr>
      <w:r>
        <w:t>کریشن پلان وداؤٹ نوئنگ دا کریشن اف—وداؤٹ نوئنگ دا کریشن پلان اف گاڈ، یو کین ناٹ انڈرسٹینڈ اینی تھنگ، انکلوڈنگ دا ایشو اف پیس اینڈ وار۔</w:t>
      </w:r>
    </w:p>
    <w:p>
      <w:r>
        <w:rPr>
          <w:b/>
        </w:rPr>
        <w:t xml:space="preserve">[30:24] </w:t>
      </w:r>
      <w:r>
        <w:t>This is a very important principle. So first of—first of all, you have to know what is the Christian plan of God.</w:t>
      </w:r>
    </w:p>
    <w:p>
      <w:pPr>
        <w:jc w:val="right"/>
      </w:pPr>
      <w:r>
        <w:t>دس از دا ویری امپورٹنٹ پرنسپل۔ سو فرسٹ اف—فرسٹ اف ال، یو ہیو ٹو نو واٹ از دا کریشن پلان اف گاڈ۔</w:t>
      </w:r>
    </w:p>
    <w:p>
      <w:r>
        <w:rPr>
          <w:b/>
        </w:rPr>
        <w:t xml:space="preserve">[30:37] </w:t>
      </w:r>
      <w:r>
        <w:t>The Quran plan of God is not based on fighting, is not based on war.</w:t>
      </w:r>
    </w:p>
    <w:p>
      <w:pPr>
        <w:jc w:val="right"/>
      </w:pPr>
      <w:r>
        <w:t>دا کریشن پلان اف گاڈ از ناٹ بیسڈ ان فائٹنگ، از ناٹ بیسڈ ان وار۔</w:t>
      </w:r>
    </w:p>
    <w:p>
      <w:r>
        <w:rPr>
          <w:b/>
        </w:rPr>
        <w:t xml:space="preserve">[30:46] </w:t>
      </w:r>
      <w:r>
        <w:t>it is based on development and progress.</w:t>
      </w:r>
    </w:p>
    <w:p>
      <w:pPr>
        <w:jc w:val="right"/>
      </w:pPr>
      <w:r>
        <w:t>اٹ از بیسڈ ان ڈیولپمنٹ اینڈ پروگریس۔</w:t>
      </w:r>
    </w:p>
    <w:p>
      <w:r>
        <w:rPr>
          <w:b/>
        </w:rPr>
        <w:t xml:space="preserve">[30:54] </w:t>
      </w:r>
      <w:r>
        <w:t>gad almaiți vant pipl</w:t>
      </w:r>
    </w:p>
    <w:p>
      <w:pPr>
        <w:jc w:val="right"/>
      </w:pPr>
      <w:r>
        <w:t>گاڈ المائٹی وانٹ پیپل</w:t>
      </w:r>
    </w:p>
    <w:p>
      <w:r>
        <w:rPr>
          <w:b/>
        </w:rPr>
        <w:t xml:space="preserve">[31:02] </w:t>
      </w:r>
      <w:r>
        <w:t>to unfold their abilities. You know, God created man with enormous potentials.</w:t>
      </w:r>
    </w:p>
    <w:p>
      <w:pPr>
        <w:jc w:val="right"/>
      </w:pPr>
      <w:r>
        <w:t>ٹو انفولڈ دیر ایبیلیٹیز۔ یو نو، گاڈ کریٹڈ مین ود انارمس پوٹینشلز۔</w:t>
      </w:r>
    </w:p>
    <w:p>
      <w:r>
        <w:rPr>
          <w:b/>
        </w:rPr>
        <w:t xml:space="preserve">[31:12] </w:t>
      </w:r>
      <w:r>
        <w:t>Every human, every individual brain contains hundred million billion billion particles.</w:t>
      </w:r>
    </w:p>
    <w:p>
      <w:pPr>
        <w:jc w:val="right"/>
      </w:pPr>
      <w:r>
        <w:t>ایوری ہیومن، ایوری انڈیویجول برین کنٹینز ہنڈرڈ ملین بلین بلین پارٹیکلز۔</w:t>
      </w:r>
    </w:p>
    <w:p>
      <w:r>
        <w:rPr>
          <w:b/>
        </w:rPr>
        <w:t xml:space="preserve">[31:23] </w:t>
      </w:r>
      <w:r>
        <w:t>Why this enormous particles? Why this enormous potential in human mind? Certainly, it is not for fighting, it is not for killing.</w:t>
      </w:r>
    </w:p>
    <w:p>
      <w:pPr>
        <w:jc w:val="right"/>
      </w:pPr>
      <w:r>
        <w:t>وائی دیز انارمس پارٹیکلز؟ وائی دیز انارمس پوٹینشل ان ہیومن مائنڈ؟ سرٹنلی، اٹ از ناٹ فار فائٹنگ، اٹ از ناٹ فار کلنگ۔</w:t>
      </w:r>
    </w:p>
    <w:p>
      <w:r>
        <w:rPr>
          <w:b/>
        </w:rPr>
        <w:t xml:space="preserve">[31:37] </w:t>
      </w:r>
      <w:r>
        <w:t>yu no, dir is a veri val nown vars in da quran dat</w:t>
      </w:r>
    </w:p>
    <w:p>
      <w:pPr>
        <w:jc w:val="right"/>
      </w:pPr>
      <w:r>
        <w:t>یو نو، دیر از ا ویری ویل نون ورس ان دا قران دیٹ</w:t>
      </w:r>
    </w:p>
    <w:p>
      <w:r>
        <w:rPr>
          <w:b/>
        </w:rPr>
        <w:t xml:space="preserve">[31:48] </w:t>
      </w:r>
      <w:r>
        <w:t>at—at till such that if you kill the single person, you kill the whole humanity.</w:t>
      </w:r>
    </w:p>
    <w:p>
      <w:pPr>
        <w:jc w:val="right"/>
      </w:pPr>
      <w:r>
        <w:t>اٹ—اٹ ٹیل سچ دیٹ اف یو کل دا سنگل پرسن، یو کل دا ہول ہیومینٹی۔</w:t>
      </w:r>
    </w:p>
    <w:p>
      <w:r>
        <w:rPr>
          <w:b/>
        </w:rPr>
        <w:t xml:space="preserve">[31:58] </w:t>
      </w:r>
      <w:r>
        <w:t>hol hiomaniti.</w:t>
      </w:r>
    </w:p>
    <w:p>
      <w:pPr>
        <w:jc w:val="right"/>
      </w:pPr>
      <w:r>
        <w:t>ہول ہیومینٹی۔</w:t>
      </w:r>
    </w:p>
    <w:p>
      <w:r>
        <w:rPr>
          <w:b/>
        </w:rPr>
        <w:t xml:space="preserve">[32:03] </w:t>
      </w:r>
      <w:r>
        <w:t>man qatal nafs bagair nafs qatala.</w:t>
      </w:r>
    </w:p>
    <w:p>
      <w:pPr>
        <w:jc w:val="right"/>
      </w:pPr>
      <w:r>
        <w:t>من قتل نفس بغیر نفس فقط۔</w:t>
      </w:r>
    </w:p>
    <w:p>
      <w:r>
        <w:rPr>
          <w:b/>
        </w:rPr>
        <w:t xml:space="preserve">[32:10] </w:t>
      </w:r>
      <w:r>
        <w:t>If you killed a single person, a single woman or single man, you have killed the whole humanity. You can see here what is the creation plan of God.</w:t>
      </w:r>
    </w:p>
    <w:p>
      <w:pPr>
        <w:jc w:val="right"/>
      </w:pPr>
      <w:r>
        <w:t>اف یو کلڈ ا سنگل پرسن، ا سنگل وومن اور سنگل مین، یو ہیو کلڈ دا ہول ہیومینٹی۔ یو کین سی ہیر واٹ از دا کریشن پلان اف گاڈ۔</w:t>
      </w:r>
    </w:p>
    <w:p>
      <w:r>
        <w:rPr>
          <w:b/>
        </w:rPr>
        <w:t xml:space="preserve">[32:23] </w:t>
      </w:r>
      <w:r>
        <w:t>God created you for living, for life, not for death. Why you want to—to kill all these peoples?</w:t>
      </w:r>
    </w:p>
    <w:p>
      <w:pPr>
        <w:jc w:val="right"/>
      </w:pPr>
      <w:r>
        <w:t>گاڈ کریٹڈ یو فار لیونگ، فار لائف، ناٹ فار ڈیتھ۔ وائی یو وانٹ ٹو—ٹو کل ال دیز پیپلز؟</w:t>
      </w:r>
    </w:p>
    <w:p>
      <w:r>
        <w:rPr>
          <w:b/>
        </w:rPr>
        <w:t xml:space="preserve">[32:35] </w:t>
      </w:r>
      <w:r>
        <w:t>Jihad has a positive meaning. Generally, people take it as a negative—in the negative sense. People think that jihad means fighting, killing.</w:t>
      </w:r>
    </w:p>
    <w:p>
      <w:pPr>
        <w:jc w:val="right"/>
      </w:pPr>
      <w:r>
        <w:t>جہاد ہیز ا پوزیٹیو میننگ۔ جنرلی، پیپل ٹیک اٹ ایز ا نیگیٹیو—ان دا نیگیٹیو سینس۔ پیپل تھنک دیٹ جہاد مینز فائٹنگ، کلنگ۔</w:t>
      </w:r>
    </w:p>
    <w:p>
      <w:r>
        <w:rPr>
          <w:b/>
        </w:rPr>
        <w:t xml:space="preserve">[32:46] </w:t>
      </w:r>
      <w:r>
        <w:t>no.</w:t>
      </w:r>
    </w:p>
    <w:p>
      <w:pPr>
        <w:jc w:val="right"/>
      </w:pPr>
      <w:r>
        <w:t>نو۔</w:t>
      </w:r>
    </w:p>
    <w:p>
      <w:r>
        <w:rPr>
          <w:b/>
        </w:rPr>
        <w:t xml:space="preserve">[32:49] </w:t>
      </w:r>
      <w:r>
        <w:t>Jihad is a positive principle. Why am I saying like this? Because there is very verse, very very well known verse in the Quran.</w:t>
      </w:r>
    </w:p>
    <w:p>
      <w:pPr>
        <w:jc w:val="right"/>
      </w:pPr>
      <w:r>
        <w:t>جہاد از ا پوزیٹیو پرنسپل۔ وائی ایم سینگ لائک دس؟ بیکاز دیر از ویری ورس، ویری ویری ویل نون ورس ان دا قران۔</w:t>
      </w:r>
    </w:p>
    <w:p>
      <w:r>
        <w:rPr>
          <w:b/>
        </w:rPr>
        <w:t xml:space="preserve">[33:01] </w:t>
      </w:r>
      <w:r>
        <w:t>in the—in the surah, in—in chapter 25. vajahidhum bih jidad kabira.</w:t>
      </w:r>
    </w:p>
    <w:p>
      <w:pPr>
        <w:jc w:val="right"/>
      </w:pPr>
      <w:r>
        <w:t>ان دا—ان دا سورہ، ان—ان چیپٹر 25۔ وجاہدھم بہ جہاد کبیرہ۔</w:t>
      </w:r>
    </w:p>
    <w:p>
      <w:r>
        <w:rPr>
          <w:b/>
        </w:rPr>
        <w:t xml:space="preserve">[33:12] </w:t>
      </w:r>
      <w:r>
        <w:t>vajahidhum bih jidad kabira. Do great jihad with the help of the Quran. Do great jihad with the help of the Quran.</w:t>
      </w:r>
    </w:p>
    <w:p>
      <w:pPr>
        <w:jc w:val="right"/>
      </w:pPr>
      <w:r>
        <w:t>وجاہدھم بہ جہاد کبیرہ۔ ڈو گریٹ جہاد ود دی ہیلپ اف دا قران۔ ڈو گریٹ جہاد ود دا ہیلپ اف دا قران۔</w:t>
      </w:r>
    </w:p>
    <w:p>
      <w:r>
        <w:rPr>
          <w:b/>
        </w:rPr>
        <w:t xml:space="preserve">[33:26] </w:t>
      </w:r>
      <w:r>
        <w:t>You see, Quran is a book, a book of ideology. How you can kill people with Quran?</w:t>
      </w:r>
    </w:p>
    <w:p>
      <w:pPr>
        <w:jc w:val="right"/>
      </w:pPr>
      <w:r>
        <w:t>یو سی، قران از ا بک، ا بک اف ائیڈیالوجی۔ ہاؤ یو کین کل پیپل ود قران؟</w:t>
      </w:r>
    </w:p>
    <w:p>
      <w:r>
        <w:rPr>
          <w:b/>
        </w:rPr>
        <w:t xml:space="preserve">[33:36] </w:t>
      </w:r>
      <w:r>
        <w:t>Quran is not a gun, Quran is not a bomb, Quran is not a sword. So how you can fight with Quran? How you can kill people with the Quran?</w:t>
      </w:r>
    </w:p>
    <w:p>
      <w:pPr>
        <w:jc w:val="right"/>
      </w:pPr>
      <w:r>
        <w:t>قران از ناٹ ا گن، قران از ناٹ ا بوم، قران از ناٹ ا سوڈ۔ سو ہاؤ یو کین فائٹ ود قران؟ ہاؤ یو کین کل پیپل ود دا قران؟</w:t>
      </w:r>
    </w:p>
    <w:p>
      <w:r>
        <w:rPr>
          <w:b/>
        </w:rPr>
        <w:t xml:space="preserve">[33:49] </w:t>
      </w:r>
      <w:r>
        <w:t>vajahidhum bih jidad kabira. Do great jihad with the help of the Quran. It means that jihad means ideological effort.</w:t>
      </w:r>
    </w:p>
    <w:p>
      <w:pPr>
        <w:jc w:val="right"/>
      </w:pPr>
      <w:r>
        <w:t>وجاہدھم بہ جہاد کبیرہ۔ ڈو گریٹ جہاد ود دی ہیلپ اف دا قران۔ اٹ مینز دیٹ جہاد مینز ائیڈیالوجیکل ایفرٹ۔</w:t>
      </w:r>
    </w:p>
    <w:p>
      <w:r>
        <w:rPr>
          <w:b/>
        </w:rPr>
        <w:t xml:space="preserve">[34:01] </w:t>
      </w:r>
      <w:r>
        <w:t>jihad minz aiḍalajikal afort.</w:t>
      </w:r>
    </w:p>
    <w:p>
      <w:pPr>
        <w:jc w:val="right"/>
      </w:pPr>
      <w:r>
        <w:t>جہاد مینز ائیڈیالوجیکل ایفرٹ۔</w:t>
      </w:r>
    </w:p>
    <w:p>
      <w:r>
        <w:rPr>
          <w:b/>
        </w:rPr>
        <w:t xml:space="preserve">[34:06] </w:t>
      </w:r>
      <w:r>
        <w:t>do great jihad with the help of the Quran means</w:t>
      </w:r>
    </w:p>
    <w:p>
      <w:pPr>
        <w:jc w:val="right"/>
      </w:pPr>
      <w:r>
        <w:t>ڈو گریٹ جہاد ود دا ہیلپ اف دا قران مینز</w:t>
      </w:r>
    </w:p>
    <w:p>
      <w:r>
        <w:rPr>
          <w:b/>
        </w:rPr>
        <w:t xml:space="preserve">[34:13] </w:t>
      </w:r>
      <w:r>
        <w:t>that jihad is an ideological effort, a peaceful struggle, without fighting, without going to war.</w:t>
      </w:r>
    </w:p>
    <w:p>
      <w:pPr>
        <w:jc w:val="right"/>
      </w:pPr>
      <w:r>
        <w:t>دیٹ جہاد از این ائیڈیالوجیکل ایفرٹ، ا پیس فل سٹرگل، وداؤٹ فائٹنگ، وداؤٹ گوئنگ ٹو وار۔</w:t>
      </w:r>
    </w:p>
    <w:p>
      <w:r>
        <w:rPr>
          <w:b/>
        </w:rPr>
        <w:t xml:space="preserve">[34:22] </w:t>
      </w:r>
      <w:r>
        <w:t>This is true jihad. Jihad is a positive. Jihad has a positive meaning. Jihad is not a negative teaching.</w:t>
      </w:r>
    </w:p>
    <w:p>
      <w:pPr>
        <w:jc w:val="right"/>
      </w:pPr>
      <w:r>
        <w:t>دس از ٹرو جہاد۔ جہاد از ا پوزیٹیو۔ جہاد ہیز ا پوزیٹیو میننگ۔ جہاد از ناٹ ا نیگیٹیو ٹیچنگ۔</w:t>
      </w:r>
    </w:p>
    <w:p>
      <w:r>
        <w:rPr>
          <w:b/>
        </w:rPr>
        <w:t xml:space="preserve">[34:37] </w:t>
      </w:r>
      <w:r>
        <w:t>din according to the—to the creation plan of God, or creator wants us to—to—to prepare us to be settled in paradise.</w:t>
      </w:r>
    </w:p>
    <w:p>
      <w:pPr>
        <w:jc w:val="right"/>
      </w:pPr>
      <w:r>
        <w:t>دین اکارڈنگ ٹو دا—ٹو دا کریشن پلان اف گاڈ، اور کریٹر وانٹس اس ٹو—ٹو—ٹو پریپیرس ٹو بی سیٹلڈ ان پیراڈائز۔</w:t>
      </w:r>
    </w:p>
    <w:p>
      <w:r>
        <w:rPr>
          <w:b/>
        </w:rPr>
        <w:t xml:space="preserve">[34:58] </w:t>
      </w:r>
      <w:r>
        <w:t>You know, paradise is a neighborhood of God. There is a—there is a very well known dua in the Quran.</w:t>
      </w:r>
    </w:p>
    <w:p>
      <w:pPr>
        <w:jc w:val="right"/>
      </w:pPr>
      <w:r>
        <w:t>یو نو، پیراڈائز از ا نیبرہڈ اف گاڈ۔ دیر از ا—دیر از ا ویری ویل نون دعا ان دا قران۔</w:t>
      </w:r>
    </w:p>
    <w:p>
      <w:r>
        <w:rPr>
          <w:b/>
        </w:rPr>
        <w:t xml:space="preserve">[35:12] </w:t>
      </w:r>
      <w:r>
        <w:t>According to this verse, Quran according to this verse, paradise is paradise lies in the neighborhood of God.</w:t>
      </w:r>
    </w:p>
    <w:p>
      <w:pPr>
        <w:jc w:val="right"/>
      </w:pPr>
      <w:r>
        <w:t>اکارڈنگ ٹو دس ورس، قران اکارڈنگ ٹو دس ورس، پیراڈائز از پیراڈائز لائیز ان دا نیبرہڈ اف گاڈ۔</w:t>
      </w:r>
    </w:p>
    <w:p>
      <w:r>
        <w:rPr>
          <w:b/>
        </w:rPr>
        <w:t xml:space="preserve">[35:25] </w:t>
      </w:r>
      <w:r>
        <w:t>So whether God will like any fighting in his neighborhood?</w:t>
      </w:r>
    </w:p>
    <w:p>
      <w:pPr>
        <w:jc w:val="right"/>
      </w:pPr>
      <w:r>
        <w:t>سو ویدر گاڈ ویل لائک اینی فائٹنگ ان ہز نیبرز، ان ہز نیبرہڈ؟</w:t>
      </w:r>
    </w:p>
    <w:p>
      <w:r>
        <w:rPr>
          <w:b/>
        </w:rPr>
        <w:t xml:space="preserve">[35:34] </w:t>
      </w:r>
      <w:r>
        <w:t>No. There is a—and what is paradise? We find the definition of paradise in these verses.</w:t>
      </w:r>
    </w:p>
    <w:p>
      <w:pPr>
        <w:jc w:val="right"/>
      </w:pPr>
      <w:r>
        <w:t>نو۔ دیر از ا—اینی واٹ از پیراڈائز؟ وی فائنڈ دا ڈیفینیشن اف پیراڈائز ان دیز ورس۔</w:t>
      </w:r>
    </w:p>
    <w:p>
      <w:r>
        <w:rPr>
          <w:b/>
        </w:rPr>
        <w:t xml:space="preserve">[35:47] </w:t>
      </w:r>
      <w:r>
        <w:t>valahidokam aladar salam. and God calls to the home of peace.</w:t>
      </w:r>
    </w:p>
    <w:p>
      <w:pPr>
        <w:jc w:val="right"/>
      </w:pPr>
      <w:r>
        <w:t>واللہیدوکم الادار السلام۔ اینڈ گاڈ کالز ٹو دا ہوم اف پیس۔</w:t>
      </w:r>
    </w:p>
    <w:p>
      <w:r>
        <w:rPr>
          <w:b/>
        </w:rPr>
        <w:t xml:space="preserve">[35:57] </w:t>
      </w:r>
      <w:r>
        <w:t>valahidokam aladar salam. And God calls to the home of peace. It is evident by this verse that paradise is a home of peace.</w:t>
      </w:r>
    </w:p>
    <w:p>
      <w:pPr>
        <w:jc w:val="right"/>
      </w:pPr>
      <w:r>
        <w:t>واللہیدوکم الادار السلام۔ اینڈ گاڈ کالز ٹو دا ہوم اف پیس۔ اٹ از ایویڈنٹ بائی دس ورس دیٹ پیراڈائز از ا ہوم اف پیس۔</w:t>
      </w:r>
    </w:p>
    <w:p>
      <w:r>
        <w:rPr>
          <w:b/>
        </w:rPr>
        <w:t xml:space="preserve">[36:14] </w:t>
      </w:r>
      <w:r>
        <w:t>paraadaiz a varad of pis.</w:t>
      </w:r>
    </w:p>
    <w:p>
      <w:pPr>
        <w:jc w:val="right"/>
      </w:pPr>
      <w:r>
        <w:t>پیراڈائز ا ورڈ اف پیس۔</w:t>
      </w:r>
    </w:p>
    <w:p>
      <w:r>
        <w:rPr>
          <w:b/>
        </w:rPr>
        <w:t xml:space="preserve">[36:19] </w:t>
      </w:r>
      <w:r>
        <w:t>in paradise, there is everywhere, there are peace everywhere. so only peace lovers will go to paradise.</w:t>
      </w:r>
    </w:p>
    <w:p>
      <w:pPr>
        <w:jc w:val="right"/>
      </w:pPr>
      <w:r>
        <w:t>ان پیراڈائز، دیر از ایوری ویر، دیر ار پیس ایوری ویر۔ سو اونلی پیس لورز ویل گو ٹو پیراڈائز۔</w:t>
      </w:r>
    </w:p>
    <w:p>
      <w:r>
        <w:rPr>
          <w:b/>
        </w:rPr>
        <w:t xml:space="preserve">[36:30] </w:t>
      </w:r>
      <w:r>
        <w:t>Only those people who love peace, who prove that they will be able to live in peace, they will be allowed to go to paradise.</w:t>
      </w:r>
    </w:p>
    <w:p>
      <w:pPr>
        <w:jc w:val="right"/>
      </w:pPr>
      <w:r>
        <w:t>اونلی دوز پیپل ہو لو پیس، ہو پروف دیٹ دے ویل ایبل ٹو لیو ان پیس، دے ویل بی الاؤڈ ٹو گو ٹو پیراڈائز۔</w:t>
      </w:r>
    </w:p>
    <w:p>
      <w:r>
        <w:rPr>
          <w:b/>
        </w:rPr>
        <w:t xml:space="preserve">[36:43] </w:t>
      </w:r>
      <w:r>
        <w:t>Those people who love bloodshed, those people who love violence, they will be never allowed to go to paradise, because paradise is not for those people.</w:t>
      </w:r>
    </w:p>
    <w:p>
      <w:pPr>
        <w:jc w:val="right"/>
      </w:pPr>
      <w:r>
        <w:t>دوز پیپل ہو لو بلڈ شیڈ، دوز پیپل ہو لو وائلنس، دے ویل بی نیور الاؤڈ ٹو گو ٹو پیراڈائز، بیکاز پیراڈائز از ناٹ فار دوز پیپل۔</w:t>
      </w:r>
    </w:p>
    <w:p>
      <w:r>
        <w:rPr>
          <w:b/>
        </w:rPr>
        <w:t xml:space="preserve">[36:59] </w:t>
      </w:r>
      <w:r>
        <w:t>valahidokam aladar salam. And God calls to the home of peace. It means that only peace lovers, only peace lovers will go to God, will go to paradise.</w:t>
      </w:r>
    </w:p>
    <w:p>
      <w:pPr>
        <w:jc w:val="right"/>
      </w:pPr>
      <w:r>
        <w:t>واللہیدوکم الادار السلام۔ اینڈ گاڈ کالز ٹو دا ہوم اف پیس۔ اٹ مینز دیٹ اونلی پیس لور، اونلی پیس لورز ویل گو ٹو گاڈ، ویل گو ٹو پیراڈائز۔</w:t>
      </w:r>
    </w:p>
    <w:p>
      <w:r>
        <w:rPr>
          <w:b/>
        </w:rPr>
        <w:t xml:space="preserve">[37:16] </w:t>
      </w:r>
      <w:r>
        <w:t>it is very clear. So all those progress, all those development, that is the goal of Quran.</w:t>
      </w:r>
    </w:p>
    <w:p>
      <w:pPr>
        <w:jc w:val="right"/>
      </w:pPr>
      <w:r>
        <w:t>اٹ از ویری کلیئر۔ سو ال دوز پروگریس، ال دوز ڈیولپمنٹ، دیٹ از دا گول اف قران۔</w:t>
      </w:r>
    </w:p>
    <w:p>
      <w:r>
        <w:rPr>
          <w:b/>
        </w:rPr>
        <w:t xml:space="preserve">[37:27] </w:t>
      </w:r>
      <w:r>
        <w:t>can be achieved only in peaceful conditions, in peaceful environment. For example, marifa, that is realization of God.</w:t>
      </w:r>
    </w:p>
    <w:p>
      <w:pPr>
        <w:jc w:val="right"/>
      </w:pPr>
      <w:r>
        <w:t>کین بی اچیوڈ اونلی ان پیس فل کنڈیشنز، ان پیس فل انوائرمنٹ۔ فار ایگزیمپل، معرفہ، دیٹ از ریلائزیشن اف گاڈ۔</w:t>
      </w:r>
    </w:p>
    <w:p>
      <w:r>
        <w:rPr>
          <w:b/>
        </w:rPr>
        <w:t xml:space="preserve">[37:39] </w:t>
      </w:r>
      <w:r>
        <w:t>Is it possible to realize God in battlefield?</w:t>
      </w:r>
    </w:p>
    <w:p>
      <w:pPr>
        <w:jc w:val="right"/>
      </w:pPr>
      <w:r>
        <w:t>از اٹ پوسیبل ٹو ریلائز گاڈ ان پیٹل فیلڈ؟</w:t>
      </w:r>
    </w:p>
    <w:p>
      <w:r>
        <w:rPr>
          <w:b/>
        </w:rPr>
        <w:t xml:space="preserve">[37:47] </w:t>
      </w:r>
      <w:r>
        <w:t>This is the gate of intrans. When you discover God, when you realize God, then you enter into the gate of iman, gate of Islam.</w:t>
      </w:r>
    </w:p>
    <w:p>
      <w:pPr>
        <w:jc w:val="right"/>
      </w:pPr>
      <w:r>
        <w:t>دس از دا گیٹ اف انٹرنس۔ وین یو ڈسکور گاڈ، وین یو ریلائز گاڈ، دین یو انٹر انٹو دا گیٹ اف ایمان، گیٹ اف اسلام۔</w:t>
      </w:r>
    </w:p>
    <w:p>
      <w:r>
        <w:rPr>
          <w:b/>
        </w:rPr>
        <w:t xml:space="preserve">[37:58] </w:t>
      </w:r>
      <w:r>
        <w:t>So whether it is possible to realize God by fighting? Iman means, Iman means realization of God.</w:t>
      </w:r>
    </w:p>
    <w:p>
      <w:pPr>
        <w:jc w:val="right"/>
      </w:pPr>
      <w:r>
        <w:t>سو ویدر اٹ از پوسیبل ٹو ریلائز گاڈ بائی فائٹنگ؟ ایمان مینز، ایمان مینز ریلائزیشن اف گاڈ۔</w:t>
      </w:r>
    </w:p>
    <w:p>
      <w:r>
        <w:rPr>
          <w:b/>
        </w:rPr>
        <w:t xml:space="preserve">[38:12] </w:t>
      </w:r>
      <w:r>
        <w:t>Iman means marifa. Marifa means realization of God. So how you can achieve marifa?</w:t>
      </w:r>
    </w:p>
    <w:p>
      <w:pPr>
        <w:jc w:val="right"/>
      </w:pPr>
      <w:r>
        <w:t>ایمان مینز معرفہ۔ معرفہ مینز ریلائزیشن اف گاڈ۔ سو ہاؤ یو کین اچیو معرفہ؟</w:t>
      </w:r>
    </w:p>
    <w:p>
      <w:r>
        <w:rPr>
          <w:b/>
        </w:rPr>
        <w:t xml:space="preserve">[38:20] </w:t>
      </w:r>
      <w:r>
        <w:t>Have you can achieve realization through fighting, through violence, through sword?</w:t>
      </w:r>
    </w:p>
    <w:p>
      <w:pPr>
        <w:jc w:val="right"/>
      </w:pPr>
      <w:r>
        <w:t>ہاؤ یو کین اچیو ریلائزیشن تھرو فائٹنگ، تھرو وائلنس، تھرو سوڈ؟</w:t>
      </w:r>
    </w:p>
    <w:p>
      <w:r>
        <w:rPr>
          <w:b/>
        </w:rPr>
        <w:t xml:space="preserve">[38:29] </w:t>
      </w:r>
      <w:r>
        <w:t>to Islam begins from peace. Islam begins from iman. That is Islam begins from peace.</w:t>
      </w:r>
    </w:p>
    <w:p>
      <w:pPr>
        <w:jc w:val="right"/>
      </w:pPr>
      <w:r>
        <w:t>تو اسلام بگنز فرام پیس۔ اسلام بگنز فرام ایمان۔ دیٹ از اسلام بگنز فرام پیس۔</w:t>
      </w:r>
    </w:p>
    <w:p>
      <w:r>
        <w:rPr>
          <w:b/>
        </w:rPr>
        <w:t xml:space="preserve">[38:39] </w:t>
      </w:r>
      <w:r>
        <w:t>then you can see there are some commandments, like namaz, like roza, like zakat, like haj, and all other commandments of Quran.</w:t>
      </w:r>
    </w:p>
    <w:p>
      <w:pPr>
        <w:jc w:val="right"/>
      </w:pPr>
      <w:r>
        <w:t>دین یو کین سی دیر ار سم کمانڈمنٹس، لائک نماز، لائک روزہ، لائک زکوۃ، لائک حج، اینڈ ال ادر کمانڈمنٹس اف قران۔</w:t>
      </w:r>
    </w:p>
    <w:p>
      <w:r>
        <w:rPr>
          <w:b/>
        </w:rPr>
        <w:t xml:space="preserve">[38:55] </w:t>
      </w:r>
      <w:r>
        <w:t>have nothing to do with war, have nothing to do with with with violence. So if you want to realize God, you want to worship God, you you need peace.</w:t>
      </w:r>
    </w:p>
    <w:p>
      <w:pPr>
        <w:jc w:val="right"/>
      </w:pPr>
      <w:r>
        <w:t>ہیو نتھنگ ٹو ڈو ود وار، ہیو نتھنگ ٹو ڈو ود ود ود وائلنس۔ سو اف یو وانٹ ٹو ریلائز گاڈ، یو وانٹ ٹو ورشپ گاڈ، یو یو نیڈ پیس۔</w:t>
      </w:r>
    </w:p>
    <w:p>
      <w:r>
        <w:rPr>
          <w:b/>
        </w:rPr>
        <w:t xml:space="preserve">[39:12] </w:t>
      </w:r>
      <w:r>
        <w:t>so Islamic life cannot be achieved without peaceful environment.</w:t>
      </w:r>
    </w:p>
    <w:p>
      <w:pPr>
        <w:jc w:val="right"/>
      </w:pPr>
      <w:r>
        <w:t>سو اسلامک لائف کین ناٹ بی اچیوڈ وداؤٹ پیس فل انوائرمنٹ۔</w:t>
      </w:r>
    </w:p>
    <w:p>
      <w:r>
        <w:rPr>
          <w:b/>
        </w:rPr>
        <w:t xml:space="preserve">[39:22] </w:t>
      </w:r>
      <w:r>
        <w:t>it is impossible to observe Islamic life in in vile, in the in violent conditions, in violent environment.</w:t>
      </w:r>
    </w:p>
    <w:p>
      <w:pPr>
        <w:jc w:val="right"/>
      </w:pPr>
      <w:r>
        <w:t>اٹ از امپوسیبل ٹو ابزرو اسلامک لائف ان ان وائل، ان دا ان وائلنٹ کنڈیشنز، ان وائلنٹ انوائرمنٹ۔</w:t>
      </w:r>
    </w:p>
    <w:p>
      <w:r>
        <w:rPr>
          <w:b/>
        </w:rPr>
        <w:t xml:space="preserve">[39:32] </w:t>
      </w:r>
      <w:r>
        <w:t>so i say because of this, i see that in islam, peace is the rule and war is the exception.</w:t>
      </w:r>
    </w:p>
    <w:p>
      <w:pPr>
        <w:jc w:val="right"/>
      </w:pPr>
      <w:r>
        <w:t>سو ائی اسی بیکاز اف دس، ائی سی دیٹ ان اسلام، پیس از دا رول اینڈ وار از دا ایکسیپشن۔</w:t>
      </w:r>
    </w:p>
    <w:p>
      <w:r>
        <w:rPr>
          <w:b/>
        </w:rPr>
        <w:t xml:space="preserve">[39:48] </w:t>
      </w:r>
      <w:r>
        <w:t>as I said earlier, there are 6500 verses in the Quran, and less than one percent verses pertain to war, because there were some attacks, some some aggression.</w:t>
      </w:r>
    </w:p>
    <w:p>
      <w:pPr>
        <w:jc w:val="right"/>
      </w:pPr>
      <w:r>
        <w:t>ایز ائی سیڈ ارلیئر، دیر ار 6500 ورسز ان دا قران، اینڈ لیس دین ون پرسنٹ ورسز پرٹین ٹو وار، بیکاز دیر وار سم اٹیکس، سم سم ایگریشن۔</w:t>
      </w:r>
    </w:p>
    <w:p>
      <w:r>
        <w:rPr>
          <w:b/>
        </w:rPr>
        <w:t xml:space="preserve">[40:07] </w:t>
      </w:r>
      <w:r>
        <w:t>so Quran permitted people to go to war as a defence. it means that if there is no attack, there is no war.</w:t>
      </w:r>
    </w:p>
    <w:p>
      <w:pPr>
        <w:jc w:val="right"/>
      </w:pPr>
      <w:r>
        <w:t>سو قران پرمیٹڈ پیپل ٹو گو ٹو وار ایز ا ڈیفنس۔ اٹ مینز دیٹ اف دیر از نو اٹیک، دیر از نو وار۔</w:t>
      </w:r>
    </w:p>
    <w:p>
      <w:r>
        <w:rPr>
          <w:b/>
        </w:rPr>
        <w:t xml:space="preserve">[40:19] </w:t>
      </w:r>
      <w:r>
        <w:t>it means that if there is no attack, there is no war. if there is no aggression, there is no war. then here I can see that in our present age,</w:t>
      </w:r>
    </w:p>
    <w:p>
      <w:pPr>
        <w:jc w:val="right"/>
      </w:pPr>
      <w:r>
        <w:t>اٹ مینز دیٹ اف دیر از نو اٹیک، دیر از نو وار۔ اف دیر از نو ایگریشن، دیر از نو وار۔ دین ہیر ائی کین سی دیٹ ان اور پریزنٹ ایج،</w:t>
      </w:r>
    </w:p>
    <w:p>
      <w:r>
        <w:rPr>
          <w:b/>
        </w:rPr>
        <w:t xml:space="preserve">[40:37] </w:t>
      </w:r>
      <w:r>
        <w:t>all the nations of the world have organized</w:t>
      </w:r>
    </w:p>
    <w:p>
      <w:pPr>
        <w:jc w:val="right"/>
      </w:pPr>
      <w:r>
        <w:t>ال دا نیشنز اف دا ورلڈ ہیو اگنائزڈ</w:t>
      </w:r>
    </w:p>
    <w:p>
      <w:r>
        <w:rPr>
          <w:b/>
        </w:rPr>
        <w:t xml:space="preserve">[40:44] </w:t>
      </w:r>
      <w:r>
        <w:t>a universal body, which is called united nations. united nations is a universal body, and all the nations of world have signed in this, in its charter.</w:t>
      </w:r>
    </w:p>
    <w:p>
      <w:pPr>
        <w:jc w:val="right"/>
      </w:pPr>
      <w:r>
        <w:t>ا یونیورسل باڈی، وچ از کالڈ یونائٹڈ نیشنز۔ یونائٹڈ نیشنز از ا یونیورسل باڈی، اینڈ ال دا نیشنز اف ورلڈ ہیو سائن ان دس، ان اس چارٹر۔</w:t>
      </w:r>
    </w:p>
    <w:p>
      <w:r>
        <w:rPr>
          <w:b/>
        </w:rPr>
        <w:t xml:space="preserve">[40:59] </w:t>
      </w:r>
      <w:r>
        <w:t>so all the nations are member of united, of united nations, un organizations.</w:t>
      </w:r>
    </w:p>
    <w:p>
      <w:pPr>
        <w:jc w:val="right"/>
      </w:pPr>
      <w:r>
        <w:t>سو ال دا نیشنز ار ممبر اف یونائٹڈ، اف یونائٹڈ نیشنز، یو این ارگنائزیشنز۔</w:t>
      </w:r>
    </w:p>
    <w:p>
      <w:r>
        <w:rPr>
          <w:b/>
        </w:rPr>
        <w:t xml:space="preserve">[41:09] </w:t>
      </w:r>
      <w:r>
        <w:t>and you know, all these nations have signed in a charter, which say that no nation is allowed to go to war.</w:t>
      </w:r>
    </w:p>
    <w:p>
      <w:pPr>
        <w:jc w:val="right"/>
      </w:pPr>
      <w:r>
        <w:t>اینڈ یو نو، ال دیز نیشنز ہیو سائنڈ ان ا چارٹر، وچ سی دیٹ نو نیشن از الاؤڈ ٹو گو ٹو وار۔</w:t>
      </w:r>
    </w:p>
    <w:p>
      <w:r>
        <w:rPr>
          <w:b/>
        </w:rPr>
        <w:t xml:space="preserve">[41:21] </w:t>
      </w:r>
      <w:r>
        <w:t>aggression is completely unlawful. attack and aggression is completely unlawful for any nation.</w:t>
      </w:r>
    </w:p>
    <w:p>
      <w:pPr>
        <w:jc w:val="right"/>
      </w:pPr>
      <w:r>
        <w:t>ایگریشن از کمپلیٹلی ان لافل۔ اٹیک اینڈ ایگریشن از کمپلیٹلی ان لافل فار اینی نیشن۔</w:t>
      </w:r>
    </w:p>
    <w:p>
      <w:r>
        <w:rPr>
          <w:b/>
        </w:rPr>
        <w:t xml:space="preserve">[41:31] </w:t>
      </w:r>
      <w:r>
        <w:t>so it means that according to nations, we are living in a world where there is no aggression, there is no attack.</w:t>
      </w:r>
    </w:p>
    <w:p>
      <w:pPr>
        <w:jc w:val="right"/>
      </w:pPr>
      <w:r>
        <w:t>سو اٹ مینز دیٹ اکارڈنگ ٹو نیشنز، وی ار لیونگ ان ا ورلڈ ویر دیر از نو ایگریشن، دیر از نو اٹیک۔</w:t>
      </w:r>
    </w:p>
    <w:p>
      <w:r>
        <w:rPr>
          <w:b/>
        </w:rPr>
        <w:t xml:space="preserve">[41:41] </w:t>
      </w:r>
      <w:r>
        <w:t>so why you want to go to war?</w:t>
      </w:r>
    </w:p>
    <w:p>
      <w:pPr>
        <w:jc w:val="right"/>
      </w:pPr>
      <w:r>
        <w:t>سو وائی یو وانٹ ٹو گو ٹو وار؟</w:t>
      </w:r>
    </w:p>
    <w:p>
      <w:r>
        <w:rPr>
          <w:b/>
        </w:rPr>
        <w:t xml:space="preserve">[41:46] </w:t>
      </w:r>
      <w:r>
        <w:t>i can see that all those so called jihad, which you see in the present world, all these, all these jihad were issue of management.</w:t>
      </w:r>
    </w:p>
    <w:p>
      <w:pPr>
        <w:jc w:val="right"/>
      </w:pPr>
      <w:r>
        <w:t>ائی کین سی دیٹ ال دوز سو کالڈ جہاد، وچ یو سی ان دا پریزنٹ ورلڈ، ال دیز، ال دیز جہاد ویر ایشو اف مینجمنٹ۔</w:t>
      </w:r>
    </w:p>
    <w:p>
      <w:r>
        <w:rPr>
          <w:b/>
        </w:rPr>
        <w:t xml:space="preserve">[42:01] </w:t>
      </w:r>
      <w:r>
        <w:t>there were some differences, and these differences require management. you have to try to manage those differences, but people.</w:t>
      </w:r>
    </w:p>
    <w:p>
      <w:pPr>
        <w:jc w:val="right"/>
      </w:pPr>
      <w:r>
        <w:t>دیر وار سم ڈیفرنسز، اینڈ دیز ڈیفرنسز ریکوائر مینجمنٹ۔ یو ہیو ٹو ٹرائی ٹو مینج دوز ڈیفرنسز، بٹ پیپل۔</w:t>
      </w:r>
    </w:p>
    <w:p>
      <w:r>
        <w:rPr>
          <w:b/>
        </w:rPr>
        <w:t xml:space="preserve">[42:16] </w:t>
      </w:r>
      <w:r>
        <w:t>any emotionally rush to war. i don't agree that any innate at any place in the present world, there is situation of war.</w:t>
      </w:r>
    </w:p>
    <w:p>
      <w:pPr>
        <w:jc w:val="right"/>
      </w:pPr>
      <w:r>
        <w:t>اینی ایموشنلی رش ٹو وار۔ ائی ڈونٹ ایگری دیٹ اینی ان ایٹ اینی پلیس ان دا پریزنٹ ورلڈ، دیر از سچویشن اف وار۔</w:t>
      </w:r>
    </w:p>
    <w:p>
      <w:r>
        <w:rPr>
          <w:b/>
        </w:rPr>
        <w:t xml:space="preserve">[42:29] </w:t>
      </w:r>
      <w:r>
        <w:t>no, all those situations we find in our present world, that require any what i call difference management.</w:t>
      </w:r>
    </w:p>
    <w:p>
      <w:pPr>
        <w:jc w:val="right"/>
      </w:pPr>
      <w:r>
        <w:t>نو، ال دوز سچویشنز وی فائنڈ ان اور پریزنٹ ورلڈ، دیٹ ریکوائر اینی واٹ ائی کال ڈیفرنس مینجمنٹ۔</w:t>
      </w:r>
    </w:p>
    <w:p>
      <w:r>
        <w:rPr>
          <w:b/>
        </w:rPr>
        <w:t xml:space="preserve">[42:43] </w:t>
      </w:r>
      <w:r>
        <w:t>difference management, i do agree that there are differences, political differences, geographical differences.</w:t>
      </w:r>
    </w:p>
    <w:p>
      <w:pPr>
        <w:jc w:val="right"/>
      </w:pPr>
      <w:r>
        <w:t>ڈیفرنس مینجمنٹ، ائی ڈو ایگری دیٹ دیر ار ڈیفرنسز، پولیٹیکل ڈیفرنسز، جیوگرافیکل ڈیفرنسز۔</w:t>
      </w:r>
    </w:p>
    <w:p>
      <w:r>
        <w:rPr>
          <w:b/>
        </w:rPr>
        <w:t xml:space="preserve">[42:54] </w:t>
      </w:r>
      <w:r>
        <w:t>but why you go to war? you have to go to negotiations, you have to go to discussions, you have to go to peaceful methods.</w:t>
      </w:r>
    </w:p>
    <w:p>
      <w:pPr>
        <w:jc w:val="right"/>
      </w:pPr>
      <w:r>
        <w:t>بٹ وائی یو گو ٹو وار؟ یو ہیو ٹو گو ٹو نیگوشی ایشنز، یو ہیو ٹو گو ٹو ڈسکشنز، یو ہیو ٹو گو ٹو پیس فل میتھڈز۔</w:t>
      </w:r>
    </w:p>
    <w:p>
      <w:r>
        <w:rPr>
          <w:b/>
        </w:rPr>
        <w:t xml:space="preserve">[43:08] </w:t>
      </w:r>
      <w:r>
        <w:t>you know, in india, there were great problem that british occupied india, and they became ruler of india.</w:t>
      </w:r>
    </w:p>
    <w:p>
      <w:pPr>
        <w:jc w:val="right"/>
      </w:pPr>
      <w:r>
        <w:t>یو نو، ان انڈیا، دیر وار گریٹ پرابلم دیٹ برٹش اکوپائیڈ انڈیا، اینڈ دے بیکم رولر اف انڈیا۔</w:t>
      </w:r>
    </w:p>
    <w:p>
      <w:r>
        <w:rPr>
          <w:b/>
        </w:rPr>
        <w:t xml:space="preserve">[43:20] </w:t>
      </w:r>
      <w:r>
        <w:t>but mahatma gandhi was able to achieve success completely through any peaceful method,</w:t>
      </w:r>
    </w:p>
    <w:p>
      <w:pPr>
        <w:jc w:val="right"/>
      </w:pPr>
      <w:r>
        <w:t>بٹ مہاتما گاندھی واز ایبل ٹو اچیو سکسیس کمپلیٹلی تھرو اینی پیس فل میتھڈ،</w:t>
      </w:r>
    </w:p>
    <w:p>
      <w:r>
        <w:rPr>
          <w:b/>
        </w:rPr>
        <w:t xml:space="preserve">[43:36] </w:t>
      </w:r>
      <w:r>
        <w:t>and british empire compel to oust india. so if this kind of super problem can be solved through peaceful method, so other problems are very little.</w:t>
      </w:r>
    </w:p>
    <w:p>
      <w:pPr>
        <w:jc w:val="right"/>
      </w:pPr>
      <w:r>
        <w:t>اینڈ برٹش ایمپائر کمپیل ٹو اوسٹ انڈیا۔ سو اف دس کائنڈ اف سپر پرابلم کین بی سالو تھرو پیس فل میتھڈ، سو ادر پرابلمز ار ویری لٹل۔</w:t>
      </w:r>
    </w:p>
    <w:p>
      <w:r>
        <w:rPr>
          <w:b/>
        </w:rPr>
        <w:t xml:space="preserve">[43:52] </w:t>
      </w:r>
      <w:r>
        <w:t>I think there is no justification to go to war.</w:t>
      </w:r>
    </w:p>
    <w:p>
      <w:pPr>
        <w:jc w:val="right"/>
      </w:pPr>
      <w:r>
        <w:t>ائی تھنک دیر از نو جسٹیفیکیشن ٹو گو ٹو وار۔</w:t>
      </w:r>
    </w:p>
    <w:p>
      <w:r>
        <w:rPr>
          <w:b/>
        </w:rPr>
        <w:t xml:space="preserve">[43:57] </w:t>
      </w:r>
      <w:r>
        <w:t>indiyan example is very, very</w:t>
      </w:r>
    </w:p>
    <w:p>
      <w:pPr>
        <w:jc w:val="right"/>
      </w:pPr>
      <w:r>
        <w:t>انڈین ایگزیمپل از ویری، ویری</w:t>
      </w:r>
    </w:p>
    <w:p>
      <w:r>
        <w:rPr>
          <w:b/>
        </w:rPr>
        <w:t xml:space="preserve">[44:03] </w:t>
      </w:r>
      <w:r>
        <w:t>Indian example is a great example that tells us</w:t>
      </w:r>
    </w:p>
    <w:p>
      <w:pPr>
        <w:jc w:val="right"/>
      </w:pPr>
      <w:r>
        <w:t>انڈین ایگزیمپل از ا گریٹ ایگزیمپل دیٹ ٹیلز اس</w:t>
      </w:r>
    </w:p>
    <w:p>
      <w:r>
        <w:rPr>
          <w:b/>
        </w:rPr>
        <w:t xml:space="preserve">[44:08] </w:t>
      </w:r>
      <w:r>
        <w:t>that you are not allowed to go to war, because here is a peaceful method,</w:t>
      </w:r>
    </w:p>
    <w:p>
      <w:pPr>
        <w:jc w:val="right"/>
      </w:pPr>
      <w:r>
        <w:t>دیٹ یو ار ناٹ الاؤڈ ٹو گو ٹو وار، بیکاز ہیر از ا پیس فل میتھڈ،</w:t>
      </w:r>
    </w:p>
    <w:p>
      <w:r>
        <w:rPr>
          <w:b/>
        </w:rPr>
        <w:t xml:space="preserve">[44:18] </w:t>
      </w:r>
      <w:r>
        <w:t>And by peaceful method, you can manage all those differences.</w:t>
      </w:r>
    </w:p>
    <w:p>
      <w:pPr>
        <w:jc w:val="right"/>
      </w:pPr>
      <w:r>
        <w:t>اینڈ بائے پیس فل میتھڈ، یو کین مینج ال دوز ڈیفرنسز۔</w:t>
      </w:r>
    </w:p>
    <w:p>
      <w:r>
        <w:rPr>
          <w:b/>
        </w:rPr>
        <w:t xml:space="preserve">[44:25] </w:t>
      </w:r>
      <w:r>
        <w:t>here i would like to remind a very important, very relevant hadith.</w:t>
      </w:r>
    </w:p>
    <w:p>
      <w:pPr>
        <w:jc w:val="right"/>
      </w:pPr>
      <w:r>
        <w:t>ہیر ائی وڈ لائک ٹو ریمائنڈ ا ویری امپورٹنٹ، ویری ریلیونٹ حدیث۔</w:t>
      </w:r>
    </w:p>
    <w:p>
      <w:r>
        <w:rPr>
          <w:b/>
        </w:rPr>
        <w:t xml:space="preserve">[44:35] </w:t>
      </w:r>
      <w:r>
        <w:t>the wife of the prophet aisha says that rasul allah sallallahu alaihi wasallam</w:t>
      </w:r>
    </w:p>
    <w:p>
      <w:pPr>
        <w:jc w:val="right"/>
      </w:pPr>
      <w:r>
        <w:t>دا وائف اف دا پرافٹ عائشہ سیز دیٹ رسول اللہ صلی اللہ علیہ وسلم</w:t>
      </w:r>
    </w:p>
    <w:p>
      <w:r>
        <w:rPr>
          <w:b/>
        </w:rPr>
        <w:t xml:space="preserve">[44:50] </w:t>
      </w:r>
      <w:r>
        <w:t>bin amrain illa aisha. it means that whenever the prophet had to choose between the two, he always opted for easier option rather than harder option.</w:t>
      </w:r>
    </w:p>
    <w:p>
      <w:pPr>
        <w:jc w:val="right"/>
      </w:pPr>
      <w:r>
        <w:t>بین امرین الا عائشہ۔ اٹ مینز دیٹ وین ایور دا پرافٹ ہیڈ ٹو چوز بٹوین دا ٹو، ہی الویز اپٹڈ فار ایزیر اپشن رادر دین ہارڈر اپشن۔</w:t>
      </w:r>
    </w:p>
    <w:p>
      <w:r>
        <w:rPr>
          <w:b/>
        </w:rPr>
        <w:t xml:space="preserve">[45:03] </w:t>
      </w:r>
      <w:r>
        <w:t>now, you see, if you have option between war and peace, which one is easier and which one is harder?</w:t>
      </w:r>
    </w:p>
    <w:p>
      <w:pPr>
        <w:jc w:val="right"/>
      </w:pPr>
      <w:r>
        <w:t>ناو، یو سی، اف یو ہیو اپشن بٹوین وار اینڈ پیس، وچ ون از ایزیر اینڈ وچ ون از ہارڈر؟</w:t>
      </w:r>
    </w:p>
    <w:p>
      <w:r>
        <w:rPr>
          <w:b/>
        </w:rPr>
        <w:t xml:space="preserve">[45:17] </w:t>
      </w:r>
      <w:r>
        <w:t>very evident that if we have two options, either to go to peaceful method or go to violent method. Then violent method is harder option, and peaceful method is easier option.</w:t>
      </w:r>
    </w:p>
    <w:p>
      <w:pPr>
        <w:jc w:val="right"/>
      </w:pPr>
      <w:r>
        <w:t>ویری ایویڈنٹ دیٹ اف وی ہیو ٹو اپشنز، ایدر ٹو گو ٹو پیس فل میتھڈ اور گو ٹو وائلنٹ میتھڈ۔ دین وائلنٹ میتھڈ از ہارڈر اپشن، اینڈ پیس فل میتھڈ از ایزیر اپشن۔</w:t>
      </w:r>
    </w:p>
    <w:p>
      <w:r>
        <w:rPr>
          <w:b/>
        </w:rPr>
        <w:t xml:space="preserve">[45:31] </w:t>
      </w:r>
      <w:r>
        <w:t>So I think that every where in the world, these two options are open. These two options are open.</w:t>
      </w:r>
    </w:p>
    <w:p>
      <w:pPr>
        <w:jc w:val="right"/>
      </w:pPr>
      <w:r>
        <w:t>سو ائی تھنک دیٹ ایوری ویر ان دا ورلڈ، دیز ٹو اپشنز ار اوپن۔ دیز ٹو اپشنز ار اوپن۔</w:t>
      </w:r>
    </w:p>
    <w:p>
      <w:r>
        <w:rPr>
          <w:b/>
        </w:rPr>
        <w:t xml:space="preserve">[45:40] </w:t>
      </w:r>
      <w:r>
        <w:t>If it was open in India, then is also open in every where of the, in every where of the world, in Palestine, in Kashmir, every where, it is open.</w:t>
      </w:r>
    </w:p>
    <w:p>
      <w:pPr>
        <w:jc w:val="right"/>
      </w:pPr>
      <w:r>
        <w:t>اف اٹ واز اوپن ان انڈیا، دین از السو اوپن ان ایوری ویر اف دا، ان ایوری ویر اف دا ورلڈ، ان پیلسٹائن، ان کاشپیر، ایوری ویر، اٹ از اوپن۔</w:t>
      </w:r>
    </w:p>
    <w:p>
      <w:r>
        <w:rPr>
          <w:b/>
        </w:rPr>
        <w:t xml:space="preserve">[45:55] </w:t>
      </w:r>
      <w:r>
        <w:t>So why you opt harder option instead of easier option? I believe firmly that in Palestine, in Kashmir, and other part of the world,</w:t>
      </w:r>
    </w:p>
    <w:p>
      <w:pPr>
        <w:jc w:val="right"/>
      </w:pPr>
      <w:r>
        <w:t>تو وائی یو اپٹ ہارڈر اپشن انسٹیڈ اف ایزیر اپشن؟ ائی بیلیو فرملی دیٹ ان پیلسٹائن، ان کاشپیر، اینڈ ادر پارٹ اف دا ورلڈ،</w:t>
      </w:r>
    </w:p>
    <w:p>
      <w:r>
        <w:rPr>
          <w:b/>
        </w:rPr>
        <w:t xml:space="preserve">[46:12] </w:t>
      </w:r>
      <w:r>
        <w:t>It is completely possible to adopt peaceful method. But these people run after violent method, they are unislamic, they are against the prophet, against the prophetic sunnah.</w:t>
      </w:r>
    </w:p>
    <w:p>
      <w:pPr>
        <w:jc w:val="right"/>
      </w:pPr>
      <w:r>
        <w:t>اٹ از کمپلیٹلی پاسیبل ٹو اڈاپٹ پیس فل میتھڈ۔ بٹ دیز پیپل رن افٹر وائلنٹ میتھڈ، دے ار ان اسلامک، دے ار اگینسٹ دا پرافٹ، اگینسٹ دا پرافٹک سنت۔</w:t>
      </w:r>
    </w:p>
    <w:p>
      <w:r>
        <w:rPr>
          <w:b/>
        </w:rPr>
        <w:t xml:space="preserve">[46:29] </w:t>
      </w:r>
      <w:r>
        <w:t>So I think that jihad means peaceful struggle, and if there is aggression, even at that situation, you have to try to avoid war.</w:t>
      </w:r>
    </w:p>
    <w:p>
      <w:pPr>
        <w:jc w:val="right"/>
      </w:pPr>
      <w:r>
        <w:t>سو ائی تھنک دیٹ جہاد مینز پیس فلی سٹرگل، اینڈ اف دیر از ایگریشن، ایون ایٹ دیٹ سچویشن، یو ہیو ٹو ٹرائی ٹو اوائڈ وار۔</w:t>
      </w:r>
    </w:p>
    <w:p>
      <w:r>
        <w:rPr>
          <w:b/>
        </w:rPr>
        <w:t xml:space="preserve">[46:43] </w:t>
      </w:r>
      <w:r>
        <w:t>There are, there are so many examples in the prophet's life. You know, if you, if you read any book of seerah, you will find that they mention 83 ghazwat.</w:t>
      </w:r>
    </w:p>
    <w:p>
      <w:pPr>
        <w:jc w:val="right"/>
      </w:pPr>
      <w:r>
        <w:t>دیر ار، دیر ار سو مینی ایگزیمپل ان دا پرافٹس لائف۔ یو نو، اف یو، اف یو ریڈ اینی بک اف سیرہ، یو ویل فائنڈ دیٹ دے مینشن 83 غزوات۔</w:t>
      </w:r>
    </w:p>
    <w:p>
      <w:r>
        <w:rPr>
          <w:b/>
        </w:rPr>
        <w:t xml:space="preserve">[46:57] </w:t>
      </w:r>
      <w:r>
        <w:t>Ghazwah means any fighting or war. They refer to 83 wars. But where are the 83 wars?</w:t>
      </w:r>
    </w:p>
    <w:p>
      <w:pPr>
        <w:jc w:val="right"/>
      </w:pPr>
      <w:r>
        <w:t>غزوہ مینز اینی فائٹنگ اور وار۔ دے ریفر ٹو 83 وارز۔ بٹ ویر ار دا 83 وارز؟</w:t>
      </w:r>
    </w:p>
    <w:p>
      <w:r>
        <w:rPr>
          <w:b/>
        </w:rPr>
        <w:t xml:space="preserve">[47:09] </w:t>
      </w:r>
      <w:r>
        <w:t>No, during prophet's time, there were three wars, Badr, Uhud, or Hunayn. But they refer to 83 wars.</w:t>
      </w:r>
    </w:p>
    <w:p>
      <w:pPr>
        <w:jc w:val="right"/>
      </w:pPr>
      <w:r>
        <w:t>نو، ڈیورنگ پرافٹس ٹائم، دیر وار تھری وارز، بدر، احد، اور حنین۔ بٹ دے ریفر ٹو 83 وارز۔</w:t>
      </w:r>
    </w:p>
    <w:p>
      <w:r>
        <w:rPr>
          <w:b/>
        </w:rPr>
        <w:t xml:space="preserve">[47:21] </w:t>
      </w:r>
      <w:r>
        <w:t>There is wrong. Why? It is true that those people who enemy of Islam, they wanted, they tried to attack, they wanted to engage prophet's, prophet of Islam, in fighting.</w:t>
      </w:r>
    </w:p>
    <w:p>
      <w:pPr>
        <w:jc w:val="right"/>
      </w:pPr>
      <w:r>
        <w:t>دیر از رونگ۔ وائی؟ اٹ از ٹرو دیٹ دوز پیپل ہو اینمی اف اسلام، دے وانٹڈ، دے ٹرائیڈ ٹو اٹیک، دے وانٹڈ ٹو انگیج پرافٹس، پرافٹ اف اسلام، ان فائٹنگ۔</w:t>
      </w:r>
    </w:p>
    <w:p>
      <w:r>
        <w:rPr>
          <w:b/>
        </w:rPr>
        <w:t xml:space="preserve">[47:41] </w:t>
      </w:r>
      <w:r>
        <w:t>But the prophet was able to avoid, although they wanted 83 times to wage a war.</w:t>
      </w:r>
    </w:p>
    <w:p>
      <w:pPr>
        <w:jc w:val="right"/>
      </w:pPr>
      <w:r>
        <w:t>بٹ دا پرافٹ واز ایبل ٹو اوائڈ، الدو دے وانٹڈ 83 ٹائمز ٹو ویج ا وار۔</w:t>
      </w:r>
    </w:p>
    <w:p>
      <w:r>
        <w:rPr>
          <w:b/>
        </w:rPr>
        <w:t xml:space="preserve">[47:52] </w:t>
      </w:r>
      <w:r>
        <w:t>But prophet always diffuse the situation. He always avoided the situation. Just like there is a very, very well known example of Khandaq in Battle of Trenches.</w:t>
      </w:r>
    </w:p>
    <w:p>
      <w:pPr>
        <w:jc w:val="right"/>
      </w:pPr>
      <w:r>
        <w:t>بٹ پرافٹ الویز ڈیفیوز دا سچویشن۔ ہی الویز اوائڈڈ دا سچویشن۔ جسٹ لائک دیر از ا ویری، ویری ویل نون ایگزیمپل اف خندق ان بیٹل اف ٹرینچز۔</w:t>
      </w:r>
    </w:p>
    <w:p>
      <w:r>
        <w:rPr>
          <w:b/>
        </w:rPr>
        <w:t xml:space="preserve">[48:06] </w:t>
      </w:r>
      <w:r>
        <w:t>You know, at the time of Battle of Trenches, although in books is mentioned as battle. In every book, you will see this word, Battle of Trenches.</w:t>
      </w:r>
    </w:p>
    <w:p>
      <w:pPr>
        <w:jc w:val="right"/>
      </w:pPr>
      <w:r>
        <w:t>یو نو، ایٹ دا ٹائم اف بیٹل اف ٹرینچز، الدو ان بکس از مینشن ایز بیٹل۔ ان ایوری بک، یو ویل سی دس ورڈ، بیٹل اف ٹرینچز۔</w:t>
      </w:r>
    </w:p>
    <w:p>
      <w:r>
        <w:rPr>
          <w:b/>
        </w:rPr>
        <w:t xml:space="preserve">[48:19] </w:t>
      </w:r>
      <w:r>
        <w:t>But where was that battle? There was no battle. What happened? That make people came to Madinah for the purpose of attack.</w:t>
      </w:r>
    </w:p>
    <w:p>
      <w:pPr>
        <w:jc w:val="right"/>
      </w:pPr>
      <w:r>
        <w:t>بٹ ویر واز دیٹ بیٹل؟ دیر واز نو بیٹل۔ واٹ ہیپنڈ؟ دیٹ میکن پیپل کیم ٹو مدینہ فار دا پرپس اف اٹیک۔</w:t>
      </w:r>
    </w:p>
    <w:p>
      <w:r>
        <w:rPr>
          <w:b/>
        </w:rPr>
        <w:t xml:space="preserve">[48:33] </w:t>
      </w:r>
      <w:r>
        <w:t>But prophet was able to dig a trench between Madinah and those people, dig a trench, Khandaq.</w:t>
      </w:r>
    </w:p>
    <w:p>
      <w:pPr>
        <w:jc w:val="right"/>
      </w:pPr>
      <w:r>
        <w:t>بٹ پرافٹ واز ایبل ٹو ڈگ ا ٹرینچ بٹوین مدینہ اینڈ دوز پیپل، ڈگ ا ٹرینچ، خندق۔</w:t>
      </w:r>
    </w:p>
    <w:p>
      <w:r>
        <w:rPr>
          <w:b/>
        </w:rPr>
        <w:t xml:space="preserve">[48:45] </w:t>
      </w:r>
      <w:r>
        <w:t>So at the time, there were no helicopters. So they, i.e. they can not, i.e. it was,</w:t>
      </w:r>
    </w:p>
    <w:p>
      <w:pPr>
        <w:jc w:val="right"/>
      </w:pPr>
      <w:r>
        <w:t>سو ایٹ دا ٹائم، دیر وار نو ہیلی کاپٹرز۔ سو دے، یعنی دے کین ناٹ، یعنی اٹ واز،</w:t>
      </w:r>
    </w:p>
    <w:p>
      <w:r>
        <w:rPr>
          <w:b/>
        </w:rPr>
        <w:t xml:space="preserve">[49:00] </w:t>
      </w:r>
      <w:r>
        <w:t>It was impossible for for their army to enter Madinah because of that trench.</w:t>
      </w:r>
    </w:p>
    <w:p>
      <w:pPr>
        <w:jc w:val="right"/>
      </w:pPr>
      <w:r>
        <w:t>اٹ واز امپاسیبل فار فار دیر ارمی ٹو انٹر مدینہ بیکاز اف دیٹ ٹرینچ۔</w:t>
      </w:r>
    </w:p>
    <w:p>
      <w:r>
        <w:rPr>
          <w:b/>
        </w:rPr>
        <w:t xml:space="preserve">[49:10] </w:t>
      </w:r>
      <w:r>
        <w:t>So it means that at that Battle of Trench was not a battle, but it was avoidance. But our, i.e. our seerah books mention is at a battle.</w:t>
      </w:r>
    </w:p>
    <w:p>
      <w:pPr>
        <w:jc w:val="right"/>
      </w:pPr>
      <w:r>
        <w:t>سو اٹ مینز دیٹ ایٹ دیٹ بیٹل اف ٹرینچ واز ناٹ ا بیٹل، بٹ اٹ واز اوائڈنس۔ بٹ اور، یعنی اور سیرہ بکس مینشن از ایٹ ا بیٹل۔</w:t>
      </w:r>
    </w:p>
    <w:p>
      <w:r>
        <w:rPr>
          <w:b/>
        </w:rPr>
        <w:t xml:space="preserve">[49:22] </w:t>
      </w:r>
      <w:r>
        <w:t>It was not battle, it was avoidance of battle. So although enemy wanted to wage war 83 times, but prophet always diffuse the situation.</w:t>
      </w:r>
    </w:p>
    <w:p>
      <w:pPr>
        <w:jc w:val="right"/>
      </w:pPr>
      <w:r>
        <w:t>اٹ واز ناٹ بیٹل، اٹ واز اوائڈنس اف بیٹل۔ سو الدو اینمی وانٹڈ ٹو ویج وار 83 ٹائمز، بٹ پرافٹ الویز ڈیفیوز دا سچویشن۔</w:t>
      </w:r>
    </w:p>
    <w:p>
      <w:r>
        <w:rPr>
          <w:b/>
        </w:rPr>
        <w:t xml:space="preserve">[49:38] </w:t>
      </w:r>
      <w:r>
        <w:t>He always avoided the situation. So there was no war except a three times, Badr, Uhud, or Hunayn. These three wars were compulsive wars.</w:t>
      </w:r>
    </w:p>
    <w:p>
      <w:pPr>
        <w:jc w:val="right"/>
      </w:pPr>
      <w:r>
        <w:t>ہی الویز اوائڈڈ دا سچویشن۔ تو دیر واز نو وار ایکسیپٹ ا تھری ٹائمز، بدر، احد، اور حنین۔ دیز تھری وارز ویر کمپلسو وارز۔</w:t>
      </w:r>
    </w:p>
    <w:p>
      <w:r>
        <w:rPr>
          <w:b/>
        </w:rPr>
        <w:t xml:space="preserve">[49:50] </w:t>
      </w:r>
      <w:r>
        <w:t>At the time, there was no option for prophet, no option except going to war. So this is the philosophy of war in Islam.</w:t>
      </w:r>
    </w:p>
    <w:p>
      <w:pPr>
        <w:jc w:val="right"/>
      </w:pPr>
      <w:r>
        <w:t>ایٹ دا ٹائم، دیر واز نو اپشن فار پرافٹ، نو اپشن ایکسیپٹ گوئنگ ٹو وار۔ سو دس از دا فلاسفی اف وار ان اسلام۔</w:t>
      </w:r>
    </w:p>
    <w:p>
      <w:r>
        <w:rPr>
          <w:b/>
        </w:rPr>
        <w:t xml:space="preserve">[50:01] </w:t>
      </w:r>
      <w:r>
        <w:t>Islam believe in peace, in tolerance, not in war. Philosophy of war is Hitler philosophy, philosophy, Stalin philosophy.</w:t>
      </w:r>
    </w:p>
    <w:p>
      <w:pPr>
        <w:jc w:val="right"/>
      </w:pPr>
      <w:r>
        <w:t>اسلام بیلیو ان پیس، ان ٹولرنس، ناٹ ان وار۔ فلاسفی اف وار از ہٹلر فلاسفی، فلاسفی، اسٹالن فلاسفی۔</w:t>
      </w:r>
    </w:p>
    <w:p>
      <w:r>
        <w:rPr>
          <w:b/>
        </w:rPr>
        <w:t xml:space="preserve">[50:13] </w:t>
      </w:r>
      <w:r>
        <w:t>It is not Islamic philosophy. Islam greatly believe in peace. The prophet of Islam has said, "La tamannu al-afiyah",</w:t>
      </w:r>
    </w:p>
    <w:p>
      <w:pPr>
        <w:jc w:val="right"/>
      </w:pPr>
      <w:r>
        <w:t>اٹ از ناٹ اسلامک فلاسفی۔ اسلام گریٹلی بیلیو ان پیس۔ دا پرافٹ اف اسلام ہیز سیڈ، "لا تمن اللہ العافیہ،</w:t>
      </w:r>
    </w:p>
    <w:p>
      <w:r>
        <w:rPr>
          <w:b/>
        </w:rPr>
        <w:t xml:space="preserve">[50:29] </w:t>
      </w:r>
      <w:r>
        <w:t>Don't wish, do not wish war, do not wish war, but always ask peace, but always ask God for peace.</w:t>
      </w:r>
    </w:p>
    <w:p>
      <w:pPr>
        <w:jc w:val="right"/>
      </w:pPr>
      <w:r>
        <w:t>ڈونٹ وش، ڈو ناٹ وش وار، ڈو ناٹ وش وار، بٹ الویز اسک پیس، بٹ الویز اسک گاڈ فار پیس۔</w:t>
      </w:r>
    </w:p>
    <w:p>
      <w:r>
        <w:rPr>
          <w:b/>
        </w:rPr>
        <w:t xml:space="preserve">[50:43] </w:t>
      </w:r>
      <w:r>
        <w:t>La tamannu al-afiyah,</w:t>
      </w:r>
    </w:p>
    <w:p>
      <w:pPr>
        <w:jc w:val="right"/>
      </w:pPr>
      <w:r>
        <w:t>لا تمن اللہ العافیہ،</w:t>
      </w:r>
    </w:p>
    <w:p>
      <w:r>
        <w:rPr>
          <w:b/>
        </w:rPr>
        <w:t xml:space="preserve">[50:47] </w:t>
      </w:r>
      <w:r>
        <w:t>do not wish war or fighting, always ask peace from God. " these are true spirit of Islam.</w:t>
      </w:r>
    </w:p>
    <w:p>
      <w:pPr>
        <w:jc w:val="right"/>
      </w:pPr>
      <w:r>
        <w:t>ڈو ناٹ وش وار اور فائٹنگ، الویز اسک پیس فرام گاڈ۔" دیز ار ٹرو سپرٹ اف اسلام۔</w:t>
      </w:r>
    </w:p>
    <w:p>
      <w:r>
        <w:rPr>
          <w:b/>
        </w:rPr>
        <w:t xml:space="preserve">[51:01] </w:t>
      </w:r>
      <w:r>
        <w:t>then there is a hadith in sahih al-bukhari,</w:t>
      </w:r>
    </w:p>
    <w:p>
      <w:pPr>
        <w:jc w:val="right"/>
      </w:pPr>
      <w:r>
        <w:t>دین دیر از ا حدیث ان صحیح البخاری،</w:t>
      </w:r>
    </w:p>
    <w:p>
      <w:r>
        <w:rPr>
          <w:b/>
        </w:rPr>
        <w:t xml:space="preserve">[51:08] </w:t>
      </w:r>
      <w:r>
        <w:t>" inna Allaha mala al-anf.</w:t>
      </w:r>
    </w:p>
    <w:p>
      <w:pPr>
        <w:jc w:val="right"/>
      </w:pPr>
      <w:r>
        <w:t>"ان اللہ مالا العنف۔</w:t>
      </w:r>
    </w:p>
    <w:p>
      <w:r>
        <w:rPr>
          <w:b/>
        </w:rPr>
        <w:t xml:space="preserve">[51:13] </w:t>
      </w:r>
      <w:r>
        <w:t>" it means that God grants to non-violence what he does not grant to violence.</w:t>
      </w:r>
    </w:p>
    <w:p>
      <w:pPr>
        <w:jc w:val="right"/>
      </w:pPr>
      <w:r>
        <w:t>" اٹ مینز دیٹ گاڈ گرانٹس ٹو نان وائلنس واٹ ہی ڈز ناٹ گرانٹ ٹو وائلنس۔</w:t>
      </w:r>
    </w:p>
    <w:p>
      <w:r>
        <w:rPr>
          <w:b/>
        </w:rPr>
        <w:t xml:space="preserve">[51:23] </w:t>
      </w:r>
      <w:r>
        <w:t>it means that peaceful method is far more effective than the violent method.</w:t>
      </w:r>
    </w:p>
    <w:p>
      <w:pPr>
        <w:jc w:val="right"/>
      </w:pPr>
      <w:r>
        <w:t>اٹ مینز دیٹ پیس فل میتھڈ از فارور ایفیکٹیو دین دی وائلنٹ میتھڈ۔</w:t>
      </w:r>
    </w:p>
    <w:p>
      <w:r>
        <w:rPr>
          <w:b/>
        </w:rPr>
        <w:t xml:space="preserve">[51:34] </w:t>
      </w:r>
      <w:r>
        <w:t>God grants to non-violence what he does not grant to violence. very clear. according to this hadith, peaceful method is far more effective than the violent method.</w:t>
      </w:r>
    </w:p>
    <w:p>
      <w:pPr>
        <w:jc w:val="right"/>
      </w:pPr>
      <w:r>
        <w:t>گاڈ گرانٹس ٹو نان وائلنس واٹ ہی ڈز ناٹ گرانٹ ٹو وائلنس۔ ویری کلیئر۔ اکارڈنگ ٹو دس حدیث، پیس فل میتھڈ از فار مور ایفیکٹیو دین دی وائلنٹ میتھڈ۔</w:t>
      </w:r>
    </w:p>
    <w:p>
      <w:r>
        <w:rPr>
          <w:b/>
        </w:rPr>
        <w:t xml:space="preserve">[51:50] </w:t>
      </w:r>
      <w:r>
        <w:t>very, very clear. so why you, why you, you are, you are opting for for violent method? why? why?</w:t>
      </w:r>
    </w:p>
    <w:p>
      <w:pPr>
        <w:jc w:val="right"/>
      </w:pPr>
      <w:r>
        <w:t>ویری، ویری کلیئر۔ سو وائی یو، وائی یو، یو ار، یو ار اپٹنگ فار فار وائلنٹ میتھڈ؟ وائی؟ وائی؟</w:t>
      </w:r>
    </w:p>
    <w:p>
      <w:r>
        <w:rPr>
          <w:b/>
        </w:rPr>
        <w:t xml:space="preserve">[52:03] </w:t>
      </w:r>
      <w:r>
        <w:t>if according to this hadith, peaceful method is more effective, then why you are opting for violent method?</w:t>
      </w:r>
    </w:p>
    <w:p>
      <w:pPr>
        <w:jc w:val="right"/>
      </w:pPr>
      <w:r>
        <w:t>اف اکارڈنگ ٹو دس حدیث، پیس فل میتھڈ از مور ایفیکٹیو، دین وائی یو ار اپٹنگ فار وائلنٹ میتھڈ؟</w:t>
      </w:r>
    </w:p>
    <w:p>
      <w:r>
        <w:rPr>
          <w:b/>
        </w:rPr>
        <w:t xml:space="preserve">[52:17] </w:t>
      </w:r>
      <w:r>
        <w:t>completely wrong, completely sinful, sinful. i have no other word except sinful, crime.</w:t>
      </w:r>
    </w:p>
    <w:p>
      <w:pPr>
        <w:jc w:val="right"/>
      </w:pPr>
      <w:r>
        <w:t>کمپلیٹلی رونگ، کمپلیٹلی سنفل، سنفل۔ ائی ہیو نو ادر ورڈ ایکسیپٹ سنفل، کرائم۔</w:t>
      </w:r>
    </w:p>
    <w:p>
      <w:r>
        <w:rPr>
          <w:b/>
        </w:rPr>
        <w:t xml:space="preserve">[52:29] </w:t>
      </w:r>
      <w:r>
        <w:t>again, i will repeat that difference is a part of life. you cannot eliminate differences.</w:t>
      </w:r>
    </w:p>
    <w:p>
      <w:pPr>
        <w:jc w:val="right"/>
      </w:pPr>
      <w:r>
        <w:t>اگین، ائی ویل ریپیٹ دیٹ ڈیفرنس از ا پارٹ اف لائف۔ یو کین ناٹ ایلیمینیٹ ڈیفرنسز۔</w:t>
      </w:r>
    </w:p>
    <w:p>
      <w:r>
        <w:rPr>
          <w:b/>
        </w:rPr>
        <w:t xml:space="preserve">[52:41] </w:t>
      </w:r>
      <w:r>
        <w:t>no power can eliminate difference from life. so when it is, it is beyond our, it is beyond our capacity.</w:t>
      </w:r>
    </w:p>
    <w:p>
      <w:pPr>
        <w:jc w:val="right"/>
      </w:pPr>
      <w:r>
        <w:t>نو پاور کین ایلیمینیٹ ڈیفرنس فرام لائف۔ سو وین اٹ از، اٹ از بیونڈ اور، اٹ از بیونڈ اور کیپیسٹی۔</w:t>
      </w:r>
    </w:p>
    <w:p>
      <w:r>
        <w:rPr>
          <w:b/>
        </w:rPr>
        <w:t xml:space="preserve">[52:53] </w:t>
      </w:r>
      <w:r>
        <w:t>if it is beyond our capacity to eliminate differences, then why you try to eliminate differences? you have to manage differences.</w:t>
      </w:r>
    </w:p>
    <w:p>
      <w:pPr>
        <w:jc w:val="right"/>
      </w:pPr>
      <w:r>
        <w:t>اف اٹ از بیونڈ اور کیپیسٹی ٹو ایلیمینیٹ ڈیفرنسز، دین وائی یو ٹرائی ٹو ایلیمینیٹ ڈیفرنسز؟ یو ہیو ٹو مینج ڈیفرنسز۔</w:t>
      </w:r>
    </w:p>
    <w:p>
      <w:r>
        <w:rPr>
          <w:b/>
        </w:rPr>
        <w:t xml:space="preserve">[53:02] </w:t>
      </w:r>
      <w:r>
        <w:t>you have to learn the art of difference management rather than to art of, rather than the art of eliminating the differences.</w:t>
      </w:r>
    </w:p>
    <w:p>
      <w:pPr>
        <w:jc w:val="right"/>
      </w:pPr>
      <w:r>
        <w:t>یو ہیو ٹو لرن دا ارٹ اف ڈیفرنس مینجمنٹ رادر دین ٹو ارٹ اف، رادر دین دی ارٹ اف ایلیمینیٹنگ دی ڈیفرنسز۔</w:t>
      </w:r>
    </w:p>
    <w:p>
      <w:r>
        <w:rPr>
          <w:b/>
        </w:rPr>
        <w:t xml:space="preserve">[53:16] </w:t>
      </w:r>
      <w:r>
        <w:t>and what is art of, art of difference management? it begins from dua. dua is the starting point.</w:t>
      </w:r>
    </w:p>
    <w:p>
      <w:pPr>
        <w:jc w:val="right"/>
      </w:pPr>
      <w:r>
        <w:t>اینڈ واٹ از ارٹ اف، ارٹ اف ڈیفرنس مینجمنٹ؟ اٹ بگنز فرام دعا۔ دعا از دی سٹارٹنگ پوائنٹ۔</w:t>
      </w:r>
    </w:p>
    <w:p>
      <w:r>
        <w:rPr>
          <w:b/>
        </w:rPr>
        <w:t xml:space="preserve">[53:29] </w:t>
      </w:r>
      <w:r>
        <w:t>if you see there are difference, there are violence, there are some unpleasant situation, first of all, you have to go to dua.</w:t>
      </w:r>
    </w:p>
    <w:p>
      <w:pPr>
        <w:jc w:val="right"/>
      </w:pPr>
      <w:r>
        <w:t>اف یو سی دیر ار ڈیفرنس، دیر ار وائلنس، دیر ار سم ان پریزنٹ سچویشن، فرسٹ اف ال، یو ہیو ٹو گو ٹو دعا۔</w:t>
      </w:r>
    </w:p>
    <w:p>
      <w:r>
        <w:rPr>
          <w:b/>
        </w:rPr>
        <w:t xml:space="preserve">[53:46] </w:t>
      </w:r>
      <w:r>
        <w:t>bas Allah al-afiya, la tamna Allah al-afiya.</w:t>
      </w:r>
    </w:p>
    <w:p>
      <w:pPr>
        <w:jc w:val="right"/>
      </w:pPr>
      <w:r>
        <w:t>بس اللہ العافیہ، لا تمن اللہ العافیہ۔</w:t>
      </w:r>
    </w:p>
    <w:p>
      <w:r>
        <w:rPr>
          <w:b/>
        </w:rPr>
        <w:t xml:space="preserve">[53:53] </w:t>
      </w:r>
      <w:r>
        <w:t>yani you have to ask peace from God. here you can see what is the teaching of Islam. la tamna Allah al-afiya,</w:t>
      </w:r>
    </w:p>
    <w:p>
      <w:pPr>
        <w:jc w:val="right"/>
      </w:pPr>
      <w:r>
        <w:t>یعنی یو ہیو ٹو اسک پیس فرام گاڈ۔ ہیر یو کین سی واٹ از دا ٹیچنگ اف اسلام۔ لا تمن اللہ العافیہ،</w:t>
      </w:r>
    </w:p>
    <w:p>
      <w:r>
        <w:rPr>
          <w:b/>
        </w:rPr>
        <w:t xml:space="preserve">[54:07] </w:t>
      </w:r>
      <w:r>
        <w:t>ask peace from God. so peaceful process begins from dua,</w:t>
      </w:r>
    </w:p>
    <w:p>
      <w:pPr>
        <w:jc w:val="right"/>
      </w:pPr>
      <w:r>
        <w:t>اسک پیس فرام گاڈ۔ تو پیس فل پروسیس بگنز فرام دعا،</w:t>
      </w:r>
    </w:p>
    <w:p>
      <w:r>
        <w:rPr>
          <w:b/>
        </w:rPr>
        <w:t xml:space="preserve">[54:16] </w:t>
      </w:r>
      <w:r>
        <w:t>not from acquiring arms. it is very important.</w:t>
      </w:r>
    </w:p>
    <w:p>
      <w:pPr>
        <w:jc w:val="right"/>
      </w:pPr>
      <w:r>
        <w:t>ناٹ فرام اکوائرنگ ارمز۔ اٹ از ویری امپورٹنٹ۔</w:t>
      </w:r>
    </w:p>
    <w:p>
      <w:r>
        <w:rPr>
          <w:b/>
        </w:rPr>
        <w:t xml:space="preserve">[54:25] </w:t>
      </w:r>
      <w:r>
        <w:t>our struggle begins from dua. our struggle begins from dua, our not from acquiring arms and sword and gun and and bomb</w:t>
      </w:r>
    </w:p>
    <w:p>
      <w:pPr>
        <w:jc w:val="right"/>
      </w:pPr>
      <w:r>
        <w:t>اور سٹرگل بگنز فرام دعا۔ اور سٹرگل بگنز فرام دعا، اور ناٹ فرام اکوائرنگ ارمز اینڈ سوڈ اینڈ گن اینڈ اینڈ بمب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