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Jihad and Qital</w:t>
      </w:r>
    </w:p>
    <w:p>
      <w:r>
        <w:t>https://www.youtube.com/watch?v=stCh4bBwYws</w:t>
      </w:r>
    </w:p>
    <w:p>
      <w:r>
        <w:rPr>
          <w:b/>
        </w:rPr>
        <w:t xml:space="preserve">[00:11]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 sallallahu ala nabiyyil 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[00:23] </w:t>
      </w:r>
      <w:r>
        <w:t>i would like to say a few word about jihad and qital.</w:t>
      </w:r>
    </w:p>
    <w:p>
      <w:pPr>
        <w:jc w:val="right"/>
      </w:pPr>
      <w:r>
        <w:t>آئی وڈ لائک ٹو سے ا فیو ورڈ اباؤٹ جہاد اینڈ قتال۔</w:t>
      </w:r>
    </w:p>
    <w:p>
      <w:r>
        <w:rPr>
          <w:b/>
        </w:rPr>
        <w:t xml:space="preserve">[00:31] </w:t>
      </w:r>
      <w:r>
        <w:t>you know,</w:t>
      </w:r>
    </w:p>
    <w:p>
      <w:pPr>
        <w:jc w:val="right"/>
      </w:pPr>
      <w:r>
        <w:t>یو نو،</w:t>
      </w:r>
    </w:p>
    <w:p>
      <w:r>
        <w:rPr>
          <w:b/>
        </w:rPr>
        <w:t xml:space="preserve">[00:35] </w:t>
      </w:r>
      <w:r>
        <w:t>at present people take the word jihad in the sense of war.</w:t>
      </w:r>
    </w:p>
    <w:p>
      <w:pPr>
        <w:jc w:val="right"/>
      </w:pPr>
      <w:r>
        <w:t>ایٹ پریزنٹ پیپل ٹیک دی ورڈ جہاد ان دی سینس اف وار۔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