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is Islam - Part-2 (English) March 17, 2007 Maulana Wahiduddin Khan</w:t>
      </w:r>
    </w:p>
    <w:p>
      <w:r>
        <w:t>https://www.youtube.com/watch?v=zizCbmS0WkQ</w:t>
      </w:r>
    </w:p>
    <w:p>
      <w:r>
        <w:rPr>
          <w:b/>
        </w:rPr>
        <w:t xml:space="preserve">[00:11]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 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da next part of the kalma is,</w:t>
      </w:r>
    </w:p>
    <w:p>
      <w:pPr>
        <w:jc w:val="right"/>
      </w:pPr>
      <w:r>
        <w:t>دا نیکسٹ پارٹ اف دی کلمہ از،</w:t>
      </w:r>
    </w:p>
    <w:p>
      <w:r>
        <w:rPr>
          <w:b/>
        </w:rPr>
        <w:t xml:space="preserve">[00:22] </w:t>
      </w:r>
      <w:r>
        <w:t>You know, there are two parts of the Kalimah.</w:t>
      </w:r>
    </w:p>
    <w:p>
      <w:pPr>
        <w:jc w:val="right"/>
      </w:pPr>
      <w:r>
        <w:t>یو نو، دیر ار ٹو پارٹس اف دا کلمہ۔</w:t>
      </w:r>
    </w:p>
    <w:p>
      <w:r>
        <w:rPr>
          <w:b/>
        </w:rPr>
        <w:t xml:space="preserve">[00:26] </w:t>
      </w:r>
      <w:r>
        <w:t>first is: ashhadu an la ilaha illallah,</w:t>
      </w:r>
    </w:p>
    <w:p>
      <w:pPr>
        <w:jc w:val="right"/>
      </w:pPr>
      <w:r>
        <w:t>فرسٹ از: اشھد ان لا الہ الا اللہ،</w:t>
      </w:r>
    </w:p>
    <w:p>
      <w:r>
        <w:rPr>
          <w:b/>
        </w:rPr>
        <w:t xml:space="preserve">[00:30] </w:t>
      </w:r>
      <w:r>
        <w:t>and the second part is: ashhadu anna Muhammadan abduhu wa rasuluh.</w:t>
      </w:r>
    </w:p>
    <w:p>
      <w:pPr>
        <w:jc w:val="right"/>
      </w:pPr>
      <w:r>
        <w:t>اینڈ دا سیکنڈ پارٹ از: اشھد ان محمد عبدہ ورسولہ۔</w:t>
      </w:r>
    </w:p>
    <w:p>
      <w:r>
        <w:rPr>
          <w:b/>
        </w:rPr>
        <w:t xml:space="preserve">[00:37] </w:t>
      </w:r>
      <w:r>
        <w:t>so, i would like to say</w:t>
      </w:r>
    </w:p>
    <w:p>
      <w:pPr>
        <w:jc w:val="right"/>
      </w:pPr>
      <w:r>
        <w:t>سو، ائی وڈ لائک ٹو سے</w:t>
      </w:r>
    </w:p>
    <w:p>
      <w:r>
        <w:rPr>
          <w:b/>
        </w:rPr>
        <w:t xml:space="preserve">[00:40] </w:t>
      </w:r>
      <w:r>
        <w:t>a few words on</w:t>
      </w:r>
    </w:p>
    <w:p>
      <w:pPr>
        <w:jc w:val="right"/>
      </w:pPr>
      <w:r>
        <w:t>ا فیو ورڈز 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