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Preparation for Paradise March 9, 2019</w:t>
      </w:r>
    </w:p>
    <w:p>
      <w:r>
        <w:t>https://www.youtube.com/watch?v=o03dZArw8W0</w:t>
      </w:r>
    </w:p>
    <w:p>
      <w:r>
        <w:rPr>
          <w:b/>
        </w:rPr>
        <w:t xml:space="preserve">[00:14] </w:t>
      </w:r>
      <w:r>
        <w:t>bismillah hir rahman nir rahim, wa salli Allahu ala nabiyyi al-karim. rab ishrah li sadri, wa yassir li amri,</w:t>
      </w:r>
    </w:p>
    <w:p>
      <w:pPr>
        <w:jc w:val="right"/>
      </w:pPr>
      <w:r>
        <w:t>بسم اللہ الرحمن الرحیم، وصلی اللہ علی النبی الکریم۔ رب اشرح لی صدری، ویسر لی امری،</w:t>
      </w:r>
    </w:p>
    <w:p>
      <w:r>
        <w:rPr>
          <w:b/>
        </w:rPr>
        <w:t xml:space="preserve">[00:29] </w:t>
      </w:r>
      <w:r>
        <w:t>wah-lul uqdata min lisani yafqahu qawli.</w:t>
      </w:r>
    </w:p>
    <w:p>
      <w:pPr>
        <w:jc w:val="right"/>
      </w:pPr>
      <w:r>
        <w:t>واعل العقدۃ من لسانی یفقہ قولی۔</w:t>
      </w:r>
    </w:p>
    <w:p>
      <w:r>
        <w:rPr>
          <w:b/>
        </w:rPr>
        <w:t xml:space="preserve">[00:37] </w:t>
      </w:r>
      <w:r>
        <w:t>9 march 2019.</w:t>
      </w:r>
    </w:p>
    <w:p>
      <w:pPr>
        <w:jc w:val="right"/>
      </w:pPr>
      <w:r>
        <w:t>9 مارچ 2019۔</w:t>
      </w:r>
    </w:p>
    <w:p>
      <w:r>
        <w:rPr>
          <w:b/>
        </w:rPr>
        <w:t xml:space="preserve">[00:48] </w:t>
      </w:r>
      <w:r>
        <w:t>zindagi kya hai? zindagi jannat ka safar hai.</w:t>
      </w:r>
    </w:p>
    <w:p>
      <w:pPr>
        <w:jc w:val="right"/>
      </w:pPr>
      <w:r>
        <w:t>زندگی کیا ہے؟ زندگی جنت کا سفر ہے۔</w:t>
      </w:r>
    </w:p>
    <w:p>
      <w:r>
        <w:rPr>
          <w:b/>
        </w:rPr>
        <w:t xml:space="preserve">[01:00] </w:t>
      </w:r>
      <w:r>
        <w:t>har insan jannat ka musafir hai.</w:t>
      </w:r>
    </w:p>
    <w:p>
      <w:pPr>
        <w:jc w:val="right"/>
      </w:pPr>
      <w:r>
        <w:t>ہر انسان جنت کا مسافر ہے۔</w:t>
      </w:r>
    </w:p>
    <w:p>
      <w:r>
        <w:rPr>
          <w:b/>
        </w:rPr>
        <w:t xml:space="preserve">[01:09] </w:t>
      </w:r>
      <w:r>
        <w:t>is ke bare mein aik hadith, bohat hi maani khaiz hadith, aai hai. to woh hadith aap ke samne parhi jayegi, phir inshallah us ki sharah ki jayegi.</w:t>
      </w:r>
    </w:p>
    <w:p>
      <w:pPr>
        <w:jc w:val="right"/>
      </w:pPr>
      <w:r>
        <w:t>اس کے بارے میں ایک حدیث، بہت ہی معنی خیز حدیث، آئی ہے۔ تو وہ حدیث آپ کے سامنے پڑھی جائے گی، پھر انشاءاللہ اس کی شرح کی جائے گی۔</w:t>
      </w:r>
    </w:p>
    <w:p>
      <w:r>
        <w:rPr>
          <w:b/>
        </w:rPr>
        <w:t xml:space="preserve">[01:26] </w:t>
      </w:r>
      <w:r>
        <w:t>aap woh hadith parhiye aur us ka tarjuma kijiye.</w:t>
      </w:r>
    </w:p>
    <w:p>
      <w:pPr>
        <w:jc w:val="right"/>
      </w:pPr>
      <w:r>
        <w:t>آپ وہ حدیث پڑھیے اور اس کا ترجمہ کیجیے۔</w:t>
      </w:r>
    </w:p>
    <w:p>
      <w:r>
        <w:rPr>
          <w:b/>
        </w:rPr>
        <w:t xml:space="preserve">[01:33] </w:t>
      </w:r>
      <w:r>
        <w:t>an abi hurairah yaqul: qala rasul Allah sallallahu alayhi wa sallam: "man khafa adlaj wa man adlaj balagha al-manzilah, ala in salat Allah ghaliyah, ala in salat Allah al-jannah." sunan tirmidhi, hadith number 2450.</w:t>
      </w:r>
    </w:p>
    <w:p>
      <w:pPr>
        <w:jc w:val="right"/>
      </w:pPr>
      <w:r>
        <w:t>عن ابی ہریرہ یقول: قال رسول اللہ صلی اللہ علیہ وسلم: "من خاف ادلج ومن ادلج بلغ المنزلہ، الا ان صلہ اللہ غالیہ، الا ان صلہ اللہ الجنہ۔" سنن ترمذی، حدیث نمبر 2450۔</w:t>
      </w:r>
    </w:p>
    <w:p>
      <w:r>
        <w:rPr>
          <w:b/>
        </w:rPr>
        <w:t xml:space="preserve">[01:53] </w:t>
      </w:r>
      <w:r>
        <w:t>abu hurairah se riwayat hai, woh kehte hain ke maine rasul Allah sallallahu alayhi wa sallam ko kehte hue suna: "jo dara us ne raat ko safar shuru kiya, aur jis ne raat ko safar shuru kiya woh manzil par pahunch gaya." yaad rakho, beshak Allah ka saman qeemti hai,</w:t>
      </w:r>
    </w:p>
    <w:p>
      <w:pPr>
        <w:jc w:val="right"/>
      </w:pPr>
      <w:r>
        <w:t>ابو ہریرہ سے روایت ہے، وہ کہتے ہیں کہ میں نے رسول اللہ صلی اللہ علیہ وسلم کو کہتے ہوئے سنا: "جو ڈرا اس نے رات کو سفر شروع کیا، اور جس نے رات کو سفر شروع کیا وہ منزل پر پہنچ گیا۔" یاد رکھو، بے شک اللہ کا سامان قیمتی ہے،</w:t>
      </w:r>
    </w:p>
    <w:p>
      <w:r>
        <w:rPr>
          <w:b/>
        </w:rPr>
        <w:t xml:space="preserve">[02:14] </w:t>
      </w:r>
      <w:r>
        <w:t>aur beshak Allah ka saman jannat hai.</w:t>
      </w:r>
    </w:p>
    <w:p>
      <w:pPr>
        <w:jc w:val="right"/>
      </w:pPr>
      <w:r>
        <w:t>اور بے شک اللہ کا سامان جنت ہے۔</w:t>
      </w:r>
    </w:p>
    <w:p>
      <w:r>
        <w:rPr>
          <w:b/>
        </w:rPr>
        <w:t xml:space="preserve">[02:20] </w:t>
      </w:r>
      <w:r>
        <w:t>dekhiye,</w:t>
      </w:r>
    </w:p>
    <w:p>
      <w:pPr>
        <w:jc w:val="right"/>
      </w:pPr>
      <w:r>
        <w:t>دیکھیے،</w:t>
      </w:r>
    </w:p>
    <w:p>
      <w:r>
        <w:rPr>
          <w:b/>
        </w:rPr>
        <w:t xml:space="preserve">[02:26] </w:t>
      </w:r>
      <w:r>
        <w:t>safar har insan ke liye zindagi ka aik part hai. har insan safar karta hai.</w:t>
      </w:r>
    </w:p>
    <w:p>
      <w:pPr>
        <w:jc w:val="right"/>
      </w:pPr>
      <w:r>
        <w:t>سفر ہر انسان کے لیے زندگی کا ایک پارٹ ہے۔ ہر انسان سفر کرتا ہے۔</w:t>
      </w:r>
    </w:p>
    <w:p>
      <w:r>
        <w:rPr>
          <w:b/>
        </w:rPr>
        <w:t xml:space="preserve">[02:39] </w:t>
      </w:r>
      <w:r>
        <w:t>to kamyab safar</w:t>
      </w:r>
    </w:p>
    <w:p>
      <w:pPr>
        <w:jc w:val="right"/>
      </w:pPr>
      <w:r>
        <w:t>تو کامیاب سفر</w:t>
      </w:r>
    </w:p>
    <w:p>
      <w:r>
        <w:rPr>
          <w:b/>
        </w:rPr>
        <w:t xml:space="preserve">[02:44] </w:t>
      </w:r>
      <w:r>
        <w:t>kya hai? is ki misaal de kar</w:t>
      </w:r>
    </w:p>
    <w:p>
      <w:pPr>
        <w:jc w:val="right"/>
      </w:pPr>
      <w:r>
        <w:t>کیا ہے؟ اس کی مثال دے کر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