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Non Complaining Attitude Feb 23, 2019</w:t>
      </w:r>
    </w:p>
    <w:p>
      <w:r>
        <w:t>https://www.youtube.com/watch?v=W_UN5PdpeR8</w:t>
      </w:r>
    </w:p>
    <w:p>
      <w:r>
        <w:rPr>
          <w:b/>
        </w:rPr>
        <w:t xml:space="preserve">[00:14] </w:t>
      </w:r>
      <w:r>
        <w:t>bismillah rahman rahim, wa salli Allah ala nabiyil karim.</w:t>
      </w:r>
    </w:p>
    <w:p>
      <w:pPr>
        <w:jc w:val="right"/>
      </w:pPr>
      <w:r>
        <w:t>بسم اللہ الرحمن الرحیم، وصلی اللہ علی 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23 farwari</w:t>
      </w:r>
    </w:p>
    <w:p>
      <w:pPr>
        <w:jc w:val="right"/>
      </w:pPr>
      <w:r>
        <w:t>23 فروری</w:t>
      </w:r>
    </w:p>
    <w:p>
      <w:r>
        <w:rPr>
          <w:b/>
        </w:rPr>
        <w:t xml:space="preserve">[00:38] </w:t>
      </w:r>
      <w:r>
        <w:t>2019. is waqt main</w:t>
      </w:r>
    </w:p>
    <w:p>
      <w:pPr>
        <w:jc w:val="right"/>
      </w:pPr>
      <w:r>
        <w:t>2019۔ اس وقت میں</w:t>
      </w:r>
    </w:p>
    <w:p>
      <w:r>
        <w:rPr>
          <w:b/>
        </w:rPr>
        <w:t xml:space="preserve">[00:47] </w:t>
      </w:r>
      <w:r>
        <w:t>Delhi ke is area mein hoon jis ko Noida kaha jata hai. yahan par</w:t>
      </w:r>
    </w:p>
    <w:p>
      <w:pPr>
        <w:jc w:val="right"/>
      </w:pPr>
      <w:r>
        <w:t>دہلی کے اس ایریا میں ہوں جس کو نوئیڈا کہا جاتا ہے۔ یہاں پر</w:t>
      </w:r>
    </w:p>
    <w:p>
      <w:r>
        <w:rPr>
          <w:b/>
        </w:rPr>
        <w:t xml:space="preserve">[00:58] </w:t>
      </w:r>
      <w:r>
        <w:t>hamare ek mission ke saathi, Mr. Khurram, rehte hain.</w:t>
      </w:r>
    </w:p>
    <w:p>
      <w:pPr>
        <w:jc w:val="right"/>
      </w:pPr>
      <w:r>
        <w:t>ہمارے ایک مشن کے ساتھی، مسٹر خرم، رہتے ہیں۔</w:t>
      </w:r>
    </w:p>
    <w:p>
      <w:r>
        <w:rPr>
          <w:b/>
        </w:rPr>
        <w:t xml:space="preserve">[01:11] </w:t>
      </w:r>
      <w:r>
        <w:t>to yahan main apne saathiyon ke saath aaya hoon.</w:t>
      </w:r>
    </w:p>
    <w:p>
      <w:pPr>
        <w:jc w:val="right"/>
      </w:pPr>
      <w:r>
        <w:t>تو یہاں میں اپنے ساتھیوں کے ساتھ آیا ہوں۔</w:t>
      </w:r>
    </w:p>
    <w:p>
      <w:r>
        <w:rPr>
          <w:b/>
        </w:rPr>
        <w:t xml:space="preserve">[01:20] </w:t>
      </w:r>
      <w:r>
        <w:t>yahan jab main pahuncha to</w:t>
      </w:r>
    </w:p>
    <w:p>
      <w:pPr>
        <w:jc w:val="right"/>
      </w:pPr>
      <w:r>
        <w:t>یہاں جب میں پہنچا تو</w:t>
      </w:r>
    </w:p>
    <w:p>
      <w:r>
        <w:rPr>
          <w:b/>
        </w:rPr>
        <w:t xml:space="preserve">[01:29] </w:t>
      </w:r>
      <w:r>
        <w:t>ek sahib se mulaqat hui thi Delhi mein, aaj subah. unhon ne zikr kiya aaj kal ke halaat ka, ke musalman</w:t>
      </w:r>
    </w:p>
    <w:p>
      <w:pPr>
        <w:jc w:val="right"/>
      </w:pPr>
      <w:r>
        <w:t>ایک صاحب سے ملاقات ہوئی تھی دہلی میں، آج صبح۔ انہوں نے ذکر کیا آج کل کے حالات کا، کہ مسلمان</w:t>
      </w:r>
    </w:p>
    <w:p>
      <w:r>
        <w:rPr>
          <w:b/>
        </w:rPr>
        <w:t xml:space="preserve">[01:45] </w:t>
      </w:r>
      <w:r>
        <w:t>jagah jagah tashaddud kar rahe hain. aur unhon ne kaha ke "We are under siege."</w:t>
      </w:r>
    </w:p>
    <w:p>
      <w:pPr>
        <w:jc w:val="right"/>
      </w:pPr>
      <w:r>
        <w:t>جگہ جگہ تشدد کر رہے ہیں۔ اور انہوں نے کہا کہ "We are under siege۔"</w:t>
      </w:r>
    </w:p>
    <w:p>
      <w:r>
        <w:rPr>
          <w:b/>
        </w:rPr>
        <w:t xml:space="preserve">[01:59] </w:t>
      </w:r>
      <w:r>
        <w:t>isi khayalaat ko le kar main yahan pahuncha.</w:t>
      </w:r>
    </w:p>
    <w:p>
      <w:pPr>
        <w:jc w:val="right"/>
      </w:pPr>
      <w:r>
        <w:t>اسی خیالات کو لے کر میں یہاں پہنچا۔</w:t>
      </w:r>
    </w:p>
    <w:p>
      <w:r>
        <w:rPr>
          <w:b/>
        </w:rPr>
        <w:t xml:space="preserve">[02:05] </w:t>
      </w:r>
      <w:r>
        <w:t>to yahan par kya hua ke Khurram sahib ek multi storey building mein rehte hain jis ki</w:t>
      </w:r>
    </w:p>
    <w:p>
      <w:pPr>
        <w:jc w:val="right"/>
      </w:pPr>
      <w:r>
        <w:t>تو یہاں پر کیا ہوا کہ خرم صاحب ایک ملٹی اسٹوری بلڈنگ میں رہتے ہیں جس کی</w:t>
      </w:r>
    </w:p>
    <w:p>
      <w:r>
        <w:rPr>
          <w:b/>
        </w:rPr>
        <w:t xml:space="preserve">[02:22] </w:t>
      </w:r>
      <w:r>
        <w:t>26 stories hain to hum lift se upar pohanchay aur masha Allah aik modern style ka flat yahan hai jis mein woh rehtay hain,</w:t>
      </w:r>
    </w:p>
    <w:p>
      <w:pPr>
        <w:jc w:val="right"/>
      </w:pPr>
      <w:r>
        <w:t>26 اسٹوریز ہیں۔ تو ہم لفٹ سے اوپر پہنچے، اور ماشاءاللہ ایک ماڈرن اسٹائل کا فلیٹ یہاں ہے جس میں وہ رہتے ہیں،</w:t>
      </w:r>
    </w:p>
    <w:p>
      <w:r>
        <w:rPr>
          <w:b/>
        </w:rPr>
        <w:t xml:space="preserve">[02:41] </w:t>
      </w:r>
      <w:r>
        <w:t>is mein hum dakhil hue.</w:t>
      </w:r>
    </w:p>
    <w:p>
      <w:pPr>
        <w:jc w:val="right"/>
      </w:pPr>
      <w:r>
        <w:t>اس میں ہم داخل ہوئے۔</w:t>
      </w:r>
    </w:p>
    <w:p>
      <w:r>
        <w:rPr>
          <w:b/>
        </w:rPr>
        <w:t xml:space="preserve">[02:45] </w:t>
      </w:r>
      <w:r>
        <w:t>aur phir yahan program kiya. to mujhe aik waqia yaad aya jo hadith ki kitabon mein aya hai.</w:t>
      </w:r>
    </w:p>
    <w:p>
      <w:pPr>
        <w:jc w:val="right"/>
      </w:pPr>
      <w:r>
        <w:t>اور پھر یہاں پروگرام کیا۔ تو مجھے ایک واقعہ یاد آیا جو حدیث کی کتابوں میں آیا ہے۔</w:t>
      </w:r>
    </w:p>
    <w:p>
      <w:r>
        <w:rPr>
          <w:b/>
        </w:rPr>
        <w:t xml:space="preserve">[02:56] </w:t>
      </w:r>
      <w:r>
        <w:t>Madine mein Rasool Allah Sal Allahu Alaihi Wasallam jab hijrat kar ke pohanchay to wahan aap ke aik rishta, aap ke rishtay rishtay ki aik khatoon thi.</w:t>
      </w:r>
    </w:p>
    <w:p>
      <w:pPr>
        <w:jc w:val="right"/>
      </w:pPr>
      <w:r>
        <w:t>مدینے میں رسول اللہ صلی اللہ علیہ وسلم جب ہجرت کر کے پہنچے تو وہاں آپ کے ایک رشتہ، آپ کے رشتے رشتے کی ایک خاتون تھی۔</w:t>
      </w:r>
    </w:p>
    <w:p>
      <w:r>
        <w:rPr>
          <w:b/>
        </w:rPr>
        <w:t xml:space="preserve">[03:14] </w:t>
      </w:r>
      <w:r>
        <w:t>to aik din aap un ke ghar gaye aur wohin so gaye.</w:t>
      </w:r>
    </w:p>
    <w:p>
      <w:pPr>
        <w:jc w:val="right"/>
      </w:pPr>
      <w:r>
        <w:t>تو ایک دن آپ ان کے گھر گئے اور وہیں سو گئے۔</w:t>
      </w:r>
    </w:p>
    <w:p>
      <w:r>
        <w:rPr>
          <w:b/>
        </w:rPr>
        <w:t xml:space="preserve">[03:22] </w:t>
      </w:r>
      <w:r>
        <w:t>jab neend khuli to aap chehray par muskurahat thi.</w:t>
      </w:r>
    </w:p>
    <w:p>
      <w:pPr>
        <w:jc w:val="right"/>
      </w:pPr>
      <w:r>
        <w:t>جب نیند کھلی تو آپ چہرے پر مسکراہٹ تھی۔</w:t>
      </w:r>
    </w:p>
    <w:p>
      <w:r>
        <w:rPr>
          <w:b/>
        </w:rPr>
        <w:t xml:space="preserve">[03:29] </w:t>
      </w:r>
      <w:r>
        <w:t>muskurahat thi. to aap ki jo rishta, rishtay, rishtay ki jo khatoon wahan rehti theen un ka naam tha Umm Haram bint Milhan.</w:t>
      </w:r>
    </w:p>
    <w:p>
      <w:pPr>
        <w:jc w:val="right"/>
      </w:pPr>
      <w:r>
        <w:t>مسکراہٹ تھی۔ تو آپ کی جو رشتہ، رشتے، رشتے کی جو خاتون وہاں رہتی تھیں، ان کا نام تھا ام حرام بنت بلہان۔</w:t>
      </w:r>
    </w:p>
    <w:p>
      <w:r>
        <w:rPr>
          <w:b/>
        </w:rPr>
        <w:t xml:space="preserve">[03:46] </w:t>
      </w:r>
      <w:r>
        <w:t>unhon ne poocha ke aap ke chehray par muskurahat hai, kya baat hai? to aap ne kaha ke maine aik khwab dekha, abhi.</w:t>
      </w:r>
    </w:p>
    <w:p>
      <w:pPr>
        <w:jc w:val="right"/>
      </w:pPr>
      <w:r>
        <w:t>انہوں نے پوچھا کہ آپ کے چہرے پر مسکراہٹ ہے، کیا بات ہے؟ تو آپ نے کہا کہ میں نے ایک خواب دیکھا، ابھی۔</w:t>
      </w:r>
    </w:p>
    <w:p>
      <w:r>
        <w:rPr>
          <w:b/>
        </w:rPr>
        <w:t xml:space="preserve">[03:58] </w:t>
      </w:r>
      <w:r>
        <w:t>khwab yeh dekha ke meri ummat ke kuch log samandar ka safar tay kar ke aik mulk mein pohanchay hain aur wahan da'wati kaam kiya hai.</w:t>
      </w:r>
    </w:p>
    <w:p>
      <w:pPr>
        <w:jc w:val="right"/>
      </w:pPr>
      <w:r>
        <w:t>خواب یہ دیکھا کہ میری امت کے کچھ لوگ سمندر کا سفر طے کر کے ایک ملک میں پہنچے ہیں اور وہاں دعوتی کام کیا ہے۔</w:t>
      </w:r>
    </w:p>
    <w:p>
      <w:r>
        <w:rPr>
          <w:b/>
        </w:rPr>
        <w:t xml:space="preserve">[04:13] </w:t>
      </w:r>
      <w:r>
        <w:t>to woh khatoon jo hain bohat khush hueen.</w:t>
      </w:r>
    </w:p>
    <w:p>
      <w:pPr>
        <w:jc w:val="right"/>
      </w:pPr>
      <w:r>
        <w:t>تو وہ خاتون جو ہیں بہت خوش ہوئیں۔</w:t>
      </w:r>
    </w:p>
    <w:p>
      <w:r>
        <w:rPr>
          <w:b/>
        </w:rPr>
        <w:t xml:space="preserve">[04:20] </w:t>
      </w:r>
      <w:r>
        <w:t>is ke baad kya hua, hadith batati hai ke Rasool Allah Sal Allahu Alaihi Wasallam ko phir neend aa gayi, dobara so gaye. phir jab</w:t>
      </w:r>
    </w:p>
    <w:p>
      <w:pPr>
        <w:jc w:val="right"/>
      </w:pPr>
      <w:r>
        <w:t>اس کے بعد کیا ہوا، حدیث بتاتی ہے کہ رسول اللہ صلی اللہ علیہ وسلم کو پھر نیند آ گئی، دوبارہ سو گئے۔ پھر جب</w:t>
      </w:r>
    </w:p>
    <w:p>
      <w:r>
        <w:rPr>
          <w:b/>
        </w:rPr>
        <w:t xml:space="preserve">[04:36] </w:t>
      </w:r>
      <w:r>
        <w:t>khwab dekha aap ne phir to is mein bataya aap ne ke main dobara aap ne aik safar dekha khwab mein, jo bahri safar tha.</w:t>
      </w:r>
    </w:p>
    <w:p>
      <w:pPr>
        <w:jc w:val="right"/>
      </w:pPr>
      <w:r>
        <w:t>خواب دیکھا آپ نے پھر تو اس میں بتایا آپ نے کہ میں دوبارہ آپ نے ایک سفر دیکھا خواب میں، جو بحری سفر تھا۔</w:t>
      </w:r>
    </w:p>
    <w:p>
      <w:r>
        <w:rPr>
          <w:b/>
        </w:rPr>
        <w:t xml:space="preserve">[04:54] </w:t>
      </w:r>
      <w:r>
        <w:t>to</w:t>
      </w:r>
    </w:p>
    <w:p>
      <w:pPr>
        <w:jc w:val="right"/>
      </w:pPr>
      <w:r>
        <w:t>تو</w:t>
      </w:r>
    </w:p>
    <w:p>
      <w:r>
        <w:rPr>
          <w:b/>
        </w:rPr>
        <w:t xml:space="preserve">[04:58] </w:t>
      </w:r>
      <w:r>
        <w:t>jo khatoon theen Umm Haram, pehli baar jab aap ne bataya tha khwab tha to unhon ne kaha ke dua kijiye ke main bhi is safar mein rahoon.</w:t>
      </w:r>
    </w:p>
    <w:p>
      <w:pPr>
        <w:jc w:val="right"/>
      </w:pPr>
      <w:r>
        <w:t>جو خاتون تھیں ام حرام، پہلی بار جب آپ نے بتایا تھا خواب تھا تو انہوں نے کہا کہ دعا کیجیے کہ میں بھی اس سفر میں رہوں۔</w:t>
      </w:r>
    </w:p>
    <w:p>
      <w:r>
        <w:rPr>
          <w:b/>
        </w:rPr>
        <w:t xml:space="preserve">[05:08] </w:t>
      </w:r>
      <w:r>
        <w:t>to aap ne kaha ke nahi, tum is safar mein nahi hogi. yeh pehla khwab tha. phir jab doosra khwab aap ne dekha</w:t>
      </w:r>
    </w:p>
    <w:p>
      <w:pPr>
        <w:jc w:val="right"/>
      </w:pPr>
      <w:r>
        <w:t>تو آپ نے کہا کہ نہیں، تم اس سفر میں نہیں ہوگی۔ یہ پہلا خواب تھا۔ پھر جب دوسرا خواب آپ نے دیکھا</w:t>
      </w:r>
    </w:p>
    <w:p>
      <w:r>
        <w:rPr>
          <w:b/>
        </w:rPr>
        <w:t xml:space="preserve">[05:20] </w:t>
      </w:r>
      <w:r>
        <w:t>to unhon ne phir yahi kaha ke aap dua farmayein ke main is mein rahoon. to aap ne farmaya ke haan, tum is safar mein, is safar mein raho, is is da'wati safar mein.</w:t>
      </w:r>
    </w:p>
    <w:p>
      <w:pPr>
        <w:jc w:val="right"/>
      </w:pPr>
      <w:r>
        <w:t>تو انہوں نے پھر یہی کہا کہ آپ دعا فرمائیں کہ میں اس میں رہوں۔ تو آپ نے فرمایا کہ ہاں، تم اس سفر میں، اس سفر میں رہو، اس اس دعوتی سفر میں۔</w:t>
      </w:r>
    </w:p>
    <w:p>
      <w:r>
        <w:rPr>
          <w:b/>
        </w:rPr>
        <w:t xml:space="preserve">[05:35] </w:t>
      </w:r>
      <w:r>
        <w:t>yeh safar tha sham ke ilaqay se chal kar ke Cyprus pohanchna. Cyprus. to Madine se bohat aasan tha Cyprus pohanchna samandar rastay se.</w:t>
      </w:r>
    </w:p>
    <w:p>
      <w:pPr>
        <w:jc w:val="right"/>
      </w:pPr>
      <w:r>
        <w:t>یہ سفر تھا شام کے علاقے سے چل کر کے سائپرس پہنچنا۔ سائپرس۔ تو مدینے سے بہت آسان تھا سائپرس پہنچنا سمندر راستے سے۔</w:t>
      </w:r>
    </w:p>
    <w:p>
      <w:r>
        <w:rPr>
          <w:b/>
        </w:rPr>
        <w:t xml:space="preserve">[05:51] </w:t>
      </w:r>
      <w:r>
        <w:t>to log jaya karte thay. aur isi zamanay ke wahan par Islam phaila aur wahan par masjidain baneen.</w:t>
      </w:r>
    </w:p>
    <w:p>
      <w:pPr>
        <w:jc w:val="right"/>
      </w:pPr>
      <w:r>
        <w:t>تو لوگ جایا کرتے تھے۔ اور اسی زمانے کے وہاں پر اسلام پھیلا اور وہاں پر مسجدیں بنیں۔</w:t>
      </w:r>
    </w:p>
    <w:p>
      <w:r>
        <w:rPr>
          <w:b/>
        </w:rPr>
        <w:t xml:space="preserve">[06:01] </w:t>
      </w:r>
      <w:r>
        <w:t>maine khud dekha hai wahan. aur aik khatoon ka mazar abhi bhi wahan par hai jo maine dekha hai khud.</w:t>
      </w:r>
    </w:p>
    <w:p>
      <w:pPr>
        <w:jc w:val="right"/>
      </w:pPr>
      <w:r>
        <w:t>میں نے خود دیکھا ہے وہاں۔ اور ایک خاتون کا مزار ابھی بھی وہاں پر ہے جو میں نے دیکھا ہے خود۔</w:t>
      </w:r>
    </w:p>
    <w:p>
      <w:r>
        <w:rPr>
          <w:b/>
        </w:rPr>
        <w:t xml:space="preserve">[06:12] </w:t>
      </w:r>
      <w:r>
        <w:t>wahan wahan masjid hai, wahan maine namaz parhi hai.</w:t>
      </w:r>
    </w:p>
    <w:p>
      <w:pPr>
        <w:jc w:val="right"/>
      </w:pPr>
      <w:r>
        <w:t>وہاں وہاں مسجد ہے، وہاں میں نے نماز پڑھی ہے۔</w:t>
      </w:r>
    </w:p>
    <w:p>
      <w:r>
        <w:rPr>
          <w:b/>
        </w:rPr>
        <w:t xml:space="preserve">[06:18] </w:t>
      </w:r>
      <w:r>
        <w:t>to is mein aap ne aik lafz bola tha Rasool Allah Sal Allahu Alaihi Wasallam ne ke</w:t>
      </w:r>
    </w:p>
    <w:p>
      <w:pPr>
        <w:jc w:val="right"/>
      </w:pPr>
      <w:r>
        <w:t>تو اس میں آپ نے ایک لفظ بولا تھا رسول اللہ صلی اللہ علیہ وسلم نے کہ</w:t>
      </w:r>
    </w:p>
    <w:p>
      <w:r>
        <w:rPr>
          <w:b/>
        </w:rPr>
        <w:t xml:space="preserve">[06:26] </w:t>
      </w:r>
      <w:r>
        <w:t>woh khwab jo dekha tha aap ne ke meri ummat ke kuch log</w:t>
      </w:r>
    </w:p>
    <w:p>
      <w:pPr>
        <w:jc w:val="right"/>
      </w:pPr>
      <w:r>
        <w:t>وہ خواب جو دیکھا تھا آپ نے کہ میری امت کے کچھ لوگ</w:t>
      </w:r>
    </w:p>
    <w:p>
      <w:r>
        <w:rPr>
          <w:b/>
        </w:rPr>
        <w:t xml:space="preserve">[06:37] </w:t>
      </w:r>
      <w:r>
        <w:t>safar karein ge, da'wati safar, badshahon ki taraf.</w:t>
      </w:r>
    </w:p>
    <w:p>
      <w:pPr>
        <w:jc w:val="right"/>
      </w:pPr>
      <w:r>
        <w:t>سفر کریں گے، دعوتی سفر، بادشاہوں کی طرف۔</w:t>
      </w:r>
    </w:p>
    <w:p>
      <w:r>
        <w:rPr>
          <w:b/>
        </w:rPr>
        <w:t xml:space="preserve">[06:47] </w:t>
      </w:r>
      <w:r>
        <w:t>woh yeh woh zamanay tha jab ke mamooli safar hua karta tha, shahana safar nahi hota tha. to is mein lafz hai "kullu mulukin ala asirra".</w:t>
      </w:r>
    </w:p>
    <w:p>
      <w:pPr>
        <w:jc w:val="right"/>
      </w:pPr>
      <w:r>
        <w:t>وہ یہ وہ زمانہ تھا جب کہ معمولی سفر ہوا کرتا تھا، شاہانہ سفر نہیں ہوتا تھا۔ تو اس میں لفظ ہے "کل ملوک علی الاسرہ"۔</w:t>
      </w:r>
    </w:p>
    <w:p>
      <w:r>
        <w:rPr>
          <w:b/>
        </w:rPr>
        <w:t xml:space="preserve">[07:07] </w:t>
      </w:r>
      <w:r>
        <w:t>"kullu mulukin ala asirra". to</w:t>
      </w:r>
    </w:p>
    <w:p>
      <w:pPr>
        <w:jc w:val="right"/>
      </w:pPr>
      <w:r>
        <w:t>"کل ملوک علی الاسرہ"۔ تو</w:t>
      </w:r>
    </w:p>
    <w:p>
      <w:r>
        <w:rPr>
          <w:b/>
        </w:rPr>
        <w:t xml:space="preserve">[07:17] </w:t>
      </w:r>
      <w:r>
        <w:t>yeh badshahon ki tarah takht par baithe hue hain.</w:t>
      </w:r>
    </w:p>
    <w:p>
      <w:pPr>
        <w:jc w:val="right"/>
      </w:pPr>
      <w:r>
        <w:t>یہ بادشاہوں کی طرح تخت پر بیٹھے ہوئے ہیں۔</w:t>
      </w:r>
    </w:p>
    <w:p>
      <w:r>
        <w:rPr>
          <w:b/>
        </w:rPr>
        <w:t xml:space="preserve">[07:23] </w:t>
      </w:r>
      <w:r>
        <w:t>to ajib baat hai ke main jab gaya tha saipras to</w:t>
      </w:r>
    </w:p>
    <w:p>
      <w:pPr>
        <w:jc w:val="right"/>
      </w:pPr>
      <w:r>
        <w:t>تو عجیب بات ہے کہ میں جب گیا تھا سائپرس تو</w:t>
      </w:r>
    </w:p>
    <w:p>
      <w:r>
        <w:rPr>
          <w:b/>
        </w:rPr>
        <w:t xml:space="preserve">[07:35] </w:t>
      </w:r>
      <w:r>
        <w:t>dubai ke rastay se gaya tha. aur</w:t>
      </w:r>
    </w:p>
    <w:p>
      <w:pPr>
        <w:jc w:val="right"/>
      </w:pPr>
      <w:r>
        <w:t>دبئی کے راستے سے گیا تھا۔ اور</w:t>
      </w:r>
    </w:p>
    <w:p>
      <w:r>
        <w:rPr>
          <w:b/>
        </w:rPr>
        <w:t xml:space="preserve">[07:43] </w:t>
      </w:r>
      <w:r>
        <w:t>arab airline thi jis mein gaya tha main. to is ka is is ka jo seat thi bohat hi takht ki tarah thi, bilkul seat.</w:t>
      </w:r>
    </w:p>
    <w:p>
      <w:pPr>
        <w:jc w:val="right"/>
      </w:pPr>
      <w:r>
        <w:t>عرب ایئر لائن تھی جس میں گیا تھا میں۔ تو اس کا اس اس کا جو سیٹ تھی بہت ہی تخت کی طرح تھی، بالکل سیٹ۔</w:t>
      </w:r>
    </w:p>
    <w:p>
      <w:r>
        <w:rPr>
          <w:b/>
        </w:rPr>
        <w:t xml:space="preserve">[07:58] </w:t>
      </w:r>
      <w:r>
        <w:t>to jab main baitha is is seat par to waqeatan aisa laga ke main yani shahi takht par baitha hoon.</w:t>
      </w:r>
    </w:p>
    <w:p>
      <w:pPr>
        <w:jc w:val="right"/>
      </w:pPr>
      <w:r>
        <w:t>تو جب میں بیٹھا اس اس سیٹ پر تو واقعتا ایسا لگا کہ میں یعنی شاہی تخت پر بیٹھا ہوں۔</w:t>
      </w:r>
    </w:p>
    <w:p>
      <w:r>
        <w:rPr>
          <w:b/>
        </w:rPr>
        <w:t xml:space="preserve">[08:13] </w:t>
      </w:r>
      <w:r>
        <w:t>is tarah woh safar hua. to aaj mujhe aik aik cheez yaad aai ke aik comparison ke sari dunya ke musalman shikayat kar rahe hain ke hamein mara ja raha hai, hum par zulm ho raha hai.</w:t>
      </w:r>
    </w:p>
    <w:p>
      <w:pPr>
        <w:jc w:val="right"/>
      </w:pPr>
      <w:r>
        <w:t>اس طرح وہ سفر ہوا۔ تو آج مجھے ایک ایک چیز یاد آئی کہ ایک کمپیریزن کہ ساری دنیا کے مسلمان شکایت کر رہے ہیں کہ ہمیں مارا جا رہا ہے، ہم پر ظلم ہو رہا ہے۔</w:t>
      </w:r>
    </w:p>
    <w:p>
      <w:r>
        <w:rPr>
          <w:b/>
        </w:rPr>
        <w:t xml:space="preserve">[08:34] </w:t>
      </w:r>
      <w:r>
        <w:t>aur jawab mein kya karte hain woh ke bomb marte hain, pathar marte hain.</w:t>
      </w:r>
    </w:p>
    <w:p>
      <w:pPr>
        <w:jc w:val="right"/>
      </w:pPr>
      <w:r>
        <w:t>اور جواب میں کیا کرتے ہیں وہ کہ بم مارتے ہیں، پتھر مارتے ہیں۔</w:t>
      </w:r>
    </w:p>
    <w:p>
      <w:r>
        <w:rPr>
          <w:b/>
        </w:rPr>
        <w:t xml:space="preserve">[08:43] </w:t>
      </w:r>
      <w:r>
        <w:t>to main ne socha ke yahan main apne sathiyon ke sath hoon, dilli mein, jis ke baray mein bhi musalmanon ko shikayat hai ke haan, aik</w:t>
      </w:r>
    </w:p>
    <w:p>
      <w:pPr>
        <w:jc w:val="right"/>
      </w:pPr>
      <w:r>
        <w:t>تو میں نے سوچا کہ یہاں میں اپنے ساتھیوں کے ساتھ ہوں، دہلی میں، جس کے بارے میں بھی مسلمانوں کو شکایت ہے کہ ہاں، ایک</w:t>
      </w:r>
    </w:p>
    <w:p>
      <w:r>
        <w:rPr>
          <w:b/>
        </w:rPr>
        <w:t xml:space="preserve">[08:59] </w:t>
      </w:r>
      <w:r>
        <w:t>anti muslim party rule kar rahi hai. to main ne socha ke yeh kya mamla hai jis waqt jis dunya ko musalman samajhte hain ke woh hamari dushman dunya hai,</w:t>
      </w:r>
    </w:p>
    <w:p>
      <w:pPr>
        <w:jc w:val="right"/>
      </w:pPr>
      <w:r>
        <w:t>اینٹی مسلم پارٹی رول کر رہی ہے۔ تو میں نے سوچا کہ یہ کیا معاملہ ہے جس وقت جس دنیا کو مسلمان سمجھتے ہیں کہ وہ ہماری دشمن دنیا ہے،</w:t>
      </w:r>
    </w:p>
    <w:p>
      <w:r>
        <w:rPr>
          <w:b/>
        </w:rPr>
        <w:t xml:space="preserve">[09:18] </w:t>
      </w:r>
      <w:r>
        <w:t>wahan par hum apni partiyon ke sath safar karte hain aur daawti program rakhte hain.</w:t>
      </w:r>
    </w:p>
    <w:p>
      <w:pPr>
        <w:jc w:val="right"/>
      </w:pPr>
      <w:r>
        <w:t>وہاں پر ہم اپنی پارٹیوں کے ساتھ سفر کرتے ہیں اور دعوتی پروگرام رکھتے ہیں۔</w:t>
      </w:r>
    </w:p>
    <w:p>
      <w:r>
        <w:rPr>
          <w:b/>
        </w:rPr>
        <w:t xml:space="preserve">[09:27] </w:t>
      </w:r>
      <w:r>
        <w:t>aur koi kahin bhi hamein koi rokne wala nahi. sarkein hamare liye khuli hui hain. ab main wahan se chala to</w:t>
      </w:r>
    </w:p>
    <w:p>
      <w:pPr>
        <w:jc w:val="right"/>
      </w:pPr>
      <w:r>
        <w:t>اور کوئی کہیں بھی ہمیں کوئی روکنے والا نہیں۔ سڑکیں ہمارے لیے کھلی ہوئی ہیں۔ اب میں وہاں سے چلا تو</w:t>
      </w:r>
    </w:p>
    <w:p>
      <w:r>
        <w:rPr>
          <w:b/>
        </w:rPr>
        <w:t xml:space="preserve">[09:49] </w:t>
      </w:r>
      <w:r>
        <w:t>is tareeqay se hua ke wheelchair se main apne ghar se utra, neeche car thi.</w:t>
      </w:r>
    </w:p>
    <w:p>
      <w:pPr>
        <w:jc w:val="right"/>
      </w:pPr>
      <w:r>
        <w:t>اس طریقے سے ہوا کہ ویل چیئر سے میں اپنے گھر سے اترا، نیچے کار تھی۔</w:t>
      </w:r>
    </w:p>
    <w:p>
      <w:r>
        <w:rPr>
          <w:b/>
        </w:rPr>
        <w:t xml:space="preserve">[10:03] </w:t>
      </w:r>
      <w:r>
        <w:t>is ke baad hum chaltay hue kai log khurram sahib ke residence par pohanchay.</w:t>
      </w:r>
    </w:p>
    <w:p>
      <w:pPr>
        <w:jc w:val="right"/>
      </w:pPr>
      <w:r>
        <w:t>اس کے بعد ہم چلتے ہوئے کئی لوگ خرم صاحب کے ریزیڈنس پر پہنچے۔</w:t>
      </w:r>
    </w:p>
    <w:p>
      <w:r>
        <w:rPr>
          <w:b/>
        </w:rPr>
        <w:t xml:space="preserve">[10:15] </w:t>
      </w:r>
      <w:r>
        <w:t>wahan bahut aman aman ke sath saari modern jo</w:t>
      </w:r>
    </w:p>
    <w:p>
      <w:pPr>
        <w:jc w:val="right"/>
      </w:pPr>
      <w:r>
        <w:t>وہاں بہت امن امن کے ساتھ ساری ماڈرن جو</w:t>
      </w:r>
    </w:p>
    <w:p>
      <w:r>
        <w:rPr>
          <w:b/>
        </w:rPr>
        <w:t xml:space="preserve">[10:23] </w:t>
      </w:r>
      <w:r>
        <w:t>technique hai woh hamare sath thi. wahan taqreer hui aur record hua, video recording hui.</w:t>
      </w:r>
    </w:p>
    <w:p>
      <w:pPr>
        <w:jc w:val="right"/>
      </w:pPr>
      <w:r>
        <w:t>ٹیکنیک ہے وہ ہمارے ساتھ تھی۔ وہاں تقریر ہوئی اور ریکارڈ ہوا، ویڈیو ریکارڈنگ ہوئی۔</w:t>
      </w:r>
    </w:p>
    <w:p>
      <w:r>
        <w:rPr>
          <w:b/>
        </w:rPr>
        <w:t xml:space="preserve">[10:34] </w:t>
      </w:r>
      <w:r>
        <w:t>to yeh main ne yeh main ne is waqt socha crypto crypt kar kar ke. to main ne kaha yeh sunnat rasool ke khilaf hai aisa bolna.</w:t>
      </w:r>
    </w:p>
    <w:p>
      <w:pPr>
        <w:jc w:val="right"/>
      </w:pPr>
      <w:r>
        <w:t>تو یہ میں نے یہ میں نے اس وقت سوچا کرپٹو کرپٹ کر کر کے۔ تو میں نے کہا یہ سنت رسول کے خلاف ہے ایسا بولنا۔</w:t>
      </w:r>
    </w:p>
    <w:p>
      <w:r>
        <w:rPr>
          <w:b/>
        </w:rPr>
        <w:t xml:space="preserve">[10:47] </w:t>
      </w:r>
      <w:r>
        <w:t>sunnat rasool hai future ko dekh kar rah banana. sunnat rasool hai future ko dekh kar rah banana.</w:t>
      </w:r>
    </w:p>
    <w:p>
      <w:pPr>
        <w:jc w:val="right"/>
      </w:pPr>
      <w:r>
        <w:t>سنت رسول ہے فیوچر کو دیکھ کر راہ بنانا۔ سنت رسول ہے فیوچر کو دیکھ کر راہ بنانا۔</w:t>
      </w:r>
    </w:p>
    <w:p>
      <w:r>
        <w:rPr>
          <w:b/>
        </w:rPr>
        <w:t xml:space="preserve">[11:01] </w:t>
      </w:r>
      <w:r>
        <w:t>yani mustaqbil beeni, mustaqbil beeni. to phir mujhe aik hadith yaad aai ke jab aap makkah mein thay aur wahan</w:t>
      </w:r>
    </w:p>
    <w:p>
      <w:pPr>
        <w:jc w:val="right"/>
      </w:pPr>
      <w:r>
        <w:t>یعنی مستقبل بینی، مستقبل بینی۔ تو پھر مجھے ایک حدیث یاد آئی کہ جب آپ مکہ میں تھے اور وہاں</w:t>
      </w:r>
    </w:p>
    <w:p>
      <w:r>
        <w:rPr>
          <w:b/>
        </w:rPr>
        <w:t xml:space="preserve">[11:18] </w:t>
      </w:r>
      <w:r>
        <w:t>ghalaba tha aisay logon ka jo is waqt abhi baad ko wohi islam mein dakhil ho gaye, us waqt woh khabar khilaf thay aur aik takleef pohancha dete thay.</w:t>
      </w:r>
    </w:p>
    <w:p>
      <w:pPr>
        <w:jc w:val="right"/>
      </w:pPr>
      <w:r>
        <w:t>غلبہ تھا ایسے لوگوں کا جو اس وقت ابھی بعد کو وہی اسلام میں داخل ہو گئے، اس وقت وہ خابر خلاف تھے اور ایک تکلیف پہنچا دیتے تھے۔</w:t>
      </w:r>
    </w:p>
    <w:p>
      <w:r>
        <w:rPr>
          <w:b/>
        </w:rPr>
        <w:t xml:space="preserve">[11:35] </w:t>
      </w:r>
      <w:r>
        <w:t>us waqt. rasool Allah se mil woh mulaqat hui un kuch logon se jo abhi islam mein dakhil nahi hue thay.</w:t>
      </w:r>
    </w:p>
    <w:p>
      <w:pPr>
        <w:jc w:val="right"/>
      </w:pPr>
      <w:r>
        <w:t>اس وقت۔ رسول اللہ سے مل وہ ملاقات ہوئی ان کچھ لوگوں سے جو ابھی اسلام میں داخل نہیں ہوئے تھے۔</w:t>
      </w:r>
    </w:p>
    <w:p>
      <w:r>
        <w:rPr>
          <w:b/>
        </w:rPr>
        <w:t xml:space="preserve">[11:45] </w:t>
      </w:r>
      <w:r>
        <w:t>to unhon ne aap se kaha ke aap kya chahte hain? hum hum se aap ka woh mushrik mushrik thay, woh woh abu talib se milnay aaye thay.</w:t>
      </w:r>
    </w:p>
    <w:p>
      <w:pPr>
        <w:jc w:val="right"/>
      </w:pPr>
      <w:r>
        <w:t>تو انہوں نے آپ سے کہا کہ آپ کیا چاہتے ہیں؟ ہم ہم سے آپ کا وہ مشرک مشرک تھے، وہ وہ ابو طالب سے ملنے آئے تھے۔</w:t>
      </w:r>
    </w:p>
    <w:p>
      <w:r>
        <w:rPr>
          <w:b/>
        </w:rPr>
        <w:t xml:space="preserve">[12:00] </w:t>
      </w:r>
      <w:r>
        <w:t>aap hum se keh sakte hain kya mission hai aap ka? to aap ne kaha tha</w:t>
      </w:r>
    </w:p>
    <w:p>
      <w:pPr>
        <w:jc w:val="right"/>
      </w:pPr>
      <w:r>
        <w:t>آپ ہم سے کہہ سکتے ہیں کیا مشن ہے آپ کا؟ تو آپ نے کہا تھا</w:t>
      </w:r>
    </w:p>
    <w:p>
      <w:r>
        <w:rPr>
          <w:b/>
        </w:rPr>
        <w:t xml:space="preserve">[12:07] </w:t>
      </w:r>
      <w:r>
        <w:t>ke kalmata wahida tutniya tamlikun bil arab wa tadinu bikum bihi al ajam.</w:t>
      </w:r>
    </w:p>
    <w:p>
      <w:pPr>
        <w:jc w:val="right"/>
      </w:pPr>
      <w:r>
        <w:t>کہ کلمۃ واحدا توتنیہ تملکون بالعرب وتدین بکم بہ العجم۔</w:t>
      </w:r>
    </w:p>
    <w:p>
      <w:r>
        <w:rPr>
          <w:b/>
        </w:rPr>
        <w:t xml:space="preserve">[12:19] </w:t>
      </w:r>
      <w:r>
        <w:t>main tum se sirf aik kalma chahta hoon,</w:t>
      </w:r>
    </w:p>
    <w:p>
      <w:pPr>
        <w:jc w:val="right"/>
      </w:pPr>
      <w:r>
        <w:t>میں تم سے صرف ایک کلمہ چاہتا ہوں،</w:t>
      </w:r>
    </w:p>
    <w:p>
      <w:r>
        <w:rPr>
          <w:b/>
        </w:rPr>
        <w:t xml:space="preserve">[12:27] </w:t>
      </w:r>
      <w:r>
        <w:t>is ko tum maan lo to arab aur ajam sab tumhare</w:t>
      </w:r>
    </w:p>
    <w:p>
      <w:pPr>
        <w:jc w:val="right"/>
      </w:pPr>
      <w:r>
        <w:t>اس کو تم مان لو تو عرب اور عجم سب تمہارے</w:t>
      </w:r>
    </w:p>
    <w:p>
      <w:r>
        <w:rPr>
          <w:b/>
        </w:rPr>
        <w:t xml:space="preserve">[12:36] </w:t>
      </w:r>
      <w:r>
        <w:t>matahat ho jayenge. ab main ne compare kiya ke rasool Allah sal Allah alayhi wasallam ne aisa kyun kaha tha, halankay us waqt halat bohat hi kharab thi.</w:t>
      </w:r>
    </w:p>
    <w:p>
      <w:pPr>
        <w:jc w:val="right"/>
      </w:pPr>
      <w:r>
        <w:t>ماتحت ہو جائیں گے۔ اب میں نے کمپیئر کیا کہ رسول اللہ صلی اللہ علیہ وسلم نے ایسا کیوں کہا تھا، حالانکہ اس وقت حالت بہت ہی خراب تھی۔</w:t>
      </w:r>
    </w:p>
    <w:p>
      <w:r>
        <w:rPr>
          <w:b/>
        </w:rPr>
        <w:t xml:space="preserve">[12:49] </w:t>
      </w:r>
      <w:r>
        <w:t>hamare pet ja rahe the musalman, aaj jo halat waisa hai nahi aur khwamkhwah logon ko shikayat karte hain. to ek sunnat maine daryaft ki, ek sunnat jo kitabon mein likhi hui nahi hai,</w:t>
      </w:r>
    </w:p>
    <w:p>
      <w:pPr>
        <w:jc w:val="right"/>
      </w:pPr>
      <w:r>
        <w:t>ہمارے پیٹ جا رہے تھے مسلمان، آج جو حالت ویسا ہے نہیں اور خوامخواہ لوگوں کو شکایت کرتے ہیں۔ تو ایک سنت میں نے دریافت کی، ایک سنت جو کتابوں میں لکھی ہوئی نہیں ہے،</w:t>
      </w:r>
    </w:p>
    <w:p>
      <w:r>
        <w:rPr>
          <w:b/>
        </w:rPr>
        <w:t xml:space="preserve">[13:07] </w:t>
      </w:r>
      <w:r>
        <w:t>woh hai mustaqbil bini, seeing the future.</w:t>
      </w:r>
    </w:p>
    <w:p>
      <w:pPr>
        <w:jc w:val="right"/>
      </w:pPr>
      <w:r>
        <w:t>وہ ہے مستقبل بینی، سیئنگ دا فیوچر۔</w:t>
      </w:r>
    </w:p>
    <w:p>
      <w:r>
        <w:rPr>
          <w:b/>
        </w:rPr>
        <w:t xml:space="preserve">[13:17] </w:t>
      </w:r>
      <w:r>
        <w:t>future ko dekhna, future ko dekh kar rai qaim karna. rasool Allah salallaho alaihi wasallam ne is waqt ke makka mein jo kaha tha ke agar tum meri baat ko maan loge to arab o ajam tumhare matahat ho jayenge.</w:t>
      </w:r>
    </w:p>
    <w:p>
      <w:pPr>
        <w:jc w:val="right"/>
      </w:pPr>
      <w:r>
        <w:t>فیوچر کو دیکھنا، فیوچر کو دیکھ کر رائے قائم کرنا۔ رسول اللہ صلی اللہ علیہ وسلم نے اس وقت کے مکہ میں جو کہا تھا کہ اگر تم میری بات کو مان لو گے تو عرب و عجم تمہارے ماتحت ہو جائیں گے۔</w:t>
      </w:r>
    </w:p>
    <w:p>
      <w:r>
        <w:rPr>
          <w:b/>
        </w:rPr>
        <w:t xml:space="preserve">[13:40] </w:t>
      </w:r>
      <w:r>
        <w:t>yeh is waqt to aisa tha nahi, yeh to future ki baat thi. to rasool Allah ne jo baat kahi woh mustaqbil bini ke tehat thi,</w:t>
      </w:r>
    </w:p>
    <w:p>
      <w:pPr>
        <w:jc w:val="right"/>
      </w:pPr>
      <w:r>
        <w:t>یہ اس وقت تو ایسا تھا نہیں، یہ تو فیوچر کی بات تھی۔ تو رسول اللہ نے جو بات کہی وہ مستقبل بینی کے تحت تھی،</w:t>
      </w:r>
    </w:p>
    <w:p>
      <w:r>
        <w:rPr>
          <w:b/>
        </w:rPr>
        <w:t xml:space="preserve">[13:55] </w:t>
      </w:r>
      <w:r>
        <w:t>yani future ko dekh kar aap ne farmaya tha. ab aaj ke musalman agar is sunnat ko ikhtiyar karein, is sunnat ko ikhtiyar karein</w:t>
      </w:r>
    </w:p>
    <w:p>
      <w:pPr>
        <w:jc w:val="right"/>
      </w:pPr>
      <w:r>
        <w:t>یعنی فیوچر کو دیکھ کر آپ نے فرمایا تھا۔ اب آج کے مسلمان اگر اس سنت کو اختیار کریں، اس سنت کو اختیار کریں</w:t>
      </w:r>
    </w:p>
    <w:p>
      <w:r>
        <w:rPr>
          <w:b/>
        </w:rPr>
        <w:t xml:space="preserve">[14:11] </w:t>
      </w:r>
      <w:r>
        <w:t>to woh kya bolenge? woh bolenge ke yeh deen jo hai Allah ka deen itna phailne wala hai, itna phail raha hai,</w:t>
      </w:r>
    </w:p>
    <w:p>
      <w:pPr>
        <w:jc w:val="right"/>
      </w:pPr>
      <w:r>
        <w:t>تو وہ کیا بولیں گے؟ وہ بولیں گے کہ یہ دین جو ہے اللہ کا دین اتنا پھیلنے والا ہے، اتنا پھیل رہا ہے،</w:t>
      </w:r>
    </w:p>
    <w:p>
      <w:r>
        <w:rPr>
          <w:b/>
        </w:rPr>
        <w:t xml:space="preserve">[14:27] </w:t>
      </w:r>
      <w:r>
        <w:t>itna phail raha hai</w:t>
      </w:r>
    </w:p>
    <w:p>
      <w:pPr>
        <w:jc w:val="right"/>
      </w:pPr>
      <w:r>
        <w:t>اتنا پھیل رہا ہے</w:t>
      </w:r>
    </w:p>
    <w:p>
      <w:r>
        <w:rPr>
          <w:b/>
        </w:rPr>
        <w:t xml:space="preserve">[14:32] </w:t>
      </w:r>
      <w:r>
        <w:t>ke koi rukawat rukawat na rahe, koi unka dushman na rahe, har taraf peace hasil ho jaye unko.</w:t>
      </w:r>
    </w:p>
    <w:p>
      <w:pPr>
        <w:jc w:val="right"/>
      </w:pPr>
      <w:r>
        <w:t>کہ کوئی رکاوٹ رکاوٹ نہ رہے، کوئی ان کا دشمن نہ رہے، ہر طرف پیس حاصل ہو جائے ان کو۔</w:t>
      </w:r>
    </w:p>
    <w:p>
      <w:r>
        <w:rPr>
          <w:b/>
        </w:rPr>
        <w:t xml:space="preserve">[14:44] </w:t>
      </w:r>
      <w:r>
        <w:t>ek yani ek favorable halat mein woh apna dawat ka kaam kar sakein.</w:t>
      </w:r>
    </w:p>
    <w:p>
      <w:pPr>
        <w:jc w:val="right"/>
      </w:pPr>
      <w:r>
        <w:t>ایک یعنی ایک فیوریبل حالات میں وہ اپنا دعوت کا کام کر سکیں۔</w:t>
      </w:r>
    </w:p>
    <w:p>
      <w:r>
        <w:rPr>
          <w:b/>
        </w:rPr>
        <w:t xml:space="preserve">[14:57] </w:t>
      </w:r>
      <w:r>
        <w:t>to is is ki wajah kya hai? is ki wajah yeh hai ke hamare log jo hain sunnat rasool ko sirf partial sense mein jante hain, kuch فنی pehlu ko nikalte hain is mein se, koi masle misaal nikalte hain.</w:t>
      </w:r>
    </w:p>
    <w:p>
      <w:pPr>
        <w:jc w:val="right"/>
      </w:pPr>
      <w:r>
        <w:t>تو اس اس کی وجہ کیا ہے؟ اس کی وجہ یہ ہے کہ ہمارے لوگ جو ہیں سنت رسول کو صرف پارشل سینس میں جانتے ہیں، کچھ فنی پہلو کو نکالتے ہیں اس میں سے، کوئی مسئلے مثال نکالتے ہیں۔</w:t>
      </w:r>
    </w:p>
    <w:p>
      <w:r>
        <w:rPr>
          <w:b/>
        </w:rPr>
        <w:t xml:space="preserve">[15:18] </w:t>
      </w:r>
      <w:r>
        <w:t>mustaqbil bini ki jo is mein ek sunnat rasool hai, yani future ko dekh kar rai qaim karne ki jo sunnat rasool hai, is se bilkul bekhabar hain,</w:t>
      </w:r>
    </w:p>
    <w:p>
      <w:pPr>
        <w:jc w:val="right"/>
      </w:pPr>
      <w:r>
        <w:t>مستقبل بینی کی جو اس میں ایک سنت رسول ہے، یعنی فیوچر کو دیکھ کر رائے قائم کرنے کی جو سنت رسول ہے، اس سے بالکل بے خبر ہیں،</w:t>
      </w:r>
    </w:p>
    <w:p>
      <w:r>
        <w:rPr>
          <w:b/>
        </w:rPr>
        <w:t xml:space="preserve">[15:34] </w:t>
      </w:r>
      <w:r>
        <w:t>is se bekhabar hain. agar woh janein to kya hoga? bajaye shukr ke, bajaye shikayat ke, woh shukr karenge.</w:t>
      </w:r>
    </w:p>
    <w:p>
      <w:pPr>
        <w:jc w:val="right"/>
      </w:pPr>
      <w:r>
        <w:t>اس سے بے خبر ہیں۔ اگر وہ جانیں تو کیا ہوگا؟ بجائے شکر کے، بجائے شکایت کے، وہ شکر کریں گے۔</w:t>
      </w:r>
    </w:p>
    <w:p>
      <w:r>
        <w:rPr>
          <w:b/>
        </w:rPr>
        <w:t xml:space="preserve">[15:48] </w:t>
      </w:r>
      <w:r>
        <w:t>haal ki bajaye mustaqbil ko dekhenge.</w:t>
      </w:r>
    </w:p>
    <w:p>
      <w:pPr>
        <w:jc w:val="right"/>
      </w:pPr>
      <w:r>
        <w:t>حال کی بجائے مستقبل کو دیکھیں گے۔</w:t>
      </w:r>
    </w:p>
    <w:p>
      <w:r>
        <w:rPr>
          <w:b/>
        </w:rPr>
        <w:t xml:space="preserve">[15:53] </w:t>
      </w:r>
      <w:r>
        <w:t>mayusi ki bajaye umeed unko dikhai padegi. nakami ke baad kamyabi, nakami ki bajaye kamyabi dikhai degi unko.</w:t>
      </w:r>
    </w:p>
    <w:p>
      <w:pPr>
        <w:jc w:val="right"/>
      </w:pPr>
      <w:r>
        <w:t>مایوسی کی بجائے امید ان کو دکھائی پڑے گی۔ ناکامی کے بعد کامیابی، ناکامی کی بجائے کامیابی دکھائی دے گی ان کو۔</w:t>
      </w:r>
    </w:p>
    <w:p>
      <w:r>
        <w:rPr>
          <w:b/>
        </w:rPr>
        <w:t xml:space="preserve">[16:09] </w:t>
      </w:r>
      <w:r>
        <w:t>Islam</w:t>
      </w:r>
    </w:p>
    <w:p>
      <w:pPr>
        <w:jc w:val="right"/>
      </w:pPr>
      <w:r>
        <w:t>اسلام</w:t>
      </w:r>
    </w:p>
    <w:p>
      <w:r>
        <w:rPr>
          <w:b/>
        </w:rPr>
        <w:t xml:space="preserve">[16:13] </w:t>
      </w:r>
      <w:r>
        <w:t>under siege hai. is ki wajah dekhein ke Islam to phail raha hai, sorry, duniya mein phail raha hai.</w:t>
      </w:r>
    </w:p>
    <w:p>
      <w:pPr>
        <w:jc w:val="right"/>
      </w:pPr>
      <w:r>
        <w:t>انڈر سیج ہے۔ اس کی وجہ دیکھیں کہ اسلام تو پھیل رہا ہے، سوری، دنیا میں پھیل رہا ہے۔</w:t>
      </w:r>
    </w:p>
    <w:p>
      <w:r>
        <w:rPr>
          <w:b/>
        </w:rPr>
        <w:t xml:space="preserve">[16:25] </w:t>
      </w:r>
      <w:r>
        <w:t>to main samajhta hoon ke is zamane mein musalmanon ko yeh karna hai ke woh khud in in baaton ko jo Quran mein Hadees mein already maujood hain, lekin woh bekhabar hain,</w:t>
      </w:r>
    </w:p>
    <w:p>
      <w:pPr>
        <w:jc w:val="right"/>
      </w:pPr>
      <w:r>
        <w:t>تو میں سمجھتا ہوں کہ اس زمانے میں مسلمانوں کو یہ کرنا ہے کہ وہ خود ان ان باتوں کو جو قرآن میں حدیث میں الریڈی موجود ہیں، لیکن وہ بے خبر ہیں،</w:t>
      </w:r>
    </w:p>
    <w:p>
      <w:r>
        <w:rPr>
          <w:b/>
        </w:rPr>
        <w:t xml:space="preserve">[16:40] </w:t>
      </w:r>
      <w:r>
        <w:t>is ko janein, is ko janein.</w:t>
      </w:r>
    </w:p>
    <w:p>
      <w:pPr>
        <w:jc w:val="right"/>
      </w:pPr>
      <w:r>
        <w:t>اس کو جانیں، اس کو جانیں۔</w:t>
      </w:r>
    </w:p>
    <w:p>
      <w:r>
        <w:rPr>
          <w:b/>
        </w:rPr>
        <w:t xml:space="preserve">[16:48] </w:t>
      </w:r>
      <w:r>
        <w:t>badqismati se aaj kal haal kya hai ke aaj musalmanon ko in baaton ki khabar hai jo media mein aati hain, yani media mein aane wali khabron ko woh jante hain, khoob charcha hota hai inka,</w:t>
      </w:r>
    </w:p>
    <w:p>
      <w:pPr>
        <w:jc w:val="right"/>
      </w:pPr>
      <w:r>
        <w:t>بدقسمتی سے آج کل حال کیا ہے کہ آج مسلمانوں کو ان باتوں کی خبر ہے جو میڈیا میں آتی ہیں، یعنی میڈیا میں آنے والی خبروں کو وہ جانتے ہیں، خوب چرچا ہوتا ہے ان کا،</w:t>
      </w:r>
    </w:p>
    <w:p>
      <w:r>
        <w:rPr>
          <w:b/>
        </w:rPr>
        <w:t xml:space="preserve">[17:04] </w:t>
      </w:r>
      <w:r>
        <w:t>facebook par yahan wahan bhejte hain. lekin khud Quran mein aur Hadees mein jo baatein</w:t>
      </w:r>
    </w:p>
    <w:p>
      <w:pPr>
        <w:jc w:val="right"/>
      </w:pPr>
      <w:r>
        <w:t>فیس بک پر یہاں وہاں بھیجتے ہیں۔ لیکن خود قرآن میں اور حدیث میں جو باتیں</w:t>
      </w:r>
    </w:p>
    <w:p>
      <w:r>
        <w:rPr>
          <w:b/>
        </w:rPr>
        <w:t xml:space="preserve">[17:16] </w:t>
      </w:r>
      <w:r>
        <w:t>chouda sau saal se maujood hain, is se bekhabar hain, woh is se bekhabar hain.</w:t>
      </w:r>
    </w:p>
    <w:p>
      <w:pPr>
        <w:jc w:val="right"/>
      </w:pPr>
      <w:r>
        <w:t>چودہ سو سال سے موجود ہیں، اس سے بے خبر ہیں، وہ اس سے بے خبر ہیں۔</w:t>
      </w:r>
    </w:p>
    <w:p>
      <w:r>
        <w:rPr>
          <w:b/>
        </w:rPr>
        <w:t xml:space="preserve">[17:26] </w:t>
      </w:r>
      <w:r>
        <w:t>yani agar woh janein to woh samjhenge ke</w:t>
      </w:r>
    </w:p>
    <w:p>
      <w:pPr>
        <w:jc w:val="right"/>
      </w:pPr>
      <w:r>
        <w:t>یعنی اگر وہ جانیں تو وہ سمجھیں گے کہ</w:t>
      </w:r>
    </w:p>
    <w:p>
      <w:r>
        <w:rPr>
          <w:b/>
        </w:rPr>
        <w:t xml:space="preserve">[17:33] </w:t>
      </w:r>
      <w:r>
        <w:t>seventh century AD mein rasool Allah ne farmaya tha jo yeh baatein, is ka matlab kya tha ke history ka jo safar hai, woh</w:t>
      </w:r>
    </w:p>
    <w:p>
      <w:pPr>
        <w:jc w:val="right"/>
      </w:pPr>
      <w:r>
        <w:t>سیون سینچری اے ڈی میں رسول اللہ نے فرمایا تھا جو یہ باتیں، اس کا مطلب کیا تھا کہ ہسٹری کا جو سفر ہے، وہ</w:t>
      </w:r>
    </w:p>
    <w:p>
      <w:r>
        <w:rPr>
          <w:b/>
        </w:rPr>
        <w:t xml:space="preserve">[17:49] </w:t>
      </w:r>
      <w:r>
        <w:t>Islam ki taraf ja raha hai. history ka safar jo hai, woh Islam ki taraf ja raha hai.</w:t>
      </w:r>
    </w:p>
    <w:p>
      <w:pPr>
        <w:jc w:val="right"/>
      </w:pPr>
      <w:r>
        <w:t>اسلام کی طرف جا رہا ہے۔ ہسٹری کا سفر جو ہے، وہ اسلام کی طرف جا رہا ہے۔</w:t>
      </w:r>
    </w:p>
    <w:p>
      <w:r>
        <w:rPr>
          <w:b/>
        </w:rPr>
        <w:t xml:space="preserve">[18:00] </w:t>
      </w:r>
      <w:r>
        <w:t>woh is samajh mein media mein samajh samajhte hain ke ke Islam ka safar ruka hua hai, woh to yani woh to nakam hai,</w:t>
      </w:r>
    </w:p>
    <w:p>
      <w:pPr>
        <w:jc w:val="right"/>
      </w:pPr>
      <w:r>
        <w:t>وہ اس سمجھ میں میڈیا میں سمجھ سمجھتے ہیں کہ کہ اسلام کا سفر رکا ہوا ہے، وہ تو یعنی وہ تو ناکام ہے،</w:t>
      </w:r>
    </w:p>
    <w:p>
      <w:r>
        <w:rPr>
          <w:b/>
        </w:rPr>
        <w:t xml:space="preserve">[18:16] </w:t>
      </w:r>
      <w:r>
        <w:t>kamyabi mein phans gaya hai, kamyabi ke daldal mein. halankeh hadith o quran jo batate hain, use lagta hai ke islam aane ke baad barabar safar karta rahe, safar karta rahega,</w:t>
      </w:r>
    </w:p>
    <w:p>
      <w:pPr>
        <w:jc w:val="right"/>
      </w:pPr>
      <w:r>
        <w:t>کامیابی میں پھنس گیا ہے، کامیابی کے دلدل میں۔ حالانکہ حدیث و قرآن جو بتاتے ہیں، اسے لگتا ہے کہ اسلام آنے کے بعد برابر سفر کرتا رہے، سفر کرتا رہے گا،</w:t>
      </w:r>
    </w:p>
    <w:p>
      <w:r>
        <w:rPr>
          <w:b/>
        </w:rPr>
        <w:t xml:space="preserve">[18:33] </w:t>
      </w:r>
      <w:r>
        <w:t>yahan tak ke woh sare alam mein pahunch jayega. dekhen, is mein ek baat, ek baat yeh bhi hai</w:t>
      </w:r>
    </w:p>
    <w:p>
      <w:pPr>
        <w:jc w:val="right"/>
      </w:pPr>
      <w:r>
        <w:t>یہاں تک کہ وہ سارے عالم میں پہنچ جائے گا۔ دیکھیں، اس میں ایک بات، ایک بات یہ بھی ہے</w:t>
      </w:r>
    </w:p>
    <w:p>
      <w:r>
        <w:rPr>
          <w:b/>
        </w:rPr>
        <w:t xml:space="preserve">[18:46] </w:t>
      </w:r>
      <w:r>
        <w:t>ke sara fasad jo hai, woh hai political interpretation of islam ka.</w:t>
      </w:r>
    </w:p>
    <w:p>
      <w:pPr>
        <w:jc w:val="right"/>
      </w:pPr>
      <w:r>
        <w:t>کہ سارا فساد جو ہے، وہ ہے پولیٹیکل انٹرپریٹیشن آف اسلام کا۔</w:t>
      </w:r>
    </w:p>
    <w:p>
      <w:r>
        <w:rPr>
          <w:b/>
        </w:rPr>
        <w:t xml:space="preserve">[18:57] </w:t>
      </w:r>
      <w:r>
        <w:t>main samajhta hoon ke sara zehan jo bigadta hai, negative musalman ho gaye hain, negative.</w:t>
      </w:r>
    </w:p>
    <w:p>
      <w:pPr>
        <w:jc w:val="right"/>
      </w:pPr>
      <w:r>
        <w:t>میں سمجھتا ہوں کہ سارا ذہن جو بگڑتا ہے، نیگیٹیو مسلمان ہو گئے ہیں، نیگیٹیو۔</w:t>
      </w:r>
    </w:p>
    <w:p>
      <w:r>
        <w:rPr>
          <w:b/>
        </w:rPr>
        <w:t xml:space="preserve">[19:07] </w:t>
      </w:r>
      <w:r>
        <w:t>to is ki wajah yeh hai ke is zamane mein</w:t>
      </w:r>
    </w:p>
    <w:p>
      <w:pPr>
        <w:jc w:val="right"/>
      </w:pPr>
      <w:r>
        <w:t>تو اس کی وجہ یہ ہے کہ اس زمانے میں</w:t>
      </w:r>
    </w:p>
    <w:p>
      <w:r>
        <w:rPr>
          <w:b/>
        </w:rPr>
        <w:t xml:space="preserve">[19:15] </w:t>
      </w:r>
      <w:r>
        <w:t>political interpretation of islam ko logon ne phala rakha hai, isi ko jante hain woh.</w:t>
      </w:r>
    </w:p>
    <w:p>
      <w:pPr>
        <w:jc w:val="right"/>
      </w:pPr>
      <w:r>
        <w:t>پولیٹیکل انٹرپریٹیشن آف اسلام کو لوگوں نے پھلا رکھا ہے، اسی کو جانتے ہیں وہ۔</w:t>
      </w:r>
    </w:p>
    <w:p>
      <w:r>
        <w:rPr>
          <w:b/>
        </w:rPr>
        <w:t xml:space="preserve">[19:25] </w:t>
      </w:r>
      <w:r>
        <w:t>agar woh janen ke islam ek dawat hai, ek mission hai,</w:t>
      </w:r>
    </w:p>
    <w:p>
      <w:pPr>
        <w:jc w:val="right"/>
      </w:pPr>
      <w:r>
        <w:t>اگر وہ جانیں کہ اسلام ایک دعوت ہے، ایک مشن ہے،</w:t>
      </w:r>
    </w:p>
    <w:p>
      <w:r>
        <w:rPr>
          <w:b/>
        </w:rPr>
        <w:t xml:space="preserve">[19:33] </w:t>
      </w:r>
      <w:r>
        <w:t>islam ek khudai mission hai, to woh janenge ke yeh to rukne wale hain hi nahin, yeh to sailab hai.</w:t>
      </w:r>
    </w:p>
    <w:p>
      <w:pPr>
        <w:jc w:val="right"/>
      </w:pPr>
      <w:r>
        <w:t>اسلام ایک خدائی مشن ہے، تو وہ جانیں گے کہ یہ تو رکنے والے ہیں ہی نہیں، یہ تو سیلاب ہے۔</w:t>
      </w:r>
    </w:p>
    <w:p>
      <w:r>
        <w:rPr>
          <w:b/>
        </w:rPr>
        <w:t xml:space="preserve">[19:46] </w:t>
      </w:r>
      <w:r>
        <w:t>as a mission, islam ek sailab hai, woh Allah ne muqaddar kar liya hai ke yeh badhta hi rahe, badhta hi rahe, badhta hi rahe.</w:t>
      </w:r>
    </w:p>
    <w:p>
      <w:pPr>
        <w:jc w:val="right"/>
      </w:pPr>
      <w:r>
        <w:t>ایز اے مشن، اسلام ایک سیلاب ہے، وہ اللہ نے مقدر کر لیا ہے کہ یہ بڑھتا ہی رہے، بڑھتا ہی رہے، بڑھتا ہی رہے۔</w:t>
      </w:r>
    </w:p>
    <w:p>
      <w:r>
        <w:rPr>
          <w:b/>
        </w:rPr>
        <w:t xml:space="preserve">[20:01] </w:t>
      </w:r>
      <w:r>
        <w:t>to hum, hum, hum, hum, hamare jo sathi hain, is team ke jo sathi hain, unko main kahunga ke yeh hopeful picture jo hai, woh islam ki, woh unko bataiye.</w:t>
      </w:r>
    </w:p>
    <w:p>
      <w:pPr>
        <w:jc w:val="right"/>
      </w:pPr>
      <w:r>
        <w:t>تو ہم، ہم، ہم، ہم، ہمارے جو ساتھی ہیں، اس ٹیم کے جو ساتھی ہیں، ان کو میں کہوں گا کہ یہ ہوپ فل پکچر جو ہے، وہ اسلام کی، وہ ان کو بتائیے۔</w:t>
      </w:r>
    </w:p>
    <w:p>
      <w:r>
        <w:rPr>
          <w:b/>
        </w:rPr>
        <w:t xml:space="preserve">[20:15] </w:t>
      </w:r>
      <w:r>
        <w:t>aur inshallah bata rahe hain, hamare sathi bada, bada, bada bata rahe hain.</w:t>
      </w:r>
    </w:p>
    <w:p>
      <w:pPr>
        <w:jc w:val="right"/>
      </w:pPr>
      <w:r>
        <w:t>اور انشاءاللہ بتا رہے ہیں، ہمارے ساتھی بڑا، بڑا، بڑا بتا رہے ہیں۔</w:t>
      </w:r>
    </w:p>
    <w:p>
      <w:r>
        <w:rPr>
          <w:b/>
        </w:rPr>
        <w:t xml:space="preserve">[20:26] </w:t>
      </w:r>
      <w:r>
        <w:t>to is se kya hoga ke musalmanon mein, musalmanon mein hausla paida hoga, himmat paida hogi, positive thinking aayegi, woh unche darje ki planning kar sakenge,</w:t>
      </w:r>
    </w:p>
    <w:p>
      <w:pPr>
        <w:jc w:val="right"/>
      </w:pPr>
      <w:r>
        <w:t>تو اس سے کیا ہوگا کہ مسلمانوں میں، مسلمانوں میں حوصلہ پیدا ہوگا، ہمت پیدا ہوگی، پازیٹیو تھنکنگ آئے گی، وہ اونچے درجے کی پلاننگ کر سکیں گے،</w:t>
      </w:r>
    </w:p>
    <w:p>
      <w:r>
        <w:rPr>
          <w:b/>
        </w:rPr>
        <w:t xml:space="preserve">[20:41] </w:t>
      </w:r>
      <w:r>
        <w:t>insanon se unko mohabbat hogi, har taraf unko</w:t>
      </w:r>
    </w:p>
    <w:p>
      <w:pPr>
        <w:jc w:val="right"/>
      </w:pPr>
      <w:r>
        <w:t>انسانوں سے ان کو محبت ہوگی، ہر طرف ان کو</w:t>
      </w:r>
    </w:p>
    <w:p>
      <w:r>
        <w:rPr>
          <w:b/>
        </w:rPr>
        <w:t xml:space="preserve">[20:53] </w:t>
      </w:r>
      <w:r>
        <w:t>positive halat dikhai denge.</w:t>
      </w:r>
    </w:p>
    <w:p>
      <w:pPr>
        <w:jc w:val="right"/>
      </w:pPr>
      <w:r>
        <w:t>پازیٹیو حالات دکھائی دیں گے۔</w:t>
      </w:r>
    </w:p>
    <w:p>
      <w:r>
        <w:rPr>
          <w:b/>
        </w:rPr>
        <w:t xml:space="preserve">[20:58] </w:t>
      </w:r>
      <w:r>
        <w:t>to inshallah hamare sathi isi rah par chal rahe hain, unko main kahunga ke mazeed yaqin ke sath is rah par chalte rahiye, mazeed yaqin ke sath.</w:t>
      </w:r>
    </w:p>
    <w:p>
      <w:pPr>
        <w:jc w:val="right"/>
      </w:pPr>
      <w:r>
        <w:t>تو انشاءاللہ ہمارے ساتھی اسی راہ پر چل رہے ہیں، ان کو میں کہوں گا کہ مزید یقین کے ساتھ اس راہ پر چلتے رہیے، مزید یقین کے ساتھ۔</w:t>
      </w:r>
    </w:p>
    <w:p>
      <w:r>
        <w:rPr>
          <w:b/>
        </w:rPr>
        <w:t xml:space="preserve">[21:14] </w:t>
      </w:r>
      <w:r>
        <w:t>akhbaron mein ya media mein jo aata hai, us se apni rahay banaiye, balke jo baaten quran o hadith mein batai gayi hain, us se rai banaiye.</w:t>
      </w:r>
    </w:p>
    <w:p>
      <w:pPr>
        <w:jc w:val="right"/>
      </w:pPr>
      <w:r>
        <w:t>اخباروں میں یا میڈیا میں جو آتا ہے، اس سے اپنی رحمت بنائیے، بلکہ جو باتیں قرآن و حدیث میں بتائی گئی ہیں، اس سے رائے بنائیے۔</w:t>
      </w:r>
    </w:p>
    <w:p>
      <w:r>
        <w:rPr>
          <w:b/>
        </w:rPr>
        <w:t xml:space="preserve">[21:32] </w:t>
      </w:r>
      <w:r>
        <w:t>main dua karta hoon aap apne sab sathiyon ke liye ke woh is raz ko janen aur apne andar naya hausla paida karen.</w:t>
      </w:r>
    </w:p>
    <w:p>
      <w:pPr>
        <w:jc w:val="right"/>
      </w:pPr>
      <w:r>
        <w:t>میں دعا کرتا ہوں آپ اپنے سب ساتھیوں کے لیے کہ وہ اس راز کو جانیں اور اپنے اندر نیا حوصلہ پیدا کریں۔</w:t>
      </w:r>
    </w:p>
    <w:p>
      <w:r>
        <w:rPr>
          <w:b/>
        </w:rPr>
        <w:t xml:space="preserve">[21:49] </w:t>
      </w:r>
      <w:r>
        <w:t>assalam o alaikum wa rehmatullah.</w:t>
      </w:r>
    </w:p>
    <w:p>
      <w:pPr>
        <w:jc w:val="right"/>
      </w:pPr>
      <w:r>
        <w:t>السلام علیکم ورحمۃ اللہ۔</w:t>
      </w:r>
    </w:p>
    <w:p>
      <w:r>
        <w:rPr>
          <w:b/>
        </w:rPr>
        <w:t xml:space="preserve">[22:06] </w:t>
      </w:r>
      <w:r>
        <w:t>ah Maulana, aap ne ek nayi soch di hai aaj, woh yeh hai ke hum ko apni rai banane ke liye quran aur hadith ko samne rakhna hoga, aur is buniyad par rai banani hogi, na ke akhbar aur media mein jo aata hai, us buniyad par rai nahi banani hai hum ko.</w:t>
      </w:r>
    </w:p>
    <w:p>
      <w:pPr>
        <w:jc w:val="right"/>
      </w:pPr>
      <w:r>
        <w:t>اہ مولانا، آپ نے ایک نئی سوچ دی ہے آج، وہ یہ ہے کہ ہم کو اپنی رائے بنانے کے لیے قرآن اور حدیث کو سامنے رکھنا ہوگا، اور اس بنیاد پر رائے بنانی ہوگی، نہ کہ اخبار اور میڈیا میں جو آتا ہے، اس بنیاد پر رائے نہیں بنانی ہے ہم کو۔</w:t>
      </w:r>
    </w:p>
    <w:p>
      <w:r>
        <w:rPr>
          <w:b/>
        </w:rPr>
        <w:t xml:space="preserve">[22:23] </w:t>
      </w:r>
      <w:r>
        <w:t>ah mera sawal yeh hai ke agar hum koi negative rai banate hain kisi cheez ke bare mein, ah positive rai ke bajaye, to us se nuksan kya hota hai?</w:t>
      </w:r>
    </w:p>
    <w:p>
      <w:pPr>
        <w:jc w:val="right"/>
      </w:pPr>
      <w:r>
        <w:t>اہ میرا سوال یہ ہے کہ اگر ہم کوئی نیگیٹیو رائے بناتے ہیں کسی چیز کے بارے میں، اہ پازیٹیو رائے کے بجائے، تو اس سے نقصان کیا ہوتا ہے؟</w:t>
      </w:r>
    </w:p>
    <w:p>
      <w:r>
        <w:rPr>
          <w:b/>
        </w:rPr>
        <w:t xml:space="preserve">[22:37] </w:t>
      </w:r>
      <w:r>
        <w:t>is ka nuksan yeh hai ke</w:t>
      </w:r>
    </w:p>
    <w:p>
      <w:pPr>
        <w:jc w:val="right"/>
      </w:pPr>
      <w:r>
        <w:t>اس کا نقصان یہ ہے کہ</w:t>
      </w:r>
    </w:p>
    <w:p>
      <w:r>
        <w:rPr>
          <w:b/>
        </w:rPr>
        <w:t xml:space="preserve">[22:42] </w:t>
      </w:r>
      <w:r>
        <w:t>ulti soch banti hai. zamana to ja raha hai Allah ke deen ki kamyabi ki taraf, hum ulta rai bana lete hain ke hum gire hue hain.</w:t>
      </w:r>
    </w:p>
    <w:p>
      <w:pPr>
        <w:jc w:val="right"/>
      </w:pPr>
      <w:r>
        <w:t>الٹی سوچ بنتی ہے۔ زمانہ تو جا رہا ہے اللہ کے دین کی کامیابی کی طرف، ہم الٹا رائے بنا لیتے ہیں کہ ہم گرے ہوئے ہیں۔</w:t>
      </w:r>
    </w:p>
    <w:p>
      <w:r>
        <w:rPr>
          <w:b/>
        </w:rPr>
        <w:t xml:space="preserve">[22:59] </w:t>
      </w:r>
      <w:r>
        <w:t>bahut zyada yeh baat maine suni logon ki zuban se ke "we are under siege, we are under siege". to yeh yeh hoga ke ab sab raste hamare liye khule hue hain, sirf aage badhna hai.</w:t>
      </w:r>
    </w:p>
    <w:p>
      <w:pPr>
        <w:jc w:val="right"/>
      </w:pPr>
      <w:r>
        <w:t>بہت زیادہ یہ بات میں نے سنی لوگوں کی زبان سے کہ "وی آر انڈر سیج، وی آر انڈر سیج"۔ تو یہ یہ ہوگا کہ اب سب راستے ہمارے لیے کھلے ہوئے ہیں، صرف آگے بڑھنا ہے۔</w:t>
      </w:r>
    </w:p>
    <w:p>
      <w:r>
        <w:rPr>
          <w:b/>
        </w:rPr>
        <w:t xml:space="preserve">[23:15] </w:t>
      </w:r>
      <w:r>
        <w:t>Allah ke farishte hamara intezar kar rahe hain darwaze kholne ke liye.</w:t>
      </w:r>
    </w:p>
    <w:p>
      <w:pPr>
        <w:jc w:val="right"/>
      </w:pPr>
      <w:r>
        <w:t>اللہ کے فرشتے ہمارا انتظار کر رہے ہیں دروازے کھولنے کے لیے۔</w:t>
      </w:r>
    </w:p>
    <w:p>
      <w:r>
        <w:rPr>
          <w:b/>
        </w:rPr>
        <w:t xml:space="preserve">[23:24] </w:t>
      </w:r>
      <w:r>
        <w:t>to agar sahi soch aayegi to positive thinking banegi, hausla aayega,</w:t>
      </w:r>
    </w:p>
    <w:p>
      <w:pPr>
        <w:jc w:val="right"/>
      </w:pPr>
      <w:r>
        <w:t>تو اگر صحیح سوچ آئے گی تو پازیٹیو تھنکنگ بنے گی، حوصلہ آئے گا،</w:t>
      </w:r>
    </w:p>
    <w:p>
      <w:r>
        <w:rPr>
          <w:b/>
        </w:rPr>
        <w:t xml:space="preserve">[23:36] </w:t>
      </w:r>
      <w:r>
        <w:t>aur azm o himmat ke sath planning karna seekhenge,</w:t>
      </w:r>
    </w:p>
    <w:p>
      <w:pPr>
        <w:jc w:val="right"/>
      </w:pPr>
      <w:r>
        <w:t>اور عزم و ہمت کے ساتھ پلاننگ کرنا سیکھیں گے،</w:t>
      </w:r>
    </w:p>
    <w:p>
      <w:r>
        <w:rPr>
          <w:b/>
        </w:rPr>
        <w:t xml:space="preserve">[23:44] </w:t>
      </w:r>
      <w:r>
        <w:t>jaisa ke sahaba ke zamane mein hua. Yani sahaba ki waqiat kahani ban gaye hain, lekin woh woh waqiat dobara waqia banne ke liye intezar kar rahe hain.</w:t>
      </w:r>
    </w:p>
    <w:p>
      <w:pPr>
        <w:jc w:val="right"/>
      </w:pPr>
      <w:r>
        <w:t>جیسا کہ صحابہ کے زمانے میں ہوا۔ یعنی صحابہ کی واقعات کہانی بن گئے ہیں، لیکن وہ وہ واقعات دوبارہ واقعہ بننے کے لیے انتظار کر رہے ہیں۔</w:t>
      </w:r>
    </w:p>
    <w:p>
      <w:r>
        <w:rPr>
          <w:b/>
        </w:rPr>
        <w:t xml:space="preserve">[23:59] </w:t>
      </w:r>
      <w:r>
        <w:t>to woh sab hoga. Maulana, aap ne aaj jo bataya, ah ke hamein, hum sab ko hamesha, ah "we should always think about the future before ah doing any work", not only related to the mission, but also otherwise.</w:t>
      </w:r>
    </w:p>
    <w:p>
      <w:pPr>
        <w:jc w:val="right"/>
      </w:pPr>
      <w:r>
        <w:t>تو وہ سب ہوگا۔ مولانا، آپ نے آج جو بتایا، اہ کہ ہمیں، ہم سب کو ہمیشہ، اہ "وی شوڈ الویز تھنک اباؤٹ دا فیوچر بیفور اہ ڈوئنگ اینی ورک"، ناٹ اونلی ریلیٹڈ ٹو دا مشن، بٹ السو ادر وائز۔</w:t>
      </w:r>
    </w:p>
    <w:p>
      <w:r>
        <w:rPr>
          <w:b/>
        </w:rPr>
        <w:t xml:space="preserve">[24:21] </w:t>
      </w:r>
      <w:r>
        <w:t>"we should keep in mind our future, how we want the outcome to be", and based on that, "we should do, we should perform any action".</w:t>
      </w:r>
    </w:p>
    <w:p>
      <w:pPr>
        <w:jc w:val="right"/>
      </w:pPr>
      <w:r>
        <w:t>"وی شوڈ کیپ ان مائنڈ اور فیوچر، ہاؤ وی وانٹ دا آؤٹ کم ٹو بی"، اینڈ بیسڈ ان دیٹ، "وی شوڈ ڈو، وی شوڈ پرفارم اینی ایکشن"۔</w:t>
      </w:r>
    </w:p>
    <w:p>
      <w:r>
        <w:rPr>
          <w:b/>
        </w:rPr>
        <w:t xml:space="preserve">[24:34] </w:t>
      </w:r>
      <w:r>
        <w:t>So I just have a small question, ah that, ah sometimes we, ah the present situation seems so bad that, ah we think that our future is not going to be, ah working out to be a very, ah ah a positive one.</w:t>
      </w:r>
    </w:p>
    <w:p>
      <w:pPr>
        <w:jc w:val="right"/>
      </w:pPr>
      <w:r>
        <w:t>سو آئی جسٹ ہیو ا سمال کوسچن، اہ دیٹ، اہ سم ٹائمز وی، اہ دا پریزنٹ سچویشن سیمز سو بیڈ دیٹ، اہ وی تھنک دیٹ اور فیوچر از ناٹ گوئنگ ٹو بی، اہ ورکنگ آؤٹ ٹو بی ا ویری، اہ اہ ا پازیٹیو ون۔</w:t>
      </w:r>
    </w:p>
    <w:p>
      <w:r>
        <w:rPr>
          <w:b/>
        </w:rPr>
        <w:t xml:space="preserve">[24:57] </w:t>
      </w:r>
      <w:r>
        <w:t>We we often tend to think that this situation, the current situation, it is not going to bear a fruitful future for us.</w:t>
      </w:r>
    </w:p>
    <w:p>
      <w:pPr>
        <w:jc w:val="right"/>
      </w:pPr>
      <w:r>
        <w:t>وی وی افن ٹینڈ ٹو تھنک دیٹ دس سچویشن، دا کرنٹ سچویشن، اٹ از ناٹ گوئنگ ٹو بیئر ا فروٹ فل فیوچر فار اس۔</w:t>
      </w:r>
    </w:p>
    <w:p>
      <w:r>
        <w:rPr>
          <w:b/>
        </w:rPr>
        <w:t xml:space="preserve">[25:10] </w:t>
      </w:r>
      <w:r>
        <w:t>So what should be our, ah our way of thinking and our way of handling this kind of situations, keeping the future in mind?</w:t>
      </w:r>
    </w:p>
    <w:p>
      <w:pPr>
        <w:jc w:val="right"/>
      </w:pPr>
      <w:r>
        <w:t>سو واٹ شوڈ بی اور، اہ اور وے اف تھنکنگ اینڈ اور وے اف ہینڈلنگ دس کائنڈ اف سچویشنز، کیپنگ دا فیوچر ان مائنڈ؟</w:t>
      </w:r>
    </w:p>
    <w:p>
      <w:r>
        <w:rPr>
          <w:b/>
        </w:rPr>
        <w:t xml:space="preserve">[25:27] </w:t>
      </w:r>
      <w:r>
        <w:t>kya question hai? Maulana, un ka question yeh hai ke kabhi kabhi aisa hota hai ke, ah hum haalat itni kharab ho jate hain ke future ke bare mein positive sochna mumkin nahi hota hai.</w:t>
      </w:r>
    </w:p>
    <w:p>
      <w:pPr>
        <w:jc w:val="right"/>
      </w:pPr>
      <w:r>
        <w:t>کیا کوئسچن ہے؟ مولانا، ان کا کوئسچن یہ ہے کہ کبھی کبھی ایسا ہوتا ہے کہ، اہ ہم حالت اتنی خراب ہو جاتے ہیں کہ فیوچر کے بارے میں پازیٹیو سوچنا ممکن نہیں ہوتا ہے۔</w:t>
      </w:r>
    </w:p>
    <w:p>
      <w:r>
        <w:rPr>
          <w:b/>
        </w:rPr>
        <w:t xml:space="preserve">[25:39] </w:t>
      </w:r>
      <w:r>
        <w:t>is waqt hum ko kaise apne aap ko, ah positive rakhna chahiye? Bhai, dekhiye, main bhi isi duniya mein rehta hoon.</w:t>
      </w:r>
    </w:p>
    <w:p>
      <w:pPr>
        <w:jc w:val="right"/>
      </w:pPr>
      <w:r>
        <w:t>اس وقت ہم کو کیسے اپنے آپ کو، اہ پازیٹیو رکھنا چاہیے؟ بھائی، دیکھیے، میں بھی اسی دنیا میں رہتا ہوں۔</w:t>
      </w:r>
    </w:p>
    <w:p>
      <w:r>
        <w:rPr>
          <w:b/>
        </w:rPr>
        <w:t xml:space="preserve">[25:51] </w:t>
      </w:r>
      <w:r>
        <w:t>to main kal, main 90 plus ho chuka hoon.</w:t>
      </w:r>
    </w:p>
    <w:p>
      <w:pPr>
        <w:jc w:val="right"/>
      </w:pPr>
      <w:r>
        <w:t>تو میں کل، میں 90 پلس ہو چکا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