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Acknowledgement March 02, 2019</w:t>
      </w:r>
    </w:p>
    <w:p>
      <w:r>
        <w:t>https://www.youtube.com/watch?v=ovoJcj-gnoc</w:t>
      </w:r>
    </w:p>
    <w:p>
      <w:r>
        <w:rPr>
          <w:b/>
        </w:rPr>
        <w:t xml:space="preserve">[00:14] </w:t>
      </w:r>
      <w:r>
        <w:t>Bismillah Rahmanur Rahim, wa salallahu ala Nabi al-Karim.</w:t>
      </w:r>
    </w:p>
    <w:p>
      <w:pPr>
        <w:jc w:val="right"/>
      </w:pPr>
      <w:r>
        <w:t>بسم اللہ الرحمن الرحیم، وصلی اللہ علی النبی الکریم۔</w:t>
      </w:r>
    </w:p>
    <w:p>
      <w:r>
        <w:rPr>
          <w:b/>
        </w:rPr>
        <w:t xml:space="preserve">[00:23]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[00:36] </w:t>
      </w:r>
      <w:r>
        <w:t>2 March 2019.</w:t>
      </w:r>
    </w:p>
    <w:p>
      <w:pPr>
        <w:jc w:val="right"/>
      </w:pPr>
      <w:r>
        <w:t>2 مارچ 2019۔</w:t>
      </w:r>
    </w:p>
    <w:p>
      <w:r>
        <w:rPr>
          <w:b/>
        </w:rPr>
        <w:t xml:space="preserve">[00:43] </w:t>
      </w:r>
      <w:r>
        <w:t>aaj hum ek</w:t>
      </w:r>
    </w:p>
    <w:p>
      <w:pPr>
        <w:jc w:val="right"/>
      </w:pPr>
      <w:r>
        <w:t>آج ہم ایک</w:t>
      </w:r>
    </w:p>
    <w:p>
      <w:r>
        <w:rPr>
          <w:b/>
        </w:rPr>
        <w:t xml:space="preserve">[00:50] </w:t>
      </w:r>
      <w:r>
        <w:t>hadith rasool, yani prophet of Islam ki ke</w:t>
      </w:r>
    </w:p>
    <w:p>
      <w:pPr>
        <w:jc w:val="right"/>
      </w:pPr>
      <w:r>
        <w:t>حدیث رسول، یعنی پرافٹ آف اسلام کی کہ</w:t>
      </w:r>
    </w:p>
    <w:p>
      <w:r>
        <w:rPr>
          <w:b/>
        </w:rPr>
        <w:t xml:space="preserve">[01:01] </w:t>
      </w:r>
      <w:r>
        <w:t>ki study karenge.</w:t>
      </w:r>
    </w:p>
    <w:p>
      <w:pPr>
        <w:jc w:val="right"/>
      </w:pPr>
      <w:r>
        <w:t>کی اسٹڈی کریں گے۔</w:t>
      </w:r>
    </w:p>
    <w:p>
      <w:r>
        <w:rPr>
          <w:b/>
        </w:rPr>
        <w:t xml:space="preserve">[01:10] </w:t>
      </w:r>
      <w:r>
        <w:t>Prophet of Islam ki jo kahi hai, us ke bare mein Quran mein aaya hai ke yeh</w:t>
      </w:r>
    </w:p>
    <w:p>
      <w:pPr>
        <w:jc w:val="right"/>
      </w:pPr>
      <w:r>
        <w:t>پرافٹ آف اسلام کی جو کہی ہے، اس کے بارے میں قرآن میں آیا ہے کہ یہ</w:t>
      </w:r>
    </w:p>
    <w:p>
      <w:r>
        <w:rPr>
          <w:b/>
        </w:rPr>
        <w:t xml:space="preserve">[01:22] </w:t>
      </w:r>
      <w:r>
        <w:t>kahi of wisdom hoti hai.</w:t>
      </w:r>
    </w:p>
    <w:p>
      <w:pPr>
        <w:jc w:val="right"/>
      </w:pPr>
      <w:r>
        <w:t>کہی آف وزڈم ہوتی ہے۔</w:t>
      </w:r>
    </w:p>
    <w:p>
      <w:r>
        <w:rPr>
          <w:b/>
        </w:rPr>
        <w:t xml:space="preserve">[01:28] </w:t>
      </w:r>
      <w:r>
        <w:t>yani Prophet of Islam, Prophet of wisdom hain, aur un ki jo kahi hai, woh sari ki sari</w:t>
      </w:r>
    </w:p>
    <w:p>
      <w:pPr>
        <w:jc w:val="right"/>
      </w:pPr>
      <w:r>
        <w:t>یعنی پرافٹ آف اسلام، پرافٹ آف وزڈم ہیں، اور ان کی جو کہی ہے، وہ ساری کی ساری</w:t>
      </w:r>
    </w:p>
    <w:p>
      <w:r>
        <w:rPr>
          <w:b/>
        </w:rPr>
        <w:t xml:space="preserve">[01:41] </w:t>
      </w:r>
      <w:r>
        <w:t>kahi of wisdom hoti hai. To hum jo yeh program karte hain, to hum is ko extract karte hain, extract.</w:t>
      </w:r>
    </w:p>
    <w:p>
      <w:pPr>
        <w:jc w:val="right"/>
      </w:pPr>
      <w:r>
        <w:t>کہی آف وزڈم ہوتی ہے۔ تو ہم جو یہ پروگرام کرتے ہیں، تو ہم اس کو ایکسٹریکٹ کرتے ہیں، ایکسٹریکٹ۔</w:t>
      </w:r>
    </w:p>
    <w:p>
      <w:r>
        <w:rPr>
          <w:b/>
        </w:rPr>
        <w:t xml:space="preserve">[01:52] </w:t>
      </w:r>
      <w:r>
        <w:t>jaisa honey bee jo hai, nectar extract karti hai. Honey bee ka kaam hai phoolon ki duniya mein jana,</w:t>
      </w:r>
    </w:p>
    <w:p>
      <w:pPr>
        <w:jc w:val="right"/>
      </w:pPr>
      <w:r>
        <w:t>جیسے ہنی بی جو ہے، نیکٹر ایکسٹریکٹ کرتی ہے۔ ہنی بی کا کام ہے پھولوں کی دنیا میں جانا،</w:t>
      </w:r>
    </w:p>
    <w:p>
      <w:r>
        <w:rPr>
          <w:b/>
        </w:rPr>
        <w:t xml:space="preserve">[02:06] </w:t>
      </w:r>
      <w:r>
        <w:t>aur wahan par nectar ko extract karna. To hum na sirf Prophet of Islam balki poori universe mein wisdom phaila hua hai.</w:t>
      </w:r>
    </w:p>
    <w:p>
      <w:pPr>
        <w:jc w:val="right"/>
      </w:pPr>
      <w:r>
        <w:t>اور وہاں پر نیکٹر کو ایکسٹریکٹ کرنا۔ تو ہم نہ صرف پرافٹ آف اسلام بلکہ پوری یونیورس میں وزڈم پھیلا ہوا ہے۔</w:t>
      </w:r>
    </w:p>
    <w:p>
      <w:r>
        <w:rPr>
          <w:b/>
        </w:rPr>
        <w:t xml:space="preserve">[02:22] </w:t>
      </w:r>
      <w:r>
        <w:t>yani God humself is a God of wisdom.</w:t>
      </w:r>
    </w:p>
    <w:p>
      <w:pPr>
        <w:jc w:val="right"/>
      </w:pPr>
      <w:r>
        <w:t>یعنی گاڈ ہم سیلف از اے گاڈ آف وزڈم۔</w:t>
      </w:r>
    </w:p>
    <w:p>
      <w:r>
        <w:rPr>
          <w:b/>
        </w:rPr>
        <w:t xml:space="preserve">[02:31] </w:t>
      </w:r>
      <w:r>
        <w:t>God humself is a God of wisdom. To hum is wisdom ko extract karte hain, aur is ko hum bayan karte hain.</w:t>
      </w:r>
    </w:p>
    <w:p>
      <w:pPr>
        <w:jc w:val="right"/>
      </w:pPr>
      <w:r>
        <w:t>گاڈ ہم سیلف از اے گاڈ آف وزڈم۔ تو ہم اس وزڈم کو ایکسٹریکٹ کرتے ہیں، اور اس کو ہم بیان کرتے ہیں۔</w:t>
      </w:r>
    </w:p>
    <w:p>
      <w:r>
        <w:rPr>
          <w:b/>
        </w:rPr>
        <w:t xml:space="preserve">[02:44] </w:t>
      </w:r>
      <w:r>
        <w:t>to aaj bhi hum ne</w:t>
      </w:r>
    </w:p>
    <w:p>
      <w:pPr>
        <w:jc w:val="right"/>
      </w:pPr>
      <w:r>
        <w:t>تو آج بھی ہم نے</w:t>
      </w:r>
    </w:p>
    <w:p>
      <w:r>
        <w:rPr>
          <w:b/>
        </w:rPr>
        <w:t xml:space="preserve">[02:48] </w:t>
      </w:r>
      <w:r>
        <w:t>prophet of islam ki aik aik wisdom ki baat ko liya hai.</w:t>
      </w:r>
    </w:p>
    <w:p>
      <w:pPr>
        <w:jc w:val="right"/>
      </w:pPr>
      <w:r>
        <w:t>پرافٹ آف اسلام کی ایک ایک وزڈم کی بات کو لیا ہے۔</w:t>
      </w:r>
    </w:p>
    <w:p>
      <w:r>
        <w:rPr>
          <w:b/>
        </w:rPr>
        <w:t xml:space="preserve">[02:57] </w:t>
      </w:r>
      <w:r>
        <w:t>woh kya hai? woh hai remembrance of god.</w:t>
      </w:r>
    </w:p>
    <w:p>
      <w:pPr>
        <w:jc w:val="right"/>
      </w:pPr>
      <w:r>
        <w:t>وہ کیا ہے؟ وہ ہے ریمبرنس آف گاڈ۔</w:t>
      </w:r>
    </w:p>
    <w:p>
      <w:r>
        <w:rPr>
          <w:b/>
        </w:rPr>
        <w:t xml:space="preserve">[03:10] </w:t>
      </w:r>
      <w:r>
        <w:t>remembrance of god jo hai, woh koi job ki baat nahi hai ke job karo. nahi, woh wisdom ko nichoro, wisdom ko extract karo.</w:t>
      </w:r>
    </w:p>
    <w:p>
      <w:pPr>
        <w:jc w:val="right"/>
      </w:pPr>
      <w:r>
        <w:t>ریمبرنس آف گاڈ جو ہے، وہ کوئی جاب کی بات نہیں ہے کہ جاب کرو۔ نہیں، وہ وزڈم کو نچوڑو، وزڈم کو ایکسٹریکٹ کرو۔</w:t>
      </w:r>
    </w:p>
    <w:p>
      <w:r>
        <w:rPr>
          <w:b/>
        </w:rPr>
        <w:t xml:space="preserve">[03:23] </w:t>
      </w:r>
      <w:r>
        <w:t>toh woh hadith aap ke samne parhi jayegi, phir main is ke is ke andar jo wisdom jo hai, woh bayan karne ki koshish karunga.</w:t>
      </w:r>
    </w:p>
    <w:p>
      <w:pPr>
        <w:jc w:val="right"/>
      </w:pPr>
      <w:r>
        <w:t>تو وہ حدیث آپ کے سامنے پڑھی جائے گی، پھر میں اس کے اس کے اندر جو وزڈم جو ہے، وہ بیان کرنے کی کوشش کروں گا۔</w:t>
      </w:r>
    </w:p>
    <w:p>
      <w:r>
        <w:rPr>
          <w:b/>
        </w:rPr>
        <w:t xml:space="preserve">[03:37] </w:t>
      </w:r>
      <w:r>
        <w:t>chaliye sahib.</w:t>
      </w:r>
    </w:p>
    <w:p>
      <w:pPr>
        <w:jc w:val="right"/>
      </w:pPr>
      <w:r>
        <w:t>چلیے صاحب۔</w:t>
      </w:r>
    </w:p>
    <w:p>
      <w:r>
        <w:rPr>
          <w:b/>
        </w:rPr>
        <w:t xml:space="preserve">[03:39] </w:t>
      </w:r>
      <w:r>
        <w:t>ana aisha qalat: kana rasool Allah sallallahu alaihi wasallam yazkar Allah ala kulli ahyaanihi. sahih bukhari, sahih muslim.</w:t>
      </w:r>
    </w:p>
    <w:p>
      <w:pPr>
        <w:jc w:val="right"/>
      </w:pPr>
      <w:r>
        <w:t>انا عائشہ قالت: کان رسول اللہ صلی اللہ علیہ وسلم یذکر اللہ علی کل احیانہ۔ صحیح بخاری، صحیح مسلم۔</w:t>
      </w:r>
    </w:p>
    <w:p>
      <w:r>
        <w:rPr>
          <w:b/>
        </w:rPr>
        <w:t xml:space="preserve">[03:53] </w:t>
      </w:r>
      <w:r>
        <w:t>dekhiye, yeh jo kahi hai, is ka transition hai. yeh aik yeh kahi bayan karti hain rasool Allah ki jo wife theen,</w:t>
      </w:r>
    </w:p>
    <w:p>
      <w:pPr>
        <w:jc w:val="right"/>
      </w:pPr>
      <w:r>
        <w:t>دیکھیے، یہ جو کہی ہے، اس کا ٹرانسیشن ہے۔ یہ ایک یہ کہی بیان کرتی ہیں رسول اللہ کی جو وائف تھیں،</w:t>
      </w:r>
    </w:p>
    <w:p>
      <w:r>
        <w:rPr>
          <w:b/>
        </w:rPr>
        <w:t xml:space="preserve">[04:12] </w:t>
      </w:r>
      <w:r>
        <w:t>hazrat aisha, woh bayan karti hain.</w:t>
      </w:r>
    </w:p>
    <w:p>
      <w:pPr>
        <w:jc w:val="right"/>
      </w:pPr>
      <w:r>
        <w:t>حضرت عائشہ، وہ بیان کرتی ہیں۔</w:t>
      </w:r>
    </w:p>
    <w:p>
      <w:r>
        <w:rPr>
          <w:b/>
        </w:rPr>
        <w:t xml:space="preserve">[04:18] </w:t>
      </w:r>
      <w:r>
        <w:t>toh is ka transition hai ke rasool Allah</w:t>
      </w:r>
    </w:p>
    <w:p>
      <w:pPr>
        <w:jc w:val="right"/>
      </w:pPr>
      <w:r>
        <w:t>تو اس کا ٹرانسیشن ہے کہ رسول اللہ</w:t>
      </w:r>
    </w:p>
    <w:p>
      <w:r>
        <w:rPr>
          <w:b/>
        </w:rPr>
        <w:t xml:space="preserve">[04:26] </w:t>
      </w:r>
      <w:r>
        <w:t>har ahyaan par Allah ko yaad karte thay. ahyaan ke mani hain occasion, occasion.</w:t>
      </w:r>
    </w:p>
    <w:p>
      <w:pPr>
        <w:jc w:val="right"/>
      </w:pPr>
      <w:r>
        <w:t>ہر احیان پر اللہ کو یاد کرتے تھے۔ احیان کے معنی ہیں اکیزن، اکیزن۔</w:t>
      </w:r>
    </w:p>
    <w:p>
      <w:r>
        <w:rPr>
          <w:b/>
        </w:rPr>
        <w:t xml:space="preserve">[04:38] </w:t>
      </w:r>
      <w:r>
        <w:t>yani rasool Allah har occasion par Allah rab ul alameen ko yaad karte thay. yeh jo jo giver hai, giver jo palanhar hai,</w:t>
      </w:r>
    </w:p>
    <w:p>
      <w:pPr>
        <w:jc w:val="right"/>
      </w:pPr>
      <w:r>
        <w:t>یعنی رسول اللہ ہر اکیزن پر اللہ رب العالمین کو یاد کرتے تھے۔ یہ جو جو گیور ہے، گیور جو پالنہار ہے،</w:t>
      </w:r>
    </w:p>
    <w:p>
      <w:r>
        <w:rPr>
          <w:b/>
        </w:rPr>
        <w:t xml:space="preserve">[04:55] </w:t>
      </w:r>
      <w:r>
        <w:t>jo</w:t>
      </w:r>
    </w:p>
    <w:p>
      <w:pPr>
        <w:jc w:val="right"/>
      </w:pPr>
      <w:r>
        <w:t>جو</w:t>
      </w:r>
    </w:p>
    <w:p>
      <w:r>
        <w:rPr>
          <w:b/>
        </w:rPr>
        <w:t xml:space="preserve">[04:59] </w:t>
      </w:r>
      <w:r>
        <w:t>sab kuch dene wala hai,</w:t>
      </w:r>
    </w:p>
    <w:p>
      <w:pPr>
        <w:jc w:val="right"/>
      </w:pPr>
      <w:r>
        <w:t>سب کچھ دینے والا ہے،</w:t>
      </w:r>
    </w:p>
    <w:p>
      <w:r>
        <w:rPr>
          <w:b/>
        </w:rPr>
        <w:t xml:space="preserve">[05:05] </w:t>
      </w:r>
      <w:r>
        <w:t>toh har occasion ko point of reference bana kar is ko yaad karte thay.</w:t>
      </w:r>
    </w:p>
    <w:p>
      <w:pPr>
        <w:jc w:val="right"/>
      </w:pPr>
      <w:r>
        <w:t>تو ہر اکیزن کو پوائنٹ آف ریفرنس بنا کر اس کو یاد کرتے تھے۔</w:t>
      </w:r>
    </w:p>
    <w:p>
      <w:r>
        <w:rPr>
          <w:b/>
        </w:rPr>
        <w:t xml:space="preserve">[05:16] </w:t>
      </w:r>
      <w:r>
        <w:t>har occasion par yaad karne ka matlab hai har occasion ko point of reference bana kar Allah rab ul alameen ko yaad karna.</w:t>
      </w:r>
    </w:p>
    <w:p>
      <w:pPr>
        <w:jc w:val="right"/>
      </w:pPr>
      <w:r>
        <w:t>ہر اکیزن پر یاد کرنے کا مطلب ہے ہر اکیزن کو پوائنٹ آف ریفرنس بنا کر اللہ رب العالمین کو یاد کرنا۔</w:t>
      </w:r>
    </w:p>
    <w:p>
      <w:r>
        <w:rPr>
          <w:b/>
        </w:rPr>
        <w:t xml:space="preserve">[05:27] </w:t>
      </w:r>
      <w:r>
        <w:t>yani is ko acknowledge karna. yaad karne ke mani hain acknowledge karna.</w:t>
      </w:r>
    </w:p>
    <w:p>
      <w:pPr>
        <w:jc w:val="right"/>
      </w:pPr>
      <w:r>
        <w:t>یعنی اس کو اکنالش کرنا۔ یاد کرنے کے معنی ہیں اکنالش کرنا۔</w:t>
      </w:r>
    </w:p>
    <w:p>
      <w:r>
        <w:rPr>
          <w:b/>
        </w:rPr>
        <w:t xml:space="preserve">[05:35] </w:t>
      </w:r>
      <w:r>
        <w:t>jaise abhi mujhe aik cheez yaad aayi, abhi hamare aik saathi aap jante hain ke yahan dilli mein thand thi kafi,</w:t>
      </w:r>
    </w:p>
    <w:p>
      <w:pPr>
        <w:jc w:val="right"/>
      </w:pPr>
      <w:r>
        <w:t>جیسے ابھی مجھے ایک چیز یاد آئی، ابھی ہمارے ایک ساتھی آپ جانتے ہیں کہ یہاں دلی میں ٹھنڈ تھی کافی،</w:t>
      </w:r>
    </w:p>
    <w:p>
      <w:r>
        <w:rPr>
          <w:b/>
        </w:rPr>
        <w:t xml:space="preserve">[05:51] </w:t>
      </w:r>
      <w:r>
        <w:t>toh un ke kuch relative thay dubai mein. toh woh thand ke mausam mein dubai chalay gaye.</w:t>
      </w:r>
    </w:p>
    <w:p>
      <w:pPr>
        <w:jc w:val="right"/>
      </w:pPr>
      <w:r>
        <w:t>تو ان کے کچھ ریلیٹو تھے دبئی میں۔ تو وہ ٹھنڈ کے موسم میں دبئی چلے گئے۔</w:t>
      </w:r>
    </w:p>
    <w:p>
      <w:r>
        <w:rPr>
          <w:b/>
        </w:rPr>
        <w:t xml:space="preserve">[06:05] </w:t>
      </w:r>
      <w:r>
        <w:t>yahan aap jante hain ke yahan par jab thand hoti hai toh dubai mein mausam thand ka nahi hota.</w:t>
      </w:r>
    </w:p>
    <w:p>
      <w:pPr>
        <w:jc w:val="right"/>
      </w:pPr>
      <w:r>
        <w:t>یہاں آپ جانتے ہیں کہ یہاں پر جب ٹھنڈ ہوتی ہے تو دبئی میں موسم ٹھنڈ کا نہیں ہوتا۔</w:t>
      </w:r>
    </w:p>
    <w:p>
      <w:r>
        <w:rPr>
          <w:b/>
        </w:rPr>
        <w:t xml:space="preserve">[06:16] </w:t>
      </w:r>
      <w:r>
        <w:t>toh main ne socha yeh bhi aik occasion tha mere liye. abhi woh wapas aaye hain, woh wahan se dubai se.</w:t>
      </w:r>
    </w:p>
    <w:p>
      <w:pPr>
        <w:jc w:val="right"/>
      </w:pPr>
      <w:r>
        <w:t>تو میں نے سوچا یہ بھی ایک اکیزن تھا میرے لیے۔ ابھی وہ واپس آئے ہیں، وہ وہاں سے دبئی سے۔</w:t>
      </w:r>
    </w:p>
    <w:p>
      <w:r>
        <w:rPr>
          <w:b/>
        </w:rPr>
        <w:t xml:space="preserve">[06:26] </w:t>
      </w:r>
      <w:r>
        <w:t>toh main ne socha ke dekhiye, yeh jo yahan ke thand se bachne ke liye dubai jana, that is an occasion, great occasion.</w:t>
      </w:r>
    </w:p>
    <w:p>
      <w:pPr>
        <w:jc w:val="right"/>
      </w:pPr>
      <w:r>
        <w:t>تو میں نے سوچا کہ دیکھیے، یہ جو یہاں کے ٹھنڈ سے بچنے کے لیے دبئی جانا، دیٹ از این اکیزن، گریٹ اکیزن۔</w:t>
      </w:r>
    </w:p>
    <w:p>
      <w:r>
        <w:rPr>
          <w:b/>
        </w:rPr>
        <w:t xml:space="preserve">[06:40] </w:t>
      </w:r>
      <w:r>
        <w:t>mujhe ke jis rab ne, jis god ne yeh zameen banayi, yeh duniya banayi, woh kitna bara wisdom wala hoga,</w:t>
      </w:r>
    </w:p>
    <w:p>
      <w:pPr>
        <w:jc w:val="right"/>
      </w:pPr>
      <w:r>
        <w:t>مجھے کہ جس رب نے، جس گاڈ نے یہ زمین بنائی، یہ دنیا بنائی، وہ کتنا بڑا وزڈم والا ہوگا،</w:t>
      </w:r>
    </w:p>
    <w:p>
      <w:r>
        <w:rPr>
          <w:b/>
        </w:rPr>
        <w:t xml:space="preserve">[06:55] </w:t>
      </w:r>
      <w:r>
        <w:t>kitna bara rehmat wala hoga</w:t>
      </w:r>
    </w:p>
    <w:p>
      <w:pPr>
        <w:jc w:val="right"/>
      </w:pPr>
      <w:r>
        <w:t>کتنا بڑا رحمت والا ہوگا</w:t>
      </w:r>
    </w:p>
    <w:p>
      <w:r>
        <w:rPr>
          <w:b/>
        </w:rPr>
        <w:t xml:space="preserve">[07:03] </w:t>
      </w:r>
      <w:r>
        <w:t>ke us ne is is tarah duniya ko banaya ke woh ghoom rahi hai. jab dilli mein thand hoti hai toh dubai mein garmi hoti hai.</w:t>
      </w:r>
    </w:p>
    <w:p>
      <w:pPr>
        <w:jc w:val="right"/>
      </w:pPr>
      <w:r>
        <w:t>کہ اس نے اس اس طرح دنیا کو بنایا کہ وہ گھوم رہی ہے۔ جب دلی میں ٹھنڈ ہوتی ہے تو دبئی میں گرمی ہوتی ہے۔</w:t>
      </w:r>
    </w:p>
    <w:p>
      <w:r>
        <w:rPr>
          <w:b/>
        </w:rPr>
        <w:t xml:space="preserve">[07:16] </w:t>
      </w:r>
      <w:r>
        <w:t>yani aap thand ka bhi faida lijiye, garmi ka faida lena hai toh dubai chalay jaiye ya bombay chalay jaiye.</w:t>
      </w:r>
    </w:p>
    <w:p>
      <w:pPr>
        <w:jc w:val="right"/>
      </w:pPr>
      <w:r>
        <w:t>یعنی آپ ٹھنڈ کا بھی فائدہ لیجئے، گرمی کا فائدہ لینا ہے تو دبئی چلے جائیے یا بمبئی چلے جائیے۔</w:t>
      </w:r>
    </w:p>
    <w:p>
      <w:r>
        <w:rPr>
          <w:b/>
        </w:rPr>
        <w:t xml:space="preserve">[07:28] </w:t>
      </w:r>
      <w:r>
        <w:t>to thand koi evil nahi hai. thand na ho to yeh saare jo phal hotay hain, yeh jo anaaj hotay hain, jo production hota hai, yani agricultural production, woh kuch bhi na ho, hum bhookay mar jayen.</w:t>
      </w:r>
    </w:p>
    <w:p>
      <w:pPr>
        <w:jc w:val="right"/>
      </w:pPr>
      <w:r>
        <w:t>تو ٹھنڈ کوئی ایول نہیں ہے۔ ٹھنڈ نہ ہو تو یہ سارے جو پھل ہوتے ہیں، یہ جو اناج ہوتے ہیں، جو پروڈکشن ہوتا ہے، یعنی ایگریکلچرل پروڈکشن، وہ کچھ بھی نہ ہو، ہم بھوکے مر جائیں۔</w:t>
      </w:r>
    </w:p>
    <w:p>
      <w:r>
        <w:rPr>
          <w:b/>
        </w:rPr>
        <w:t xml:space="preserve">[07:48] </w:t>
      </w:r>
      <w:r>
        <w:t>jitna agricultural product hai, chahe anaaj ho ya phal ho, is ke liye thand ka mausam bohat zaroori hai. agar sab garmi garmi ho to hamein kuch khanay ko na milay.</w:t>
      </w:r>
    </w:p>
    <w:p>
      <w:pPr>
        <w:jc w:val="right"/>
      </w:pPr>
      <w:r>
        <w:t>جتنا ایگریکلچرل پروڈکٹ ہے، چاہے اناج ہو یا پھل ہو، اس کے لیے ٹھنڈ کا موسم بہت ضروری ہے۔ اگر سب گرمی گرمی ہو تو ہمیں کچھ کھانے کو نہ ملے۔</w:t>
      </w:r>
    </w:p>
    <w:p>
      <w:r>
        <w:rPr>
          <w:b/>
        </w:rPr>
        <w:t xml:space="preserve">[08:03] </w:t>
      </w:r>
      <w:r>
        <w:t>to jis jis is dunya ka jo paalnahar hai, yeh dunya ka jo bananay wala hai, aik taraf is ne</w:t>
      </w:r>
    </w:p>
    <w:p>
      <w:pPr>
        <w:jc w:val="right"/>
      </w:pPr>
      <w:r>
        <w:t>تو جس جس اس دنیا کا جو پالنہار ہے، یہ دنیا کا جو بنانے والا ہے، ایک طرف اس نے</w:t>
      </w:r>
    </w:p>
    <w:p>
      <w:r>
        <w:rPr>
          <w:b/>
        </w:rPr>
        <w:t xml:space="preserve">[08:19] </w:t>
      </w:r>
      <w:r>
        <w:t>garmi rakhi.</w:t>
      </w:r>
    </w:p>
    <w:p>
      <w:pPr>
        <w:jc w:val="right"/>
      </w:pPr>
      <w:r>
        <w:t>گرمی رکھی۔</w:t>
      </w:r>
    </w:p>
    <w:p>
      <w:r>
        <w:rPr>
          <w:b/>
        </w:rPr>
        <w:t xml:space="preserve">[08:24] </w:t>
      </w:r>
      <w:r>
        <w:t>to garmi se bachnay ke liye kya kya ke zameen ko, yani revolve karti hai. zameen revolve karnay ki wajah se kabhi thand, kabhi garmi, kabhi aik mausam, kabhi doosra mausam.</w:t>
      </w:r>
    </w:p>
    <w:p>
      <w:pPr>
        <w:jc w:val="right"/>
      </w:pPr>
      <w:r>
        <w:t>تو گرمی سے بچنے کے لیے کیا کیا کہ زمین کو، یعنی ریوالو کرتی ہے۔ زمین ریوالو کرنے کی وجہ سے کبھی ٹھنڈ، کبھی گرمی، کبھی ایک موسم، کبھی دوسرا موسم۔</w:t>
      </w:r>
    </w:p>
    <w:p>
      <w:r>
        <w:rPr>
          <w:b/>
        </w:rPr>
        <w:t xml:space="preserve">[08:39] </w:t>
      </w:r>
      <w:r>
        <w:t>sooraj ke gird jo ghoomti hai, woh is ki wajah se. to aap ko thand bhi milay aur garmi bhi milay.</w:t>
      </w:r>
    </w:p>
    <w:p>
      <w:pPr>
        <w:jc w:val="right"/>
      </w:pPr>
      <w:r>
        <w:t>سورج کے گرد جو گھومتی ہے، وہ اس کی وجہ سے۔ تو آپ کو ٹھنڈ بھی ملے اور گرمی بھی ملے۔</w:t>
      </w:r>
    </w:p>
    <w:p>
      <w:r>
        <w:rPr>
          <w:b/>
        </w:rPr>
        <w:t xml:space="preserve">[08:51] </w:t>
      </w:r>
      <w:r>
        <w:t>isi ke sath dekhiye, kitna bara is ki rehmat hai, is ki blessing hai ke is ne aisi technology rakh di zameen ke andar, aisi technology ke aap is technology ko discover kar ke hawai jahaz banatay hain.</w:t>
      </w:r>
    </w:p>
    <w:p>
      <w:pPr>
        <w:jc w:val="right"/>
      </w:pPr>
      <w:r>
        <w:t>اسی کے ساتھ دیکھیے، کتنا بڑا اس کی رحمت ہے، اس کی بلیسنگ ہے کہ اس نے ایسی ٹیکنالوجی رکھ دی زمین کے اندر، ایسی ٹیکنالوجی کہ آپ اس ٹیکنالوجی کو ڈسکور کر کے ہوائی جہاز بناتے ہیں۔</w:t>
      </w:r>
    </w:p>
    <w:p>
      <w:r>
        <w:rPr>
          <w:b/>
        </w:rPr>
        <w:t xml:space="preserve">[09:12] </w:t>
      </w:r>
      <w:r>
        <w:t>ab agar hawai jahaz na hon to kitna mushkil ho yahan se wahan jana. aap chalain to mahinon ka kabhi barson lag jayen yahan se wahan pohnchne ke liye.</w:t>
      </w:r>
    </w:p>
    <w:p>
      <w:pPr>
        <w:jc w:val="right"/>
      </w:pPr>
      <w:r>
        <w:t>اب اگر ہوائی جہاز نہ ہوں تو کتنا مشکل ہو یہاں سے وہاں جانا۔ آپ چلیں تو مہینوں کا کبھی برسوں لگ جائیں یہاں سے وہاں پہنچنے کے لیے۔</w:t>
      </w:r>
    </w:p>
    <w:p>
      <w:r>
        <w:rPr>
          <w:b/>
        </w:rPr>
        <w:t xml:space="preserve">[09:27] </w:t>
      </w:r>
      <w:r>
        <w:t>ab thoray waqt mein yahan se fly ka fly kartay hain, kahin bombay pohanch jatay hain, kabhi dubai pohanch jatay hain, kabhi england pohanch jatay hain.</w:t>
      </w:r>
    </w:p>
    <w:p>
      <w:pPr>
        <w:jc w:val="right"/>
      </w:pPr>
      <w:r>
        <w:t>اب تھوڑے وقت میں یہاں سے فلائی کا فلائی کرتے ہیں، کہیں بمبئی پہنچ جاتے ہیں، کبھی دبئی پہنچ جاتے ہیں، کبھی انگلینڈ پہنچ جاتے ہیں۔</w:t>
      </w:r>
    </w:p>
    <w:p>
      <w:r>
        <w:rPr>
          <w:b/>
        </w:rPr>
        <w:t xml:space="preserve">[09:39] </w:t>
      </w:r>
      <w:r>
        <w:t>aur sath sath dekhiye, aik anokhi baat yeh ke aap ko sahara de diya is cheez ko bardasht karnay ka maada.</w:t>
      </w:r>
    </w:p>
    <w:p>
      <w:pPr>
        <w:jc w:val="right"/>
      </w:pPr>
      <w:r>
        <w:t>اور ساتھ ساتھ دیکھیے، ایک انوکھی بات یہ کہ آپ کو سہار دے دیا اس چیز کو برداشت کرنے کا مادہ۔</w:t>
      </w:r>
    </w:p>
    <w:p>
      <w:r>
        <w:rPr>
          <w:b/>
        </w:rPr>
        <w:t xml:space="preserve">[09:53] </w:t>
      </w:r>
      <w:r>
        <w:t>jaise mein aap ko batata hoon ke pehli baar jab mein gaya tha America, pehli baar to aik anokha waqia mere sath hua.</w:t>
      </w:r>
    </w:p>
    <w:p>
      <w:pPr>
        <w:jc w:val="right"/>
      </w:pPr>
      <w:r>
        <w:t>جیسے میں آپ کو بتاتا ہوں کہ پہلی بار جب میں گیا تھا امریکہ، پہلی بار تو ایک انوکھا واقعہ میرے ساتھ ہوا۔</w:t>
      </w:r>
    </w:p>
    <w:p>
      <w:r>
        <w:rPr>
          <w:b/>
        </w:rPr>
        <w:t xml:space="preserve">[10:05] </w:t>
      </w:r>
      <w:r>
        <w:t>mein sochta tha ke direct flight thi woh, to taqreeban 15 ghantay fly kar ke pohanchna tha New York.</w:t>
      </w:r>
    </w:p>
    <w:p>
      <w:pPr>
        <w:jc w:val="right"/>
      </w:pPr>
      <w:r>
        <w:t>میں سوچتا تھا کہ ڈائریکٹ فلائٹ تھی وہ، تو تقریباً 15 گھنٹے فلائی کر کے پہنچنا تھا نیویارک۔</w:t>
      </w:r>
    </w:p>
    <w:p>
      <w:r>
        <w:rPr>
          <w:b/>
        </w:rPr>
        <w:t xml:space="preserve">[10:20] </w:t>
      </w:r>
      <w:r>
        <w:t>to mein sochta tha ke yeh kaise, itni dair kaise bataoon ga. to anokhi baat hui, woh yeh ke</w:t>
      </w:r>
    </w:p>
    <w:p>
      <w:pPr>
        <w:jc w:val="right"/>
      </w:pPr>
      <w:r>
        <w:t>تو میں سوچتا تھا کہ یہ کیسے، اتنی دیر کیسے بتاؤں گا۔ تو انوکھی بات ہوئی، وہ یہ کہ</w:t>
      </w:r>
    </w:p>
    <w:p>
      <w:r>
        <w:rPr>
          <w:b/>
        </w:rPr>
        <w:t xml:space="preserve">[10:37] </w:t>
      </w:r>
      <w:r>
        <w:t>air hostess ne hum logon ko khana khilaya. khana khanay ke baad mein thaka hua tha, ab mujhe neend aa gayi.</w:t>
      </w:r>
    </w:p>
    <w:p>
      <w:pPr>
        <w:jc w:val="right"/>
      </w:pPr>
      <w:r>
        <w:t>ایئر ہاسٹس نے ہم لوگوں کو کھانا کھلایا۔ کھانا کھانے کے بعد میں تھکا ہوا تھا، اب مجھے نیند آ گئی۔</w:t>
      </w:r>
    </w:p>
    <w:p>
      <w:r>
        <w:rPr>
          <w:b/>
        </w:rPr>
        <w:t xml:space="preserve">[10:50] </w:t>
      </w:r>
      <w:r>
        <w:t>ab soya to sota hi raha, phir khatpat hua jahaz ke andar. khatpat to maloom hua ke yeh to New York aa gaya.</w:t>
      </w:r>
    </w:p>
    <w:p>
      <w:pPr>
        <w:jc w:val="right"/>
      </w:pPr>
      <w:r>
        <w:t>اب سویا تو سوتا ہی رہا، پھر کھٹپٹ ہوا جہاز کے اندر۔ کھٹپٹ تو معلوم ہوا کہ یہ تو نیویارک آ گیا۔</w:t>
      </w:r>
    </w:p>
    <w:p>
      <w:r>
        <w:rPr>
          <w:b/>
        </w:rPr>
        <w:t xml:space="preserve">[11:00] </w:t>
      </w:r>
      <w:r>
        <w:t>is soye soye rasta tay ho gaya, soye soye. kyunke mujhe Allah ke fazal se so jata hoon to bohat sound sleep mil leta hoon.</w:t>
      </w:r>
    </w:p>
    <w:p>
      <w:pPr>
        <w:jc w:val="right"/>
      </w:pPr>
      <w:r>
        <w:t>اس سوئے سوئے راستہ طے ہو گیا، سوئے سوئے۔ کیونکہ مجھے اللہ کے فضل سے سو جاتا ہوں تو بہت سائن ساؤنڈ سلیپ مل لیتا ہوں۔</w:t>
      </w:r>
    </w:p>
    <w:p>
      <w:r>
        <w:rPr>
          <w:b/>
        </w:rPr>
        <w:t xml:space="preserve">[11:15] </w:t>
      </w:r>
      <w:r>
        <w:t>mein to ab dekhiye ke Khuda ne jo doori banai, doori thanday mulk mein aur garam mulk mein, is doori ko cover karnay ke liye hawai jahaz ki technique de di.</w:t>
      </w:r>
    </w:p>
    <w:p>
      <w:pPr>
        <w:jc w:val="right"/>
      </w:pPr>
      <w:r>
        <w:t>میں تو اب دیکھیے کہ خدا نے جو دوری بنائی، دوری ٹھنڈے ملک میں اور گرم ملک میں، اس دوری کو کور کرنے کے لیے ہوائی جہاز کی ٹیکنیک دے دیا۔</w:t>
      </w:r>
    </w:p>
    <w:p>
      <w:r>
        <w:rPr>
          <w:b/>
        </w:rPr>
        <w:t xml:space="preserve">[11:36] </w:t>
      </w:r>
      <w:r>
        <w:t>hawai jahaz ki technique. aur phir woh jo hamein wahan pe batana tha jahaz ke andar, to us ke liye neend de di.</w:t>
      </w:r>
    </w:p>
    <w:p>
      <w:pPr>
        <w:jc w:val="right"/>
      </w:pPr>
      <w:r>
        <w:t>ہوائی جہاز کی ٹیکنیک۔ اور پھر وہ جو ہمیں وہاں پہ بتانا تھا جہاز کے اندر، تو اس کے لیے نیند دے دیے۔</w:t>
      </w:r>
    </w:p>
    <w:p>
      <w:r>
        <w:rPr>
          <w:b/>
        </w:rPr>
        <w:t xml:space="preserve">[11:47] </w:t>
      </w:r>
      <w:r>
        <w:t>so gaye to sab tay ho gaya. phir mujhe yaad hai jab mein New York mein airport ke bahar aaya to pehli cheez jo mujhe strike hui thi,</w:t>
      </w:r>
    </w:p>
    <w:p>
      <w:pPr>
        <w:jc w:val="right"/>
      </w:pPr>
      <w:r>
        <w:t>سو گئے تو سب طے ہو گیا۔ پھر مجھے یاد ہے جب میں نیویارک میں ایئرپورٹ کے باہر آیا تو پہلی چیز جو مجھے اسٹرائیک ہوئی تھی،</w:t>
      </w:r>
    </w:p>
    <w:p>
      <w:r>
        <w:rPr>
          <w:b/>
        </w:rPr>
        <w:t xml:space="preserve">[12:05] </w:t>
      </w:r>
      <w:r>
        <w:t>kyunke wahan ke woh hawa bohat achi thi. India mein hamare Delhi mein itna jitna pollution hai, waisa nahi tha wahan.</w:t>
      </w:r>
    </w:p>
    <w:p>
      <w:pPr>
        <w:jc w:val="right"/>
      </w:pPr>
      <w:r>
        <w:t>کیونکہ وہاں کے وہ ہوا بہت اچھی تھی۔ انڈیا میں ہمارے دلی میں اتنا جتنا پولیوشن ہے، ویسا نہیں تھا وہاں۔</w:t>
      </w:r>
    </w:p>
    <w:p>
      <w:r>
        <w:rPr>
          <w:b/>
        </w:rPr>
        <w:t xml:space="preserve">[12:17] </w:t>
      </w:r>
      <w:r>
        <w:t>to woh cheez mere liye point of reference ban gayi hai ke jo Khuda, yani Khuda kitna meherban hai, kitna ziyada blessing wala hai ke jab mein Delhi mein tha,</w:t>
      </w:r>
    </w:p>
    <w:p>
      <w:pPr>
        <w:jc w:val="right"/>
      </w:pPr>
      <w:r>
        <w:t>تو وہ چیز میرے لیے پوائنٹ آف ریفرنس بن گئی ہے کہ جو خدا، یعنی خدا کتنا مہربان ہے، کتنا زیادہ بلیسنگ والا ہے کہ جب میں دلی میں تھا،</w:t>
      </w:r>
    </w:p>
    <w:p>
      <w:r>
        <w:rPr>
          <w:b/>
        </w:rPr>
        <w:t xml:space="preserve">[12:35] </w:t>
      </w:r>
      <w:r>
        <w:t>tab bhi woh mujh ko oxygen supply kar raha tha. jab mein Delhi mein tha, tab bhi woh mujh ko oxygen supply kar raha tha.</w:t>
      </w:r>
    </w:p>
    <w:p>
      <w:pPr>
        <w:jc w:val="right"/>
      </w:pPr>
      <w:r>
        <w:t>تب بھی وہ مجھ کو اکسیجن سپلائی کر رہا تھا۔ جب میں دلی میں تھا، تب بھی وہ مجھ کو اکسیجن سپلائی کر رہا تھا۔</w:t>
      </w:r>
    </w:p>
    <w:p>
      <w:r>
        <w:rPr>
          <w:b/>
        </w:rPr>
        <w:t xml:space="preserve">[12:47] </w:t>
      </w:r>
      <w:r>
        <w:t>ab yeh waqt jo mein aaya hoon yahan, itni door</w:t>
      </w:r>
    </w:p>
    <w:p>
      <w:pPr>
        <w:jc w:val="right"/>
      </w:pPr>
      <w:r>
        <w:t>اب یہ وقت جو میں آیا ہوں یہاں، اتنی دور</w:t>
      </w:r>
    </w:p>
    <w:p>
      <w:r>
        <w:rPr>
          <w:b/>
        </w:rPr>
        <w:t xml:space="preserve">[12:53] </w:t>
      </w:r>
      <w:r>
        <w:t>America mein, New York mein, to yahan bhi oxygen ki supply jaari hai. kaisi anokhi baat hai!</w:t>
      </w:r>
    </w:p>
    <w:p>
      <w:pPr>
        <w:jc w:val="right"/>
      </w:pPr>
      <w:r>
        <w:t>امریکہ میں، نیویارک میں، تو یہاں بھی اکسیجن کی سپلائی جاری ہے۔ کیسی انیق بات ہے!</w:t>
      </w:r>
    </w:p>
    <w:p>
      <w:r>
        <w:rPr>
          <w:b/>
        </w:rPr>
        <w:t xml:space="preserve">[13:02] </w:t>
      </w:r>
      <w:r>
        <w:t>agar oxygen ki supply Delhi mein hoti ho aur yahan na hoti to mujhe oxygen ka bag lena parta, oxygen ki theli.</w:t>
      </w:r>
    </w:p>
    <w:p>
      <w:pPr>
        <w:jc w:val="right"/>
      </w:pPr>
      <w:r>
        <w:t>اگر اکسیجن کی سپلائی دلی میں ہوتی ہو اور یہاں نہ ہوتی تو مجھے اکسیجن کا بیگ لینا پڑتا، اکسیجن کی تھیلی۔</w:t>
      </w:r>
    </w:p>
    <w:p>
      <w:r>
        <w:rPr>
          <w:b/>
        </w:rPr>
        <w:t xml:space="preserve">[13:12] </w:t>
      </w:r>
      <w:r>
        <w:t>ab woh kehti hai, "bari museebat thi!" kehti hai, "bari museebat thi!</w:t>
      </w:r>
    </w:p>
    <w:p>
      <w:pPr>
        <w:jc w:val="right"/>
      </w:pPr>
      <w:r>
        <w:t>اب وہ کہتی ہے، "بڑی مصیبت تھی!" کہتی ہے، "بڑی مصیبت تھی!</w:t>
      </w:r>
    </w:p>
    <w:p>
      <w:r>
        <w:rPr>
          <w:b/>
        </w:rPr>
        <w:t xml:space="preserve">[13:18] </w:t>
      </w:r>
      <w:r>
        <w:t>" to pehle zamanay mein jab rasool Allah ne yeh kaha tha ke har aekzan ko point of reference bana kar ke Allah rab ul alameen ko yaad karo,</w:t>
      </w:r>
    </w:p>
    <w:p>
      <w:pPr>
        <w:jc w:val="right"/>
      </w:pPr>
      <w:r>
        <w:t>" تو پہلے زمانے میں جب رسول اللہ نے یہ کہا تھا کہ ہر اکیزن کو پوائنٹ آف ریفرنس بنا کر کے اللہ رب العالمین کو یاد کرو،</w:t>
      </w:r>
    </w:p>
    <w:p>
      <w:r>
        <w:rPr>
          <w:b/>
        </w:rPr>
        <w:t xml:space="preserve">[13:32] </w:t>
      </w:r>
      <w:r>
        <w:t>to aekzan bohat thore thay. aekzan bohat thore thay kyunke is zamanay mein na geography ka insaan ko jankari thi,</w:t>
      </w:r>
    </w:p>
    <w:p>
      <w:pPr>
        <w:jc w:val="right"/>
      </w:pPr>
      <w:r>
        <w:t>تو اکیزن بہت تھوڑے تھے۔ اکیزن بہت تھوڑے تھے کیونکہ اس زمانے میں نہ جیوگرافی کا انسان کو جانکاری تھی،</w:t>
      </w:r>
    </w:p>
    <w:p>
      <w:r>
        <w:rPr>
          <w:b/>
        </w:rPr>
        <w:t xml:space="preserve">[13:45] </w:t>
      </w:r>
      <w:r>
        <w:t>na is zamanay mein aviation tha, na hawai jahaz tha. aur bohat sari jo is zamanay mein modern nematein insaan ko mili hui hain, woh nahi tha.</w:t>
      </w:r>
    </w:p>
    <w:p>
      <w:pPr>
        <w:jc w:val="right"/>
      </w:pPr>
      <w:r>
        <w:t>نہ اس زمانے میں ایوی ایشن تھا، نہ ہوائی جہاز تھا۔ اور بہت ساری جو اس زمانے میں ماڈرن نعمتیں انسان کو ملی ہوئی ہیں، وہ نہیں تھا۔</w:t>
      </w:r>
    </w:p>
    <w:p>
      <w:r>
        <w:rPr>
          <w:b/>
        </w:rPr>
        <w:t xml:space="preserve">[14:03] </w:t>
      </w:r>
      <w:r>
        <w:t>to in sab ko soch kar ke aap zindagi guzar rahe hain, tab mujhe samajh mein aaya ke jin buzurgon ne, jin spiritual guruon ne yeh kaha ke har waqt,</w:t>
      </w:r>
    </w:p>
    <w:p>
      <w:pPr>
        <w:jc w:val="right"/>
      </w:pPr>
      <w:r>
        <w:t>تو ان سب کو سوچ کر کے آپ زندگی گزار رہے ہیں، تب مجھے سمجھ میں آیا کہ جن بزرگوں نے، جن اسپریچول گروؤں نے یہ کہا کہ ہر وقت،</w:t>
      </w:r>
    </w:p>
    <w:p>
      <w:r>
        <w:rPr>
          <w:b/>
        </w:rPr>
        <w:t xml:space="preserve">[14:21] </w:t>
      </w:r>
      <w:r>
        <w:t>yani jis ko kehte hain soofi log, kehte hain daimi zikr. soofi log kehte hain daimi zikr, yani continuous remembrance of God.</w:t>
      </w:r>
    </w:p>
    <w:p>
      <w:pPr>
        <w:jc w:val="right"/>
      </w:pPr>
      <w:r>
        <w:t>یعنی جس کو کہتے ہیں صوفی لوگ، کہتے ہیں دائمی ذکر۔ صوفی لوگ کہتے ہیں دائمی ذکر، یعنی کنٹینیوس ریبرنس آف گاڈ۔</w:t>
      </w:r>
    </w:p>
    <w:p>
      <w:r>
        <w:rPr>
          <w:b/>
        </w:rPr>
        <w:t xml:space="preserve">[14:34] </w:t>
      </w:r>
      <w:r>
        <w:t>continuous remembrance of God. to remembrance kya hai? remembrance kya hai?</w:t>
      </w:r>
    </w:p>
    <w:p>
      <w:pPr>
        <w:jc w:val="right"/>
      </w:pPr>
      <w:r>
        <w:t>کنٹینیوس ریبرنس آف گاڈ۔ تو ریبرنس کیا ہے؟ ریبرنس کیا ہے؟</w:t>
      </w:r>
    </w:p>
    <w:p>
      <w:r>
        <w:rPr>
          <w:b/>
        </w:rPr>
        <w:t xml:space="preserve">[14:43] </w:t>
      </w:r>
      <w:r>
        <w:t>jo giver hai, giver, us ko acknowledge karna. that is</w:t>
      </w:r>
    </w:p>
    <w:p>
      <w:pPr>
        <w:jc w:val="right"/>
      </w:pPr>
      <w:r>
        <w:t>جو گیور ہے، گیور، اس کو اکنالش کرنا۔ دیٹ از</w:t>
      </w:r>
    </w:p>
    <w:p>
      <w:r>
        <w:rPr>
          <w:b/>
        </w:rPr>
        <w:t xml:space="preserve">[14:51] </w:t>
      </w:r>
      <w:r>
        <w:t>remembrance, yaad karna, zikr karna. yani God ka zikr karna. yeh nahi ke Khuda Khuda Khuda karein, aap Allah Allah Allah Allah karein.</w:t>
      </w:r>
    </w:p>
    <w:p>
      <w:pPr>
        <w:jc w:val="right"/>
      </w:pPr>
      <w:r>
        <w:t>ریبرنس، یاد کرنا، ذکر کرنا۔ یعنی گاڈ کا ذکر کرنا۔ یہ نہیں کہ خدا خدا خدا کریں، آپ اللہ اللہ اللہ اللہ کریں۔</w:t>
      </w:r>
    </w:p>
    <w:p>
      <w:r>
        <w:rPr>
          <w:b/>
        </w:rPr>
        <w:t xml:space="preserve">[15:04] </w:t>
      </w:r>
      <w:r>
        <w:t>yani repetition of word nahi hai. is ka matlab</w:t>
      </w:r>
    </w:p>
    <w:p>
      <w:pPr>
        <w:jc w:val="right"/>
      </w:pPr>
      <w:r>
        <w:t>یعنی ریپیٹیشن آف ورڈ نہیں ہے۔ اس کا مطلب</w:t>
      </w:r>
    </w:p>
    <w:p>
      <w:r>
        <w:rPr>
          <w:b/>
        </w:rPr>
        <w:t xml:space="preserve">[15:13] </w:t>
      </w:r>
      <w:r>
        <w:t>mein aik martaba gaya aik khangah mein to maloom hua ke yahan 24 ghante zikr chalta hai.</w:t>
      </w:r>
    </w:p>
    <w:p>
      <w:pPr>
        <w:jc w:val="right"/>
      </w:pPr>
      <w:r>
        <w:t>میں ایک مرتبہ گیا ایک خانقاہ میں تو معلوم ہوا کہ یہاں 24 گھنٹے ذکر چلتا ہے۔</w:t>
      </w:r>
    </w:p>
    <w:p>
      <w:r>
        <w:rPr>
          <w:b/>
        </w:rPr>
        <w:t xml:space="preserve">[15:23] </w:t>
      </w:r>
      <w:r>
        <w:t>zikr to wahan par kya hai? bari lagi hui hai. bari. to mujhe yaad nahi ke kitne aadmi lage thay is bari par.</w:t>
      </w:r>
    </w:p>
    <w:p>
      <w:pPr>
        <w:jc w:val="right"/>
      </w:pPr>
      <w:r>
        <w:t>ذکر تو وہاں پر کیا ہے؟ باری لگی ہوئی ہے۔ باری۔ تو مجھے یاد نہیں کہ کتنے آدمی لگے تھے اس باری پر۔</w:t>
      </w:r>
    </w:p>
    <w:p>
      <w:r>
        <w:rPr>
          <w:b/>
        </w:rPr>
        <w:t xml:space="preserve">[15:39] </w:t>
      </w:r>
      <w:r>
        <w:t>to kuch der ke liye woh team mein baithe gi, woh Allah Allah Allah Allah kare gi. phir doosri team aye gi, woh Allah Allah Allah Allah kare gi.</w:t>
      </w:r>
    </w:p>
    <w:p>
      <w:pPr>
        <w:jc w:val="right"/>
      </w:pPr>
      <w:r>
        <w:t>تو کچھ دیر کے لیے وہ ٹیم میں بیٹھے گی، وہ اللہ اللہ اللہ اللہ کرے گی۔ پھر دوسری ٹیم آئے گی، وہ اللہ اللہ اللہ اللہ کرے گی۔</w:t>
      </w:r>
    </w:p>
    <w:p>
      <w:r>
        <w:rPr>
          <w:b/>
        </w:rPr>
        <w:t xml:space="preserve">[15:49] </w:t>
      </w:r>
      <w:r>
        <w:t>phir teesri aye gi. is tarah 24 ghante Allah Allah wahan par goonjta hai. 24 ghante wahan Allah Allah goonjta hai.</w:t>
      </w:r>
    </w:p>
    <w:p>
      <w:pPr>
        <w:jc w:val="right"/>
      </w:pPr>
      <w:r>
        <w:t>پھر تیسری آئے گی۔ اس طرح 24 گھنٹے اللہ اللہ وہاں پر گونجتا ہے۔ 24 گھنٹے وہاں اللہ اللہ گونجتا ہے۔</w:t>
      </w:r>
    </w:p>
    <w:p>
      <w:r>
        <w:rPr>
          <w:b/>
        </w:rPr>
        <w:t xml:space="preserve">[16:02] </w:t>
      </w:r>
      <w:r>
        <w:t>to maine kaha, "yeh to repetition to aik record bhi kar sakta hai." aik agar yahi isi ka naam zikr ho to to repetition hai,</w:t>
      </w:r>
    </w:p>
    <w:p>
      <w:pPr>
        <w:jc w:val="right"/>
      </w:pPr>
      <w:r>
        <w:t>تو میں نے کہا، "یہ تو ریپیٹیشن تو ایک ریکارڈ بھی کر سکتا ہے۔" ایک اگر یہی اسی کا نام ذکر ہو تو تو ریپیٹیشن ہے،</w:t>
      </w:r>
    </w:p>
    <w:p>
      <w:r>
        <w:rPr>
          <w:b/>
        </w:rPr>
        <w:t xml:space="preserve">[16:16] </w:t>
      </w:r>
      <w:r>
        <w:t>woh aik record bhi kar sakta hai. to maine kaha ke nahi, main mind trigger hua. to maine socha, to maine kaha ke yeh nahi hai, yeh aik creative practice hai.</w:t>
      </w:r>
    </w:p>
    <w:p>
      <w:pPr>
        <w:jc w:val="right"/>
      </w:pPr>
      <w:r>
        <w:t>وہ ایک ریکارڈ بھی کر سکتا ہے۔ تو میں نے کہا کہ نہیں، میں مائنڈ ٹریگر ہوا۔ تو میں نے سوچا، تو میں نے کہا کہ یہ نہیں ہے، یہ ایک کریٹیو پریکٹس ہے۔</w:t>
      </w:r>
    </w:p>
    <w:p>
      <w:r>
        <w:rPr>
          <w:b/>
        </w:rPr>
        <w:t xml:space="preserve">[16:32] </w:t>
      </w:r>
      <w:r>
        <w:t>aap soch rahe hain, har jis tarah se, jis tarah se honey bee shehad ki makkhi jo hai, har phool mein, har phool mein nectar transfer kar leti hai.</w:t>
      </w:r>
    </w:p>
    <w:p>
      <w:pPr>
        <w:jc w:val="right"/>
      </w:pPr>
      <w:r>
        <w:t>آپ سوچ رہے ہیں، ہر جس طرح سے، جس طرح سے ہنی بی شہد کی مکھی جو ہے، ہر پھول میں، ہر پھول میں نیکٹر ٹرانسفر کر لیتی ہے۔</w:t>
      </w:r>
    </w:p>
    <w:p>
      <w:r>
        <w:rPr>
          <w:b/>
        </w:rPr>
        <w:t xml:space="preserve">[16:48] </w:t>
      </w:r>
      <w:r>
        <w:t>nectar ka item. aise hi aap ab itna creative thinking aap ke andar ho, itna creative thinking ho ke aap har aekzan mein, har hayaan mein, har aekzan mein, har mauqa mein aap koi zikr ka item, shukr ka item,</w:t>
      </w:r>
    </w:p>
    <w:p>
      <w:pPr>
        <w:jc w:val="right"/>
      </w:pPr>
      <w:r>
        <w:t>نیکٹر کا آئٹم۔ ایسے ہی آپ اب اتنا کریٹیو تھنکنگ آپ کے اندر ہو، اتنا کریٹیو تھنکنگ ہو کہ آپ ہر اکیزن میں، ہر حیان میں، ہر اکیزن میں، ہر موقع میں آپ کوئی ذکر کا آئٹم، شکر کا آئٹم،</w:t>
      </w:r>
    </w:p>
    <w:p>
      <w:r>
        <w:rPr>
          <w:b/>
        </w:rPr>
        <w:t xml:space="preserve">[17:11] </w:t>
      </w:r>
      <w:r>
        <w:t>acknowledgement ka item discover kar lein.</w:t>
      </w:r>
    </w:p>
    <w:p>
      <w:pPr>
        <w:jc w:val="right"/>
      </w:pPr>
      <w:r>
        <w:t>اکنالجمنٹ کا آئٹم ڈسکور کر لیں۔</w:t>
      </w:r>
    </w:p>
    <w:p>
      <w:r>
        <w:rPr>
          <w:b/>
        </w:rPr>
        <w:t xml:space="preserve">[17:17] </w:t>
      </w:r>
      <w:r>
        <w:t>jise bana zikr kiya aap ko abhi ke safar mein zikr ka item ke aap utre jab Dubai mein aur wahan aap ne paya ke yahan thand nahi hai to shukr ke Khuda ne dekhi, kitna acha intezam kiya ke hum yahan aa ke thand se bach gaye.</w:t>
      </w:r>
    </w:p>
    <w:p>
      <w:pPr>
        <w:jc w:val="right"/>
      </w:pPr>
      <w:r>
        <w:t>جسے بنا ذکر کیا آپ کو ابھی کہ سفر میں ذکر کا آئٹم کہ آپ اترے جب دبئی میں اور وہاں آپ نے پایا کہ یہاں ٹھنڈ نہیں ہے تو شکر کہ خدا نے دیکھی، کتنا اچھا انتظام کیا کہ ہم یہاں آ کے ٹھنڈ سے بچ گئے۔</w:t>
      </w:r>
    </w:p>
    <w:p>
      <w:r>
        <w:rPr>
          <w:b/>
        </w:rPr>
        <w:t xml:space="preserve">[17:43] </w:t>
      </w:r>
      <w:r>
        <w:t>ya America gaye, aap England gaye, kahin gaye to aap ne yaad kiya ke Khuda ne aik technology nature mein rakh di thi.</w:t>
      </w:r>
    </w:p>
    <w:p>
      <w:pPr>
        <w:jc w:val="right"/>
      </w:pPr>
      <w:r>
        <w:t>یا امریکہ گئے، آپ انگلینڈ گئے، کہیں گئے تو آپ نے یاد کیا کہ خدا نے ایک ٹیکنالوجی نیچر میں رکھ دی تھی۔</w:t>
      </w:r>
    </w:p>
    <w:p>
      <w:r>
        <w:rPr>
          <w:b/>
        </w:rPr>
        <w:t xml:space="preserve">[17:52] </w:t>
      </w:r>
      <w:r>
        <w:t>technology nature mein us ko insaan ne discover kiya aur phir karbarai hawai jahaz banaya aur kya kya cheezein banain.</w:t>
      </w:r>
    </w:p>
    <w:p>
      <w:pPr>
        <w:jc w:val="right"/>
      </w:pPr>
      <w:r>
        <w:t>ٹیکنالوجی نیچر میں اس کو انسان نے ڈسکور کیا اور پھر کاربرائی ہوائی جہاز بنایا اور کیا کیا چیزیں بنائیں۔</w:t>
      </w:r>
    </w:p>
    <w:p>
      <w:r>
        <w:rPr>
          <w:b/>
        </w:rPr>
        <w:t xml:space="preserve">[18:02] </w:t>
      </w:r>
      <w:r>
        <w:t>to har har cheez mein aik nectar hai, acknowledgement ka nectar. Allah rab ul alameen ko acknowledge karne ka, yaad karne ka, zikr karne ka, shukr karne ka aik nectar.</w:t>
      </w:r>
    </w:p>
    <w:p>
      <w:pPr>
        <w:jc w:val="right"/>
      </w:pPr>
      <w:r>
        <w:t>تو ہر ہر چیز میں ایک ڈیکٹر ہے، اکنالجمنٹ کا نیکٹر۔ اللہ رب العالمین کو اکنالج کرنے کا، یاد کرنے کا، ذکر کرنے کا، شکر کرنے کا ایک ڈیکٹر۔</w:t>
      </w:r>
    </w:p>
    <w:p>
      <w:r>
        <w:rPr>
          <w:b/>
        </w:rPr>
        <w:t xml:space="preserve">[18:19] </w:t>
      </w:r>
      <w:r>
        <w:t>to aap apna mind ko itna active karein, apna mind ko itna creative banayein, apna mind ko itna creative banayein ke hum honey bee ki tarah har jagah jo nectar hai, us ko aap discover kar sakein.</w:t>
      </w:r>
    </w:p>
    <w:p>
      <w:pPr>
        <w:jc w:val="right"/>
      </w:pPr>
      <w:r>
        <w:t>تو آپ اپنا مائنڈ کو اتنا ایکٹیو کریں، اپنا مائنڈ کو اتنا کریٹیو بنائیں، اپنا مائنڈ کو اتنا کریٹیو بنائیں کہ ہم ہنی بی کی طرح ہر جگہ جو نیکٹر ہے، اس کو آپ ڈسکور کر سکیں۔</w:t>
      </w:r>
    </w:p>
    <w:p>
      <w:r>
        <w:rPr>
          <w:b/>
        </w:rPr>
        <w:t xml:space="preserve">[18:40] </w:t>
      </w:r>
      <w:r>
        <w:t>discover kar sakein. is ka matlab jaise maine arz kiya ke jab main New York mein airport se bahar aaya to wahan bhi aik nectar tha ke maine socha ke ke Khuda kitna meherban hai ke jab Delhi mein tha, tab bhi woh mere liye oxygen ki supply jari rakhe hue tha.</w:t>
      </w:r>
    </w:p>
    <w:p>
      <w:pPr>
        <w:jc w:val="right"/>
      </w:pPr>
      <w:r>
        <w:t>ڈسکور کر سکیں۔ اس کا مطلب جیسے میں نے عرض کیا کہ جب میں نیویارک میں ایئرپورٹ سے باہر آیا تو وہاں بھی ایک ڈیکٹر تھا کہ میں نے سوچا کہ کہ خدا کتنا مہربان ہے کہ جب دلی میں تھا، تب بھی وہ میرے لیے اکسیجن کی سپلائی جاری رکھے ہوئے تھا۔</w:t>
      </w:r>
    </w:p>
    <w:p>
      <w:r>
        <w:rPr>
          <w:b/>
        </w:rPr>
        <w:t xml:space="preserve">[19:06] </w:t>
      </w:r>
      <w:r>
        <w:t>ab mein doosri country mein hoon</w:t>
      </w:r>
    </w:p>
    <w:p>
      <w:pPr>
        <w:jc w:val="right"/>
      </w:pPr>
      <w:r>
        <w:t>اب میں دوسری کنٹری میں ہوں</w:t>
      </w:r>
    </w:p>
    <w:p>
      <w:r>
        <w:rPr>
          <w:b/>
        </w:rPr>
        <w:t xml:space="preserve">[19:12] </w:t>
      </w:r>
      <w:r>
        <w:t>to wahan bhi supply jaari hai. aise hi maine socha jab mein wahan hotel mein dining table pe baitha, wahan sab khane the to phir kaisa ajeeb hai yeh, yaani wahan ke saail bhi khana uga raha hai, food nikaal raha hai.</w:t>
      </w:r>
    </w:p>
    <w:p>
      <w:pPr>
        <w:jc w:val="right"/>
      </w:pPr>
      <w:r>
        <w:t>تو وہاں بھی سپلائی جاری ہے۔ ایسے ہی میں نے سوچا جب میں وہاں ہوٹل میں ڈائنی ٹیلی پورٹ پہ بیٹھا، وہاں سب کھانے تھے تو پھر کیسا عجیب ہے یہ، یعنی وہاں کے سائل بھی کھانا اگا رہا ہے، فوڈ نکال رہا ہے۔</w:t>
      </w:r>
    </w:p>
    <w:p>
      <w:r>
        <w:rPr>
          <w:b/>
        </w:rPr>
        <w:t xml:space="preserve">[19:38] </w:t>
      </w:r>
      <w:r>
        <w:t>india ka jo saal hai, india ke jo saail hain, woh bhi khana nikaal raha hai, paani nikaal raha hai, phal nikaal raha hai aur america ke jo saail hain, woh bhi nikaal raha hai.</w:t>
      </w:r>
    </w:p>
    <w:p>
      <w:pPr>
        <w:jc w:val="right"/>
      </w:pPr>
      <w:r>
        <w:t>انڈیا کا جو سال ہے، انڈیا کے جو سائل ہیں، وہ بھی کھانا نکال رہا ہے، پانی نکال رہا ہے، پھل نکال رہا ہے اور امریکہ کے جو سائل ہیں، وہ بھی نکال رہا ہے۔</w:t>
      </w:r>
    </w:p>
    <w:p>
      <w:r>
        <w:rPr>
          <w:b/>
        </w:rPr>
        <w:t xml:space="preserve">[19:50] </w:t>
      </w:r>
      <w:r>
        <w:t>wahan bhi food hai, yahan bhi food hai, wahan bhi hawa hai, yahan bhi hawa hai. to yeh saadha baat nahi hai. aap dekhein, pollution se thoda sa problem paida hua, thoda sa to bechara woh woh jo mar gaya,</w:t>
      </w:r>
    </w:p>
    <w:p>
      <w:pPr>
        <w:jc w:val="right"/>
      </w:pPr>
      <w:r>
        <w:t>وہاں بھی فوڈ ہے، یہاں بھی فوڈ ہے، وہاں بھی ہوا ہے، یہاں بھی ہوا ہے۔ تو یہ سادہ بات نہیں ہے۔ آپ دیکھیں، پولیوشن سے تھوڑا سا پرابلم پیدا ہوا، تھوڑا سا تو بیچارہ وہ وہ جو مر گیا،</w:t>
      </w:r>
    </w:p>
    <w:p>
      <w:r>
        <w:rPr>
          <w:b/>
        </w:rPr>
        <w:t xml:space="preserve">[20:12] </w:t>
      </w:r>
      <w:r>
        <w:t>scientist. haan, student hawking, thoda sa pollution ki wajah se problem paida hua hai, thoda sa. to bechara yeh kehte kehte mar gaya ke ab hamein ek space colony banani padegi,</w:t>
      </w:r>
    </w:p>
    <w:p>
      <w:pPr>
        <w:jc w:val="right"/>
      </w:pPr>
      <w:r>
        <w:t>سائنٹسٹ۔ ہاں، اسٹوڈنٹ ہاکنگ، تھوڑا سا پولیوشن کی وجہ سے پرابلم پیدا ہوا ہے، تھوڑا سا۔ تو بیچارہ یہ کہتے کہتے مر گیا کہ اب ہمیں ایک اسپیس کالونی بنانی پڑے گی،</w:t>
      </w:r>
    </w:p>
    <w:p>
      <w:r>
        <w:rPr>
          <w:b/>
        </w:rPr>
        <w:t xml:space="preserve">[20:28] </w:t>
      </w:r>
      <w:r>
        <w:t>ek colony jo ur kar jaaye aur hawa mein ghoome, nahi to nahi to hamein is zameen par rehna mushkil ho jayega. to gharaaz yeh hai ke dekhiye,</w:t>
      </w:r>
    </w:p>
    <w:p>
      <w:pPr>
        <w:jc w:val="right"/>
      </w:pPr>
      <w:r>
        <w:t>ایک کالونی جو اڑ کر جائے اور ہوا میں گھومے، نہیں تو نہیں تو ہمیں اس زمین پر رہنا مشکل ہو جائے گا۔ تو غرض یہ ہے کہ دیکھیے،</w:t>
      </w:r>
    </w:p>
    <w:p>
      <w:r>
        <w:rPr>
          <w:b/>
        </w:rPr>
        <w:t xml:space="preserve">[20:44] </w:t>
      </w:r>
      <w:r>
        <w:t>insaan ki jo sab se bari jo jo bari quality hai, insaan ke andar sab se bari quality ke woh is creation mein,</w:t>
      </w:r>
    </w:p>
    <w:p>
      <w:pPr>
        <w:jc w:val="right"/>
      </w:pPr>
      <w:r>
        <w:t>انسان کی جو سب سے بڑی جو جو بڑی کوالٹی ہے، انسان کے اندر سب سے بڑی کوالٹی کہ وہ اس کریشن میں،</w:t>
      </w:r>
    </w:p>
    <w:p>
      <w:r>
        <w:rPr>
          <w:b/>
        </w:rPr>
        <w:t xml:space="preserve">[20:59] </w:t>
      </w:r>
      <w:r>
        <w:t>is universe mein, uske creator ko discover kare.</w:t>
      </w:r>
    </w:p>
    <w:p>
      <w:pPr>
        <w:jc w:val="right"/>
      </w:pPr>
      <w:r>
        <w:t>اس یونیورس میں، اس کے کریٹر کو ڈسکور کرے۔</w:t>
      </w:r>
    </w:p>
    <w:p>
      <w:r>
        <w:rPr>
          <w:b/>
        </w:rPr>
        <w:t xml:space="preserve">[21:08] </w:t>
      </w:r>
      <w:r>
        <w:t>jaise hi aap paida hote hain to pehla ek silent question aata hai, silent question ke "who is my creator?" yeh mein kaise ban ke nikal aaya?</w:t>
      </w:r>
    </w:p>
    <w:p>
      <w:pPr>
        <w:jc w:val="right"/>
      </w:pPr>
      <w:r>
        <w:t>جیسے ہی آپ پیدا ہوتے ہیں تو پہلا ایک سائلنٹ کوسچن آتا ہے، سائلنٹ کوسچن کہ "ہو از مائی کریٹر؟" یہ میں کیسے بن کے نکل آیا؟</w:t>
      </w:r>
    </w:p>
    <w:p>
      <w:r>
        <w:rPr>
          <w:b/>
        </w:rPr>
        <w:t xml:space="preserve">[21:24] </w:t>
      </w:r>
      <w:r>
        <w:t>yaani jaise mein misaal first January ko paida hua, mein 1925 mein to mein sochta hoon kai kabhi ke ek saal pehle,</w:t>
      </w:r>
    </w:p>
    <w:p>
      <w:pPr>
        <w:jc w:val="right"/>
      </w:pPr>
      <w:r>
        <w:t>یعنی جیسے میں مثلاً فرسٹ جنوری کو پیدا ہوا، میں 1925 میں تو میں سوچتا ہوں کئی کبھی کہ ایک سال پہلے،</w:t>
      </w:r>
    </w:p>
    <w:p>
      <w:r>
        <w:rPr>
          <w:b/>
        </w:rPr>
        <w:t xml:space="preserve">[21:40] </w:t>
      </w:r>
      <w:r>
        <w:t>January</w:t>
      </w:r>
    </w:p>
    <w:p>
      <w:pPr>
        <w:jc w:val="right"/>
      </w:pPr>
      <w:r>
        <w:t>جنوری</w:t>
      </w:r>
    </w:p>
    <w:p>
      <w:r>
        <w:rPr>
          <w:b/>
        </w:rPr>
        <w:t xml:space="preserve">[21:45] </w:t>
      </w:r>
      <w:r>
        <w:t>24 mein, mera existence nahi tha, mera koi existence nahi tha aur ek saal baad mera existence ho gaya.</w:t>
      </w:r>
    </w:p>
    <w:p>
      <w:pPr>
        <w:jc w:val="right"/>
      </w:pPr>
      <w:r>
        <w:t>24 میں، میرا ایگزسٹنس نہیں تھا، میرا کوئی ایگزسٹنس نہیں تھا اور ایک سال بعد میرا ایگزسٹنس ہو گیا۔</w:t>
      </w:r>
    </w:p>
    <w:p>
      <w:r>
        <w:rPr>
          <w:b/>
        </w:rPr>
        <w:t xml:space="preserve">[22:01] </w:t>
      </w:r>
      <w:r>
        <w:t>to insaan ka sab se pehla kaam yeh hai ke woh soche "who am i?" "who is my god?" "what is my purpose of life?" yeh sochna.</w:t>
      </w:r>
    </w:p>
    <w:p>
      <w:pPr>
        <w:jc w:val="right"/>
      </w:pPr>
      <w:r>
        <w:t>تو انسان کا سب سے پہلا کام یہ ہے کہ وہ سوچے "ہو ایم ائی؟" "ہو از مائی گاڈ؟" "واٹ از مائی پرپس آف لائف؟" یہ سوچنا۔</w:t>
      </w:r>
    </w:p>
    <w:p>
      <w:r>
        <w:rPr>
          <w:b/>
        </w:rPr>
        <w:t xml:space="preserve">[22:18] </w:t>
      </w:r>
      <w:r>
        <w:t>to jab aap sochenge to aap aakzan ko discover karenge, ahyaan ko ya hyaan ko discover karenge.</w:t>
      </w:r>
    </w:p>
    <w:p>
      <w:pPr>
        <w:jc w:val="right"/>
      </w:pPr>
      <w:r>
        <w:t>تو جب آپ سوچیں گے تو آپ اکیزن کو ڈسکور کریں گے، احیان کو یا حین کو ڈسکور کریں گے۔</w:t>
      </w:r>
    </w:p>
    <w:p>
      <w:r>
        <w:rPr>
          <w:b/>
        </w:rPr>
        <w:t xml:space="preserve">[22:31] </w:t>
      </w:r>
      <w:r>
        <w:t>yeh hai spirituality. isi ka naam hai spirituality ke spirituality, spirituality ek ke repetition ka naam nahi hai.</w:t>
      </w:r>
    </w:p>
    <w:p>
      <w:pPr>
        <w:jc w:val="right"/>
      </w:pPr>
      <w:r>
        <w:t>یہ ہے اسپریچولٹی۔ اسی کا نام ہے اسپریچولٹی کہ اسپریچولٹی، اسپریچولٹی ایک کہ ریپیٹیشن کا نام نہیں ہے۔</w:t>
      </w:r>
    </w:p>
    <w:p>
      <w:r>
        <w:rPr>
          <w:b/>
        </w:rPr>
        <w:t xml:space="preserve">[22:46] </w:t>
      </w:r>
      <w:r>
        <w:t>spirituality jo hai, woh ek creative mind ka product hai. spirituality is a product of creative mind.</w:t>
      </w:r>
    </w:p>
    <w:p>
      <w:pPr>
        <w:jc w:val="right"/>
      </w:pPr>
      <w:r>
        <w:t>اسپریچولٹی جو ہے، وہ ایک کریٹیو مائنڈ کا پروڈکٹ ہے۔ اسپریچولٹی از ا پروڈکٹ آف کریٹیو مائنڈ۔</w:t>
      </w:r>
    </w:p>
    <w:p>
      <w:r>
        <w:rPr>
          <w:b/>
        </w:rPr>
        <w:t xml:space="preserve">[23:02] </w:t>
      </w:r>
      <w:r>
        <w:t>to hamara jo mission hai, hum jo mission chala rahe hain, woh yahi hai, yahi hai ke hum spiritual mind ko create karna koshish karte hain,</w:t>
      </w:r>
    </w:p>
    <w:p>
      <w:pPr>
        <w:jc w:val="right"/>
      </w:pPr>
      <w:r>
        <w:t>تو ہمارا جو مشن ہے، ہم جو مشن چلا رہے ہیں، وہ یہی ہے، یہی ہے کہ ہم اسپریچول مائنڈ کو کریٹ کرنا کوشش کرتے ہیں،</w:t>
      </w:r>
    </w:p>
    <w:p>
      <w:r>
        <w:rPr>
          <w:b/>
        </w:rPr>
        <w:t xml:space="preserve">[23:17] </w:t>
      </w:r>
      <w:r>
        <w:t>woh creativity insaan ke andar paida karte hain jis se woh as a create, as a spiritual personality duniya mein jeene lage.</w:t>
      </w:r>
    </w:p>
    <w:p>
      <w:pPr>
        <w:jc w:val="right"/>
      </w:pPr>
      <w:r>
        <w:t>وہ کریٹیوٹی انسان کے اندر پیدا کرتے ہیں جس سے وہ ایز اے کریٹ، ایز اے اسپریچول پرسنیلٹی دنیا میں جینے لگے۔</w:t>
      </w:r>
    </w:p>
    <w:p>
      <w:r>
        <w:rPr>
          <w:b/>
        </w:rPr>
        <w:t xml:space="preserve">[23:30] </w:t>
      </w:r>
      <w:r>
        <w:t>to mein dua karta hoon ke Allah taala mujh ko aur aap ko is ke qabil banaye.</w:t>
      </w:r>
    </w:p>
    <w:p>
      <w:pPr>
        <w:jc w:val="right"/>
      </w:pPr>
      <w:r>
        <w:t>تو میں دعا کرتا ہوں کہ اللہ تعالی مجھ کو اور آپ کو اس کے قابل بنائے۔</w:t>
      </w:r>
    </w:p>
    <w:p>
      <w:r>
        <w:rPr>
          <w:b/>
        </w:rPr>
        <w:t xml:space="preserve">[23:41] </w:t>
      </w:r>
      <w:r>
        <w:t>assalam o alaikum wa rehmatullah.</w:t>
      </w:r>
    </w:p>
    <w:p>
      <w:pPr>
        <w:jc w:val="right"/>
      </w:pPr>
      <w:r>
        <w:t>السلام علیکم ورحمۃ اللہ۔</w:t>
      </w:r>
    </w:p>
    <w:p>
      <w:r>
        <w:rPr>
          <w:b/>
        </w:rPr>
        <w:t xml:space="preserve">[23:56] </w:t>
      </w:r>
      <w:r>
        <w:t>aaj jaise Maulana ne wisdom ko nichorne ka zikr kiya, yaani discover karne ka zikr kiya aur Khuda ki jo blessings hain, us ko realize kar ke us ko yaad karne ki baat ki, to mujhe bhi ek waqea yaad aaya.</w:t>
      </w:r>
    </w:p>
    <w:p>
      <w:pPr>
        <w:jc w:val="right"/>
      </w:pPr>
      <w:r>
        <w:t>آج جیسے مولانا نے وزڈم کو نچوڑنے کا ذکر کیا، یعنی ڈسکور کرنے کا ذکر کیا اور خدا کی جو بلیسنگز ہیں، اس کو ریلائز کر کے اس کو یاد کرنے کی بات کی، تو مجھے بھی ایک واقعہ یاد آیا۔</w:t>
      </w:r>
    </w:p>
    <w:p>
      <w:r>
        <w:rPr>
          <w:b/>
        </w:rPr>
        <w:t xml:space="preserve">[24:15] </w:t>
      </w:r>
      <w:r>
        <w:t>mere khayal se yeh wahi safar tha, pehla safar US ka ya koi aur ke jab hum jahaz mein baithe to mein, mera shayad pehla safar tha, to mein idhar udhar dekh raha tha to Maulana baith ke likh rahe the kuch.</w:t>
      </w:r>
    </w:p>
    <w:p>
      <w:pPr>
        <w:jc w:val="right"/>
      </w:pPr>
      <w:r>
        <w:t>میرے خیال سے یہ وہی سفر تھا، پہلا سفر یو ایس کا یا کوئی اور کہ جب ہم جہاز میں بیٹھے تو میں، میرا شاید پہلا سفر تھا، تو میں ادھر ادھر دیکھ رہا تھا تو مولانا بیٹھ کے لکھ رہے تھے کچھ۔</w:t>
      </w:r>
    </w:p>
    <w:p>
      <w:r>
        <w:rPr>
          <w:b/>
        </w:rPr>
        <w:t xml:space="preserve">[24:35] </w:t>
      </w:r>
      <w:r>
        <w:t>to mein ne socha kya likh rahe hain us waqt? to mein ne chand lines padhne ki koshish ki to us mein yeh tha ke jaise hamara jahaz ura aasman mein to mujhe aisa mehsoos hua ke ek bohat bari chidiya meri rooh ko le ke aasman mein ur gayi aur mujhe akhirat mein pouncha diya.</w:t>
      </w:r>
    </w:p>
    <w:p>
      <w:pPr>
        <w:jc w:val="right"/>
      </w:pPr>
      <w:r>
        <w:t>تو میں نے سوچا کیا لکھ رہے ہیں اس وقت؟ تو میں نے چند لائنیں پڑھنے کی کوشش کی تو اس میں یہ تھا کہ جیسے ہمارا جہاز اڑا آسمان میں تو مجھے ایسا محسوس ہوا کہ ایک بہت بڑی چڑیا میری روح کو لے کے آسمان میں اڑ گئی اور مجھے آخرت میں پہنچا دیا۔</w:t>
      </w:r>
    </w:p>
    <w:p>
      <w:r>
        <w:rPr>
          <w:b/>
        </w:rPr>
        <w:t xml:space="preserve">[24:57] </w:t>
      </w:r>
      <w:r>
        <w:t>phir wahan se unhon ne akhirat ki baatein likhni shuru kar dein. to yahi woh baat hai ke agar hum apne zehan ko activate karein aur is tarah bedaar ho zehan hamara to har mauqe pe is tarah ki jo wisdom hai, woh hum extract kar sakenge aur us se hum Khuda ki yaad apne andar paida kar sakenge.</w:t>
      </w:r>
    </w:p>
    <w:p>
      <w:pPr>
        <w:jc w:val="right"/>
      </w:pPr>
      <w:r>
        <w:t>پھر وہاں سے انہوں نے آخرت کی باتیں لکھنی شروع کر دیں۔ تو یہی وہ بات ہے کہ اگر ہم اپنے ذہن کو ایکٹیویٹ کریں اور اس طرح بیدار ہو ذہن ہمارا تو ہر موقع پہ اس طرح کی جو وزڈم ہے، وہ ہم ایکسٹریکٹ کر سکیں گے اور اس سے ہم خدا کی یاد اپنے اندر پیدا کر سکیں گے۔</w:t>
      </w:r>
    </w:p>
    <w:p>
      <w:r>
        <w:rPr>
          <w:b/>
        </w:rPr>
        <w:t xml:space="preserve">[25:20] </w:t>
      </w:r>
      <w:r>
        <w:t>Maulana, yeh zikr ka jo aap ne zikr ke bare mein jo aap ne bataya ke is ka matlab hai ke har occasion par Khuda ko yaad karna, to yeh bilkul nayi cheez hai mere liye.</w:t>
      </w:r>
    </w:p>
    <w:p>
      <w:pPr>
        <w:jc w:val="right"/>
      </w:pPr>
      <w:r>
        <w:t>مولانا، یہ ذکر کا جو آپ نے ذکر کے بارے میں جو آپ نے بتایا کہ اس کا مطلب ہے کہ ہر اوکیزن پر خدا کو یاد کرنا، تو یہ بالکل نئی چیز ہے میرے لیے۔</w:t>
      </w:r>
    </w:p>
    <w:p>
      <w:r>
        <w:rPr>
          <w:b/>
        </w:rPr>
        <w:t xml:space="preserve">[25:34] </w:t>
      </w:r>
      <w:r>
        <w:t>jab mein ne aap ke is is cheez ko yeh kiya to mujhe ek hadith yaad aayi rasool Allah salallaho alaihi wasallam ke bare mein, abu zar al-ghaffari kehte hain: "laqad taraka na rasool Allah salallaho alaihi wasallam wa ma tairun yatiru bijanahihi illa dhakara lana minhu ilman" ke rasool Allah salallaho alaihi wasallam ne hum ko is halat mein chhodha ke jab ek parinda bhi apne par ko phadphadata to aap us se humein ilm sikhaya karte thay.</w:t>
      </w:r>
    </w:p>
    <w:p>
      <w:pPr>
        <w:jc w:val="right"/>
      </w:pPr>
      <w:r>
        <w:t>جب میں نے آپ کے اس اس چیز کو یہ کیا تو مجھے ایک حدیث یاد آئی رسول اللہ صلی اللہ علیہ وسلم کے بارے میں، ابوذر الغفاری کہتے ہیں: "لقد ترکنا رسول اللہ صلی اللہ علیہ وسلم وما طائر یطیر بجناحہ الا ذکر لنا منہ علما" کہ رسول اللہ صلی اللہ علیہ وسلم نے ہم کو اس حالت میں چھوڑا کہ جب ایک پرندہ بھی اپنے پر کو پھڑپھڑاتا تو آپ اس سے ہمیں علم سکھایا کرتے تھے۔</w:t>
      </w:r>
    </w:p>
    <w:p>
      <w:r>
        <w:rPr>
          <w:b/>
        </w:rPr>
        <w:t xml:space="preserve">[26:03] </w:t>
      </w:r>
      <w:r>
        <w:t>to mujhe samajh mein aaya ke is ka matlab wahi hai ke aap un ko ek zikr ki baat bataya karte thay, Khuda ko yaad karne ka reference diya karte thay. Even agar koi parinda bhi udata to us se bhi diya karte thay.</w:t>
      </w:r>
    </w:p>
    <w:p>
      <w:pPr>
        <w:jc w:val="right"/>
      </w:pPr>
      <w:r>
        <w:t>تو مجھے سمجھ میں آیا کہ اس کا مطلب وہی ہے کہ آپ ان کو ایک ذکر کی بات بتایا کرتے تھے، خدا کو یاد کرنے کا ریفرنس دیا کرتے تھے۔ ایون اگر کوئی پرندہ بھی اڑتا تو اس سے بھی دیا کرتے تھے۔</w:t>
      </w:r>
    </w:p>
    <w:p>
      <w:r>
        <w:rPr>
          <w:b/>
        </w:rPr>
        <w:t xml:space="preserve">[26:17] </w:t>
      </w:r>
      <w:r>
        <w:t>mashallah,</w:t>
      </w:r>
    </w:p>
    <w:p>
      <w:pPr>
        <w:jc w:val="right"/>
      </w:pPr>
      <w:r>
        <w:t>ماشاءاللہ،</w:t>
      </w:r>
    </w:p>
    <w:p>
      <w:r>
        <w:rPr>
          <w:b/>
        </w:rPr>
        <w:t xml:space="preserve">[26:23] </w:t>
      </w:r>
      <w:r>
        <w:t>dekhiye,</w:t>
      </w:r>
    </w:p>
    <w:p>
      <w:pPr>
        <w:jc w:val="right"/>
      </w:pPr>
      <w:r>
        <w:t>دیکھیے،</w:t>
      </w:r>
    </w:p>
    <w:p>
      <w:r>
        <w:rPr>
          <w:b/>
        </w:rPr>
        <w:t xml:space="preserve">[26:28] </w:t>
      </w:r>
      <w:r>
        <w:t>Allah rab ul-alameen ka yeh hai ke</w:t>
      </w:r>
    </w:p>
    <w:p>
      <w:pPr>
        <w:jc w:val="right"/>
      </w:pPr>
      <w:r>
        <w:t>اللہ رب العالمین کا یہ ہے کہ</w:t>
      </w:r>
    </w:p>
    <w:p>
      <w:r>
        <w:rPr>
          <w:b/>
        </w:rPr>
        <w:t xml:space="preserve">[26:35] </w:t>
      </w:r>
      <w:r>
        <w:t>is ke jo kaam hain, woh multi-purpose hote hain.</w:t>
      </w:r>
    </w:p>
    <w:p>
      <w:pPr>
        <w:jc w:val="right"/>
      </w:pPr>
      <w:r>
        <w:t>اس کے جو کام ہیں، وہ ملٹی پرپز ہوتے ہیں۔</w:t>
      </w:r>
    </w:p>
    <w:p>
      <w:r>
        <w:rPr>
          <w:b/>
        </w:rPr>
        <w:t xml:space="preserve">[26:46] </w:t>
      </w:r>
      <w:r>
        <w:t>Khuda ke jo kaam hain, woh multi-purpose hote hain. Maslan hawa hai to hawa bhi hai aur oxygen ki</w:t>
      </w:r>
    </w:p>
    <w:p>
      <w:pPr>
        <w:jc w:val="right"/>
      </w:pPr>
      <w:r>
        <w:t>خدا کے جو کام ہیں، وہ ملٹی پرپز ہوتے ہیں۔ مثلاً ہوا ہے تو ہوا بھی ہے اور اکسیجن کی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