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Creative Role of Women March 03, 2019</w:t>
      </w:r>
    </w:p>
    <w:p>
      <w:r>
        <w:t>https://www.youtube.com/watch?v=d1-P347SqYQ</w:t>
      </w:r>
    </w:p>
    <w:p>
      <w:r>
        <w:rPr>
          <w:b/>
        </w:rPr>
        <w:t xml:space="preserve">[00:14] </w:t>
      </w:r>
      <w:r>
        <w:t>bismillah hir rahman nir rahim,</w:t>
      </w:r>
    </w:p>
    <w:p>
      <w:pPr>
        <w:jc w:val="right"/>
      </w:pPr>
      <w:r>
        <w:t>بسم اللہ الرحمن الرحیم،</w:t>
      </w:r>
    </w:p>
    <w:p>
      <w:r>
        <w:rPr>
          <w:b/>
        </w:rPr>
        <w:t xml:space="preserve">[00:21] </w:t>
      </w:r>
      <w:r>
        <w:t>wa sallallaho ala nabiyyil kareem. Rabb ishrah li sadri, wa yassir li amri, wah lul uqdatan min lisani yafqahu qawli.</w:t>
      </w:r>
    </w:p>
    <w:p>
      <w:pPr>
        <w:jc w:val="right"/>
      </w:pPr>
      <w:r>
        <w:t>وصلی اللہ علی نبی الکریم۔ رب اشرح لی صدری، ویسر لی امری، واحل العقدۃ من لسانی یفقہ قولی۔</w:t>
      </w:r>
    </w:p>
    <w:p>
      <w:r>
        <w:rPr>
          <w:b/>
        </w:rPr>
        <w:t xml:space="preserve">[00:42] </w:t>
      </w:r>
      <w:r>
        <w:t>3 March 2019.</w:t>
      </w:r>
    </w:p>
    <w:p>
      <w:pPr>
        <w:jc w:val="right"/>
      </w:pPr>
      <w:r>
        <w:t>3 مارچ 2019۔</w:t>
      </w:r>
    </w:p>
    <w:p>
      <w:r>
        <w:rPr>
          <w:b/>
        </w:rPr>
        <w:t xml:space="preserve">[00:51] </w:t>
      </w:r>
      <w:r>
        <w:t>yeh mere haath mein</w:t>
      </w:r>
    </w:p>
    <w:p>
      <w:pPr>
        <w:jc w:val="right"/>
      </w:pPr>
      <w:r>
        <w:t>یہ میرے ہاتھ میں</w:t>
      </w:r>
    </w:p>
    <w:p>
      <w:r>
        <w:rPr>
          <w:b/>
        </w:rPr>
        <w:t xml:space="preserve">[00:57] </w:t>
      </w:r>
      <w:r>
        <w:t>Times of India ka aaj ka issue hai, yani 3 March ka.</w:t>
      </w:r>
    </w:p>
    <w:p>
      <w:pPr>
        <w:jc w:val="right"/>
      </w:pPr>
      <w:r>
        <w:t>ٹائمز آف انڈیا کا آج کا ایشو ہے، یعنی 3 مارچ کا۔</w:t>
      </w:r>
    </w:p>
    <w:p>
      <w:r>
        <w:rPr>
          <w:b/>
        </w:rPr>
        <w:t xml:space="preserve">[01:08] </w:t>
      </w:r>
      <w:r>
        <w:t>is ka jo supplement hai, is ka jo</w:t>
      </w:r>
    </w:p>
    <w:p>
      <w:pPr>
        <w:jc w:val="right"/>
      </w:pPr>
      <w:r>
        <w:t>اس کا جو سپلیمنٹ ہے، اس کا جو</w:t>
      </w:r>
    </w:p>
    <w:p>
      <w:r>
        <w:rPr>
          <w:b/>
        </w:rPr>
        <w:t xml:space="preserve">[01:15] </w:t>
      </w:r>
      <w:r>
        <w:t>first article hai, woh hai khawateen par, yani women par.</w:t>
      </w:r>
    </w:p>
    <w:p>
      <w:pPr>
        <w:jc w:val="right"/>
      </w:pPr>
      <w:r>
        <w:t>فرسٹ آرٹیکل ہے، وہ ہے خواتین پر، یعنی ویمن پر۔</w:t>
      </w:r>
    </w:p>
    <w:p>
      <w:r>
        <w:rPr>
          <w:b/>
        </w:rPr>
        <w:t xml:space="preserve">[01:29] </w:t>
      </w:r>
      <w:r>
        <w:t>is ka title hai "Saaf and Strong".</w:t>
      </w:r>
    </w:p>
    <w:p>
      <w:pPr>
        <w:jc w:val="right"/>
      </w:pPr>
      <w:r>
        <w:t>اس کا ٹائٹل ہے "صاف اینڈ اسٹرانگ"۔</w:t>
      </w:r>
    </w:p>
    <w:p>
      <w:r>
        <w:rPr>
          <w:b/>
        </w:rPr>
        <w:t xml:space="preserve">[01:40] </w:t>
      </w:r>
      <w:r>
        <w:t>dekhein, yeh is ka ek bahut bada background hai.</w:t>
      </w:r>
    </w:p>
    <w:p>
      <w:pPr>
        <w:jc w:val="right"/>
      </w:pPr>
      <w:r>
        <w:t>دیکھیں، یہ اس کا ایک بہت بڑا بیک گراؤنڈ ہے۔</w:t>
      </w:r>
    </w:p>
    <w:p>
      <w:r>
        <w:rPr>
          <w:b/>
        </w:rPr>
        <w:t xml:space="preserve">[01:52] </w:t>
      </w:r>
      <w:r>
        <w:t>bahut bada background is ka hai. Baat yahan se shuru hoti hai</w:t>
      </w:r>
    </w:p>
    <w:p>
      <w:pPr>
        <w:jc w:val="right"/>
      </w:pPr>
      <w:r>
        <w:t>بہت بڑا بیک گراؤنڈ اس کا ہے۔ بات یہاں سے شروع ہوتی ہے</w:t>
      </w:r>
    </w:p>
    <w:p>
      <w:r>
        <w:rPr>
          <w:b/>
        </w:rPr>
        <w:t xml:space="preserve">[02:01] </w:t>
      </w:r>
      <w:r>
        <w:t>ke dilli aaya hua hai 1967 mein. Is se pehle mein, agar Aligarh rehta tha, UP ka shehar Aligarh tha.</w:t>
      </w:r>
    </w:p>
    <w:p>
      <w:pPr>
        <w:jc w:val="right"/>
      </w:pPr>
      <w:r>
        <w:t>کہ دلی آیا ہوا ہے 1967 میں۔ اس سے پہلے میں، اگر آدھوبگڑھ رہتا تھا، یو پی کا شہر آدھوبگڑھ تھا۔</w:t>
      </w:r>
    </w:p>
    <w:p>
      <w:r>
        <w:rPr>
          <w:b/>
        </w:rPr>
        <w:t xml:space="preserve">[02:18] </w:t>
      </w:r>
      <w:r>
        <w:t>to us zamane mein, mein naujawani ki umar mein tha,</w:t>
      </w:r>
    </w:p>
    <w:p>
      <w:pPr>
        <w:jc w:val="right"/>
      </w:pPr>
      <w:r>
        <w:t>تو اس زمانے میں، میں نوجوانی کی عمر میں تھا،</w:t>
      </w:r>
    </w:p>
    <w:p>
      <w:r>
        <w:rPr>
          <w:b/>
        </w:rPr>
        <w:t xml:space="preserve">[02:25] </w:t>
      </w:r>
      <w:r>
        <w:t>to hum sunte thay Akbar Ilahabadi ka shair. Bahut mashhoor tha us zamane mein. Baat woh hai jo pandiya mein chupa hai.</w:t>
      </w:r>
    </w:p>
    <w:p>
      <w:pPr>
        <w:jc w:val="right"/>
      </w:pPr>
      <w:r>
        <w:t>تو ہم سنتے تھے اکبر الہ آبادی کا شعر۔ بہت مشہور تھا اس زمانے میں۔ بات وہ ہے جو پانڈیا میں چھپا ہے۔</w:t>
      </w:r>
    </w:p>
    <w:p>
      <w:r>
        <w:rPr>
          <w:b/>
        </w:rPr>
        <w:t xml:space="preserve">[02:39] </w:t>
      </w:r>
      <w:r>
        <w:t>Baat woh hai jo pandiya mein chupa hai. To us waqt se mere zehen mein yeh soch thi ke hum jo baat, jo positive baat karna chahte hain,</w:t>
      </w:r>
    </w:p>
    <w:p>
      <w:pPr>
        <w:jc w:val="right"/>
      </w:pPr>
      <w:r>
        <w:t>بات وہ ہے جو پانڈیا میں چھپا ہے۔ تو اس وقت سے میرے ذہن میں یہ سوچ تھی کہ ہم جو بات، جو پازیٹیو بات کرنا چاہتے ہیں،</w:t>
      </w:r>
    </w:p>
    <w:p>
      <w:r>
        <w:rPr>
          <w:b/>
        </w:rPr>
        <w:t xml:space="preserve">[02:54] </w:t>
      </w:r>
      <w:r>
        <w:t>jab tak woh English press mein na aaye. English press mein aana hai, tab tak woh baat hi nahi hai.</w:t>
      </w:r>
    </w:p>
    <w:p>
      <w:pPr>
        <w:jc w:val="right"/>
      </w:pPr>
      <w:r>
        <w:t>جب تک وہ انگلش پریس میں نہ آئے۔ انگلش پریس میں آنا ہے، تب تک وہ بات ہی نہیں ہے۔</w:t>
      </w:r>
    </w:p>
    <w:p>
      <w:r>
        <w:rPr>
          <w:b/>
        </w:rPr>
        <w:t xml:space="preserve">[03:07] </w:t>
      </w:r>
      <w:r>
        <w:t>to yeh khwab tha mere zehen mein. Phir 1967 mein jab mein aaya dilli, to yahi baat logon se kehta tha.</w:t>
      </w:r>
    </w:p>
    <w:p>
      <w:pPr>
        <w:jc w:val="right"/>
      </w:pPr>
      <w:r>
        <w:t>تو یہ خواب تھا میرے ذہن میں۔ پھر 1967 میں جب میں آیا دلی، تو یہی بات لوگوں سے کہتا تھا۔</w:t>
      </w:r>
    </w:p>
    <w:p>
      <w:r>
        <w:rPr>
          <w:b/>
        </w:rPr>
        <w:t xml:space="preserve">[03:20] </w:t>
      </w:r>
      <w:r>
        <w:t>yeh woh zamana tha jab ke</w:t>
      </w:r>
    </w:p>
    <w:p>
      <w:pPr>
        <w:jc w:val="right"/>
      </w:pPr>
      <w:r>
        <w:t>یہ وہ زمانہ تھا جب کہ</w:t>
      </w:r>
    </w:p>
    <w:p>
      <w:r>
        <w:rPr>
          <w:b/>
        </w:rPr>
        <w:t xml:space="preserve">[03:25] </w:t>
      </w:r>
      <w:r>
        <w:t>musalmanon ke hawale se, musalmanon ke hawale se koi baat chapti thi, to woh sirf commercial baat hoti thi, commercial.</w:t>
      </w:r>
    </w:p>
    <w:p>
      <w:pPr>
        <w:jc w:val="right"/>
      </w:pPr>
      <w:r>
        <w:t>مسلمانوں کے حوالے سے، مسلمانوں کے حوالے سے کوئی بات چھپتی تھی، تو وہ صرف کمرل بات ہوتی تھی، کمرل۔</w:t>
      </w:r>
    </w:p>
    <w:p>
      <w:r>
        <w:rPr>
          <w:b/>
        </w:rPr>
        <w:t xml:space="preserve">[03:37] </w:t>
      </w:r>
      <w:r>
        <w:t>aazaadi se pehle bhi, aazaadi ke baad bhi. communal interest, communal problem, communal issue.</w:t>
      </w:r>
    </w:p>
    <w:p>
      <w:pPr>
        <w:jc w:val="right"/>
      </w:pPr>
      <w:r>
        <w:t>آزادی سے پہلے بھی، آزادی کے بعد بھی۔ کمرل انٹرسٹ، کمرل پرابلم، کمرل ایشوز۔</w:t>
      </w:r>
    </w:p>
    <w:p>
      <w:r>
        <w:rPr>
          <w:b/>
        </w:rPr>
        <w:t xml:space="preserve">[03:47] </w:t>
      </w:r>
      <w:r>
        <w:t>bas. aur mera zehan yeh tha ke Islam ke hawalay se aana chahiye.</w:t>
      </w:r>
    </w:p>
    <w:p>
      <w:pPr>
        <w:jc w:val="right"/>
      </w:pPr>
      <w:r>
        <w:t>بس۔ اور میرا ذہن یہ تھا کہ اسلام کے حوالے سے آنا چاہیے۔</w:t>
      </w:r>
    </w:p>
    <w:p>
      <w:r>
        <w:rPr>
          <w:b/>
        </w:rPr>
        <w:t xml:space="preserve">[03:57] </w:t>
      </w:r>
      <w:r>
        <w:t>Islam kya kehta hai, Quran kya kehta hai, Rasool Allah kya kehte hain. Muslim community ke jo ishu hain, woh Islam ke ishu nahi hain.</w:t>
      </w:r>
    </w:p>
    <w:p>
      <w:pPr>
        <w:jc w:val="right"/>
      </w:pPr>
      <w:r>
        <w:t>اسلام کیا کہتا ہے، قرآن کیا کہتا ہے، رسول اللہ کیا کہتے ہیں۔ مسلم کمیونٹی کے جو ایشوز ہیں، وہ اسلام کے ایشوز نہیں ہیں۔</w:t>
      </w:r>
    </w:p>
    <w:p>
      <w:r>
        <w:rPr>
          <w:b/>
        </w:rPr>
        <w:t xml:space="preserve">[04:09] </w:t>
      </w:r>
      <w:r>
        <w:t>There is a difference between Islam and Muslims. to yahan main baat karta tha, to log bara, us waqt jo hai, log bara mazaaq urate thay.</w:t>
      </w:r>
    </w:p>
    <w:p>
      <w:pPr>
        <w:jc w:val="right"/>
      </w:pPr>
      <w:r>
        <w:t>There is a difference between Islam and Muslims۔ تو یہاں میں بات کرتا تھا، تو لوگ بڑا، اس وقت جو ہے، لوگ بڑا مذاق اڑاتے تھے۔</w:t>
      </w:r>
    </w:p>
    <w:p>
      <w:r>
        <w:rPr>
          <w:b/>
        </w:rPr>
        <w:t xml:space="preserve">[04:23] </w:t>
      </w:r>
      <w:r>
        <w:t>ke Islam ke kisi ka interest nahi hai. to Islam ki baat jo hai, woh kaun chupta hai?</w:t>
      </w:r>
    </w:p>
    <w:p>
      <w:pPr>
        <w:jc w:val="right"/>
      </w:pPr>
      <w:r>
        <w:t>کہ اسلام کے کسی کا انٹرسٹ نہیں ہے۔ تو اسلام کی بات جو ہے، وہ کون چھپتا ہے؟</w:t>
      </w:r>
    </w:p>
    <w:p>
      <w:r>
        <w:rPr>
          <w:b/>
        </w:rPr>
        <w:t xml:space="preserve">[04:35] </w:t>
      </w:r>
      <w:r>
        <w:t>yahan tak ke is zamane mein ek Musalmanon ka ek community paper tha, Community. English mein chupta tha woh, lekin tha woh community paper.</w:t>
      </w:r>
    </w:p>
    <w:p>
      <w:pPr>
        <w:jc w:val="right"/>
      </w:pPr>
      <w:r>
        <w:t>یہاں تک کہ اس زمانے میں ایک مسلمانوں کا ایک کمیونٹی پیپر تھا، کمیونٹی۔ انگلش میں چھپتا تھا وہ، لیکن تھا وہ کمیونٹی پیپر۔</w:t>
      </w:r>
    </w:p>
    <w:p>
      <w:r>
        <w:rPr>
          <w:b/>
        </w:rPr>
        <w:t xml:space="preserve">[04:48] </w:t>
      </w:r>
      <w:r>
        <w:t>is ki koi national importance nahi thi. to is mein mere baray mein chupa tha ek mazmoon, jis ka title tha "lonely voice".</w:t>
      </w:r>
    </w:p>
    <w:p>
      <w:pPr>
        <w:jc w:val="right"/>
      </w:pPr>
      <w:r>
        <w:t>اس کی کوئی نیشنل امپورٹنس نہیں تھی۔ تو اس میں میرے بارے میں چھپا تھا ایک مضمون، جس کا ٹائٹل تھا "لونلی وائس"۔</w:t>
      </w:r>
    </w:p>
    <w:p>
      <w:r>
        <w:rPr>
          <w:b/>
        </w:rPr>
        <w:t xml:space="preserve">[05:04] </w:t>
      </w:r>
      <w:r>
        <w:t>yani main chahta hoon ke Islam news banay. lekin yahan kis ko dilchaspi hai Islam ko news bananay se?</w:t>
      </w:r>
    </w:p>
    <w:p>
      <w:pPr>
        <w:jc w:val="right"/>
      </w:pPr>
      <w:r>
        <w:t>یعنی میں چاہتا ہوں کہ اسلام نیوز بنے۔ لیکن یہاں کس کو دلچسپی ہے اسلام کو نیوز بنانے سے؟</w:t>
      </w:r>
    </w:p>
    <w:p>
      <w:r>
        <w:rPr>
          <w:b/>
        </w:rPr>
        <w:t xml:space="preserve">[05:15] </w:t>
      </w:r>
      <w:r>
        <w:t>woh to communal issue hi ko jantay hain. woh Islam aur Muslim ko farq hi nahi jantay.</w:t>
      </w:r>
    </w:p>
    <w:p>
      <w:pPr>
        <w:jc w:val="right"/>
      </w:pPr>
      <w:r>
        <w:t>وہ تو کمرل ایشوز ہی کو جانتے ہیں۔ وہ اسلام اور مسلم کو فرق ہی نہیں جانتے۔</w:t>
      </w:r>
    </w:p>
    <w:p>
      <w:r>
        <w:rPr>
          <w:b/>
        </w:rPr>
        <w:t xml:space="preserve">[05:25] </w:t>
      </w:r>
      <w:r>
        <w:t>to yeh bara khwab tha.</w:t>
      </w:r>
    </w:p>
    <w:p>
      <w:pPr>
        <w:jc w:val="right"/>
      </w:pPr>
      <w:r>
        <w:t>تو یہ بڑا خواب تھا۔</w:t>
      </w:r>
    </w:p>
    <w:p>
      <w:r>
        <w:rPr>
          <w:b/>
        </w:rPr>
        <w:t xml:space="preserve">[05:29] </w:t>
      </w:r>
      <w:r>
        <w:t>lekin main apne khwab mein jeeta raha.</w:t>
      </w:r>
    </w:p>
    <w:p>
      <w:pPr>
        <w:jc w:val="right"/>
      </w:pPr>
      <w:r>
        <w:t>لیکن میں اپنے خواب میں جیتا رہا۔</w:t>
      </w:r>
    </w:p>
    <w:p>
      <w:r>
        <w:rPr>
          <w:b/>
        </w:rPr>
        <w:t xml:space="preserve">[05:39] </w:t>
      </w:r>
      <w:r>
        <w:t>lekin Allah ne kamyabi ata farmayi. aur hamara mission</w:t>
      </w:r>
    </w:p>
    <w:p>
      <w:pPr>
        <w:jc w:val="right"/>
      </w:pPr>
      <w:r>
        <w:t>لیکن اللہ نے کامیابی عطا فرمائی۔ اور ہمارا مشن</w:t>
      </w:r>
    </w:p>
    <w:p>
      <w:r>
        <w:rPr>
          <w:b/>
        </w:rPr>
        <w:t xml:space="preserve">[05:52] </w:t>
      </w:r>
      <w:r>
        <w:t>yahan ke English press mein aana shuru ho gaya.</w:t>
      </w:r>
    </w:p>
    <w:p>
      <w:pPr>
        <w:jc w:val="right"/>
      </w:pPr>
      <w:r>
        <w:t>یہاں کے انگلش پریس میں آنا شروع ہو گیا۔</w:t>
      </w:r>
    </w:p>
    <w:p>
      <w:r>
        <w:rPr>
          <w:b/>
        </w:rPr>
        <w:t xml:space="preserve">[06:00] </w:t>
      </w:r>
      <w:r>
        <w:t>aur ab Allah farz se regular aata hai. to aaj ka jo ishu hai, is mein aap jantay hain ke yeh</w:t>
      </w:r>
    </w:p>
    <w:p>
      <w:pPr>
        <w:jc w:val="right"/>
      </w:pPr>
      <w:r>
        <w:t>اور اب اللہ فرض سے ریگولر آتا ہے۔ تو آج کا جو ایشو ہے، اس میں آپ جانتے ہیں کہ یہ</w:t>
      </w:r>
    </w:p>
    <w:p>
      <w:r>
        <w:rPr>
          <w:b/>
        </w:rPr>
        <w:t xml:space="preserve">[06:15] </w:t>
      </w:r>
      <w:r>
        <w:t>womens day hai yeh. to yeh sari dunya ka civil jo concept hai aurat ke baray mein, woh kya hai?</w:t>
      </w:r>
    </w:p>
    <w:p>
      <w:pPr>
        <w:jc w:val="right"/>
      </w:pPr>
      <w:r>
        <w:t>وومنز ڈے ہے یہ۔ تو یہ ساری دنیا کا سول جو کانسیپٹ ہے عورت کے بارے میں، وہ کیا ہے؟</w:t>
      </w:r>
    </w:p>
    <w:p>
      <w:r>
        <w:rPr>
          <w:b/>
        </w:rPr>
        <w:t xml:space="preserve">[06:26] </w:t>
      </w:r>
      <w:r>
        <w:t>gender equality. gender equality. bas. aur is ke is criteria ko le kar ke,</w:t>
      </w:r>
    </w:p>
    <w:p>
      <w:pPr>
        <w:jc w:val="right"/>
      </w:pPr>
      <w:r>
        <w:t>جینڈر ایکولٹی۔ جینڈر ایکولٹی۔ بس۔ اور اس کے اس کرائیٹیریا کو لے کر کے،</w:t>
      </w:r>
    </w:p>
    <w:p>
      <w:r>
        <w:rPr>
          <w:b/>
        </w:rPr>
        <w:t xml:space="preserve">[06:40] </w:t>
      </w:r>
      <w:r>
        <w:t>is criteria ko le kar sari dunya mein ek soch bani hui hai ke Islam khawateen ko</w:t>
      </w:r>
    </w:p>
    <w:p>
      <w:pPr>
        <w:jc w:val="right"/>
      </w:pPr>
      <w:r>
        <w:t>اس کرائیٹیریا کو لے کر ساری دنیا میں ایک سوچ بنی ہوئی ہے کہ اسلام خواتین کو</w:t>
      </w:r>
    </w:p>
    <w:p>
      <w:r>
        <w:rPr>
          <w:b/>
        </w:rPr>
        <w:t xml:space="preserve">[06:49] </w:t>
      </w:r>
      <w:r>
        <w:t>kam darja deta hai. khawateen ka darja Islam mein kam hai.</w:t>
      </w:r>
    </w:p>
    <w:p>
      <w:pPr>
        <w:jc w:val="right"/>
      </w:pPr>
      <w:r>
        <w:t>کم درجہ دیتا ہے۔ خواتین کا درجہ اسلام میں کم ہے۔</w:t>
      </w:r>
    </w:p>
    <w:p>
      <w:r>
        <w:rPr>
          <w:b/>
        </w:rPr>
        <w:t xml:space="preserve">[06:59] </w:t>
      </w:r>
      <w:r>
        <w:t>is par main ne kai kitaben likhi hain. aur yeh bataya ke Islam ka role khawateen ke baray mein, Islam ka jo concept hai khawateen ke baray mein,</w:t>
      </w:r>
    </w:p>
    <w:p>
      <w:pPr>
        <w:jc w:val="right"/>
      </w:pPr>
      <w:r>
        <w:t>اس پر میں نے کئی کتابیں لکھی ہیں۔ اور یہ بتایا کہ اسلام کا رول خواتین کے بارے میں، اسلام کا جو کانسیپٹ ہے خواتین کے بارے میں،</w:t>
      </w:r>
    </w:p>
    <w:p>
      <w:r>
        <w:rPr>
          <w:b/>
        </w:rPr>
        <w:t xml:space="preserve">[07:17] </w:t>
      </w:r>
      <w:r>
        <w:t>woh woh nahi hai jo aap samajhtay hain.</w:t>
      </w:r>
    </w:p>
    <w:p>
      <w:pPr>
        <w:jc w:val="right"/>
      </w:pPr>
      <w:r>
        <w:t>وہ وہ نہیں ہے جو آپ سمجھتے ہیں۔</w:t>
      </w:r>
    </w:p>
    <w:p>
      <w:r>
        <w:rPr>
          <w:b/>
        </w:rPr>
        <w:t xml:space="preserve">[07:22] </w:t>
      </w:r>
      <w:r>
        <w:t>aaj ki dunya mein jo lafz chala hua hai, woh hai gender equality.</w:t>
      </w:r>
    </w:p>
    <w:p>
      <w:pPr>
        <w:jc w:val="right"/>
      </w:pPr>
      <w:r>
        <w:t>آج کی دنیا میں جو لفظ چلا ہوا ہے، وہ ہے جینڈر ایکولٹی۔</w:t>
      </w:r>
    </w:p>
    <w:p>
      <w:r>
        <w:rPr>
          <w:b/>
        </w:rPr>
        <w:t xml:space="preserve">[07:32] </w:t>
      </w:r>
      <w:r>
        <w:t>to main ne yeh bataya ke Islam ka concept gender equality nahi hai.</w:t>
      </w:r>
    </w:p>
    <w:p>
      <w:pPr>
        <w:jc w:val="right"/>
      </w:pPr>
      <w:r>
        <w:t>تو میں نے یہ بتایا کہ اسلام کا کانسیپٹ جینڈر ایکولٹی نہیں ہے۔</w:t>
      </w:r>
    </w:p>
    <w:p>
      <w:r>
        <w:rPr>
          <w:b/>
        </w:rPr>
        <w:t xml:space="preserve">[07:41] </w:t>
      </w:r>
      <w:r>
        <w:t>balkay yeh hai equal but different. equal but different.</w:t>
      </w:r>
    </w:p>
    <w:p>
      <w:pPr>
        <w:jc w:val="right"/>
      </w:pPr>
      <w:r>
        <w:t>بلکہ یہ ہے ایکول بٹ ڈفرنٹ۔ ایکول بٹ ڈفرنٹ۔</w:t>
      </w:r>
    </w:p>
    <w:p>
      <w:r>
        <w:rPr>
          <w:b/>
        </w:rPr>
        <w:t xml:space="preserve">[07:50] </w:t>
      </w:r>
      <w:r>
        <w:t>is liye hum ne kai kitaben chapin, Urdu mein, English mein. wohi chalta raha.</w:t>
      </w:r>
    </w:p>
    <w:p>
      <w:pPr>
        <w:jc w:val="right"/>
      </w:pPr>
      <w:r>
        <w:t>اس لیے ہم نے کئی کتابیں چھاپیں، اردو میں، انگلش میں۔ وہی چلتا رہا۔</w:t>
      </w:r>
    </w:p>
    <w:p>
      <w:r>
        <w:rPr>
          <w:b/>
        </w:rPr>
        <w:t xml:space="preserve">[08:00] </w:t>
      </w:r>
      <w:r>
        <w:t>aaj yeh dekhen chupa hai. isi concept ko le kar hamare mission mein CPS ki jo lady chairman hain, Professor Khurida Khanam,</w:t>
      </w:r>
    </w:p>
    <w:p>
      <w:pPr>
        <w:jc w:val="right"/>
      </w:pPr>
      <w:r>
        <w:t>آج یہ دیکھیں چھپا ہے۔ اسی کانسیپٹ کو لے کر ہمارے مشن میں سی پی ایس کی جو لیڈی چیئرمین ہیں، پروفیسر خریدہ خانم،</w:t>
      </w:r>
    </w:p>
    <w:p>
      <w:r>
        <w:rPr>
          <w:b/>
        </w:rPr>
        <w:t xml:space="preserve">[08:14] </w:t>
      </w:r>
      <w:r>
        <w:t>un ke naam se yeh chupa hai.</w:t>
      </w:r>
    </w:p>
    <w:p>
      <w:pPr>
        <w:jc w:val="right"/>
      </w:pPr>
      <w:r>
        <w:t>ان کے نام سے یہ چھپا ہے۔</w:t>
      </w:r>
    </w:p>
    <w:p>
      <w:r>
        <w:rPr>
          <w:b/>
        </w:rPr>
        <w:t xml:space="preserve">[08:18] </w:t>
      </w:r>
      <w:r>
        <w:t>lekin yeh jo english press mein jo aa rahi hain baatein hain, hamare mission ki, yaad rakhiye woh kisi ek ka karname nahi hai.</w:t>
      </w:r>
    </w:p>
    <w:p>
      <w:pPr>
        <w:jc w:val="right"/>
      </w:pPr>
      <w:r>
        <w:t>لیکن یہ جو انگلش پریس میں جو آ رہی ہیں باتیں ہیں، ہمارے مشن کی، یاد رکھیے وہ کسی ایک کا کارنامہ نہیں ہے۔</w:t>
      </w:r>
    </w:p>
    <w:p>
      <w:r>
        <w:rPr>
          <w:b/>
        </w:rPr>
        <w:t xml:space="preserve">[08:32] </w:t>
      </w:r>
      <w:r>
        <w:t>na mera aur na kisi aur ka. woh saari jo khawateen hamare mission se juri hain, un sab ka karname hai.</w:t>
      </w:r>
    </w:p>
    <w:p>
      <w:pPr>
        <w:jc w:val="right"/>
      </w:pPr>
      <w:r>
        <w:t>نہ میرا اور نہ کسی اور کا۔ وہ ساری جو خواتین ہمارے مشن سے جڑی ہیں، ان سب کا کارنامہ ہے۔</w:t>
      </w:r>
    </w:p>
    <w:p>
      <w:r>
        <w:rPr>
          <w:b/>
        </w:rPr>
        <w:t xml:space="preserve">[08:43] </w:t>
      </w:r>
      <w:r>
        <w:t>misalan dekhiye America mein Kausar sahiba hain, Zeeba sahiba hain.</w:t>
      </w:r>
    </w:p>
    <w:p>
      <w:pPr>
        <w:jc w:val="right"/>
      </w:pPr>
      <w:r>
        <w:t>مثلاً دیکھیے امریکہ میں کوثر صاحبہ ہیں، زیبہ صاحبہ ہیں۔</w:t>
      </w:r>
    </w:p>
    <w:p>
      <w:r>
        <w:rPr>
          <w:b/>
        </w:rPr>
        <w:t xml:space="preserve">[08:53] </w:t>
      </w:r>
      <w:r>
        <w:t>aise hi India mein Naghma sahiba hain,</w:t>
      </w:r>
    </w:p>
    <w:p>
      <w:pPr>
        <w:jc w:val="right"/>
      </w:pPr>
      <w:r>
        <w:t>ایسے ہی انڈیا میں نغمہ صاحبہ ہیں،</w:t>
      </w:r>
    </w:p>
    <w:p>
      <w:r>
        <w:rPr>
          <w:b/>
        </w:rPr>
        <w:t xml:space="preserve">[09:01] </w:t>
      </w:r>
      <w:r>
        <w:t>Maria sahiba hain,</w:t>
      </w:r>
    </w:p>
    <w:p>
      <w:pPr>
        <w:jc w:val="right"/>
      </w:pPr>
      <w:r>
        <w:t>ماریہ صاحبہ ہیں،</w:t>
      </w:r>
    </w:p>
    <w:p>
      <w:r>
        <w:rPr>
          <w:b/>
        </w:rPr>
        <w:t xml:space="preserve">[09:06] </w:t>
      </w:r>
      <w:r>
        <w:t>Esti sahiba hain.</w:t>
      </w:r>
    </w:p>
    <w:p>
      <w:pPr>
        <w:jc w:val="right"/>
      </w:pPr>
      <w:r>
        <w:t>استی صاحبہ ہیں۔</w:t>
      </w:r>
    </w:p>
    <w:p>
      <w:r>
        <w:rPr>
          <w:b/>
        </w:rPr>
        <w:t xml:space="preserve">[09:12] </w:t>
      </w:r>
      <w:r>
        <w:t>toh poori duniya mein khawateen ka ek bahut hi educated group hai, educated, woh juda hua hai is mission se.</w:t>
      </w:r>
    </w:p>
    <w:p>
      <w:pPr>
        <w:jc w:val="right"/>
      </w:pPr>
      <w:r>
        <w:t>تو پوری دنیا میں خواتین کا ایک بہت ہی ایجوکیٹڈ گروہ ہے، ایجوکیٹڈ، وہ جڑا ہوا ہے اس مشن سے۔</w:t>
      </w:r>
    </w:p>
    <w:p>
      <w:r>
        <w:rPr>
          <w:b/>
        </w:rPr>
        <w:t xml:space="preserve">[09:22] </w:t>
      </w:r>
      <w:r>
        <w:t>har jagah. har mulk mein. woh sab mil kar ke yeh yeh ek muhim chala rahi hain sab log.</w:t>
      </w:r>
    </w:p>
    <w:p>
      <w:pPr>
        <w:jc w:val="right"/>
      </w:pPr>
      <w:r>
        <w:t>ہر جگہ۔ ہر ملک میں۔ وہ سب مل کر کے یہ یہ ایک مہم چلا رہی ہیں سب لوگ۔</w:t>
      </w:r>
    </w:p>
    <w:p>
      <w:r>
        <w:rPr>
          <w:b/>
        </w:rPr>
        <w:t xml:space="preserve">[09:36] </w:t>
      </w:r>
      <w:r>
        <w:t>ke ab tak English press mein aata tha musalmanon ke commercial misaal, commercial.</w:t>
      </w:r>
    </w:p>
    <w:p>
      <w:pPr>
        <w:jc w:val="right"/>
      </w:pPr>
      <w:r>
        <w:t>کہ اب تک انگلش پریس میں آتا تھا مسلمانوں کے کمرل مثال، کمرل۔</w:t>
      </w:r>
    </w:p>
    <w:p>
      <w:r>
        <w:rPr>
          <w:b/>
        </w:rPr>
        <w:t xml:space="preserve">[09:48] </w:t>
      </w:r>
      <w:r>
        <w:t>ab chahte hain woh lana. Islam ka concept kya hai? Islam ka concept. woh Allah ke fazal se bahut hi powerful andaaz mein aa raha hai.</w:t>
      </w:r>
    </w:p>
    <w:p>
      <w:pPr>
        <w:jc w:val="right"/>
      </w:pPr>
      <w:r>
        <w:t>اب چاہتے ہیں وہ لانا۔ اسلام کا کانسیپٹ کیا ہے؟ اسلام کا کانسیپٹ۔ وہ اللہ کے فضل سے بہت ہی پاور فل انداز میں آ رہا ہے۔</w:t>
      </w:r>
    </w:p>
    <w:p>
      <w:r>
        <w:rPr>
          <w:b/>
        </w:rPr>
        <w:t xml:space="preserve">[10:02] </w:t>
      </w:r>
      <w:r>
        <w:t>Islam ka concept na ke musalmanon ke commercial masail. isi ki ek misal yeh hai jo aaj chupa hai jab ke khawateen ka day manaya ja raha hai dunya bhar mein.</w:t>
      </w:r>
    </w:p>
    <w:p>
      <w:pPr>
        <w:jc w:val="right"/>
      </w:pPr>
      <w:r>
        <w:t>اسلام کا کانسیپٹ نہ کہ مسلمانوں کے کمرل مسائل۔ اسی کی ایک مثال یہ ہے جو آج چھپا ہے جب کہ خواتین کا ڈے منایا جا رہا ہے دنیا بھر میں۔</w:t>
      </w:r>
    </w:p>
    <w:p>
      <w:r>
        <w:rPr>
          <w:b/>
        </w:rPr>
        <w:t xml:space="preserve">[10:23] </w:t>
      </w:r>
      <w:r>
        <w:t>toh hamara mission jo hai,</w:t>
      </w:r>
    </w:p>
    <w:p>
      <w:pPr>
        <w:jc w:val="right"/>
      </w:pPr>
      <w:r>
        <w:t>تو ہمارا مشن جو ہے،</w:t>
      </w:r>
    </w:p>
    <w:p>
      <w:r>
        <w:rPr>
          <w:b/>
        </w:rPr>
        <w:t xml:space="preserve">[10:27] </w:t>
      </w:r>
      <w:r>
        <w:t>yeh CPS ka mission jo hai,</w:t>
      </w:r>
    </w:p>
    <w:p>
      <w:pPr>
        <w:jc w:val="right"/>
      </w:pPr>
      <w:r>
        <w:t>یہ سی پی ایس کا مشن جو ہے،</w:t>
      </w:r>
    </w:p>
    <w:p>
      <w:r>
        <w:rPr>
          <w:b/>
        </w:rPr>
        <w:t xml:space="preserve">[10:31] </w:t>
      </w:r>
      <w:r>
        <w:t>woh</w:t>
      </w:r>
    </w:p>
    <w:p>
      <w:pPr>
        <w:jc w:val="right"/>
      </w:pPr>
      <w:r>
        <w:t>وہ</w:t>
      </w:r>
    </w:p>
    <w:p>
      <w:r>
        <w:rPr>
          <w:b/>
        </w:rPr>
        <w:t xml:space="preserve">[10:35] </w:t>
      </w:r>
      <w:r>
        <w:t>Islam ki image, image building ka mission, ek ek aitbaar se keh sakte hain aap is ko. Islam ki image building ka mission.</w:t>
      </w:r>
    </w:p>
    <w:p>
      <w:pPr>
        <w:jc w:val="right"/>
      </w:pPr>
      <w:r>
        <w:t>اسلام کی امیج، امیج بلڈنگ کا مشن، ایک ایک اعتبار سے کہہ سکتے ہیں آپ اس کو۔ اسلام کی امیج بلڈنگ کا مشن۔</w:t>
      </w:r>
    </w:p>
    <w:p>
      <w:r>
        <w:rPr>
          <w:b/>
        </w:rPr>
        <w:t xml:space="preserve">[10:46] </w:t>
      </w:r>
      <w:r>
        <w:t>yani khawateen ke hawale se, peace ke hawale se,</w:t>
      </w:r>
    </w:p>
    <w:p>
      <w:pPr>
        <w:jc w:val="right"/>
      </w:pPr>
      <w:r>
        <w:t>یعنی خواتین کے حوالے سے، پیس کے حوالے سے،</w:t>
      </w:r>
    </w:p>
    <w:p>
      <w:r>
        <w:rPr>
          <w:b/>
        </w:rPr>
        <w:t xml:space="preserve">[10:53] </w:t>
      </w:r>
      <w:r>
        <w:t>aur commercial harmony ke hawale se,</w:t>
      </w:r>
    </w:p>
    <w:p>
      <w:pPr>
        <w:jc w:val="right"/>
      </w:pPr>
      <w:r>
        <w:t>اور کمرل ہارمونی کے حوالے سے،</w:t>
      </w:r>
    </w:p>
    <w:p>
      <w:r>
        <w:rPr>
          <w:b/>
        </w:rPr>
        <w:t xml:space="preserve">[11:00] </w:t>
      </w:r>
      <w:r>
        <w:t>aurat aur mard ke hawale se. jitne issues hain, is mein jo Islam ka point of view hai, us ko Quran o Hadees se le kar ke sahi andaaz mein present karna.</w:t>
      </w:r>
    </w:p>
    <w:p>
      <w:pPr>
        <w:jc w:val="right"/>
      </w:pPr>
      <w:r>
        <w:t>عورت اور مرد کے حوالے سے۔ جتنے ایشوز ہیں، اس میں جو اسلام کا پوائنٹ آف ویو ہے، اس کو قرآن و حدیث سے لے کر کے صحیح انداز میں پریزنٹ کرنا۔</w:t>
      </w:r>
    </w:p>
    <w:p>
      <w:r>
        <w:rPr>
          <w:b/>
        </w:rPr>
        <w:t xml:space="preserve">[11:18] </w:t>
      </w:r>
      <w:r>
        <w:t>toh hamare bahut se saathi jo mardon mein hain, Masha Allah, woh is mein lage hue hain. isi tarah khawateen ka bhi ek group hai.</w:t>
      </w:r>
    </w:p>
    <w:p>
      <w:pPr>
        <w:jc w:val="right"/>
      </w:pPr>
      <w:r>
        <w:t>تو ہمارے بہت سے ساتھی جو مردوں میں ہیں، ماشاءاللہ، وہ اس میں لگے ہوئے ہیں۔ اسی طرح خواتین کا بھی ایک گروپ ہے۔</w:t>
      </w:r>
    </w:p>
    <w:p>
      <w:r>
        <w:rPr>
          <w:b/>
        </w:rPr>
        <w:t xml:space="preserve">[11:28] </w:t>
      </w:r>
      <w:r>
        <w:t>India se le kar America tak.</w:t>
      </w:r>
    </w:p>
    <w:p>
      <w:pPr>
        <w:jc w:val="right"/>
      </w:pPr>
      <w:r>
        <w:t>انڈیا سے لے کر امریکہ تک۔</w:t>
      </w:r>
    </w:p>
    <w:p>
      <w:r>
        <w:rPr>
          <w:b/>
        </w:rPr>
        <w:t xml:space="preserve">[11:33] </w:t>
      </w:r>
      <w:r>
        <w:t>woh is mein laga hua hai.</w:t>
      </w:r>
    </w:p>
    <w:p>
      <w:pPr>
        <w:jc w:val="right"/>
      </w:pPr>
      <w:r>
        <w:t>وہ اس میں لگا ہوا ہے۔</w:t>
      </w:r>
    </w:p>
    <w:p>
      <w:r>
        <w:rPr>
          <w:b/>
        </w:rPr>
        <w:t xml:space="preserve">[11:39] </w:t>
      </w:r>
      <w:r>
        <w:t>yani Urdu mein toh aata hi hai. is ke ilawa English press mein barabar aa raha hai.</w:t>
      </w:r>
    </w:p>
    <w:p>
      <w:pPr>
        <w:jc w:val="right"/>
      </w:pPr>
      <w:r>
        <w:t>یعنی اردو میں تو آتا ہی ہے۔ اس کے علاوہ انگلش پریس میں برابر آ رہا ہے۔</w:t>
      </w:r>
    </w:p>
    <w:p>
      <w:r>
        <w:rPr>
          <w:b/>
        </w:rPr>
        <w:t xml:space="preserve">[11:48] </w:t>
      </w:r>
      <w:r>
        <w:t>hamari ek saathi hain, Sarah Fatima. woh toh baqayda ek parche nikal rahi hain, aspect of Islam.</w:t>
      </w:r>
    </w:p>
    <w:p>
      <w:pPr>
        <w:jc w:val="right"/>
      </w:pPr>
      <w:r>
        <w:t>ہماری ایک ساتھی ہیں، سارہ فاطمہ۔ وہ تو باقاعدہ ایک پرچے نکال رہی ہیں، اسپیٹ آف اسلام۔</w:t>
      </w:r>
    </w:p>
    <w:p>
      <w:r>
        <w:rPr>
          <w:b/>
        </w:rPr>
        <w:t xml:space="preserve">[11:59] </w:t>
      </w:r>
      <w:r>
        <w:t>is mein baqayda har mahine Islam ka nuqta nazar chhapa ja raha hai.</w:t>
      </w:r>
    </w:p>
    <w:p>
      <w:pPr>
        <w:jc w:val="right"/>
      </w:pPr>
      <w:r>
        <w:t>اس میں باقاعدہ ہر مہینے اسلام کا نقطہ نظر چھاپا جا رہا ہے۔</w:t>
      </w:r>
    </w:p>
    <w:p>
      <w:r>
        <w:rPr>
          <w:b/>
        </w:rPr>
        <w:t xml:space="preserve">[12:13] </w:t>
      </w:r>
      <w:r>
        <w:t>to yeh dekhiye, hamara asal mission to dawat hai. dawat.</w:t>
      </w:r>
    </w:p>
    <w:p>
      <w:pPr>
        <w:jc w:val="right"/>
      </w:pPr>
      <w:r>
        <w:t>تو یہ دیکھیے، ہمارا اصل مشن تو دعوت ہے۔ دعوت۔</w:t>
      </w:r>
    </w:p>
    <w:p>
      <w:r>
        <w:rPr>
          <w:b/>
        </w:rPr>
        <w:t xml:space="preserve">[12:23] </w:t>
      </w:r>
      <w:r>
        <w:t>asal mission dawat hai. yani Allah ke paigham ko, Quran ke paigham ko, Rasool Allah ki sunnat ke paigham ko dunya tak pahunchana.</w:t>
      </w:r>
    </w:p>
    <w:p>
      <w:pPr>
        <w:jc w:val="right"/>
      </w:pPr>
      <w:r>
        <w:t>اصل مشن دعوت ہے۔ یعنی اللہ کے پیغام کو، قرآن کے پیغام کو، رسول اللہ کی سنت کے پیغام کو دنیا تک پہنچانا۔</w:t>
      </w:r>
    </w:p>
    <w:p>
      <w:r>
        <w:rPr>
          <w:b/>
        </w:rPr>
        <w:t xml:space="preserve">[12:35] </w:t>
      </w:r>
      <w:r>
        <w:t>yani ke isi ke sath sath yeh bhi hai ke jo image kharab ho gayi hai Islam ki, us ko durust karna. image ko sahi karna.</w:t>
      </w:r>
    </w:p>
    <w:p>
      <w:pPr>
        <w:jc w:val="right"/>
      </w:pPr>
      <w:r>
        <w:t>یعنی کہ اسی کے ساتھ ساتھ یہ بھی ہے کہ جو امیج خراب ہو گئی ہے اسلام کی، اس کو درست کرنا۔ امیج کو صحیح کرنا۔</w:t>
      </w:r>
    </w:p>
    <w:p>
      <w:r>
        <w:rPr>
          <w:b/>
        </w:rPr>
        <w:t xml:space="preserve">[12:50] </w:t>
      </w:r>
      <w:r>
        <w:t>to asal mission to Quran hai. isi ke sath aik bohat hi important hai yeh baat, image building.</w:t>
      </w:r>
    </w:p>
    <w:p>
      <w:pPr>
        <w:jc w:val="right"/>
      </w:pPr>
      <w:r>
        <w:t>تو اصل مشن تو قرآن ہے۔ اسی کے ساتھ ایک بہت ہی امپورٹنٹ ہے یہ بات، امیج بلڈنگ۔</w:t>
      </w:r>
    </w:p>
    <w:p>
      <w:r>
        <w:rPr>
          <w:b/>
        </w:rPr>
        <w:t xml:space="preserve">[13:02] </w:t>
      </w:r>
      <w:r>
        <w:t>woh bhi sath sath hai. to is mein sari dunya mein khawateen, parhi likhi khawateen, educated khawateen ka aik group hai.</w:t>
      </w:r>
    </w:p>
    <w:p>
      <w:pPr>
        <w:jc w:val="right"/>
      </w:pPr>
      <w:r>
        <w:t>وہ بھی ساتھ ساتھ ہے۔ تو اس میں ساری دنیا میں خواتین، پڑھی لکھی خواتین، ایجوکیٹڈ خواتین کا ایک گروپ ہے۔</w:t>
      </w:r>
    </w:p>
    <w:p>
      <w:r>
        <w:rPr>
          <w:b/>
        </w:rPr>
        <w:t xml:space="preserve">[13:12] </w:t>
      </w:r>
      <w:r>
        <w:t>woh poori tarah hamare sath hai. jin mein chand ka naam liya maine. chand ka naam. is ke ilawa bohat si khawateen hain.</w:t>
      </w:r>
    </w:p>
    <w:p>
      <w:pPr>
        <w:jc w:val="right"/>
      </w:pPr>
      <w:r>
        <w:t>وہ پوری طرح ہمارے ساتھ ہے۔ جن میں چند کا نام لیا میں نے۔ چند کا نام۔ اس کے علاوہ بہت سی خواتین ہیں۔</w:t>
      </w:r>
    </w:p>
    <w:p>
      <w:r>
        <w:rPr>
          <w:b/>
        </w:rPr>
        <w:t xml:space="preserve">[13:23] </w:t>
      </w:r>
      <w:r>
        <w:t>parhi likhi khawateen. to main Allah ka shukar ada karta hoon ke is ne hamein aisa group diya is mission ko.</w:t>
      </w:r>
    </w:p>
    <w:p>
      <w:pPr>
        <w:jc w:val="right"/>
      </w:pPr>
      <w:r>
        <w:t>پڑھی لکھی خواتین۔ تو میں اللہ کا شکر ادا کرتا ہوں کہ اس نے ہمیں ایسا گروپ دیا اس مشن کو۔</w:t>
      </w:r>
    </w:p>
    <w:p>
      <w:r>
        <w:rPr>
          <w:b/>
        </w:rPr>
        <w:t xml:space="preserve">[13:37] </w:t>
      </w:r>
      <w:r>
        <w:t>mardon mein bhi, khawateen mein bhi.</w:t>
      </w:r>
    </w:p>
    <w:p>
      <w:pPr>
        <w:jc w:val="right"/>
      </w:pPr>
      <w:r>
        <w:t>مردوں میں بھی، خواتین میں بھی۔</w:t>
      </w:r>
    </w:p>
    <w:p>
      <w:r>
        <w:rPr>
          <w:b/>
        </w:rPr>
        <w:t xml:space="preserve">[13:42] </w:t>
      </w:r>
      <w:r>
        <w:t>jo Quran ki line par, Rasool Allah ki sunnat ki line par,</w:t>
      </w:r>
    </w:p>
    <w:p>
      <w:pPr>
        <w:jc w:val="right"/>
      </w:pPr>
      <w:r>
        <w:t>جو قرآن کی لائن پر، رسول اللہ کی سنت کی لائن پر،</w:t>
      </w:r>
    </w:p>
    <w:p>
      <w:r>
        <w:rPr>
          <w:b/>
        </w:rPr>
        <w:t xml:space="preserve">[13:51] </w:t>
      </w:r>
      <w:r>
        <w:t>sahi deen Khuda wandi ka sahi</w:t>
      </w:r>
    </w:p>
    <w:p>
      <w:pPr>
        <w:jc w:val="right"/>
      </w:pPr>
      <w:r>
        <w:t>صحیح دین خداوندی کا صحیح</w:t>
      </w:r>
    </w:p>
    <w:p>
      <w:r>
        <w:rPr>
          <w:b/>
        </w:rPr>
        <w:t xml:space="preserve">[14:02] </w:t>
      </w:r>
      <w:r>
        <w:t>rukh pesh kar raha hai.</w:t>
      </w:r>
    </w:p>
    <w:p>
      <w:pPr>
        <w:jc w:val="right"/>
      </w:pPr>
      <w:r>
        <w:t>رخ پیش کر رہا ہے۔</w:t>
      </w:r>
    </w:p>
    <w:p>
      <w:r>
        <w:rPr>
          <w:b/>
        </w:rPr>
        <w:t xml:space="preserve">[14:07] </w:t>
      </w:r>
      <w:r>
        <w:t>ab main aaj ke lehaz se aik ayat Quran ki, us ki kuch wazahat karna chahta hoon. woh ayat aap parhiye. bismillah-ir-rehman-ir-rahim.</w:t>
      </w:r>
    </w:p>
    <w:p>
      <w:pPr>
        <w:jc w:val="right"/>
      </w:pPr>
      <w:r>
        <w:t>اب میں آج کے لحاظ سے ایک آیت قرآن کی، اس کی کچھ وضاحت کرنا چاہتا ہوں۔ وہ آیت آپ پڑھیے۔ بسم اللہ الرحمن الرحیم۔</w:t>
      </w:r>
    </w:p>
    <w:p>
      <w:r>
        <w:rPr>
          <w:b/>
        </w:rPr>
        <w:t xml:space="preserve">[14:19] </w:t>
      </w:r>
      <w:r>
        <w:t>ya ayyatul nafsul mutmainnah, irji'i ila rabbiki raziyatam marziyah, fadkhuli fi ibadi, wadkhuli jannati.</w:t>
      </w:r>
    </w:p>
    <w:p>
      <w:pPr>
        <w:jc w:val="right"/>
      </w:pPr>
      <w:r>
        <w:t>یا ایتہ النفس المطمئنہ، ارجعی الی ربک راضیۃ مرضیہ، فادخلی فی عبادی وادخلی جنتی۔</w:t>
      </w:r>
    </w:p>
    <w:p>
      <w:r>
        <w:rPr>
          <w:b/>
        </w:rPr>
        <w:t xml:space="preserve">[14:32] </w:t>
      </w:r>
      <w:r>
        <w:t>Surah Al-Fajr, chapter number 89, verse number 27, 28, 29, 30.</w:t>
      </w:r>
    </w:p>
    <w:p>
      <w:pPr>
        <w:jc w:val="right"/>
      </w:pPr>
      <w:r>
        <w:t>سورہ الفجر، چیپٹر نمبر 89، ورس نمبر 27، 28، 29، 30۔</w:t>
      </w:r>
    </w:p>
    <w:p>
      <w:r>
        <w:rPr>
          <w:b/>
        </w:rPr>
        <w:t xml:space="preserve">[14:43] </w:t>
      </w:r>
      <w:r>
        <w:t>Ae nafs-e-mutmainnah, apne Rab ki taraf loṭo, khushi khushi aur khush ki hui, khush karne wali aur khush ki hui.</w:t>
      </w:r>
    </w:p>
    <w:p>
      <w:pPr>
        <w:jc w:val="right"/>
      </w:pPr>
      <w:r>
        <w:t>اے نفس مطمئن، اپنے رب کی طرف لوٹو، خوشی خوشی اور خشکی ہوئی، خوش کرنے والی اور خشکی ہوئی۔</w:t>
      </w:r>
    </w:p>
    <w:p>
      <w:r>
        <w:rPr>
          <w:b/>
        </w:rPr>
        <w:t xml:space="preserve">[14:53] </w:t>
      </w:r>
      <w:r>
        <w:t>Dakhil ho jao mere bando ke darmiyan aur dakhil ho jao meri jannat mein. dekhiye, nafs-e-mutmainnah kya hai?</w:t>
      </w:r>
    </w:p>
    <w:p>
      <w:pPr>
        <w:jc w:val="right"/>
      </w:pPr>
      <w:r>
        <w:t>داخل ہو جاؤ میرے بندوں کے درمیان اور داخل ہو جاؤ میری جنت میں۔ دیکھیے، نفس مطمئن کیا ہے؟</w:t>
      </w:r>
    </w:p>
    <w:p>
      <w:r>
        <w:rPr>
          <w:b/>
        </w:rPr>
        <w:t xml:space="preserve">[15:11] </w:t>
      </w:r>
      <w:r>
        <w:t>main samajhta hoon ke is ka matlab yeh hai ke woh insan jo</w:t>
      </w:r>
    </w:p>
    <w:p>
      <w:pPr>
        <w:jc w:val="right"/>
      </w:pPr>
      <w:r>
        <w:t>میں سمجھتا ہوں کہ اس کا مطلب یہ ہے کہ وہ انسان جو</w:t>
      </w:r>
    </w:p>
    <w:p>
      <w:r>
        <w:rPr>
          <w:b/>
        </w:rPr>
        <w:t xml:space="preserve">[15:19] </w:t>
      </w:r>
      <w:r>
        <w:t>razi ho gaya, mutmain ho gaya, Allah ki scheme of things par, usi hal mein jiya, usi hal mein us ko maut aayi, Allah ke haan pahuncha ke woh dunya ki zindagi mein Allah ke plan par, Allah ke scheme of things par razi tha,</w:t>
      </w:r>
    </w:p>
    <w:p>
      <w:pPr>
        <w:jc w:val="right"/>
      </w:pPr>
      <w:r>
        <w:t>راضی ہو گیا، مطمئن ہو گیا، اللہ کی سکیم آف تھنگز پر، اسی حال میں جیا، اسی حال میں اس کو موت آئی، اللہ کے ہاں پہنچا کہ وہ دنیا کی زندگی میں اللہ کے پلان پر، اللہ کے سکیم آف تھنگز پر راضی تھا،</w:t>
      </w:r>
    </w:p>
    <w:p>
      <w:r>
        <w:rPr>
          <w:b/>
        </w:rPr>
        <w:t xml:space="preserve">[15:42] </w:t>
      </w:r>
      <w:r>
        <w:t>usi ke liye jannat hai.</w:t>
      </w:r>
    </w:p>
    <w:p>
      <w:pPr>
        <w:jc w:val="right"/>
      </w:pPr>
      <w:r>
        <w:t>اسی کے لیے جنت ہے۔</w:t>
      </w:r>
    </w:p>
    <w:p>
      <w:r>
        <w:rPr>
          <w:b/>
        </w:rPr>
        <w:t xml:space="preserve">[15:46] </w:t>
      </w:r>
      <w:r>
        <w:t>to dekhiye, dunya mein jo kuch ho raha hai, woh eternum paper nahi ho raha hai.</w:t>
      </w:r>
    </w:p>
    <w:p>
      <w:pPr>
        <w:jc w:val="right"/>
      </w:pPr>
      <w:r>
        <w:t>تو دیکھیے، دنیا میں جو کچھ ہو رہا ہے، وہ ایٹرنٹم پیپر نہیں ہو رہا ہے۔</w:t>
      </w:r>
    </w:p>
    <w:p>
      <w:r>
        <w:rPr>
          <w:b/>
        </w:rPr>
        <w:t xml:space="preserve">[15:58] </w:t>
      </w:r>
      <w:r>
        <w:t>misal ke taur par dekhiye, aik zamana tha ke dunya mein Muslim hukoomatein thin, Turkish Empire, Mughal Empire,</w:t>
      </w:r>
    </w:p>
    <w:p>
      <w:pPr>
        <w:jc w:val="right"/>
      </w:pPr>
      <w:r>
        <w:t>مثال کے طور پر دیکھیے، ایک زمانہ تھا کہ دنیا میں مسلم حکومتیں تھیں، ٹرکش ایمپائر، مغل ایمپائر،</w:t>
      </w:r>
    </w:p>
    <w:p>
      <w:r>
        <w:rPr>
          <w:b/>
        </w:rPr>
        <w:t xml:space="preserve">[16:11] </w:t>
      </w:r>
      <w:r>
        <w:t>Hyderabad State. to yeh eternum nahi tha, Allah ki scheme of things ke mutabiq tha.</w:t>
      </w:r>
    </w:p>
    <w:p>
      <w:pPr>
        <w:jc w:val="right"/>
      </w:pPr>
      <w:r>
        <w:t>حیدرآباد اسٹیٹ۔ تو یہ ایٹرنٹم نہیں تھا، اللہ کی سکیم آف تھنگز کے مطابق تھا۔</w:t>
      </w:r>
    </w:p>
    <w:p>
      <w:r>
        <w:rPr>
          <w:b/>
        </w:rPr>
        <w:t xml:space="preserve">[16:23] </w:t>
      </w:r>
      <w:r>
        <w:t>woh Quran mein hai ke Allah malikul mulk, tutul mulka mantasha, wa tanziul mulka mantasha.</w:t>
      </w:r>
    </w:p>
    <w:p>
      <w:pPr>
        <w:jc w:val="right"/>
      </w:pPr>
      <w:r>
        <w:t>وہ قرآن میں ہے کہ اللہ مالک الملک، توت الملک منتصا، وتنزع الملک منتصا۔</w:t>
      </w:r>
    </w:p>
    <w:p>
      <w:r>
        <w:rPr>
          <w:b/>
        </w:rPr>
        <w:t xml:space="preserve">[16:37] </w:t>
      </w:r>
      <w:r>
        <w:t>yani yeh Allah ka kaam hai ke kisi ko hukumat de, kisi ko na de. har zamane mein.</w:t>
      </w:r>
    </w:p>
    <w:p>
      <w:pPr>
        <w:jc w:val="right"/>
      </w:pPr>
      <w:r>
        <w:t>یعنی یہ اللہ کا کام ہے کہ کسی کو حکومت دے، کسی کو نہ دے۔ ہر زمانے میں۔</w:t>
      </w:r>
    </w:p>
    <w:p>
      <w:r>
        <w:rPr>
          <w:b/>
        </w:rPr>
        <w:t xml:space="preserve">[16:47] </w:t>
      </w:r>
      <w:r>
        <w:t>to jab woh waqt aaya ke Turkish Empire khatam hua, Mughal Empire khatam hua, Hyderabad State khatam hui, to logon ne,</w:t>
      </w:r>
    </w:p>
    <w:p>
      <w:pPr>
        <w:jc w:val="right"/>
      </w:pPr>
      <w:r>
        <w:t>تو جب وہ وقت آیا کہ ٹرکش ایمپائر ختم ہوا، مغل ایمپائر ختم ہوا، حیدرآباد اسٹیٹ ختم ہوئی، تو لوگوں نے،</w:t>
      </w:r>
    </w:p>
    <w:p>
      <w:r>
        <w:rPr>
          <w:b/>
        </w:rPr>
        <w:t xml:space="preserve">[17:04] </w:t>
      </w:r>
      <w:r>
        <w:t>hamare logon ne, is ko daal diya kisi ke zulm ke khane mein. yaani kisi zalim ne turkish empire ko khatm kiya hai, kisi zalim ne mughal empire ko khatm kiya hai,</w:t>
      </w:r>
    </w:p>
    <w:p>
      <w:pPr>
        <w:jc w:val="right"/>
      </w:pPr>
      <w:r>
        <w:t>ہمارے لوگوں نے، اس کو ڈال دیا کسی کے ظلم کے خانے میں۔ یعنی کسی ظالم نے ٹرکش ایمپائر کو ختم کیا ہے، کسی ظالم نے مغل ایمپائر کو ختم کیا ہے،</w:t>
      </w:r>
    </w:p>
    <w:p>
      <w:r>
        <w:rPr>
          <w:b/>
        </w:rPr>
        <w:t xml:space="preserve">[17:19] </w:t>
      </w:r>
      <w:r>
        <w:t>kisi zalim ne hyderabad state ko khatm kiya hai. aur phir isi ki is mafroza zalim ke khilaaf tehreekein chalane lagay.</w:t>
      </w:r>
    </w:p>
    <w:p>
      <w:pPr>
        <w:jc w:val="right"/>
      </w:pPr>
      <w:r>
        <w:t>کسی ظالم نے حیدرآباد اسٹیٹ کو ختم کیا ہے۔ اور پھر اسی کی اس مفروضہ ظالم کے خلاف تحریکیں چلانے لگے۔</w:t>
      </w:r>
    </w:p>
    <w:p>
      <w:r>
        <w:rPr>
          <w:b/>
        </w:rPr>
        <w:t xml:space="preserve">[17:31] </w:t>
      </w:r>
      <w:r>
        <w:t>is ko karne lagay, yeh qurbaniyan, qurbaniyan, qurbaniyan, qurbaniyan. jihad bis saif, jihad bis saif, jihad bis saif.</w:t>
      </w:r>
    </w:p>
    <w:p>
      <w:pPr>
        <w:jc w:val="right"/>
      </w:pPr>
      <w:r>
        <w:t>اس کو کرنے لگے، یہ قربانیاں، قربانیاں، قربانیاں، قربانیاں۔ جہاد بالصیف، جہاد بالصیف، جہاد بالصیف۔</w:t>
      </w:r>
    </w:p>
    <w:p>
      <w:r>
        <w:rPr>
          <w:b/>
        </w:rPr>
        <w:t xml:space="preserve">[17:40] </w:t>
      </w:r>
      <w:r>
        <w:t>mein yeh saari baatein jo theen, nafs e mutmainnah ke tasawwur ke khilaaf theen. yeh jo hua, woh Allah ki scheme of things ke mutabiq tha.</w:t>
      </w:r>
    </w:p>
    <w:p>
      <w:pPr>
        <w:jc w:val="right"/>
      </w:pPr>
      <w:r>
        <w:t>میں یہ ساری باتیں جو تھیں، نفس مطمئنہ کے تصور کے خلاف تھیں۔ یہ جو ہوا، وہ اللہ کی سکیم آف تھنگز کے مطابق تھا۔</w:t>
      </w:r>
    </w:p>
    <w:p>
      <w:r>
        <w:rPr>
          <w:b/>
        </w:rPr>
        <w:t xml:space="preserve">[17:54] </w:t>
      </w:r>
      <w:r>
        <w:t>kisi dushman ki kar, kisi dushman ka zulm nahi tha. kyunke dekhiye, yeh jo hukoomatein bani theen, woh Islam ki hifazat ke liye, Quran ki hifazat ke liye.</w:t>
      </w:r>
    </w:p>
    <w:p>
      <w:pPr>
        <w:jc w:val="right"/>
      </w:pPr>
      <w:r>
        <w:t>کسی دشمن کی کار، کسی دشمن کا ظلم نہیں تھا۔ کیونکہ دیکھیے، یہ جو حکومتیں بنی تھیں، وہ اسلام کی حفاظت کے لیے، قرآن کی حفاظت کے لیے۔</w:t>
      </w:r>
    </w:p>
    <w:p>
      <w:r>
        <w:rPr>
          <w:b/>
        </w:rPr>
        <w:t xml:space="preserve">[18:11] </w:t>
      </w:r>
      <w:r>
        <w:t>to yeh kaam musalman karte rahe,</w:t>
      </w:r>
    </w:p>
    <w:p>
      <w:pPr>
        <w:jc w:val="right"/>
      </w:pPr>
      <w:r>
        <w:t>تو یہ کام مسلمان کرتے رہے،</w:t>
      </w:r>
    </w:p>
    <w:p>
      <w:r>
        <w:rPr>
          <w:b/>
        </w:rPr>
        <w:t xml:space="preserve">[18:17] </w:t>
      </w:r>
      <w:r>
        <w:t>taqreeban hazar saal tak, Islam ki hifazat, Islam ki hifazat. aap dekhiye, Allah taala ne duniya mein musalsal anbiya bheje,</w:t>
      </w:r>
    </w:p>
    <w:p>
      <w:pPr>
        <w:jc w:val="right"/>
      </w:pPr>
      <w:r>
        <w:t>تقریباً ہزار سال تک، اسلام کی حفاظت، اسلام کی حفاظت۔ آپ دیکھیے، اللہ تعالیٰ نے دنیا میں مسلسل انبیاء بھیجے،</w:t>
      </w:r>
    </w:p>
    <w:p>
      <w:r>
        <w:rPr>
          <w:b/>
        </w:rPr>
        <w:t xml:space="preserve">[18:33] </w:t>
      </w:r>
      <w:r>
        <w:t>badi taadaad mein peghambar aaye. lekin kisi ka deen mehfooz nahi hai.</w:t>
      </w:r>
    </w:p>
    <w:p>
      <w:pPr>
        <w:jc w:val="right"/>
      </w:pPr>
      <w:r>
        <w:t>بڑی تعداد میں پیغمبر آئے۔ لیکن کسی کا دین محفوظ نہیں ہے۔</w:t>
      </w:r>
    </w:p>
    <w:p>
      <w:r>
        <w:rPr>
          <w:b/>
        </w:rPr>
        <w:t xml:space="preserve">[18:42] </w:t>
      </w:r>
      <w:r>
        <w:t>kisi nabi ka deen mehfooz nahi hai. woh aqeeday ka juz hai, na ke history ka, na ke regarded history ka juz.</w:t>
      </w:r>
    </w:p>
    <w:p>
      <w:pPr>
        <w:jc w:val="right"/>
      </w:pPr>
      <w:r>
        <w:t>کسی نبی کا دین محفوظ نہیں ہے۔ وہ عقیدے کا جز ہے، نہ کہ ہسٹری کا، نہ کہ ریگارڈڈ ہسٹری کا جز۔</w:t>
      </w:r>
    </w:p>
    <w:p>
      <w:r>
        <w:rPr>
          <w:b/>
        </w:rPr>
        <w:t xml:space="preserve">[18:53] </w:t>
      </w:r>
      <w:r>
        <w:t>is baat ko samjhiye ke jo anbiya aaye, is ko insano ne ghair mehfooz bana diya.</w:t>
      </w:r>
    </w:p>
    <w:p>
      <w:pPr>
        <w:jc w:val="right"/>
      </w:pPr>
      <w:r>
        <w:t>اس بات کو سمجھیے کہ جو انبیاء آئے، اس کو انسانوں نے غیر محفوظ بنا دیا۔</w:t>
      </w:r>
    </w:p>
    <w:p>
      <w:r>
        <w:rPr>
          <w:b/>
        </w:rPr>
        <w:t xml:space="preserve">[19:04] </w:t>
      </w:r>
      <w:r>
        <w:t>regarded history ka juz banne nahi diya.</w:t>
      </w:r>
    </w:p>
    <w:p>
      <w:pPr>
        <w:jc w:val="right"/>
      </w:pPr>
      <w:r>
        <w:t>ریگارڈڈ ہسٹری کا جز بننے نہیں دیا۔</w:t>
      </w:r>
    </w:p>
    <w:p>
      <w:r>
        <w:rPr>
          <w:b/>
        </w:rPr>
        <w:t xml:space="preserve">[19:11] </w:t>
      </w:r>
      <w:r>
        <w:t>yahan tak ke aakhri zamanay ke peghambar hain, hadithah, aakhri zamanay ke peghambar hain, hadithah, un ke baray mein ek European mufakkir ne kaha hai,</w:t>
      </w:r>
    </w:p>
    <w:p>
      <w:pPr>
        <w:jc w:val="right"/>
      </w:pPr>
      <w:r>
        <w:t>یہاں تک کہ آخری زمانے کے پیغمبر ہیں، حدیثہ، آخری زمانے کے پیغمبر ہیں، حدیثہ، ان کے بارے میں ایک یورپین مفکر نے کہا ہے،</w:t>
      </w:r>
    </w:p>
    <w:p>
      <w:r>
        <w:rPr>
          <w:b/>
        </w:rPr>
        <w:t xml:space="preserve">[19:27] </w:t>
      </w:r>
      <w:r>
        <w:t>secular mufakkir, ke historically it is quite doubtful whether Christ ever existed at all</w:t>
      </w:r>
    </w:p>
    <w:p>
      <w:pPr>
        <w:jc w:val="right"/>
      </w:pPr>
      <w:r>
        <w:t>سیکولر مفکر، کہ historically it is quite doubtful whether Christ ever existed at all</w:t>
      </w:r>
    </w:p>
    <w:p>
      <w:r>
        <w:rPr>
          <w:b/>
        </w:rPr>
        <w:t xml:space="preserve">[19:39] </w:t>
      </w:r>
      <w:r>
        <w:t>yeh haalat tha. to Allah taala ne yeh intezam kiya ke ek taqatwar</w:t>
      </w:r>
    </w:p>
    <w:p>
      <w:pPr>
        <w:jc w:val="right"/>
      </w:pPr>
      <w:r>
        <w:t>یہ حالت تھا۔ تو اللہ تعالیٰ نے یہ انتظام کیا کہ ایک طاقتور</w:t>
      </w:r>
    </w:p>
    <w:p>
      <w:r>
        <w:rPr>
          <w:b/>
        </w:rPr>
        <w:t xml:space="preserve">[19:50] </w:t>
      </w:r>
      <w:r>
        <w:t>qaum ko political power de kar ke is ko yeh kaam saunpa ke Islam ko woh anjaam na hone paaye ke woh history ka part na bane,</w:t>
      </w:r>
    </w:p>
    <w:p>
      <w:pPr>
        <w:jc w:val="right"/>
      </w:pPr>
      <w:r>
        <w:t>قوم کو پولیٹیکل پاور دے کر کے اس کو یہ کام سپا کہ اسلام کو وہ انجام نہ ہونے پائے کہ وہ ہسٹری کا پارٹ نہ بنے،</w:t>
      </w:r>
    </w:p>
    <w:p>
      <w:r>
        <w:rPr>
          <w:b/>
        </w:rPr>
        <w:t xml:space="preserve">[20:09] </w:t>
      </w:r>
      <w:r>
        <w:t>woh aqeeday ka part ho kar reh jaye. is liye hukoomatein qaim huin. ek ek ek daur jo aaya hai jab ke musalmanon ka duniya ke baray hissay par role tha, empire thi,</w:t>
      </w:r>
    </w:p>
    <w:p>
      <w:pPr>
        <w:jc w:val="right"/>
      </w:pPr>
      <w:r>
        <w:t>وہ عقیدے کا پارٹ ہو کر رہ جائے۔ اس لیے حکومتیں قائم ہوئیں۔ ایک ایک ایک دور جو آیا ہے جب کہ مسلمانوں کا دنیا کے بڑے حصے پر رول تھا، ایمپائر تھی،</w:t>
      </w:r>
    </w:p>
    <w:p>
      <w:r>
        <w:rPr>
          <w:b/>
        </w:rPr>
        <w:t xml:space="preserve">[20:23] </w:t>
      </w:r>
      <w:r>
        <w:t>woh Allah ka plan tha. nazilnal zikr wa inna lahu al hafizoon yaani Quran ki hifazat, Quran ke zariye deen aaya tha duniya mein, is ki hifazat ke liye yeh diya gaya tha musalmanon ko yeh taqat.</w:t>
      </w:r>
    </w:p>
    <w:p>
      <w:pPr>
        <w:jc w:val="right"/>
      </w:pPr>
      <w:r>
        <w:t>وہ اللہ کا پلان تھا۔ نَذُلْنَا الْذِكْرَ وَإِنَّا لَهُ الْحَافِظُونَ یعنی قرآن کی حفاظت، قرآن کے ذریعے دین آیا تھا دنیا میں، اس کی حفاظت کے لیے یہ دیا گیا تھا مسلمانوں کو یہ طاقت۔</w:t>
      </w:r>
    </w:p>
    <w:p>
      <w:r>
        <w:rPr>
          <w:b/>
        </w:rPr>
        <w:t xml:space="preserve">[20:48] </w:t>
      </w:r>
      <w:r>
        <w:t>to jab mehfooz hoga, jab Quran mehfooz hoga, hadith mehfooz ho gayi, fiqh mehfooz ho gayi, masjidain ban gayeen, kaaba ka nizam qaim ho gaya, haj o umrah ka nizam qaim ho gaya, yeh sara juz hai hifazat deen ka.</w:t>
      </w:r>
    </w:p>
    <w:p>
      <w:pPr>
        <w:jc w:val="right"/>
      </w:pPr>
      <w:r>
        <w:t>تو جب محفوظ ہوگا، جب قرآن محفوظ ہوگا، حدیث محفوظ ہوگئی، فقہ محفوظ ہوگئی، مسجدیں بن گئیں، کعبہ کا نظام قائم ہوگیا، حج و عمرہ کا نظام قائم ہوگیا، یہ سارا جز ہے حفاظت دین کا۔</w:t>
      </w:r>
    </w:p>
    <w:p>
      <w:r>
        <w:rPr>
          <w:b/>
        </w:rPr>
        <w:t xml:space="preserve">[21:14] </w:t>
      </w:r>
      <w:r>
        <w:t>yeh to ho gaya. ab ab kaam tha doosra. ab kaam tha doosra.</w:t>
      </w:r>
    </w:p>
    <w:p>
      <w:pPr>
        <w:jc w:val="right"/>
      </w:pPr>
      <w:r>
        <w:t>یہ تو ہو گیا۔ اب اب کام تھا دوسرا۔ اب کام تھا دوسرا۔</w:t>
      </w:r>
    </w:p>
    <w:p>
      <w:r>
        <w:rPr>
          <w:b/>
        </w:rPr>
        <w:t xml:space="preserve">[21:22] </w:t>
      </w:r>
      <w:r>
        <w:t>yaani ab kaam tha duniya mein ek naya daur lana jis mein mukammal aazadi ho, riayat parastish na ho,</w:t>
      </w:r>
    </w:p>
    <w:p>
      <w:pPr>
        <w:jc w:val="right"/>
      </w:pPr>
      <w:r>
        <w:t>یعنی اب کام تھا دنیا میں ایک نیا دور لانا جس میں مکمل آزادی ہو، رعایت پرستش نہ ہو،</w:t>
      </w:r>
    </w:p>
    <w:p>
      <w:r>
        <w:rPr>
          <w:b/>
        </w:rPr>
        <w:t xml:space="preserve">[21:42] </w:t>
      </w:r>
      <w:r>
        <w:t>aur</w:t>
      </w:r>
    </w:p>
    <w:p>
      <w:pPr>
        <w:jc w:val="right"/>
      </w:pPr>
      <w:r>
        <w:t>اور</w:t>
      </w:r>
    </w:p>
    <w:p>
      <w:r>
        <w:rPr>
          <w:b/>
        </w:rPr>
        <w:t xml:space="preserve">[21:46] </w:t>
      </w:r>
      <w:r>
        <w:t>peace ho.</w:t>
      </w:r>
    </w:p>
    <w:p>
      <w:pPr>
        <w:jc w:val="right"/>
      </w:pPr>
      <w:r>
        <w:t>پیس ہو۔</w:t>
      </w:r>
    </w:p>
    <w:p>
      <w:r>
        <w:rPr>
          <w:b/>
        </w:rPr>
        <w:t xml:space="preserve">[21:49] </w:t>
      </w:r>
      <w:r>
        <w:t>woh mawaqay hon communication ke jis mein Quran sari duniya mein phailaya ja sake. to yeh is ke liye ek ek nayi technology chahiye thi,</w:t>
      </w:r>
    </w:p>
    <w:p>
      <w:pPr>
        <w:jc w:val="right"/>
      </w:pPr>
      <w:r>
        <w:t>وہ مواقع ہوں کمیونیکیشن کے جس میں قرآن ساری دنیا میں پھیلایا جا سکے۔ تو یہ اس کے لیے ایک ایک نئی ٹیکنالوجی چاہیے تھی،</w:t>
      </w:r>
    </w:p>
    <w:p>
      <w:r>
        <w:rPr>
          <w:b/>
        </w:rPr>
        <w:t xml:space="preserve">[22:06] </w:t>
      </w:r>
      <w:r>
        <w:t>nayee civilization chahiye thi. is ke liye musalman complete nahi thay. political role qaim karne ke liye to complete hue woh, lekin modern civilization jis ko hum kehte hain,</w:t>
      </w:r>
    </w:p>
    <w:p>
      <w:pPr>
        <w:jc w:val="right"/>
      </w:pPr>
      <w:r>
        <w:t>نئی سولائزیشن چاہیے تھی۔ اس کے لیے مسلمان کمپلیٹ نہیں تھے۔ پولیٹیکل رول قائم کرنے کے لیے تو کمپلیٹ ہوئے وہ، لیکن ماڈرن سولائزیشن جس کو ہم کہتے ہیں،</w:t>
      </w:r>
    </w:p>
    <w:p>
      <w:r>
        <w:rPr>
          <w:b/>
        </w:rPr>
        <w:t xml:space="preserve">[22:23] </w:t>
      </w:r>
      <w:r>
        <w:t>jis mein saaray mawaqay khulay, communication ka zamanay aaya, aur bohat sari cheezein jo supporting element hain aalmi deen ke liye,</w:t>
      </w:r>
    </w:p>
    <w:p>
      <w:pPr>
        <w:jc w:val="right"/>
      </w:pPr>
      <w:r>
        <w:t>جس میں سارے مواقع کھلے، کمیونیکیشن کا زمانہ آیا، اور بہت ساری چیزیں جو سپورٹنگ ایلیمنٹ ہیں عالمی دین کے لیے،</w:t>
      </w:r>
    </w:p>
    <w:p>
      <w:r>
        <w:rPr>
          <w:b/>
        </w:rPr>
        <w:t xml:space="preserve">[22:38] </w:t>
      </w:r>
      <w:r>
        <w:t>to woh wahan musalman ki limited research aa gayi.</w:t>
      </w:r>
    </w:p>
    <w:p>
      <w:pPr>
        <w:jc w:val="right"/>
      </w:pPr>
      <w:r>
        <w:t>تو وہ وہاں مسلمان کی لمیٹڈ ریسرچ آ گئی۔</w:t>
      </w:r>
    </w:p>
    <w:p>
      <w:r>
        <w:rPr>
          <w:b/>
        </w:rPr>
        <w:t xml:space="preserve">[22:45] </w:t>
      </w:r>
      <w:r>
        <w:t>ab zaroorat hai ke dunya mein inqilab laya jaye. to woh jo hadith, woh jo quran mein hai ke allah malik ul mulk tu't ul mulka man tasha' wa taz'ul mulka man tasha' yaani allah apne apne scheme of things ke mutabiq kisi ko deta hai, kisi ko chheenta hai,</w:t>
      </w:r>
    </w:p>
    <w:p>
      <w:pPr>
        <w:jc w:val="right"/>
      </w:pPr>
      <w:r>
        <w:t>اب ضرورت ہے کہ دنیا میں انقلاب لایا جائے۔ تو وہ جو حدیث، وہ جو قرآن میں ہے کہ اللَّهُ مَالِكَ الْمُلْكِ تُوتِ الْمُلْكَ مَنْتَصَى وَتَذُعُلْ الْمُلْكَ مَنْتَصَى یعنی اللہ اپنے اپنے سکیم آف تھنگز کے مطابق کسی کو دیتا ہے، کسی کو چھینتا ہے،</w:t>
      </w:r>
    </w:p>
    <w:p>
      <w:r>
        <w:rPr>
          <w:b/>
        </w:rPr>
        <w:t xml:space="preserve">[23:11] </w:t>
      </w:r>
      <w:r>
        <w:t>kisi ko deta hai, kisi se chheenta hai. yeh hua. lekin musalman is ko samjhe ke yeh to kisi zalim ka fe'l hai aur lage jehad karne.</w:t>
      </w:r>
    </w:p>
    <w:p>
      <w:pPr>
        <w:jc w:val="right"/>
      </w:pPr>
      <w:r>
        <w:t>کسی کو دیتا ہے، کسی سے چھینتا ہے۔ یہ ہوا۔ لیکن مسلمان اس کو سمجھے کہ یہ تو کسی ظالم کا فعل ہے اور لگے جہاد کرنے۔</w:t>
      </w:r>
    </w:p>
    <w:p>
      <w:r>
        <w:rPr>
          <w:b/>
        </w:rPr>
        <w:t xml:space="preserve">[23:23] </w:t>
      </w:r>
      <w:r>
        <w:t>woh sara jehad jo tha, kyun fail raha? koi koi positive result nahi is jehad ka.</w:t>
      </w:r>
    </w:p>
    <w:p>
      <w:pPr>
        <w:jc w:val="right"/>
      </w:pPr>
      <w:r>
        <w:t>وہ سارا جہاد جو تھا، کیوں فیل رہا؟ کوئی کوئی پازیٹیو رزلٹ نہیں اس جہاد کا۔</w:t>
      </w:r>
    </w:p>
    <w:p>
      <w:r>
        <w:rPr>
          <w:b/>
        </w:rPr>
        <w:t xml:space="preserve">[23:35] </w:t>
      </w:r>
      <w:r>
        <w:t>yaani asia mein british empire ke khilaf jehad, africa mein french empire ke khilaf jehad, woh fail ho gaya, kuch bhi nahi hua.</w:t>
      </w:r>
    </w:p>
    <w:p>
      <w:pPr>
        <w:jc w:val="right"/>
      </w:pPr>
      <w:r>
        <w:t>یعنی ایشیا میں برٹش ایمپائر کے خلاف جہاد، افریقہ میں فرنچ ایمپائر کے خلاف جہاد، وہ فیل ہو گیا، کچھ بھی نہیں ہوا۔</w:t>
      </w:r>
    </w:p>
    <w:p>
      <w:r>
        <w:rPr>
          <w:b/>
        </w:rPr>
        <w:t xml:space="preserve">[23:52] </w:t>
      </w:r>
      <w:r>
        <w:t>kyun? woh allah ki scheme ke khilaf tha. woh allah ki scheme yeh thi ke french empire ko mauqa do, british empire ko mauqa do, european</w:t>
      </w:r>
    </w:p>
    <w:p>
      <w:pPr>
        <w:jc w:val="right"/>
      </w:pPr>
      <w:r>
        <w:t>کیوں؟ وہ اللہ کی سکیم کے خلاف تھا۔ وہ اللہ کی سکیم یہ تھی کہ فرنچ ایمپائر کو موقع دو، برٹش ایمپائر کو موقع دو، یورپین</w:t>
      </w:r>
    </w:p>
    <w:p>
      <w:r>
        <w:rPr>
          <w:b/>
        </w:rPr>
        <w:t xml:space="preserve">[24:07] </w:t>
      </w:r>
      <w:r>
        <w:t>european thinker ko, european jo institution paida hue, un ko mauqa do taake woh age of communication layen,</w:t>
      </w:r>
    </w:p>
    <w:p>
      <w:pPr>
        <w:jc w:val="right"/>
      </w:pPr>
      <w:r>
        <w:t>یورپین تھنکر کو، یورپین جو انسٹیٹیوشن پیدا ہوئے، ان کو موقع دو تاکہ وہ ایج آف کمیونیکیشن لائیں،</w:t>
      </w:r>
    </w:p>
    <w:p>
      <w:r>
        <w:rPr>
          <w:b/>
        </w:rPr>
        <w:t xml:space="preserve">[24:21] </w:t>
      </w:r>
      <w:r>
        <w:t>taake age of civilization layen, taake dunya mein humein peace aaye, riayat parastish khatam ho.</w:t>
      </w:r>
    </w:p>
    <w:p>
      <w:pPr>
        <w:jc w:val="right"/>
      </w:pPr>
      <w:r>
        <w:t>تاکہ ایج آف سولائزیشن لائیں، تاکہ دنیا میں ہمیں پیس آئے، رعایت پرستش ختم ہو۔</w:t>
      </w:r>
    </w:p>
    <w:p>
      <w:r>
        <w:rPr>
          <w:b/>
        </w:rPr>
        <w:t xml:space="preserve">[24:35] </w:t>
      </w:r>
      <w:r>
        <w:t>woh allah ke scheme of things ke mutabiq kar rahe the woh log kaam, unhon ne ladai shuru kar di. ab daur doosra aa gaya tha.</w:t>
      </w:r>
    </w:p>
    <w:p>
      <w:pPr>
        <w:jc w:val="right"/>
      </w:pPr>
      <w:r>
        <w:t>وہ اللہ کے سکیم آف تھنگز کے مطابق کر رہے تھے وہ لوگ کام، انہوں نے لڑائی شروع کر دی۔ اب دور دوسرا آ گیا تھا۔</w:t>
      </w:r>
    </w:p>
    <w:p>
      <w:r>
        <w:rPr>
          <w:b/>
        </w:rPr>
        <w:t xml:space="preserve">[24:48] </w:t>
      </w:r>
      <w:r>
        <w:t>ab daur doosra aa gaya tha.</w:t>
      </w:r>
    </w:p>
    <w:p>
      <w:pPr>
        <w:jc w:val="right"/>
      </w:pPr>
      <w:r>
        <w:t>اب دور دوسرا آ گیا تھا۔</w:t>
      </w:r>
    </w:p>
    <w:p>
      <w:r>
        <w:rPr>
          <w:b/>
        </w:rPr>
        <w:t xml:space="preserve">[24:53] </w:t>
      </w:r>
      <w:r>
        <w:t>to dekhiye,</w:t>
      </w:r>
    </w:p>
    <w:p>
      <w:pPr>
        <w:jc w:val="right"/>
      </w:pPr>
      <w:r>
        <w:t>تو دیکھیے،</w:t>
      </w:r>
    </w:p>
    <w:p>
      <w:r>
        <w:rPr>
          <w:b/>
        </w:rPr>
        <w:t xml:space="preserve">[24:56] </w:t>
      </w:r>
      <w:r>
        <w:t>ummat e muhammadi ka kaam kya hai? ummat e muhammadi ka kaam hai quran ke mutabiq</w:t>
      </w:r>
    </w:p>
    <w:p>
      <w:pPr>
        <w:jc w:val="right"/>
      </w:pPr>
      <w:r>
        <w:t>امت محمدی کا کام کیا ہے؟ امت محمدی کا کام ہے قرآن کے مطابق</w:t>
      </w:r>
    </w:p>
    <w:p>
      <w:r>
        <w:rPr>
          <w:b/>
        </w:rPr>
        <w:t xml:space="preserve">[25:06] </w:t>
      </w:r>
      <w:r>
        <w:t>in tansuro allah yansurkum ummat e muhammadi ka kaam hai allah ki madad karna.</w:t>
      </w:r>
    </w:p>
    <w:p>
      <w:pPr>
        <w:jc w:val="right"/>
      </w:pPr>
      <w:r>
        <w:t>إِنْ تَنْصُرُوا اللَّهَ يَنْصُرُكُمْ امت محمدی کا کام ہے اللہ کی مدد کرنا۔</w:t>
      </w:r>
    </w:p>
    <w:p>
      <w:r>
        <w:rPr>
          <w:b/>
        </w:rPr>
        <w:t xml:space="preserve">[25:16] </w:t>
      </w:r>
      <w:r>
        <w:t>in tansuro allah yansurkum agar tum allah ki madad karoge to allah tumhari madad karega. ummat e muhammadi ka kaam hai</w:t>
      </w:r>
    </w:p>
    <w:p>
      <w:pPr>
        <w:jc w:val="right"/>
      </w:pPr>
      <w:r>
        <w:t>إِنْ تَنْصُرُوا اللَّهَ يَنْصُرُكُمْ اگر تم اللہ کی مدد کرو گے تو اللہ تمہاری مدد کرے گا۔ امت محمدی کا کام ہے</w:t>
      </w:r>
    </w:p>
    <w:p>
      <w:r>
        <w:rPr>
          <w:b/>
        </w:rPr>
        <w:t xml:space="preserve">[25:33] </w:t>
      </w:r>
      <w:r>
        <w:t>ka kaam hai allah ki madad karna. allah ki madad karne ka kaam hai ke un ko support dena.</w:t>
      </w:r>
    </w:p>
    <w:p>
      <w:pPr>
        <w:jc w:val="right"/>
      </w:pPr>
      <w:r>
        <w:t>کا کام ہے اللہ کی مدد کرنا۔ اللہ کی مدد کرنا کیا ہے؟ اللہ کی مدد کرنے کا کام ہے کہ ان کو سپورٹ دینا۔</w:t>
      </w:r>
    </w:p>
    <w:p>
      <w:r>
        <w:rPr>
          <w:b/>
        </w:rPr>
        <w:t xml:space="preserve">[25:46] </w:t>
      </w:r>
      <w:r>
        <w:t>jise woh la rahe hain dunya mein age of communication, to aap is ko samjhiye aur is ko support dijiye.</w:t>
      </w:r>
    </w:p>
    <w:p>
      <w:pPr>
        <w:jc w:val="right"/>
      </w:pPr>
      <w:r>
        <w:t>جسے وہ لا رہے ہیں دنیا میں ایج آف کمیونیکیشن، تو آپ اس کو سمجھیے اور اس کو سپورٹ دیجیے۔</w:t>
      </w:r>
    </w:p>
    <w:p>
      <w:r>
        <w:rPr>
          <w:b/>
        </w:rPr>
        <w:t xml:space="preserve">[25:57] </w:t>
      </w:r>
      <w:r>
        <w:t>dunya mein la rahe hain age of peace, to aap support dijiye. aap age of peace layen dunya mein. woh chahte hain ke dunya mein</w:t>
      </w:r>
    </w:p>
    <w:p>
      <w:pPr>
        <w:jc w:val="right"/>
      </w:pPr>
      <w:r>
        <w:t>دنیا میں لا رہے ہیں ایج آف پیس، تو آپ سپورٹ دیجیے۔ آپ ایج آف پیس لائیں دنیا میں۔ وہ چاہتے ہیں کہ دنیا میں</w:t>
      </w:r>
    </w:p>
    <w:p>
      <w:r>
        <w:rPr>
          <w:b/>
        </w:rPr>
        <w:t xml:space="preserve">[26:14] </w:t>
      </w:r>
      <w:r>
        <w:t>riayat parastish khatam ho, to aap bhi support dijiye. to ummat e muhammadi ko jin logon ko support de kar ke allah ki scheme of things ko baroo'e kaar lana tha, use ladne lage.</w:t>
      </w:r>
    </w:p>
    <w:p>
      <w:pPr>
        <w:jc w:val="right"/>
      </w:pPr>
      <w:r>
        <w:t>رعایت پرستش ختم ہو، تو آپ بھی سپورٹ دیجیے۔ تو امت محمدی کو جن لوگوں کو سپورٹ دے کر کے اللہ کی سکیم آف تھنگز کو بروئے کار لانا تھا، اسے لڑنے لگے۔</w:t>
      </w:r>
    </w:p>
    <w:p>
      <w:r>
        <w:rPr>
          <w:b/>
        </w:rPr>
        <w:t xml:space="preserve">[26:30] </w:t>
      </w:r>
      <w:r>
        <w:t>aur is ko kaha jaye ke yeh jehad hai. jehad tha hi nahi woh.</w:t>
      </w:r>
    </w:p>
    <w:p>
      <w:pPr>
        <w:jc w:val="right"/>
      </w:pPr>
      <w:r>
        <w:t>اور اس کو کہا جائے کہ یہ جہاد ہے۔ جہاد تھا ہی نہیں وہ۔</w:t>
      </w:r>
    </w:p>
    <w:p>
      <w:r>
        <w:rPr>
          <w:b/>
        </w:rPr>
        <w:t xml:space="preserve">[26:38] </w:t>
      </w:r>
      <w:r>
        <w:t>to hamara jo mission hai, is ghalati ka correction hai. hamara mission jo hai, woh is ghalati ka correction hai.</w:t>
      </w:r>
    </w:p>
    <w:p>
      <w:pPr>
        <w:jc w:val="right"/>
      </w:pPr>
      <w:r>
        <w:t>تو ہمارا جو مشن ہے، اس غلطی کا کریکشن ہے۔ ہمارا مشن جو ہے، وہ اس غلطی کا کریکشن ہے۔</w:t>
      </w:r>
    </w:p>
    <w:p>
      <w:r>
        <w:rPr>
          <w:b/>
        </w:rPr>
        <w:t xml:space="preserve">[26:48] </w:t>
      </w:r>
      <w:r>
        <w:t>hum yeh chahte hain ke jo age woh laye,</w:t>
      </w:r>
    </w:p>
    <w:p>
      <w:pPr>
        <w:jc w:val="right"/>
      </w:pPr>
      <w:r>
        <w:t>ہم یہ چاہتے ہیں کہ جو ایج وہ لائے،</w:t>
      </w:r>
    </w:p>
    <w:p>
      <w:r>
        <w:rPr>
          <w:b/>
        </w:rPr>
        <w:t xml:space="preserve">[26:56] </w:t>
      </w:r>
      <w:r>
        <w:t>yeh qaum hai, khaas taur par european qaum hai, modern qaum hai, jo age laye, jo civilization laye, is ko janna aur is ke paida kiye hue mauqe ko avail karna.</w:t>
      </w:r>
    </w:p>
    <w:p>
      <w:pPr>
        <w:jc w:val="right"/>
      </w:pPr>
      <w:r>
        <w:t>یہ قوم ہے، خاص طور پر یورپین قوم ہے، ماڈرن قوم ہے، جو ایج لائے، جو سولائزیشن لائے، اس کو جاننا اور اس کے پیدا کیے ہوئے مواقع کو اویل کرنا۔</w:t>
      </w:r>
    </w:p>
    <w:p>
      <w:r>
        <w:rPr>
          <w:b/>
        </w:rPr>
        <w:t xml:space="preserve">[27:17] </w:t>
      </w:r>
      <w:r>
        <w:t>goya ke yeh historical correction kaha, yeh historical correction, tareekh ki tasheeh.</w:t>
      </w:r>
    </w:p>
    <w:p>
      <w:pPr>
        <w:jc w:val="right"/>
      </w:pPr>
      <w:r>
        <w:t>گویا کہ یہ ہسٹوریکل کریکشن کہا، یہ ہسٹوریکل کریکشن، تاریخ کی تصحیح۔</w:t>
      </w:r>
    </w:p>
    <w:p>
      <w:r>
        <w:rPr>
          <w:b/>
        </w:rPr>
        <w:t xml:space="preserve">[27:31] </w:t>
      </w:r>
      <w:r>
        <w:t>poori ummat e muhammadi ke jo bade bade log the, unhon ne ghalati ki. is ka hum correction kar rahe hain.</w:t>
      </w:r>
    </w:p>
    <w:p>
      <w:pPr>
        <w:jc w:val="right"/>
      </w:pPr>
      <w:r>
        <w:t>پوری امت محمدی کے جو بڑے بڑے لوگ تھے، انہوں نے غلطی کی۔ اس کا ہم کریکشن کر رہے ہیں۔</w:t>
      </w:r>
    </w:p>
    <w:p>
      <w:r>
        <w:rPr>
          <w:b/>
        </w:rPr>
        <w:t xml:space="preserve">[27:42] </w:t>
      </w:r>
      <w:r>
        <w:t>aur jo paida kiye, jo naye mauqe paida hue, un mauqe ko hum chahte hain ke un ki buniyad planning ki jaye.</w:t>
      </w:r>
    </w:p>
    <w:p>
      <w:pPr>
        <w:jc w:val="right"/>
      </w:pPr>
      <w:r>
        <w:t>اور جو پیدا کیے، جو نئے مواقع پیدا ہوئے، ان مواقع کو ہم چاہتے ہیں کہ ان کی بنیاد پلاننگ کی جائے۔</w:t>
      </w:r>
    </w:p>
    <w:p>
      <w:r>
        <w:rPr>
          <w:b/>
        </w:rPr>
        <w:t xml:space="preserve">[27:55] </w:t>
      </w:r>
      <w:r>
        <w:t>aur khaas tor par quran ko phailana.</w:t>
      </w:r>
    </w:p>
    <w:p>
      <w:pPr>
        <w:jc w:val="right"/>
      </w:pPr>
      <w:r>
        <w:t>اور خاص طور پر قرآن کو پھیلانا۔</w:t>
      </w:r>
    </w:p>
    <w:p>
      <w:r>
        <w:rPr>
          <w:b/>
        </w:rPr>
        <w:t xml:space="preserve">[28:00] </w:t>
      </w:r>
      <w:r>
        <w:t>khaas tor par quran ko phailana.</w:t>
      </w:r>
    </w:p>
    <w:p>
      <w:pPr>
        <w:jc w:val="right"/>
      </w:pPr>
      <w:r>
        <w:t>خاص طور پر قرآن کو پھیلانا۔</w:t>
      </w:r>
    </w:p>
    <w:p>
      <w:r>
        <w:rPr>
          <w:b/>
        </w:rPr>
        <w:t xml:space="preserve">[28:08] </w:t>
      </w:r>
      <w:r>
        <w:t>nah sirf maqami zabanon mein balkeh international language mein, mislan english mein. to hamare saathi allah ke fazl se, mard aur khawateen dono,</w:t>
      </w:r>
    </w:p>
    <w:p>
      <w:pPr>
        <w:jc w:val="right"/>
      </w:pPr>
      <w:r>
        <w:t>نہ صرف مقامی زبانوں میں بلکہ انٹرنیشنل لینگویج میں، مثلاً انگلش میں۔ تو ہمارے ساتھی اللہ کے فضل سے، مرد اور خواتین دونوں،</w:t>
      </w:r>
    </w:p>
    <w:p>
      <w:r>
        <w:rPr>
          <w:b/>
        </w:rPr>
        <w:t xml:space="preserve">[28:22] </w:t>
      </w:r>
      <w:r>
        <w:t>saari duniya mein yeh kaam kar rahe hain. jin mein se main ne chand ka naam liya.</w:t>
      </w:r>
    </w:p>
    <w:p>
      <w:pPr>
        <w:jc w:val="right"/>
      </w:pPr>
      <w:r>
        <w:t>ساری دنیا میں یہ کام کر رہے ہیں۔ جن میں سے میں نے چند کا نام لیا۔</w:t>
      </w:r>
    </w:p>
    <w:p>
      <w:r>
        <w:rPr>
          <w:b/>
        </w:rPr>
        <w:t xml:space="preserve">[28:34] </w:t>
      </w:r>
      <w:r>
        <w:t>to dekhiye, ek daur woh tha jab yeh hukum diya gaya tha ke qataloohum hatta la takuna fitnah ek daur woh tha saatvi sadi isvi mein jab ke yeh hukum diya gaya tha ke qataloohum hatta la takuna fitnah un se laro yahan tak ke fitnah baqi na rahe.</w:t>
      </w:r>
    </w:p>
    <w:p>
      <w:pPr>
        <w:jc w:val="right"/>
      </w:pPr>
      <w:r>
        <w:t>تو دیکھیے، ایک دور وہ تھا جب یہ حکم دیا گیا تھا کہ قَاتَلُوهُمْ وَاتَّىٰ لَا تَكُونَ فِتْنَةٌ ایک دور وہ تھا ساتویں صدی عیسوی میں جب کہ یہ حکم دیا گیا تھا کہ قَاتَلُوهُمْ وَاتَّىٰ لَا تَكُونَ فِتْنَةٌ ان سے لڑو یہاں تک کہ فتنہ باقی نہ رہے۔</w:t>
      </w:r>
    </w:p>
    <w:p>
      <w:r>
        <w:rPr>
          <w:b/>
        </w:rPr>
        <w:t xml:space="preserve">[29:01] </w:t>
      </w:r>
      <w:r>
        <w:t>to ladai ka ek end tha, end hua fitnah ka khataamah.</w:t>
      </w:r>
    </w:p>
    <w:p>
      <w:pPr>
        <w:jc w:val="right"/>
      </w:pPr>
      <w:r>
        <w:t>تو لڑائی کا ایک اینڈ تھا، اینڈ ہوا فتنہ کا خاتمہ۔</w:t>
      </w:r>
    </w:p>
    <w:p>
      <w:r>
        <w:rPr>
          <w:b/>
        </w:rPr>
        <w:t xml:space="preserve">[29:09] </w:t>
      </w:r>
      <w:r>
        <w:t>ladai ka ek end tha, end. to end is waqt ho gaya</w:t>
      </w:r>
    </w:p>
    <w:p>
      <w:pPr>
        <w:jc w:val="right"/>
      </w:pPr>
      <w:r>
        <w:t>لڑائی کا ایک اینڈ تھا، اینڈ۔ تو اینڈ اس وقت ہو گیا</w:t>
      </w:r>
    </w:p>
    <w:p>
      <w:r>
        <w:rPr>
          <w:b/>
        </w:rPr>
        <w:t xml:space="preserve">[29:17] </w:t>
      </w:r>
      <w:r>
        <w:t>jab fitnah khatm ho gaya. yaani fitnah se murad hai riayat parastish.</w:t>
      </w:r>
    </w:p>
    <w:p>
      <w:pPr>
        <w:jc w:val="right"/>
      </w:pPr>
      <w:r>
        <w:t>جب فتنہ ختم ہو گیا۔ یعنی فتنہ سے مراد ہے رعایت پرستش۔</w:t>
      </w:r>
    </w:p>
    <w:p>
      <w:r>
        <w:rPr>
          <w:b/>
        </w:rPr>
        <w:t xml:space="preserve">[29:25] </w:t>
      </w:r>
      <w:r>
        <w:t>riayat parastish.</w:t>
      </w:r>
    </w:p>
    <w:p>
      <w:pPr>
        <w:jc w:val="right"/>
      </w:pPr>
      <w:r>
        <w:t>رعایت پرستش۔</w:t>
      </w:r>
    </w:p>
    <w:p>
      <w:r>
        <w:rPr>
          <w:b/>
        </w:rPr>
        <w:t xml:space="preserve">[29:30] </w:t>
      </w:r>
      <w:r>
        <w:t>aap jante hain ke ek zamana woh tha ke jab araayta alladhi yanhā abdan illa ṣallā woh daur tha ke namaz parhne ki bhi khuli ijazat nahi thi.</w:t>
      </w:r>
    </w:p>
    <w:p>
      <w:pPr>
        <w:jc w:val="right"/>
      </w:pPr>
      <w:r>
        <w:t>آپ جانتے ہیں کہ ایک زمانہ وہ تھا کہ جب أَرَايْتَ الَّذِي يَنْهَى عَبْدًا إِلَّا صَلَّى وہ دور تھا کہ نماز پڑھنے کی بھی کھلی اجازت نہیں تھی۔</w:t>
      </w:r>
    </w:p>
    <w:p>
      <w:r>
        <w:rPr>
          <w:b/>
        </w:rPr>
        <w:t xml:space="preserve">[29:43] </w:t>
      </w:r>
      <w:r>
        <w:t>woh ek zamana tha rasool allah ke pehle. to jab woh daur khatm ho jaye, jab riayat parastish ka khataamah ho jaye, jab azadi aa jaye,</w:t>
      </w:r>
    </w:p>
    <w:p>
      <w:pPr>
        <w:jc w:val="right"/>
      </w:pPr>
      <w:r>
        <w:t>وہ ایک زمانہ تھا رسول اللہ کے پہلے۔ تو جب وہ دور ختم ہو جائے، جب رعایت پرستش کا خاتمہ ہو جائے، جب آزادی آ جائے،</w:t>
      </w:r>
    </w:p>
    <w:p>
      <w:r>
        <w:rPr>
          <w:b/>
        </w:rPr>
        <w:t xml:space="preserve">[29:59] </w:t>
      </w:r>
      <w:r>
        <w:t>jab har insaan ka haq tasleem kar liya jaye ke woh jis mazhab par chahe chale, jis aqeeday ko chahe istemal kare.</w:t>
      </w:r>
    </w:p>
    <w:p>
      <w:pPr>
        <w:jc w:val="right"/>
      </w:pPr>
      <w:r>
        <w:t>جب ہر انسان کا حق تسلیم کر لیا جائے کہ وہ جس مذہب پر چاہے چلے، جس عقیدے کو چاہے استعمال کرے۔</w:t>
      </w:r>
    </w:p>
    <w:p>
      <w:r>
        <w:rPr>
          <w:b/>
        </w:rPr>
        <w:t xml:space="preserve">[30:11] </w:t>
      </w:r>
      <w:r>
        <w:t>to ab opportunity ko avail karne ka zamana aa jata hai. ab ladai ka zamana nahi rehta.</w:t>
      </w:r>
    </w:p>
    <w:p>
      <w:pPr>
        <w:jc w:val="right"/>
      </w:pPr>
      <w:r>
        <w:t>تو اب اپرچونیٹی کو اویل کرنے کا زمانہ آ جاتا ہے۔ اب لڑائی کا زمانہ نہیں رہتا۔</w:t>
      </w:r>
    </w:p>
    <w:p>
      <w:r>
        <w:rPr>
          <w:b/>
        </w:rPr>
        <w:t xml:space="preserve">[30:21] </w:t>
      </w:r>
      <w:r>
        <w:t>wa qataloohum hatta la takuna fitnah jab fitnah khatm ho jaye to ladai nahi hai. jab fitnah khatm ho jaye to ladai nahi hai.</w:t>
      </w:r>
    </w:p>
    <w:p>
      <w:pPr>
        <w:jc w:val="right"/>
      </w:pPr>
      <w:r>
        <w:t>وَقَاتَلُوهُمْ وَاتَّىٰ لَا تَكُونَ فِتْنَةٌ جب فتنہ ختم ہو جائے تو لڑائی نہیں ہے۔ جب فتنہ ختم ہو جائے تو لڑائی نہیں ہے۔</w:t>
      </w:r>
    </w:p>
    <w:p>
      <w:r>
        <w:rPr>
          <w:b/>
        </w:rPr>
        <w:t xml:space="preserve">[30:33] </w:t>
      </w:r>
      <w:r>
        <w:t>phir to pādshāh shuda opportunity ko avail karne ka zamana hai.</w:t>
      </w:r>
    </w:p>
    <w:p>
      <w:pPr>
        <w:jc w:val="right"/>
      </w:pPr>
      <w:r>
        <w:t>پھر تو پادشاہ شدہ اپرچونیٹی کو اویل کرنے کا زمانہ ہے۔</w:t>
      </w:r>
    </w:p>
    <w:p>
      <w:r>
        <w:rPr>
          <w:b/>
        </w:rPr>
        <w:t xml:space="preserve">[30:44] </w:t>
      </w:r>
      <w:r>
        <w:t>is raaz ko logon ne nahi samjha. wa qataloohum ḥattā lā takūna fitnah un se laro yahan tak ke fitnah baqi na rahe.</w:t>
      </w:r>
    </w:p>
    <w:p>
      <w:pPr>
        <w:jc w:val="right"/>
      </w:pPr>
      <w:r>
        <w:t>اس راز کو لوگوں نے نہیں سمجھا۔ وَقَاتَلُوهُمْ حَتَّىٰ لَا تَكُونَ فِتْنَةٌ ان سے لڑو یہاں تک کہ فتنہ باقی نہ رہے۔</w:t>
      </w:r>
    </w:p>
    <w:p>
      <w:r>
        <w:rPr>
          <w:b/>
        </w:rPr>
        <w:t xml:space="preserve">[31:00] </w:t>
      </w:r>
      <w:r>
        <w:t>to ladai fidasti ka ab ladai nahi thi islam mein, na hai. islam mein ladai fidasti ka ladai na thi, pehle na aa jaye.</w:t>
      </w:r>
    </w:p>
    <w:p>
      <w:pPr>
        <w:jc w:val="right"/>
      </w:pPr>
      <w:r>
        <w:t>تو لڑائی فدستی کا اب لڑائی نہیں تھی اسلام میں، نہ ہے۔ اسلام میں لڑائی فدستی کا لڑائی نہ تھی، پہلے نہ آ جائے۔</w:t>
      </w:r>
    </w:p>
    <w:p>
      <w:r>
        <w:rPr>
          <w:b/>
        </w:rPr>
        <w:t xml:space="preserve">[31:14] </w:t>
      </w:r>
      <w:r>
        <w:t>balkeh woh thi fitnah ko khatm karne ke liye. fitnah se murad hai riayat parastish.</w:t>
      </w:r>
    </w:p>
    <w:p>
      <w:pPr>
        <w:jc w:val="right"/>
      </w:pPr>
      <w:r>
        <w:t>بلکہ وہ تھی فتنہ کو ختم کرنے کے لیے۔ فتنہ سے مراد ہے رعایت پرستش۔</w:t>
      </w:r>
    </w:p>
    <w:p>
      <w:r>
        <w:rPr>
          <w:b/>
        </w:rPr>
        <w:t xml:space="preserve">[31:25] </w:t>
      </w:r>
      <w:r>
        <w:t>yeh sab khatm ho gaya. naye daur mein jo naya daur aaya hai, is mein yeh sab khatm ho gaya. to ab ladai kis liye?</w:t>
      </w:r>
    </w:p>
    <w:p>
      <w:pPr>
        <w:jc w:val="right"/>
      </w:pPr>
      <w:r>
        <w:t>یہ سب ختم ہو گیا۔ نئے دور میں جو نیا دور آیا ہے، اس میں یہ سب ختم ہو گیا۔ تو اب لڑائی کس لیے؟</w:t>
      </w:r>
    </w:p>
    <w:p>
      <w:r>
        <w:rPr>
          <w:b/>
        </w:rPr>
        <w:t xml:space="preserve">[31:37] </w:t>
      </w:r>
      <w:r>
        <w:t>ab ladai mauqoof hai islam mein. matloob nahi hai. ab ladai islam mein matloob nahi hai, mauqoof hai.</w:t>
      </w:r>
    </w:p>
    <w:p>
      <w:pPr>
        <w:jc w:val="right"/>
      </w:pPr>
      <w:r>
        <w:t>اب لڑائی موقوف ہے اسلام میں۔ مطلوب نہیں ہے۔ اب لڑائی اسلام میں مطلوب نہیں ہے، موقوف ہے۔</w:t>
      </w:r>
    </w:p>
    <w:p>
      <w:r>
        <w:rPr>
          <w:b/>
        </w:rPr>
        <w:t xml:space="preserve">[31:50] </w:t>
      </w:r>
      <w:r>
        <w:t>jaise misal ke taur par surah hajj mein hai ke oont par safar kar ke maqam had mein pahuncho.</w:t>
      </w:r>
    </w:p>
    <w:p>
      <w:pPr>
        <w:jc w:val="right"/>
      </w:pPr>
      <w:r>
        <w:t>جیسے مثال کے طور پر سورہ حج میں ہے کہ اونٹ پر سفر کر کے مقام حد میں پہنچو۔</w:t>
      </w:r>
    </w:p>
    <w:p>
      <w:r>
        <w:rPr>
          <w:b/>
        </w:rPr>
        <w:t xml:space="preserve">[32:02] </w:t>
      </w:r>
      <w:r>
        <w:t>yaani makkah pahuncho, oont par safar kar ke. lekin jab hawajat aa gaya, jab hawajat aa gaya to oont ka safar mauqoof ho gaya.</w:t>
      </w:r>
    </w:p>
    <w:p>
      <w:pPr>
        <w:jc w:val="right"/>
      </w:pPr>
      <w:r>
        <w:t>یعنی مکہ پہنچو، اونٹ پر سفر کر کے۔ لیکن جب حواجات آ گیا، جب حواجات آ گیا تو اونٹ کا سفر موقوف ہو گیا۔</w:t>
      </w:r>
    </w:p>
    <w:p>
      <w:r>
        <w:rPr>
          <w:b/>
        </w:rPr>
        <w:t xml:space="preserve">[32:16] </w:t>
      </w:r>
      <w:r>
        <w:t>ab koi oont par safar kar ke hajj ke liye nahi jata. ab koi oont par safar kar ke hajj ke liye nahi jata.</w:t>
      </w:r>
    </w:p>
    <w:p>
      <w:pPr>
        <w:jc w:val="right"/>
      </w:pPr>
      <w:r>
        <w:t>اب کوئی اونٹ پر سفر کر کے حج کے لیے نہیں جاتا۔ اب کوئی اونٹ پر سفر کر کے حج کے لیے نہیں جاتا۔</w:t>
      </w:r>
    </w:p>
    <w:p>
      <w:r>
        <w:rPr>
          <w:b/>
        </w:rPr>
        <w:t xml:space="preserve">[32:25] </w:t>
      </w:r>
      <w:r>
        <w:t>ab log hawajat par jate hain.</w:t>
      </w:r>
    </w:p>
    <w:p>
      <w:pPr>
        <w:jc w:val="right"/>
      </w:pPr>
      <w:r>
        <w:t>اب لوگ حواجات پر جاتے ہیں۔</w:t>
      </w:r>
    </w:p>
    <w:p>
      <w:r>
        <w:rPr>
          <w:b/>
        </w:rPr>
        <w:t xml:space="preserve">[32:30] </w:t>
      </w:r>
      <w:r>
        <w:t>to isi tarah se jab fitnah khatm ho gaya, jab rukawatein khatm ho gayin to ladai mauqoof ho gayi.</w:t>
      </w:r>
    </w:p>
    <w:p>
      <w:pPr>
        <w:jc w:val="right"/>
      </w:pPr>
      <w:r>
        <w:t>تو اسی طریقے سے جب فتنہ ختم ہو گیا، جب رکاوٹیں ختم ہو گئیں تو لڑائی موقوف ہو گئی۔</w:t>
      </w:r>
    </w:p>
    <w:p>
      <w:r>
        <w:rPr>
          <w:b/>
        </w:rPr>
        <w:t xml:space="preserve">[32:44] </w:t>
      </w:r>
      <w:r>
        <w:t>ab to khuli opportunity hai, khule mawaqe hain, har taraf peace hai, har taraf communication hai.</w:t>
      </w:r>
    </w:p>
    <w:p>
      <w:pPr>
        <w:jc w:val="right"/>
      </w:pPr>
      <w:r>
        <w:t>اب تو کھلی اپرچونیٹی ہے، کھلے مواقع ہیں، ہر طرف پیس ہے، ہر طرف کمیونیکیشن ہے۔</w:t>
      </w:r>
    </w:p>
    <w:p>
      <w:r>
        <w:rPr>
          <w:b/>
        </w:rPr>
        <w:t xml:space="preserve">[32:56] </w:t>
      </w:r>
      <w:r>
        <w:t>ab to sach poochein to yeh jo zamana hai, yeh</w:t>
      </w:r>
    </w:p>
    <w:p>
      <w:pPr>
        <w:jc w:val="right"/>
      </w:pPr>
      <w:r>
        <w:t>اب تو سچ پوچھیں تو یہ جو زمانہ ہے، یہ</w:t>
      </w:r>
    </w:p>
    <w:p>
      <w:r>
        <w:rPr>
          <w:b/>
        </w:rPr>
        <w:t xml:space="preserve">[33:04] </w:t>
      </w:r>
      <w:r>
        <w:t>explosion hai mawaqe ka. yani age of opportunity ka zamana hai. to isko avail karo.</w:t>
      </w:r>
    </w:p>
    <w:p>
      <w:pPr>
        <w:jc w:val="right"/>
      </w:pPr>
      <w:r>
        <w:t>ایکسپلوژن ہے مواقع کا۔ یعنی ایج آف اپرچونیٹی کا زمانہ ہے۔ تو اس کو اویل کرو۔</w:t>
      </w:r>
    </w:p>
    <w:p>
      <w:r>
        <w:rPr>
          <w:b/>
        </w:rPr>
        <w:t xml:space="preserve">[33:16] </w:t>
      </w:r>
      <w:r>
        <w:t>mawaqe ko, opportunity ko avail karo. ab ladai kis liye? ab jo ladai musalman idhar udhar khabrein aati hain, woh hai aap aaye mujhe maar.</w:t>
      </w:r>
    </w:p>
    <w:p>
      <w:pPr>
        <w:jc w:val="right"/>
      </w:pPr>
      <w:r>
        <w:t>مواقع کو، اپرچونیٹی کو اویل کرو۔ اب لڑائی کس لیے؟ اب جو لڑائی مسلمان ادھر ادھر خبریں آتی ہیں، وہ ہے آپ آئے مجھے مار۔</w:t>
      </w:r>
    </w:p>
    <w:p>
      <w:r>
        <w:rPr>
          <w:b/>
        </w:rPr>
        <w:t xml:space="preserve">[33:31] </w:t>
      </w:r>
      <w:r>
        <w:t>woh sab hai aap aaye mujhe maar.</w:t>
      </w:r>
    </w:p>
    <w:p>
      <w:pPr>
        <w:jc w:val="right"/>
      </w:pPr>
      <w:r>
        <w:t>وہ سب ہے آپ آئے مجھے مار۔</w:t>
      </w:r>
    </w:p>
    <w:p>
      <w:r>
        <w:rPr>
          <w:b/>
        </w:rPr>
        <w:t xml:space="preserve">[33:36] </w:t>
      </w:r>
      <w:r>
        <w:t>yani koi shakhs tha, raaste par chal raha tha to raaste ke kinare ek ek bail khada hua tha.</w:t>
      </w:r>
    </w:p>
    <w:p>
      <w:pPr>
        <w:jc w:val="right"/>
      </w:pPr>
      <w:r>
        <w:t>یعنی کوئی شخص تھا، راستے پر چل رہا تھا تو راستے کے کنارے ایک ایک بیل کھڑا ہوا تھا۔</w:t>
      </w:r>
    </w:p>
    <w:p>
      <w:r>
        <w:rPr>
          <w:b/>
        </w:rPr>
        <w:t xml:space="preserve">[33:46] </w:t>
      </w:r>
      <w:r>
        <w:t>woh apne juari kar raha tha, woh kinare khada hua. to woh aadmi agar chala jata to kuch na hota.</w:t>
      </w:r>
    </w:p>
    <w:p>
      <w:pPr>
        <w:jc w:val="right"/>
      </w:pPr>
      <w:r>
        <w:t>وہ اپنے جواری کر رہا تھا، وہ کنارے کھڑا ہوا۔ تو وہ آدمی اگر چلا جاتا تو کچھ نہ ہوتا۔</w:t>
      </w:r>
    </w:p>
    <w:p>
      <w:r>
        <w:rPr>
          <w:b/>
        </w:rPr>
        <w:t xml:space="preserve">[33:57] </w:t>
      </w:r>
      <w:r>
        <w:t>lekin us ne kya kiya? us ne is bail ko pathar mara. jab pathar mara to us ne seeng mari.</w:t>
      </w:r>
    </w:p>
    <w:p>
      <w:pPr>
        <w:jc w:val="right"/>
      </w:pPr>
      <w:r>
        <w:t>لیکن اس نے کیا کیا؟ اس نے اس بیل کو پتھر مارا۔ جب پتھر مارا تو اس نے سینگ ماری۔</w:t>
      </w:r>
    </w:p>
    <w:p>
      <w:r>
        <w:rPr>
          <w:b/>
        </w:rPr>
        <w:t xml:space="preserve">[34:09] </w:t>
      </w:r>
      <w:r>
        <w:t>us ka seeng marna pathar ke jawab mein tha, woh tha retaliation. to aaj kal jo musalmanon ke darmiyan kahin idhar udhar khabrein aati hain ladai ki,</w:t>
      </w:r>
    </w:p>
    <w:p>
      <w:pPr>
        <w:jc w:val="right"/>
      </w:pPr>
      <w:r>
        <w:t>اس کا سینگ مارنا پتھر کے جواب میں تھا، وہ تھا ریٹیلیشن۔ تو آج کل جو مسلمانوں کے درمیان کہیں ادھر ادھر خبریں آتی ہیں لڑائی کی،</w:t>
      </w:r>
    </w:p>
    <w:p>
      <w:r>
        <w:rPr>
          <w:b/>
        </w:rPr>
        <w:t xml:space="preserve">[34:23] </w:t>
      </w:r>
      <w:r>
        <w:t>woh jihad nahi hota hai, hargiz nahi jihad hai woh. woh hai a'abada alladhi yanha mujhe maar. ki politics.</w:t>
      </w:r>
    </w:p>
    <w:p>
      <w:pPr>
        <w:jc w:val="right"/>
      </w:pPr>
      <w:r>
        <w:t>وہ جہاد نہیں ہوتا ہے، ہرگز نہیں جہاد ہے وہ۔ وہ ہے أَعْبَدَ الَّذِي يَنْهَى مجھے مار۔ کی پولیٹکس۔</w:t>
      </w:r>
    </w:p>
    <w:p>
      <w:r>
        <w:rPr>
          <w:b/>
        </w:rPr>
        <w:t xml:space="preserve">[34:33] </w:t>
      </w:r>
      <w:r>
        <w:t>to Allah ke fazl se hamare saathi hain, mard bhi aur khawateen bhi, isi kaam mein lage hue hain.</w:t>
      </w:r>
    </w:p>
    <w:p>
      <w:pPr>
        <w:jc w:val="right"/>
      </w:pPr>
      <w:r>
        <w:t>تو اللہ کے فضل سے ہمارے ساتھی ہیں، مرد بھی اور خواتین بھی، اسی کام میں لگے ہوئے ہیں۔</w:t>
      </w:r>
    </w:p>
    <w:p>
      <w:r>
        <w:rPr>
          <w:b/>
        </w:rPr>
        <w:t xml:space="preserve">[34:43] </w:t>
      </w:r>
      <w:r>
        <w:t>khaas tor par Quran ko phailane ke kaam mein. Islam ki image bhi durust karna hai, Quran ki taleemat ki isha'at bhi karna hai, aur Quran ka tarjuma phailana hai.</w:t>
      </w:r>
    </w:p>
    <w:p>
      <w:pPr>
        <w:jc w:val="right"/>
      </w:pPr>
      <w:r>
        <w:t>خاص طور پر قرآن کو پھیلانے کے کام میں۔ اسلام کی امیج بھی درست کرنا ہے، قرآن کی تعلیمات کی اشاعت بھی کرنا ہے، اور قرآن کا ترجمہ پھیلانا ہے۔</w:t>
      </w:r>
    </w:p>
    <w:p>
      <w:r>
        <w:rPr>
          <w:b/>
        </w:rPr>
        <w:t xml:space="preserve">[34:57] </w:t>
      </w:r>
      <w:r>
        <w:t>is mein lage hue hain. sari duniya mein.</w:t>
      </w:r>
    </w:p>
    <w:p>
      <w:pPr>
        <w:jc w:val="right"/>
      </w:pPr>
      <w:r>
        <w:t>اس میں لگے ہوئے ہیں۔ ساری دنیا میں۔</w:t>
      </w:r>
    </w:p>
    <w:p>
      <w:r>
        <w:rPr>
          <w:b/>
        </w:rPr>
        <w:t xml:space="preserve">[35:05] </w:t>
      </w:r>
      <w:r>
        <w:t>sari duniya mein. main is par shukr karta hoon aur un sab logon ke liye dua karta hoon jo is kaam mein lage hue hain.</w:t>
      </w:r>
    </w:p>
    <w:p>
      <w:pPr>
        <w:jc w:val="right"/>
      </w:pPr>
      <w:r>
        <w:t>ساری دنیا میں۔ میں اس پر شکر کرتا ہوں اور ان سب لوگوں کے لیے دعا کرتا ہوں جو اس کام میں لگے ہوئے ہیں۔</w:t>
      </w:r>
    </w:p>
    <w:p>
      <w:r>
        <w:rPr>
          <w:b/>
        </w:rPr>
        <w:t xml:space="preserve">[35:16] </w:t>
      </w:r>
      <w:r>
        <w:t>sari duniya mein. in sab ke liye dua karta hoon aur Allah ka shukr karta hoon ke is ne hamein yeh mawaqe kholay.</w:t>
      </w:r>
    </w:p>
    <w:p>
      <w:pPr>
        <w:jc w:val="right"/>
      </w:pPr>
      <w:r>
        <w:t>ساری دنیا میں۔ ان سب کے لیے دعا کرتا ہوں اور اللہ کا شکر کرتا ہوں کہ اس نے ہمیں یہ مواقع کھولے۔</w:t>
      </w:r>
    </w:p>
    <w:p>
      <w:r>
        <w:rPr>
          <w:b/>
        </w:rPr>
        <w:t xml:space="preserve">[35:27] </w:t>
      </w:r>
      <w:r>
        <w:t>yani sadiyon, history ka sadiyon ka ek ek process chala.</w:t>
      </w:r>
    </w:p>
    <w:p>
      <w:pPr>
        <w:jc w:val="right"/>
      </w:pPr>
      <w:r>
        <w:t>یعنی صدیوں، ہسٹری کا صدیوں کا ایک ایک پروسیس چلا۔</w:t>
      </w:r>
    </w:p>
    <w:p>
      <w:r>
        <w:rPr>
          <w:b/>
        </w:rPr>
        <w:t xml:space="preserve">[35:37] </w:t>
      </w:r>
      <w:r>
        <w:t>sadiyon ka process chala.</w:t>
      </w:r>
    </w:p>
    <w:p>
      <w:pPr>
        <w:jc w:val="right"/>
      </w:pPr>
      <w:r>
        <w:t>صدیوں کا پروسیس چلا۔</w:t>
      </w:r>
    </w:p>
    <w:p>
      <w:r>
        <w:rPr>
          <w:b/>
        </w:rPr>
        <w:t xml:space="preserve">[35:44] </w:t>
      </w:r>
      <w:r>
        <w:t>kisi shayar ne kaha tha ke matsale ma janu saal yani aasan. shayar ne kaha tha ke matsale ma janu phirta hai farq barson.</w:t>
      </w:r>
    </w:p>
    <w:p>
      <w:pPr>
        <w:jc w:val="right"/>
      </w:pPr>
      <w:r>
        <w:t>کسی شاعر نے کہا تھا کہ مَتْسَالَ مَا جَانُو سال یعنی آسان۔ شاعر نے کہا تھا کہ مَتْسَالَ مَا جَانُو پھرتا ہے فرق برسوں۔</w:t>
      </w:r>
    </w:p>
    <w:p>
      <w:r>
        <w:rPr>
          <w:b/>
        </w:rPr>
        <w:t xml:space="preserve">[36:02] </w:t>
      </w:r>
      <w:r>
        <w:t>matsale ma janu fitna hai,</w:t>
      </w:r>
    </w:p>
    <w:p>
      <w:pPr>
        <w:jc w:val="right"/>
      </w:pPr>
      <w:r>
        <w:t>مَتْسَالَ مَا جَانُو فتنہ ہے،</w:t>
      </w:r>
    </w:p>
    <w:p>
      <w:r>
        <w:rPr>
          <w:b/>
        </w:rPr>
        <w:t xml:space="preserve">[36:08] </w:t>
      </w:r>
      <w:r>
        <w:t>phirta hai farq barson. tab kaam ke aadmi niklte hain kuch.</w:t>
      </w:r>
    </w:p>
    <w:p>
      <w:pPr>
        <w:jc w:val="right"/>
      </w:pPr>
      <w:r>
        <w:t>پھرتا ہے فرق برسوں۔ تب کام کے آدمی نکلتے ہیں کچھ۔</w:t>
      </w:r>
    </w:p>
    <w:p>
      <w:r>
        <w:rPr>
          <w:b/>
        </w:rPr>
        <w:t xml:space="preserve">[36:17] </w:t>
      </w:r>
      <w:r>
        <w:t>to woh us ne kahi thi baat aadmi ke liye, main kahunga yeh door ke liye. is sadiyon tak ek process chala, process.</w:t>
      </w:r>
    </w:p>
    <w:p>
      <w:pPr>
        <w:jc w:val="right"/>
      </w:pPr>
      <w:r>
        <w:t>تو وہ اس نے کہی تھی بات آدمی کے لیے، میں کہوں گا یہ دور کے لیے۔ اس صدیوں تک ایک پروسیس چلا، پروسیس۔</w:t>
      </w:r>
    </w:p>
    <w:p>
      <w:r>
        <w:rPr>
          <w:b/>
        </w:rPr>
        <w:t xml:space="preserve">[36:29] </w:t>
      </w:r>
      <w:r>
        <w:t>tab yeh door aaya hai jahan peace hai, azaadi hai. riayat parastish khatm ho chuka hai.</w:t>
      </w:r>
    </w:p>
    <w:p>
      <w:pPr>
        <w:jc w:val="right"/>
      </w:pPr>
      <w:r>
        <w:t>تب یہ دور آیا ہے جہاں پیس ہے، آزادی ہے۔ رعایت پرستش ختم ہو چکا ہے۔</w:t>
      </w:r>
    </w:p>
    <w:p>
      <w:r>
        <w:rPr>
          <w:b/>
        </w:rPr>
        <w:t xml:space="preserve">[36:43] </w:t>
      </w:r>
      <w:r>
        <w:t>communication ka door hai. printing press ka door hai. computer ka door hai.</w:t>
      </w:r>
    </w:p>
    <w:p>
      <w:pPr>
        <w:jc w:val="right"/>
      </w:pPr>
      <w:r>
        <w:t>کمیونیکیشن کا دور ہے۔ پرنٹنگ پریس کا دور ہے۔ کمپیوٹر کا دور ہے۔</w:t>
      </w:r>
    </w:p>
    <w:p>
      <w:r>
        <w:rPr>
          <w:b/>
        </w:rPr>
        <w:t xml:space="preserve">[36:54] </w:t>
      </w:r>
      <w:r>
        <w:t>aur har taraf freedom hai. koi rukawat nahi. yeh isi liye aaya hai ke hum Allah ka yeh deen jo hai, mehfooz deen.</w:t>
      </w:r>
    </w:p>
    <w:p>
      <w:pPr>
        <w:jc w:val="right"/>
      </w:pPr>
      <w:r>
        <w:t>اور ہر طرف فریڈم ہے۔ کوئی رکاوٹ نہیں۔ یہ اسی لیے آیا ہے کہ ہم اللہ کا یہ دین جو ہے، محفوظ دین۔</w:t>
      </w:r>
    </w:p>
    <w:p>
      <w:r>
        <w:rPr>
          <w:b/>
        </w:rPr>
        <w:t xml:space="preserve">[37:08] </w:t>
      </w:r>
      <w:r>
        <w:t>Allah ka jo mehfooz deen hai, us ko khoob phailayein, khoob phailayein. Quran ke tarjume har zaban mein kar ke khoob phailayein, khoob phailayein.</w:t>
      </w:r>
    </w:p>
    <w:p>
      <w:pPr>
        <w:jc w:val="right"/>
      </w:pPr>
      <w:r>
        <w:t>اللہ کا جو محفوظ دین ہے، اس کو خوب پھیلائیں، خوب پھیلائیں۔ قرآن کے ترجمے ہر زبان میں کر کے خوب پھیلائیں، خوب پھیلائیں۔</w:t>
      </w:r>
    </w:p>
    <w:p>
      <w:r>
        <w:rPr>
          <w:b/>
        </w:rPr>
        <w:t xml:space="preserve">[37:23] </w:t>
      </w:r>
      <w:r>
        <w:t>ab nah nafrat karna hai, na tashaddud karna hai, na shikayat karna hai, na larai karna hai, kuch bhi nahin.</w:t>
      </w:r>
    </w:p>
    <w:p>
      <w:pPr>
        <w:jc w:val="right"/>
      </w:pPr>
      <w:r>
        <w:t>اب نہ نفرت کرنا ہے، نہ تشدد کرنا ہے، نہ شکایت کرنا ہے، نہ لڑائی کرنا ہے، کچھ بھی نہیں۔</w:t>
      </w:r>
    </w:p>
    <w:p>
      <w:r>
        <w:rPr>
          <w:b/>
        </w:rPr>
        <w:t xml:space="preserve">[37:34] </w:t>
      </w:r>
      <w:r>
        <w:t>woh sab to tha jab ke koi rukawatein hon. ab rukawatein to khatm ho gain.</w:t>
      </w:r>
    </w:p>
    <w:p>
      <w:pPr>
        <w:jc w:val="right"/>
      </w:pPr>
      <w:r>
        <w:t>وہ سب تو تھا جب کہ کوئی رکاوٹیں ہوں۔ اب رکاوٹیں تو ختم ہو گئیں۔</w:t>
      </w:r>
    </w:p>
    <w:p>
      <w:r>
        <w:rPr>
          <w:b/>
        </w:rPr>
        <w:t xml:space="preserve">[37:44] </w:t>
      </w:r>
      <w:r>
        <w:t>ab safar karne mein bhi koi rukawat nahin. aap ke paas travel document ho. yaani pehle zamanay mein safar karne ke liye aap ko zaroorat hoti thi talwar ki.</w:t>
      </w:r>
    </w:p>
    <w:p>
      <w:pPr>
        <w:jc w:val="right"/>
      </w:pPr>
      <w:r>
        <w:t>اب سفر کرنے میں بھی کوئی رکاوٹ نہیں۔ آپ کے پاس ٹریول ڈاکومنٹ ہو۔ یعنی پہلے زمانے میں سفر کرنے کے لیے آپ کو ضرورت ہوتی تھی تلوار کی۔</w:t>
      </w:r>
    </w:p>
    <w:p>
      <w:r>
        <w:rPr>
          <w:b/>
        </w:rPr>
        <w:t xml:space="preserve">[37:58] </w:t>
      </w:r>
      <w:r>
        <w:t>talwar aur fauj le kar chalte thay, tab aap ghus sakte thay. ab koi zaroorat nahin hai. ab aap ke paas travel document hona chahiye bas.</w:t>
      </w:r>
    </w:p>
    <w:p>
      <w:pPr>
        <w:jc w:val="right"/>
      </w:pPr>
      <w:r>
        <w:t>تلوار اور فوج لے کر چلتے تھے، تب آپ گھس سکتے تھے۔ اب کوئی ضرورت نہیں ہے۔ اب آپ کے پاس ٹریول ڈاکومنٹ ہونا چاہیے بس۔</w:t>
      </w:r>
    </w:p>
    <w:p>
      <w:r>
        <w:rPr>
          <w:b/>
        </w:rPr>
        <w:t xml:space="preserve">[38:11] </w:t>
      </w:r>
      <w:r>
        <w:t>jahan chahein jaiye, jahan chahein kaam kijiye.</w:t>
      </w:r>
    </w:p>
    <w:p>
      <w:pPr>
        <w:jc w:val="right"/>
      </w:pPr>
      <w:r>
        <w:t>جہاں چاہیں جائیے، جہاں چاہیں کام کیجیے۔</w:t>
      </w:r>
    </w:p>
    <w:p>
      <w:r>
        <w:rPr>
          <w:b/>
        </w:rPr>
        <w:t xml:space="preserve">[38:20] </w:t>
      </w:r>
      <w:r>
        <w:t>to yeh jo daur aaya hai, is daur ki peshin goi Quran mein maujood thi. Hadees mein maujood thi.</w:t>
      </w:r>
    </w:p>
    <w:p>
      <w:pPr>
        <w:jc w:val="right"/>
      </w:pPr>
      <w:r>
        <w:t>تو یہ جو دور آیا ہے، اس دور کی پیشین گوئی قرآن میں موجود تھی۔ حدیث میں موجود تھی۔</w:t>
      </w:r>
    </w:p>
    <w:p>
      <w:r>
        <w:rPr>
          <w:b/>
        </w:rPr>
        <w:t xml:space="preserve">[38:30] </w:t>
      </w:r>
      <w:r>
        <w:t>mislan woh jo Hadees hai ke la yabqa ala dar al arz baitun badrun wa la ubrun illa dakhalahu Allahu kalimatu al islam.</w:t>
      </w:r>
    </w:p>
    <w:p>
      <w:pPr>
        <w:jc w:val="right"/>
      </w:pPr>
      <w:r>
        <w:t>مثلاً وہ جو حدیث ہے کہ لَا يَبْقَى عَلَىٰ دَارِ الْأَرْضِ بَيْتٌ بَدْرٍ وَلَا عُبْرٍ إِلَّا دَخْلَهُ اللَّهُ کلمۃ الاسلام۔</w:t>
      </w:r>
    </w:p>
    <w:p>
      <w:r>
        <w:rPr>
          <w:b/>
        </w:rPr>
        <w:t xml:space="preserve">[38:45] </w:t>
      </w:r>
      <w:r>
        <w:t>to Allah ka kalma, yaani word of God.</w:t>
      </w:r>
    </w:p>
    <w:p>
      <w:pPr>
        <w:jc w:val="right"/>
      </w:pPr>
      <w:r>
        <w:t>تو اللہ کا کلمہ، یعنی ورڈ آف گاڈ۔</w:t>
      </w:r>
    </w:p>
    <w:p>
      <w:r>
        <w:rPr>
          <w:b/>
        </w:rPr>
        <w:t xml:space="preserve">[38:52] </w:t>
      </w:r>
      <w:r>
        <w:t>kalma ka matlab hai word of God, yaani Quran. Quran har ghar mein pahunchega. har insaan tak pahunchega.</w:t>
      </w:r>
    </w:p>
    <w:p>
      <w:pPr>
        <w:jc w:val="right"/>
      </w:pPr>
      <w:r>
        <w:t>کلمہ کا مطلب ہے ورڈ آف گاڈ، یعنی قرآن۔ قرآن ہر گھر میں پہنچے گا۔ ہر انسان تک پہنچے گا۔</w:t>
      </w:r>
    </w:p>
    <w:p>
      <w:r>
        <w:rPr>
          <w:b/>
        </w:rPr>
        <w:t xml:space="preserve">[39:06] </w:t>
      </w:r>
      <w:r>
        <w:t>is mein yeh peshin goi thi. to is ke liye ek daur darkar tha. aisa hone ke liye ek age darkar tha, ek daur darkar tha.</w:t>
      </w:r>
    </w:p>
    <w:p>
      <w:pPr>
        <w:jc w:val="right"/>
      </w:pPr>
      <w:r>
        <w:t>اس میں یہ پیشین گوئی تھی۔ تو اس کے لیے ایک دور درکار تھا۔ ایسا ہونے کے لیے ایک ایج درکار تھا، ایک دور درکار تھا۔</w:t>
      </w:r>
    </w:p>
    <w:p>
      <w:r>
        <w:rPr>
          <w:b/>
        </w:rPr>
        <w:t xml:space="preserve">[39:22] </w:t>
      </w:r>
      <w:r>
        <w:t>woh ek lambi tareekhi</w:t>
      </w:r>
    </w:p>
    <w:p>
      <w:pPr>
        <w:jc w:val="right"/>
      </w:pPr>
      <w:r>
        <w:t>وہ ایک لمبی تاریخی</w:t>
      </w:r>
    </w:p>
    <w:p>
      <w:r>
        <w:rPr>
          <w:b/>
        </w:rPr>
        <w:t xml:space="preserve">[39:29] </w:t>
      </w:r>
      <w:r>
        <w:t>process ke baad duniya mein aa chuka hai. to ab nafrat kis liye? tashaddud kis liye?</w:t>
      </w:r>
    </w:p>
    <w:p>
      <w:pPr>
        <w:jc w:val="right"/>
      </w:pPr>
      <w:r>
        <w:t>پروسیس کے بعد دنیا میں آ چکا ہے۔ تو اب نفرت کس لیے؟ تشدد کس لیے؟</w:t>
      </w:r>
    </w:p>
    <w:p>
      <w:r>
        <w:rPr>
          <w:b/>
        </w:rPr>
        <w:t xml:space="preserve">[39:38] </w:t>
      </w:r>
      <w:r>
        <w:t>neik niyati ke kis liye? jang kis liye?</w:t>
      </w:r>
    </w:p>
    <w:p>
      <w:pPr>
        <w:jc w:val="right"/>
      </w:pPr>
      <w:r>
        <w:t>نیک نیتی کے کس لیے؟ جنگ کس لیے؟</w:t>
      </w:r>
    </w:p>
    <w:p>
      <w:r>
        <w:rPr>
          <w:b/>
        </w:rPr>
        <w:t xml:space="preserve">[39:45] </w:t>
      </w:r>
      <w:r>
        <w:t>yeh sab cheezein ab to irrelevant ho chuki hain. irrelevant.</w:t>
      </w:r>
    </w:p>
    <w:p>
      <w:pPr>
        <w:jc w:val="right"/>
      </w:pPr>
      <w:r>
        <w:t>یہ سب چیزیں اب تو اریلیونٹ ہو چکی ہیں۔ اریلیونٹ۔</w:t>
      </w:r>
    </w:p>
    <w:p>
      <w:r>
        <w:rPr>
          <w:b/>
        </w:rPr>
        <w:t xml:space="preserve">[39:55] </w:t>
      </w:r>
      <w:r>
        <w:t>ab to Allah ka shukar kijiye. Allah se duaein kijiye. Allah ke ahkam ko follow kijiye.</w:t>
      </w:r>
    </w:p>
    <w:p>
      <w:pPr>
        <w:jc w:val="right"/>
      </w:pPr>
      <w:r>
        <w:t>اب تو اللہ کا شکر کیجیے۔ اللہ سے دعائیں کیجیے۔ اللہ کے احکام کو فالو کیجیے۔</w:t>
      </w:r>
    </w:p>
    <w:p>
      <w:r>
        <w:rPr>
          <w:b/>
        </w:rPr>
        <w:t xml:space="preserve">[40:07] </w:t>
      </w:r>
      <w:r>
        <w:t>aur Allah ke deen ko phailaiye. Allah ki kitab ko phailaiye. ab waqt is ka aa gaya hai. kaisi ajeeb baat hai.</w:t>
      </w:r>
    </w:p>
    <w:p>
      <w:pPr>
        <w:jc w:val="right"/>
      </w:pPr>
      <w:r>
        <w:t>اور اللہ کے دین کو پھیلائیے۔ اللہ کی کتاب کو پھیلائیے۔ اب وقت اس کا آ گیا ہے۔ کیسی عجیب بات ہے۔</w:t>
      </w:r>
    </w:p>
    <w:p>
      <w:r>
        <w:rPr>
          <w:b/>
        </w:rPr>
        <w:t xml:space="preserve">[40:23] </w:t>
      </w:r>
      <w:r>
        <w:t>isi se bekhabari ko Hadees mein fitna dohama kaha gaya hai. fitna dohama ka matlab hai utter darkness.</w:t>
      </w:r>
    </w:p>
    <w:p>
      <w:pPr>
        <w:jc w:val="right"/>
      </w:pPr>
      <w:r>
        <w:t>اسی سے بے خبری کو حدیث میں فتنہ دوہما کہا گیا ہے۔ فتنہ دوہما کا مطلب ہے اٹر ڈارکنس۔</w:t>
      </w:r>
    </w:p>
    <w:p>
      <w:r>
        <w:rPr>
          <w:b/>
        </w:rPr>
        <w:t xml:space="preserve">[40:35] </w:t>
      </w:r>
      <w:r>
        <w:t>utter darkness.</w:t>
      </w:r>
    </w:p>
    <w:p>
      <w:pPr>
        <w:jc w:val="right"/>
      </w:pPr>
      <w:r>
        <w:t>اٹر ڈارکنس۔</w:t>
      </w:r>
    </w:p>
    <w:p>
      <w:r>
        <w:rPr>
          <w:b/>
        </w:rPr>
        <w:t xml:space="preserve">[40:41] </w:t>
      </w:r>
      <w:r>
        <w:t>jaise abhi farz kijiye ke bijli ki jo</w:t>
      </w:r>
    </w:p>
    <w:p>
      <w:pPr>
        <w:jc w:val="right"/>
      </w:pPr>
      <w:r>
        <w:t>جیسے ابھی فرض کیجیے کہ بجلی کی جو</w:t>
      </w:r>
    </w:p>
    <w:p>
      <w:r>
        <w:rPr>
          <w:b/>
        </w:rPr>
        <w:t xml:space="preserve">[40:49] </w:t>
      </w:r>
      <w:r>
        <w:t>roshni yahan ho rahi hai, woh khatm ho jaye. suraj par grehan lag jaye. ab bilkul tareeki chha jaye har taraf.</w:t>
      </w:r>
    </w:p>
    <w:p>
      <w:pPr>
        <w:jc w:val="right"/>
      </w:pPr>
      <w:r>
        <w:t>روشنی یہاں ہو رہی ہے، وہ ختم ہو جائے۔ سورج پر گرہن لگ جائے۔ اب بالکل تاریکی چھا جائے ہر طرف۔</w:t>
      </w:r>
    </w:p>
    <w:p>
      <w:r>
        <w:rPr>
          <w:b/>
        </w:rPr>
        <w:t xml:space="preserve">[40:57] </w:t>
      </w:r>
      <w:r>
        <w:t>is ko kehte hain utter darkness. woh halat qaim ho jaye. to woh halat kahan hai?</w:t>
      </w:r>
    </w:p>
    <w:p>
      <w:pPr>
        <w:jc w:val="right"/>
      </w:pPr>
      <w:r>
        <w:t>اس کو کہتے ہیں اٹر ڈارکنس۔ وہ حالت قائم ہو جائے۔ تو وہ حالت کہاں ہے؟</w:t>
      </w:r>
    </w:p>
    <w:p>
      <w:r>
        <w:rPr>
          <w:b/>
        </w:rPr>
        <w:t xml:space="preserve">[41:08] </w:t>
      </w:r>
      <w:r>
        <w:t>ab to har giz har cheez ujale mein hai.</w:t>
      </w:r>
    </w:p>
    <w:p>
      <w:pPr>
        <w:jc w:val="right"/>
      </w:pPr>
      <w:r>
        <w:t>اب تو ہرگز ہر چیز اجالے میں ہے۔</w:t>
      </w:r>
    </w:p>
    <w:p>
      <w:r>
        <w:rPr>
          <w:b/>
        </w:rPr>
        <w:t xml:space="preserve">[41:14] </w:t>
      </w:r>
      <w:r>
        <w:t>ab sari opportunities open ho chuki hain. open.</w:t>
      </w:r>
    </w:p>
    <w:p>
      <w:pPr>
        <w:jc w:val="right"/>
      </w:pPr>
      <w:r>
        <w:t>اب ساری اپرچونیٹیز اوپن ہو چکی ہیں۔ اوپن۔</w:t>
      </w:r>
    </w:p>
    <w:p>
      <w:r>
        <w:rPr>
          <w:b/>
        </w:rPr>
        <w:t xml:space="preserve">[41:24] </w:t>
      </w:r>
      <w:r>
        <w:t>to fitna dohama isi ka naam hai. Allah ke fazal se waqt aa gaya hai ke hum fitna dohama se bahar aaein.</w:t>
      </w:r>
    </w:p>
    <w:p>
      <w:pPr>
        <w:jc w:val="right"/>
      </w:pPr>
      <w:r>
        <w:t>تو فتنہ دوہما اسی کا نام ہے۔ اللہ کے فضل سے وقت آ گیا ہے کہ ہم فتنہ دوہما سے باہر آئیں۔</w:t>
      </w:r>
    </w:p>
    <w:p>
      <w:r>
        <w:rPr>
          <w:b/>
        </w:rPr>
        <w:t xml:space="preserve">[41:38] </w:t>
      </w:r>
      <w:r>
        <w:t>andhere se bahar aaein. aur jo positive kaam karna tha, us ke hum is mein aaj lag jaaein.</w:t>
      </w:r>
    </w:p>
    <w:p>
      <w:pPr>
        <w:jc w:val="right"/>
      </w:pPr>
      <w:r>
        <w:t>اندھیرے سے باہر آئیں۔ اور جو پازیٹیو کام کرنا تھا، اس کے ہم اس میں آج لگ جائیں۔</w:t>
      </w:r>
    </w:p>
    <w:p>
      <w:r>
        <w:rPr>
          <w:b/>
        </w:rPr>
        <w:t xml:space="preserve">[41:50] </w:t>
      </w:r>
      <w:r>
        <w:t>aur</w:t>
      </w:r>
    </w:p>
    <w:p>
      <w:pPr>
        <w:jc w:val="right"/>
      </w:pPr>
      <w:r>
        <w:t>اور</w:t>
      </w:r>
    </w:p>
    <w:p>
      <w:r>
        <w:rPr>
          <w:b/>
        </w:rPr>
        <w:t xml:space="preserve">[41:55] </w:t>
      </w:r>
      <w:r>
        <w:t>sari opportunities ko is maqsad ke liye avail kiya jae.</w:t>
      </w:r>
    </w:p>
    <w:p>
      <w:pPr>
        <w:jc w:val="right"/>
      </w:pPr>
      <w:r>
        <w:t>ساری اپرچونیٹیز کو اس مقصد کے لیے اویل کیا جائے۔</w:t>
      </w:r>
    </w:p>
    <w:p>
      <w:r>
        <w:rPr>
          <w:b/>
        </w:rPr>
        <w:t xml:space="preserve">[42:02] </w:t>
      </w:r>
      <w:r>
        <w:t>Assalam o alaikum wa rahmatullah</w:t>
      </w:r>
    </w:p>
    <w:p>
      <w:pPr>
        <w:jc w:val="right"/>
      </w:pPr>
      <w:r>
        <w:t>السلام علیکم ورحمة الله</w:t>
      </w:r>
    </w:p>
    <w:p>
      <w:r>
        <w:rPr>
          <w:b/>
        </w:rPr>
        <w:t xml:space="preserve">[42:16] </w:t>
      </w:r>
      <w:r>
        <w:t>Okay, we will start with the question answer and comment session. I will first take the comments. Ah, Maulana, yeh comments aaye hain sab jagah se.</w:t>
      </w:r>
    </w:p>
    <w:p>
      <w:pPr>
        <w:jc w:val="right"/>
      </w:pPr>
      <w:r>
        <w:t>اوکے، وی ویل سٹارٹ ود دی کوئسچن انسر اینڈ کمنٹ سیشن۔ آئی ویل فرسٹ ٹیک دی کمنٹس۔ آہ، مولانا، یہ کمنٹس آئے ہیں سب جگہ سے۔</w:t>
      </w:r>
    </w:p>
    <w:p>
      <w:r>
        <w:rPr>
          <w:b/>
        </w:rPr>
        <w:t xml:space="preserve">[42:27] </w:t>
      </w:r>
      <w:r>
        <w:t>Pehla comment lena chahenge, yeh Maulana Iqbal Umri ne bheja hai Chennai se. Unhone likha hai: "Maulana, har tareeqe se CPS hi Islam ki image building ka kaam karta hai.</w:t>
      </w:r>
    </w:p>
    <w:p>
      <w:pPr>
        <w:jc w:val="right"/>
      </w:pPr>
      <w:r>
        <w:t>پہلا کمنٹ لینا چاہیں گے، یہ مولانا اقبال عمری نے بھیجا ہے چنئی سے۔ انہوں نے لکھا ہے: "مولانا، ہر طریقے سے سی پی ایس ہی اسلام کی امیج بلڈنگ کا کام کرتا ہے۔</w:t>
      </w:r>
    </w:p>
    <w:p>
      <w:r>
        <w:rPr>
          <w:b/>
        </w:rPr>
        <w:t xml:space="preserve">[42:39] </w:t>
      </w:r>
      <w:r>
        <w:t>Yeh sirf claim nahi balkeh haqeeqat hai." Jazak Allah Maulana sahib. Abdul Razzaq Huntgi ne Mumbai se likha hai: "CPS is indeed a consolidated effort led by Maulana, inspiring thousands of volunteers." Miss Shabana Ansari ne Pakistan se likha hai:</w:t>
      </w:r>
    </w:p>
    <w:p>
      <w:pPr>
        <w:jc w:val="right"/>
      </w:pPr>
      <w:r>
        <w:t>یہ صرف کلیم نہیں بلکہ حقیقت ہے۔" جزاک اللہ مولانا صاحب۔ عبدالرزاق ہنٹگی نے ممبئی سے لکھا ہے: "سی پی ایس از انڈیڈ ا کنسولڈ ایفرٹ لیڈ بائے مولانا، انسپائرنگ تھاؤزنڈز آف والنٹیئرز۔" مس شبانہ انصاری نے پاکستان سے لکھا ہے:</w:t>
      </w:r>
    </w:p>
    <w:p>
      <w:r>
        <w:rPr>
          <w:b/>
        </w:rPr>
        <w:t xml:space="preserve">[43:02] </w:t>
      </w:r>
      <w:r>
        <w:t>"Alhamdulillah Maulana, CPS is the truest mission which has given women the open chance to play their important role as peaceful da'ee." Unhone phir likha hai ke: "Maulana, whoever reads Quran without conditioning,</w:t>
      </w:r>
    </w:p>
    <w:p>
      <w:pPr>
        <w:jc w:val="right"/>
      </w:pPr>
      <w:r>
        <w:t>"الحمدللہ مولانا، سی پی ایس از دا ٹروئسٹ مشن وچ ہیز گیون وومن دی اوپن چانس ٹو پلے دیر امپورٹنٹ رول ایز پیس فل دائی۔" انہوں نے پھر لکھا ہے کہ: "مولانا، ہو ایور ریڈز قرآن ودا آؤٹ کنڈیشننگ،</w:t>
      </w:r>
    </w:p>
    <w:p>
      <w:r>
        <w:rPr>
          <w:b/>
        </w:rPr>
        <w:t xml:space="preserve">[43:20] </w:t>
      </w:r>
      <w:r>
        <w:t>can certainly understand CPS mission and can differentiate between other versions of Islam which are representing them as true faith." Dr. Aslam Khan ne Saharanpur se likha hai: "Maulana, all scientists have only discovered the creation,</w:t>
      </w:r>
    </w:p>
    <w:p>
      <w:pPr>
        <w:jc w:val="right"/>
      </w:pPr>
      <w:r>
        <w:t>کین سرٹنلی انڈرسٹینڈ سی پی ایس مشن اینڈ کین ڈیفرنشیٹ بٹوین ادر ورژنز آف اسلام وچ آر ریپریزنٹنگ دیم ایز ٹرو فیتھ۔" ڈاکٹر اسلم خان نے سارن پور سے لکھا ہے: "مولانا، آل سائنٹسٹ ہیو اونلی ڈسکورڈ دا کریشن،</w:t>
      </w:r>
    </w:p>
    <w:p>
      <w:r>
        <w:rPr>
          <w:b/>
        </w:rPr>
        <w:t xml:space="preserve">[43:40] </w:t>
      </w:r>
      <w:r>
        <w:t>but you have discovered the creator along with the discovery of many other things. We are very fortunate to associate with you." Khwaja Kaleemuddin sahib ne Pennsylvania se likha hai: "I could only realize women's role in Islam through Maulana book Aurat Memar Ins</w:t>
      </w:r>
    </w:p>
    <w:p>
      <w:pPr>
        <w:jc w:val="right"/>
      </w:pPr>
      <w:r>
        <w:t>بٹ یو ہیو ڈسکورڈ دا کریٹر الونگ ود دا ڈسکوری آف مینی ادر تھنگز۔ وی آر ویری فورچونیٹ ٹو ایسوسیٹ ود یو۔" خواجہ کلیم الدین صاحب نے پینسلوینیا سے لکھا ہے: "آئی کڈ اونلی ریلائز وومنز رول ان اسلام تھرو مولانا بک عورت معمار انس</w:t>
      </w:r>
    </w:p>
    <w:p>
      <w:r>
        <w:rPr>
          <w:b/>
        </w:rPr>
        <w:t xml:space="preserve">[44:01] </w:t>
      </w:r>
      <w:r>
        <w:t>aniyat. I would recommend this ah ah book to everyone. This is all so available on CPS website for download." Ayaz Ahmed sahib ne Jamshedpur se likha hai: "Alhamdulillah, Allah aaj da'wah work ko support kar raha hai.</w:t>
      </w:r>
    </w:p>
    <w:p>
      <w:pPr>
        <w:jc w:val="right"/>
      </w:pPr>
      <w:r>
        <w:t>انیت۔ آئی وڈ ریکمنڈ دس آہ آہ بک ٹو ایوری ون۔ دس از آل سو اویلیبل آن سی پی ایس ویب سائٹ فار ڈاؤن لوڈ۔" ایاز احمد صاحب نے جمشید پور سے لکھا ہے: "الحمدللہ، اللہ آج دعویٰ ورک کو سپورٹ کر رہا ہے۔</w:t>
      </w:r>
    </w:p>
    <w:p>
      <w:r>
        <w:rPr>
          <w:b/>
        </w:rPr>
        <w:t xml:space="preserve">[44:21] </w:t>
      </w:r>
      <w:r>
        <w:t>Aap ne is baat ki bahut clear wazahat ki ke age of communication da'wah ke liye Allah ka ek support hai." Dr. Naghma Siddiqui ne Delhi se likha hai: "Today is indeed the age of opportunities</w:t>
      </w:r>
    </w:p>
    <w:p>
      <w:pPr>
        <w:jc w:val="right"/>
      </w:pPr>
      <w:r>
        <w:t>آپ نے اس بات کی بہت کلیئر وضاحت کی کہ ایج آف کمیونیکیشن دعوت کے لیے اللہ کا ایک سپورٹ ہے۔" ڈاکٹر نغمہ صدیقی نے دلی سے لکھا ہے: "ٹوڈے از انڈیڈ دا ایج آف اپرچونیٹیز</w:t>
      </w:r>
    </w:p>
    <w:p>
      <w:r>
        <w:rPr>
          <w:b/>
        </w:rPr>
        <w:t xml:space="preserve">[44:36] </w:t>
      </w:r>
      <w:r>
        <w:t>. I thank God that He has given us an opportunity to take part in His mission. Inshallah, I will continue to strive to avail the opportunities that God has given as per His plan till my last breath." Dr. Junaid Sheikh ne Mumbai se likha hai: "Maulana, aaj ki class se samajh mein aaya ke kis tarah Allah ne da'wah mission ke liye human history ko manage kiya.</w:t>
      </w:r>
    </w:p>
    <w:p>
      <w:pPr>
        <w:jc w:val="right"/>
      </w:pPr>
      <w:r>
        <w:t>۔ آئی تھینک گاڈ دیٹ ہی ہیز گیون اس اینڈ اپرچونیٹی ٹو ٹیک پارٹ ان ہز مشن۔ انشاءاللہ، آئی ویل کنٹینیو ٹو سٹرائیو ٹو اویل دی اپرچونیٹیز دیٹ گاڈ ہیز گیون ایز پر ہز پلان ٹل مائی لاسٹ بریتھ۔" ڈاکٹر جنید شیخ نے ممبئی سے لکھا ہے: "مولانا، آج کی کلاس سے سمجھ میں آیا کہ کس طرح اللہ نے دعویٰ مشن کے لیے ہیومن ہسٹری کو مینج کیا۔</w:t>
      </w:r>
    </w:p>
    <w:p>
      <w:r>
        <w:rPr>
          <w:b/>
        </w:rPr>
        <w:t xml:space="preserve">[45:06] </w:t>
      </w:r>
      <w:r>
        <w:t>Pehle Prophet Ibrahim ke zariye ek taqatwar qaum banai, phir Prophet Muhammad ke zariye Musalmanon ko dominant qaum banaya taake Islam mehfooz kiya ja sake.</w:t>
      </w:r>
    </w:p>
    <w:p>
      <w:pPr>
        <w:jc w:val="right"/>
      </w:pPr>
      <w:r>
        <w:t>پہلے پرافٹ ابراہیم کے ذریعے ایک طاقتور قوم بنائی، پھر پرافٹ محمد کے ذریعے مسلمانوں کو ڈومیننٹ قوم بنایا تاکہ اسلام محفوظ کیا جائے۔</w:t>
      </w:r>
    </w:p>
    <w:p>
      <w:r>
        <w:rPr>
          <w:b/>
        </w:rPr>
        <w:t xml:space="preserve">[45:20] </w:t>
      </w:r>
      <w:r>
        <w:t>Aur phir European ke zariye civilization ka daur aaya. Aaj aur mera role hai ke Allah ki is scheme of things ko daryaft kar ke da'wah ke liye peaceful planning karoon." Jazak Allah Maulana sahib, yeh poori history ka meaningful explanation hai.</w:t>
      </w:r>
    </w:p>
    <w:p>
      <w:pPr>
        <w:jc w:val="right"/>
      </w:pPr>
      <w:r>
        <w:t>اور پھر یورپینز کے ذریعے سویلائزیشن کا دور آیا۔ آج اور میرا رول ہے کہ اللہ کی اس سکیم آف تھنگز کو دریافت کر کے دعوت کے لیے پیس فل پلاننگ کروں۔" جزاک اللہ مولانا صاحب، یہ پوری ہسٹری کا میننگ فل ایکسپلینیشن ہے۔</w:t>
      </w:r>
    </w:p>
    <w:p>
      <w:r>
        <w:rPr>
          <w:b/>
        </w:rPr>
        <w:t xml:space="preserve">[45:39] </w:t>
      </w:r>
      <w:r>
        <w:t>Yeh kis ne kaha</w:t>
      </w:r>
    </w:p>
    <w:p>
      <w:pPr>
        <w:jc w:val="right"/>
      </w:pPr>
      <w:r>
        <w:t>یہ کس نے کہا</w:t>
      </w:r>
    </w:p>
    <w:p>
      <w:r>
        <w:rPr>
          <w:b/>
        </w:rPr>
        <w:t xml:space="preserve">[45:40] </w:t>
      </w:r>
      <w:r>
        <w:t>? Dr. Junaid ne. Mashallah, Mashallah. Aur phir unhone likha hai aakhir mein ke: "Aur sirf wohi insaan yeh keh sakta hai jis ko Khuda se bahut bada, bahut zyada ta'alluq ho."</w:t>
      </w:r>
    </w:p>
    <w:p>
      <w:pPr>
        <w:jc w:val="right"/>
      </w:pPr>
      <w:r>
        <w:t>؟ ڈاکٹر جنید نے۔ ماشاءاللہ، ماشاءاللہ۔ اور پھر انہوں نے لکھا ہے آخر میں کہ: "اور صرف وہی انسان یہ کہہ سکتا ہے جس کو خدا سے بہت بڑا، بہت زیادہ تعلق ہو۔"</w:t>
      </w:r>
    </w:p>
    <w:p>
      <w:r>
        <w:rPr>
          <w:b/>
        </w:rPr>
        <w:t xml:space="preserve">[45:59] </w:t>
      </w:r>
      <w:r>
        <w:t>Maulana, sawal lena chahenge, yeh sawal bheja hai Ahmedabad se Muhammad Yusuf sahib ne. Unhone likha hai: "Maulana, you are probably the only voice which talks positively about the role of women in Islam.</w:t>
      </w:r>
    </w:p>
    <w:p>
      <w:pPr>
        <w:jc w:val="right"/>
      </w:pPr>
      <w:r>
        <w:t>مولانا، سوال لینا چاہیں گے، یہ سوال بھیجا ہے احمد آباد سے محمد یوسف صاحب نے۔ انہوں نے لکھا ہے: "مولانا، یو آر پراببلی دا اونلی وائس وچ ٹاکس پازیٹیولی اباؤٹ دا رول آف وومن ان اسلام۔</w:t>
      </w:r>
    </w:p>
    <w:p>
      <w:r>
        <w:rPr>
          <w:b/>
        </w:rPr>
        <w:t xml:space="preserve">[46:15] </w:t>
      </w:r>
      <w:r>
        <w:t>We also know from Islamic history the role played by Hazrat Hajra and Hazrat Khadija, but unfortunately the present Muslims have keep their women confined to their homes.</w:t>
      </w:r>
    </w:p>
    <w:p>
      <w:pPr>
        <w:jc w:val="right"/>
      </w:pPr>
      <w:r>
        <w:t>وی آل سو نو فرام اسلامک ہسٹری دا رول پلیڈ بائے حضرت ہاجرہ اینڈ حضرت خدیجہ، بٹ انفارچونیٹلی دا پریزنٹ مسلمز ہیو کیپ دیر وومن کنفائن ٹو دیر ہومز۔</w:t>
      </w:r>
    </w:p>
    <w:p>
      <w:r>
        <w:rPr>
          <w:b/>
        </w:rPr>
        <w:t xml:space="preserve">[46:31] </w:t>
      </w:r>
      <w:r>
        <w:t>Why don't they let their women out in the field of da'wah? My question is: Won't Allah Ta'ala hold them responsible on the Day of Judgement for not letting their women play their role?"</w:t>
      </w:r>
    </w:p>
    <w:p>
      <w:pPr>
        <w:jc w:val="right"/>
      </w:pPr>
      <w:r>
        <w:t>وائی ڈونٹ دے لیٹ دیر وومن آؤٹ ان دا فیلڈ آف دعویٰ؟ مائی کوئسچن از: وانٹ اللہ تعالی ہولڈ دیم ریسپانسبل آن دا ڈے آف ججمنٹ فار ناٹ لیٹنگ دیر وومن پلے دیر رول؟"</w:t>
      </w:r>
    </w:p>
    <w:p>
      <w:r>
        <w:rPr>
          <w:b/>
        </w:rPr>
        <w:t xml:space="preserve">[46:46] </w:t>
      </w:r>
      <w:r>
        <w:t>Dekhiye, is mein main</w:t>
      </w:r>
    </w:p>
    <w:p>
      <w:pPr>
        <w:jc w:val="right"/>
      </w:pPr>
      <w:r>
        <w:t>देखिए, इसमें मैं</w:t>
      </w:r>
    </w:p>
    <w:p>
      <w:r>
        <w:rPr>
          <w:b/>
        </w:rPr>
        <w:t xml:space="preserve">[46:50] </w:t>
      </w:r>
      <w:r>
        <w:t>ek cheez add karna chahunga ke gender equality jo kaha jata hai, yeh unnatural baat hai. Unnatural. Zindagi ek phali hui society ka naam hai. Usmein different role matloob hai, ek nahi, kai.</w:t>
      </w:r>
    </w:p>
    <w:p>
      <w:pPr>
        <w:jc w:val="right"/>
      </w:pPr>
      <w:r>
        <w:t>एक चीज ऐड करना चाहूंगा कि जेंडर इक्वलिटी जो कहा जाता है, यह अननेचुरल बात है। अननेचुरल। जिंदगी एक फली हुई सोसाइटी का नाम है। उसमें डिफरेंट रोल मतलूब है, एक नहीं, कई।</w:t>
      </w:r>
    </w:p>
    <w:p>
      <w:r>
        <w:rPr>
          <w:b/>
        </w:rPr>
        <w:t xml:space="preserve">[47:19] </w:t>
      </w:r>
      <w:r>
        <w:t>To yeh jo aurat-mard ka mamla hai, to two different species hain ye, aur different maidan mein khade ho kar apna role karein, yeh matloob hai Allah Ta'ala ko.</w:t>
      </w:r>
    </w:p>
    <w:p>
      <w:pPr>
        <w:jc w:val="right"/>
      </w:pPr>
      <w:r>
        <w:t>तो यह जो औरत-मर्द का मामला है, तो टू डिफरेंट स्पीशीज हैं ये, और डिफरेंट मैदान में खड़े होकर अपना रोल करें, यह मतलूब है अल्लाह ताला को।</w:t>
      </w:r>
    </w:p>
    <w:p>
      <w:r>
        <w:rPr>
          <w:b/>
        </w:rPr>
        <w:t xml:space="preserve">[47:38] </w:t>
      </w:r>
      <w:r>
        <w:t>Different maidan. Main aap ko Islam ki tareekh mein ek kehna chahta hoon ke khawateen ne sab se bada role ada kiya hai. Main samajhta hoon, basic role. Masalan dekhiye,</w:t>
      </w:r>
    </w:p>
    <w:p>
      <w:pPr>
        <w:jc w:val="right"/>
      </w:pPr>
      <w:r>
        <w:t>डिफरेंट मैदान। मैं आपको इस्लाम की تاریخ में एक कहना चाहता हूं कि خواتین ने सबसे बड़ा रोल अदा किया है। मैं समझता हूं, बेसिक रोल। مثلاً देखिए,</w:t>
      </w:r>
    </w:p>
    <w:p>
      <w:r>
        <w:rPr>
          <w:b/>
        </w:rPr>
        <w:t xml:space="preserve">[47:55] </w:t>
      </w:r>
      <w:r>
        <w:t>jab rasool Allah (SAW) ek</w:t>
      </w:r>
    </w:p>
    <w:p>
      <w:pPr>
        <w:jc w:val="right"/>
      </w:pPr>
      <w:r>
        <w:t>जब रसूलल्लाह صلى الله عليه وسلم एक</w:t>
      </w:r>
    </w:p>
    <w:p>
      <w:r>
        <w:rPr>
          <w:b/>
        </w:rPr>
        <w:t xml:space="preserve">[48:00] </w:t>
      </w:r>
      <w:r>
        <w:t>seeker insan thay, abhi paighambar nahi aaye thay, wo abhi farishta nahi aaya tha, seeker insan thay, aur</w:t>
      </w:r>
    </w:p>
    <w:p>
      <w:pPr>
        <w:jc w:val="right"/>
      </w:pPr>
      <w:r>
        <w:t>सीकर इंसान थे, अभी पैगंबर नहीं आए थे, वो अभी فرشتہ नहीं आया था, सीकर इंसान थे, और</w:t>
      </w:r>
    </w:p>
    <w:p>
      <w:r>
        <w:rPr>
          <w:b/>
        </w:rPr>
        <w:t xml:space="preserve">[48:08] </w:t>
      </w:r>
      <w:r>
        <w:t>ghar hira mein jaya karte thay.</w:t>
      </w:r>
    </w:p>
    <w:p>
      <w:pPr>
        <w:jc w:val="right"/>
      </w:pPr>
      <w:r>
        <w:t>गार حرا में جایا کرتے थे।</w:t>
      </w:r>
    </w:p>
    <w:p>
      <w:r>
        <w:rPr>
          <w:b/>
        </w:rPr>
        <w:t xml:space="preserve">[48:11] </w:t>
      </w:r>
      <w:r>
        <w:t>to pehli bar jibril jab wahan aaye, to ghor kijiye ke ek farishta, jo sab se bara farishta hai,</w:t>
      </w:r>
    </w:p>
    <w:p>
      <w:pPr>
        <w:jc w:val="right"/>
      </w:pPr>
      <w:r>
        <w:t>तो पहली बार جبرائیل जब वहां आए, तो غور कीजिए कि एक فرشتہ, जो सबसे बड़ा فرشتہ है,</w:t>
      </w:r>
    </w:p>
    <w:p>
      <w:r>
        <w:rPr>
          <w:b/>
        </w:rPr>
        <w:t xml:space="preserve">[48:18] </w:t>
      </w:r>
      <w:r>
        <w:t>jab aaya hoga to us ghar-ghar mein kya mahol bana hoga.</w:t>
      </w:r>
    </w:p>
    <w:p>
      <w:pPr>
        <w:jc w:val="right"/>
      </w:pPr>
      <w:r>
        <w:t>जब आया होगा तो उस غار-गار में क्या माहौल बना होगा।</w:t>
      </w:r>
    </w:p>
    <w:p>
      <w:r>
        <w:rPr>
          <w:b/>
        </w:rPr>
        <w:t xml:space="preserve">[48:24] </w:t>
      </w:r>
      <w:r>
        <w:t>ab tasawwur kijiye,</w:t>
      </w:r>
    </w:p>
    <w:p>
      <w:pPr>
        <w:jc w:val="right"/>
      </w:pPr>
      <w:r>
        <w:t>अब تصور कीजिए,</w:t>
      </w:r>
    </w:p>
    <w:p>
      <w:r>
        <w:rPr>
          <w:b/>
        </w:rPr>
        <w:t xml:space="preserve">[48:29] </w:t>
      </w:r>
      <w:r>
        <w:t>Jibrael to aap jante hain ke farishton ke sardar hain, woh aaye Rasool Allah se mile aur unhone kaha ke "Iqra ya Muhammad".</w:t>
      </w:r>
    </w:p>
    <w:p>
      <w:pPr>
        <w:jc w:val="right"/>
      </w:pPr>
      <w:r>
        <w:t>جبرائیل تو آپ جانتے ہیں کہ فرشتوں کے سردار ہیں، وہ آئے رسول اللہ سے ملے اور انہوں نے کہا کہ "اقرأ یا محمد"۔</w:t>
      </w:r>
    </w:p>
    <w:p>
      <w:r>
        <w:rPr>
          <w:b/>
        </w:rPr>
        <w:t xml:space="preserve">[48:37] </w:t>
      </w:r>
      <w:r>
        <w:t>to kitna bara, yani kaisa ajeeb yeh experience raha hoga.</w:t>
      </w:r>
    </w:p>
    <w:p>
      <w:pPr>
        <w:jc w:val="right"/>
      </w:pPr>
      <w:r>
        <w:t>تو کتنا بڑا، یعنی کیسا عجیب یہ ایکسپیرینس رہا ہوگا۔</w:t>
      </w:r>
    </w:p>
    <w:p>
      <w:r>
        <w:rPr>
          <w:b/>
        </w:rPr>
        <w:t xml:space="preserve">[48:48] </w:t>
      </w:r>
      <w:r>
        <w:t>to hadith mein aata hai ke rasool Allah wahan se aaye Khadijah ke ghar mein to dahshat mein thay,</w:t>
      </w:r>
    </w:p>
    <w:p>
      <w:pPr>
        <w:jc w:val="right"/>
      </w:pPr>
      <w:r>
        <w:t>تو حدیث میں آتا ہے کہ رسول اللہ وہاں سے آئے خدیجہ کے گھر میں تو دہشت میں تھے،</w:t>
      </w:r>
    </w:p>
    <w:p>
      <w:r>
        <w:rPr>
          <w:b/>
        </w:rPr>
        <w:t xml:space="preserve">[49:02] </w:t>
      </w:r>
      <w:r>
        <w:t>fawz ki halat mein thay. Fawz to aap ne kaha ke "zambroni, zambroni, mujhe urhao, mujhe urhao". To dekhiye, is mein role kya hai aurat ka ke rasool Allah is halat se ka tajurba kar ke wapas aaye.</w:t>
      </w:r>
    </w:p>
    <w:p>
      <w:pPr>
        <w:jc w:val="right"/>
      </w:pPr>
      <w:r>
        <w:t>فوض کی حالت میں تھے۔ فوض تو آپ نے کہا کہ "زمبرونی، زمبرونی، مجھے اڑاؤ، مجھے اڑاؤ"۔ تو دیکھیے، اس میں رول کیا ہے عورت کا کہ رسول اللہ اس حالت سے کا تجربہ کر کے واپس آئے۔</w:t>
      </w:r>
    </w:p>
    <w:p>
      <w:r>
        <w:rPr>
          <w:b/>
        </w:rPr>
        <w:t xml:space="preserve">[49:24] </w:t>
      </w:r>
      <w:r>
        <w:t>rasool Allah ne ghar e hira mein jibril ke aane ka tajurba kiya, is mein overwhelm ho gaye aap, lekin Khadijah to ghar mein thi, is se alag, is mahaul se.</w:t>
      </w:r>
    </w:p>
    <w:p>
      <w:pPr>
        <w:jc w:val="right"/>
      </w:pPr>
      <w:r>
        <w:t>رسول اللہ نے غار حرا میں جبرائیل کے آنے کا تجربہ کیا، اس میں اوور ویلم ہو گئے آپ، لیکن خدیجہ تو گھر میں تھی، اس سے الگ، اس ماحول سے۔</w:t>
      </w:r>
    </w:p>
    <w:p>
      <w:r>
        <w:rPr>
          <w:b/>
        </w:rPr>
        <w:t xml:space="preserve">[49:40] </w:t>
      </w:r>
      <w:r>
        <w:t>to rasool Allah ne kaha ke "zambroni, zambroni".</w:t>
      </w:r>
    </w:p>
    <w:p>
      <w:pPr>
        <w:jc w:val="right"/>
      </w:pPr>
      <w:r>
        <w:t>تو رسول اللہ نے کہا کہ "زمبرونی، زمبرونی"۔</w:t>
      </w:r>
    </w:p>
    <w:p>
      <w:r>
        <w:rPr>
          <w:b/>
        </w:rPr>
        <w:t xml:space="preserve">[49:47] </w:t>
      </w:r>
      <w:r>
        <w:t>lekin Khadijah jo unaffected thi, unaffected, unhon ne kya socha? Unhon ne yeh socha ke hum kyun na aisa karein</w:t>
      </w:r>
    </w:p>
    <w:p>
      <w:pPr>
        <w:jc w:val="right"/>
      </w:pPr>
      <w:r>
        <w:t>لیکن خدیجہ جو ان ایفیکٹڈ تھی، ان ایفیکٹڈ، انہوں نے کیا سوچا؟ انہوں نے یہ سوچا کہ ہم کیوں نہ ایسا کریں</w:t>
      </w:r>
    </w:p>
    <w:p>
      <w:r>
        <w:rPr>
          <w:b/>
        </w:rPr>
        <w:t xml:space="preserve">[50:02] </w:t>
      </w:r>
      <w:r>
        <w:t>ke chalen warqa ke paas. Yani warqa ek scholar thay, is zamane ke lehaz se bohat bara scholar, jinhon ne Christianity ka study ki thi.</w:t>
      </w:r>
    </w:p>
    <w:p>
      <w:pPr>
        <w:jc w:val="right"/>
      </w:pPr>
      <w:r>
        <w:t>کہ چلیں ورقہ کے پاس۔ یعنی ورقہ ایک اسکالر تھے، اس زمانے کے لحاظ سے بہت بڑے اسکالر، جنہوں نے کرسچینٹی کا اسٹڈی کی تھی۔</w:t>
      </w:r>
    </w:p>
    <w:p>
      <w:r>
        <w:rPr>
          <w:b/>
        </w:rPr>
        <w:t xml:space="preserve">[50:19] </w:t>
      </w:r>
      <w:r>
        <w:t>wo jante thay Christianity kya cheez hai, is ki history ko. To unhon ne ek aazadana zehan ke tehat socha ke kyun na aisa karein hum ke chalen warqa ke paas.</w:t>
      </w:r>
    </w:p>
    <w:p>
      <w:pPr>
        <w:jc w:val="right"/>
      </w:pPr>
      <w:r>
        <w:t>وہ جانتے تھے کرسچینٹی کیا چیز ہے، اس کی ہسٹری کو۔ تو انہوں نے ایک آزادانہ ذہن کے تحت سوچا کہ کیوں نہ ایسا کریں ہم کہ چلیں ورقہ کے پاس۔</w:t>
      </w:r>
    </w:p>
    <w:p>
      <w:r>
        <w:rPr>
          <w:b/>
        </w:rPr>
        <w:t xml:space="preserve">[50:36] </w:t>
      </w:r>
      <w:r>
        <w:t>aur by chance warqa jo thi, warqa jo thay, Hazrat Khadijah ke daur ke rishtedar bhi thay. To Hazrat Khadijah rasool Allah ko le kar gayi warqa ke paas.</w:t>
      </w:r>
    </w:p>
    <w:p>
      <w:pPr>
        <w:jc w:val="right"/>
      </w:pPr>
      <w:r>
        <w:t>اور بائی چانس ورقہ جو تھی، ورقہ جو تھے، حضرت خدیجہ کے دور کے رشتہ دار بھی تھے۔ تو حضرت خدیجہ رسول اللہ کو لے کر گئیں ورقہ کے پاس۔</w:t>
      </w:r>
    </w:p>
    <w:p>
      <w:r>
        <w:rPr>
          <w:b/>
        </w:rPr>
        <w:t xml:space="preserve">[50:54] </w:t>
      </w:r>
      <w:r>
        <w:t>warqa ke paas le kar gayi. Achha, abhi tak baat clear nahi thi ke yeh kya hua ghar e hira mein, kya hua ghar e hira ka jo waqia tha, jo jo experience tha, abhi tak clear nahi tha ke kya hua woh.</w:t>
      </w:r>
    </w:p>
    <w:p>
      <w:pPr>
        <w:jc w:val="right"/>
      </w:pPr>
      <w:r>
        <w:t>ورقہ کے پاس لے کے گئیں۔ اچھا، ابھی تک بات کلیئر نہیں تھی کہ یہ کیا ہوا غار حرا میں، کیا ہوا غار حرا کا جو واقعہ تھا، جو جو ایکسپیرینس تھا، ابھی تک کلیئر نہیں تھا کہ کیا ہوا وہ۔</w:t>
      </w:r>
    </w:p>
    <w:p>
      <w:r>
        <w:rPr>
          <w:b/>
        </w:rPr>
        <w:t xml:space="preserve">[51:13] </w:t>
      </w:r>
      <w:r>
        <w:t>to rasool Allah ko le kar ke wo gayi warqa ke ghar. Warqa ki umar is waqt 90 saal ho chuki thi, bohat hi senior, yani Makkah ke most senior aadmi thay woh.</w:t>
      </w:r>
    </w:p>
    <w:p>
      <w:pPr>
        <w:jc w:val="right"/>
      </w:pPr>
      <w:r>
        <w:t>تو رسول اللہ کو لے کر کے وہ گئیں ورقہ کے گھر۔ ورقہ کی عمر اس وقت 90 سال ہو چکی تھی، بہت ہی سینئر، یعنی مکہ کے موسٹ سینئر آدمی تھے وہ۔</w:t>
      </w:r>
    </w:p>
    <w:p>
      <w:r>
        <w:rPr>
          <w:b/>
        </w:rPr>
        <w:t xml:space="preserve">[51:29] </w:t>
      </w:r>
      <w:r>
        <w:t>to unhon ne poocha rasool Allah se: "kya hua? Kya hua? Kya hua?" To rasool Allah ne poora qissa bataya. To pehli baar dekhiye, pehli baar yeh hua ke warqa ne kaha: "Ali, yeh to woh namoos tha, woh namoos e akbar jo Musa ke paas aaya tha,</w:t>
      </w:r>
    </w:p>
    <w:p>
      <w:pPr>
        <w:jc w:val="right"/>
      </w:pPr>
      <w:r>
        <w:t>تو انہوں نے پوچھا رسول اللہ سے: "کیا ہوا؟ کیا ہوا؟ کیا ہوا؟" تو رسول اللہ نے پورا قصہ بتایا۔ تو پہلی بار دیکھیے، پہلی بار یہ ہوا کہ ورقہ نے کہا: "علی، یہ تو وہ ناموس تھا، وہ ناموس اکبر جو موسیٰ کے پاس آیا تھا،</w:t>
      </w:r>
    </w:p>
    <w:p>
      <w:r>
        <w:rPr>
          <w:b/>
        </w:rPr>
        <w:t xml:space="preserve">[51:52] </w:t>
      </w:r>
      <w:r>
        <w:t>wo namoos e akbar, yani woh bara farishta." Unhon ne kaha ke "jo qissa tum bata rahe ho, woh to yeh batata hai ke tumhare paas woh bara farishta aaya tha, woh namoos e akbar." Is ka matlab yeh hai ke woh jo us waqt ek halat thi,</w:t>
      </w:r>
    </w:p>
    <w:p>
      <w:pPr>
        <w:jc w:val="right"/>
      </w:pPr>
      <w:r>
        <w:t>وہ ناموس اکبر، یعنی وہ بڑا فرشتہ۔" انہوں نے کہا کہ "جو قصہ تم بتا رہے ہو، وہ تو یہ بتاتا ہے کہ تمہارے پاس وہ بڑا فرشتہ آیا تھا، وہ ناموس اکبر۔" اس کا معنی یہ ہے کہ وہ جو اس وقت ایک حالت تھی،</w:t>
      </w:r>
    </w:p>
    <w:p>
      <w:r>
        <w:rPr>
          <w:b/>
        </w:rPr>
        <w:t xml:space="preserve">[52:15] </w:t>
      </w:r>
      <w:r>
        <w:t>yani ghair wazeh,</w:t>
      </w:r>
    </w:p>
    <w:p>
      <w:pPr>
        <w:jc w:val="right"/>
      </w:pPr>
      <w:r>
        <w:t>یعنی غیر واضح،</w:t>
      </w:r>
    </w:p>
    <w:p>
      <w:r>
        <w:rPr>
          <w:b/>
        </w:rPr>
        <w:t xml:space="preserve">[52:21] </w:t>
      </w:r>
      <w:r>
        <w:t>hira se wapsi ke baad Hazrat Khawaja ke ghar mein, Hazrat Khadijah ke ghar mein, woh clear hui.</w:t>
      </w:r>
    </w:p>
    <w:p>
      <w:pPr>
        <w:jc w:val="right"/>
      </w:pPr>
      <w:r>
        <w:t>حرا سے واپسی کے بعد حضرت خواجہ کے گھر میں، حضرت خدیجہ کے گھر میں، وہ کلیئر ہوئی۔</w:t>
      </w:r>
    </w:p>
    <w:p>
      <w:r>
        <w:rPr>
          <w:b/>
        </w:rPr>
        <w:t xml:space="preserve">[52:31] </w:t>
      </w:r>
      <w:r>
        <w:t>wo Khadijah ke zariye se jab unhon ne keh diya, warqa ne jo aalim thay, scholar thay, ke "jo tum bata batate ho, is se lagta hai ke tumhare paas to woh farishta aaya tha, bara farishta, namoos e akbar." Ab ghor kijiye ke kitna bara role tha yeh Hazrat Khadijah ka, ek khatoon ka,</w:t>
      </w:r>
    </w:p>
    <w:p>
      <w:pPr>
        <w:jc w:val="right"/>
      </w:pPr>
      <w:r>
        <w:t>وہ خدیجہ کے ذریعے سے جب انہوں نے کہہ دیا، ورقہ نے جو عالم تھے، اسکالر تھے، کہ "جو تم بتا بتاتے ہو، اس سے لگتا ہے کہ تمہارے پاس تو وہ فرشتہ آیا تھا، بڑا فرشتہ، ناموس اکبر۔" اب غور کیجئے کہ کتنا بڑا رول تھا یہ حضرت خدیجہ کا، ایک خاتون کا،</w:t>
      </w:r>
    </w:p>
    <w:p>
      <w:r>
        <w:rPr>
          <w:b/>
        </w:rPr>
        <w:t xml:space="preserve">[52:56] </w:t>
      </w:r>
      <w:r>
        <w:t>kitna bara role tha ke suspense ki halat ko unhon ne certainty mein tabdeel kar diya. Hazrat Khadijah ne suspense ki halat mein clarity mein tabdeel kar diya,</w:t>
      </w:r>
    </w:p>
    <w:p>
      <w:pPr>
        <w:jc w:val="right"/>
      </w:pPr>
      <w:r>
        <w:t>کتنا بڑا رول تھا کہ سسپنس کی حالت کو انہوں نے سرٹینٹی میں تبدیل کر دیا۔ حضرت خدیجہ نے سسپنس کی حالت میں کلیرٹی میں تبدیل کر دیا،</w:t>
      </w:r>
    </w:p>
    <w:p>
      <w:r>
        <w:rPr>
          <w:b/>
        </w:rPr>
        <w:t xml:space="preserve">[53:11] </w:t>
      </w:r>
      <w:r>
        <w:t>certainty mein tabdeel kar diya. Yeh thi beginning prophethood ki beginning, jo ek ek khatoon ke zariye hui.</w:t>
      </w:r>
    </w:p>
    <w:p>
      <w:pPr>
        <w:jc w:val="right"/>
      </w:pPr>
      <w:r>
        <w:t>سرٹینٹی میں تبدیل کر دیا۔ یہ تھی بگننگ پرافٹ ہڈ کی بگننگ، جو ایک ایک خاتون کے ذریعے ہوئی۔</w:t>
      </w:r>
    </w:p>
    <w:p>
      <w:r>
        <w:rPr>
          <w:b/>
        </w:rPr>
        <w:t xml:space="preserve">[53:22] </w:t>
      </w:r>
      <w:r>
        <w:t>to aurat aur mard ko exact jo kiya gaya hai nature mein, isi liye ke do different maidan mein khade hon, do different maidan ka experience kar rahe hon,</w:t>
      </w:r>
    </w:p>
    <w:p>
      <w:pPr>
        <w:jc w:val="right"/>
      </w:pPr>
      <w:r>
        <w:t>تو عورت اور مرد کو ایگزیکٹ جو کیا گیا ہے نیچر میں، اسی لیے کہ دو ڈفرنٹ میدان میں کھڑے ہوں، دو ڈفرنٹ میدان کا ایکسپیرینس کر رہے ہوں،</w:t>
      </w:r>
    </w:p>
    <w:p>
      <w:r>
        <w:rPr>
          <w:b/>
        </w:rPr>
        <w:t xml:space="preserve">[53:38] </w:t>
      </w:r>
      <w:r>
        <w:t>do different maidan ko read kar rahe hon, aur phir ek doosre ke se cooperation karein, kitna bara role hai.</w:t>
      </w:r>
    </w:p>
    <w:p>
      <w:pPr>
        <w:jc w:val="right"/>
      </w:pPr>
      <w:r>
        <w:t>دو ڈفرنٹ میدان کو ریڈ کر رہے ہوں، اور پھر ایک دوسرے کے سے کوآپریشن کریں، کتنا بڑا رول ہے۔</w:t>
      </w:r>
    </w:p>
    <w:p>
      <w:r>
        <w:rPr>
          <w:b/>
        </w:rPr>
        <w:t xml:space="preserve">[53:53] </w:t>
      </w:r>
      <w:r>
        <w:t>to yeh jo aaj jo akhbar mein chhaapa hai, is mein bhi yeh baat hai, aur hamare mission mein kai kitabein chhaapi hain, woh is mein yeh sab bataya hai.</w:t>
      </w:r>
    </w:p>
    <w:p>
      <w:pPr>
        <w:jc w:val="right"/>
      </w:pPr>
      <w:r>
        <w:t>تو یہ جو آج جو اخبار میں چھپا ہے، اس میں بھی یہ بات ہے، اور ہمارے مشن میں کئی کتابیں چھپی ہیں، وہ اس میں یہ سب بتایا ہے۔</w:t>
      </w:r>
    </w:p>
    <w:p>
      <w:r>
        <w:rPr>
          <w:b/>
        </w:rPr>
        <w:t xml:space="preserve">[54:05] </w:t>
      </w:r>
      <w:r>
        <w:t>to dunya ki, yani Islam ki image jo dunya bani hui thi, woh yeh bani hui thi ke woh ek community hai jo apne huqooq ke liye ladti rehti hai, aur jihad ke naam se takrao dunya mein kiye hue hain.</w:t>
      </w:r>
    </w:p>
    <w:p>
      <w:pPr>
        <w:jc w:val="right"/>
      </w:pPr>
      <w:r>
        <w:t>تو دنیا کی، یعنی اسلام کی امیج جو دنیا بنی ہوئی تھی، وہ یہ بنی ہوئی تھی کہ وہ ایک کمیونٹی ہے جو اپنے حقوق کے لیے لڑتی رہتی ہے، اور جہاد کے نام سے ٹکراؤ دنیا میں کیے ہوئے ہیں۔</w:t>
      </w:r>
    </w:p>
    <w:p>
      <w:r>
        <w:rPr>
          <w:b/>
        </w:rPr>
        <w:t xml:space="preserve">[54:22] </w:t>
      </w:r>
      <w:r>
        <w:t>yeh image thi. Is mission mein hamare saathi jo hain, jo mard bhi hain, aurat bhi hain, is mein saari dunya mein kaam kar rahe hain ke nahi, yeh image galat hai.</w:t>
      </w:r>
    </w:p>
    <w:p>
      <w:pPr>
        <w:jc w:val="right"/>
      </w:pPr>
      <w:r>
        <w:t>یہ امیج تھی۔ اس مشن میں ہمارے ساتھی جو ہیں، جو مرد بھی ہیں، عورت بھی ہیں، اس میں ساری دنیا میں کام کر رہے ہیں کہ نہیں، یہ امیج غلط ہے۔</w:t>
      </w:r>
    </w:p>
    <w:p>
      <w:r>
        <w:rPr>
          <w:b/>
        </w:rPr>
        <w:t xml:space="preserve">[54:37] </w:t>
      </w:r>
      <w:r>
        <w:t>Islam ki image to bohat hi positive image hai.</w:t>
      </w:r>
    </w:p>
    <w:p>
      <w:pPr>
        <w:jc w:val="right"/>
      </w:pPr>
      <w:r>
        <w:t>اسلام کی امیج تو بہت ہی پازیٹیو امیج ہے۔</w:t>
      </w:r>
    </w:p>
    <w:p>
      <w:r>
        <w:rPr>
          <w:b/>
        </w:rPr>
        <w:t xml:space="preserve">[54:43] </w:t>
      </w:r>
      <w:r>
        <w:t>kaisa ajeeb yeh waqia ho raha hai dunya mein. Isi ka ek misaal hai yeh aaj ka Times of India, jis mein yeh article chhaapa hai, hamare ek saathi.</w:t>
      </w:r>
    </w:p>
    <w:p>
      <w:pPr>
        <w:jc w:val="right"/>
      </w:pPr>
      <w:r>
        <w:t>کیسا عجیب یہ واقعہ ہو رہا ہے دنیا میں۔ اسی کا ایک مثال ہے یہ آج کا ٹائمز آف انڈیا، جس میں یہ آرٹیکل چھپا ہے، ہمارے ایک ساتھی۔</w:t>
      </w:r>
    </w:p>
    <w:p>
      <w:r>
        <w:rPr>
          <w:b/>
        </w:rPr>
        <w:t xml:space="preserve">[54:54] </w:t>
      </w:r>
      <w:r>
        <w:t>lekin woh ek shakhs ka effort nahi hai. saare log jo lage hue hain, mard bhi aur khawateen bhi, un sab ke majmooi effort ke nateejay mein aisa hua hai.</w:t>
      </w:r>
    </w:p>
    <w:p>
      <w:pPr>
        <w:jc w:val="right"/>
      </w:pPr>
      <w:r>
        <w:t>لیکن وہ ایک شخص کا ایفرٹ نہیں ہے۔ سارے لوگ جو لگے ہوئے ہیں، مرد بھی اور خواتین بھی، ان سب کے مجموعی ایفرٹ کے نتیجے میں ایسا ہوا ہے۔</w:t>
      </w:r>
    </w:p>
    <w:p>
      <w:r>
        <w:rPr>
          <w:b/>
        </w:rPr>
        <w:t xml:space="preserve">[55:13] </w:t>
      </w:r>
      <w:r>
        <w:t>molana, agla comment lena chahenge. yeh kolkata se miss shabina ali ne bheja hai. unhone likha hai: "women have been contributing in all sectors and play a important role in every aspect of life. however, they have always been underestimated and underrated. islam gives the perspective of gender equality with a difference</w:t>
      </w:r>
    </w:p>
    <w:p>
      <w:pPr>
        <w:jc w:val="right"/>
      </w:pPr>
      <w:r>
        <w:t>مولانا، अगला कमेंट लेना चाहेंगे। यह कोलकाता से मिस शबीना अली ने भेजा है। उन्होंने लिखा है: "वुमेन हैव बीन कंट्रीब्यूटिंग इन ऑल सेक्टर्स एंड प्ले अ इंपॉर्टेंट रोल इन एवरी एस्पेक्ट ऑफ लाइफ। हाउ एवर, दे हैव ऑलवेज बीन अंडर एस्टीमेटेड एंड अंडर रेटेड। इस्लाम गिव्स द पर्सपेक्टिव ऑफ जेंडर इक्वलिटी विद अ डिफरेंस</w:t>
      </w:r>
    </w:p>
    <w:p>
      <w:r>
        <w:rPr>
          <w:b/>
        </w:rPr>
        <w:t xml:space="preserve">[55:38] </w:t>
      </w:r>
      <w:r>
        <w:t>. cps mission is the only mission where it gives the platform for women to achieve to its greatest potential.</w:t>
      </w:r>
    </w:p>
    <w:p>
      <w:pPr>
        <w:jc w:val="right"/>
      </w:pPr>
      <w:r>
        <w:t>। सीपीएस मिशन इज द ओनली मिशन वेयर इट गिव्स द प्लेटफार्म फॉर वुमेन टू अचीव टू इट्स ग्रेटेस्ट पोटेंशियल।</w:t>
      </w:r>
    </w:p>
    <w:p>
      <w:r>
        <w:rPr>
          <w:b/>
        </w:rPr>
        <w:t xml:space="preserve">[55:47] </w:t>
      </w:r>
      <w:r>
        <w:t>thank you, Maulana, for highlighting and acknowledging the role of women, and this will contribute to the change</w:t>
      </w:r>
    </w:p>
    <w:p>
      <w:pPr>
        <w:jc w:val="right"/>
      </w:pPr>
      <w:r>
        <w:t>थैंक यू, मौलाना, फॉर हाइलाइटिंग एंड एक्नॉलेजिंग द रोल ऑफ वुमेन, एंड दिस विल कंट्रीब्यूट टू द चेंज</w:t>
      </w:r>
    </w:p>
    <w:p>
      <w:r>
        <w:rPr>
          <w:b/>
        </w:rPr>
        <w:t xml:space="preserve">[55:53] </w:t>
      </w:r>
      <w:r>
        <w:t>of mindset of the ummah, where they want the women only behind the veil."</w:t>
      </w:r>
    </w:p>
    <w:p>
      <w:pPr>
        <w:jc w:val="right"/>
      </w:pPr>
      <w:r>
        <w:t>ऑफ माइंडसेट ऑफ दी उम्मा, वेयर दे वांट द वुमेन ओनली बिहाइंड द वेल।"</w:t>
      </w:r>
    </w:p>
    <w:p>
      <w:r>
        <w:rPr>
          <w:b/>
        </w:rPr>
        <w:t xml:space="preserve">[55:59] </w:t>
      </w:r>
      <w:r>
        <w:t>Miss Saida Fauzana Hussain sahiba ne likha hai Bangalore se.</w:t>
      </w:r>
    </w:p>
    <w:p>
      <w:pPr>
        <w:jc w:val="right"/>
      </w:pPr>
      <w:r>
        <w:t>मिस सैयदा फौजाना हुसैन साहिबा ने लिखा है बेंगलोर से।</w:t>
      </w:r>
    </w:p>
    <w:p>
      <w:r>
        <w:rPr>
          <w:b/>
        </w:rPr>
        <w:t xml:space="preserve">[56:06] </w:t>
      </w:r>
      <w:r>
        <w:t>unhon ne likha hai: "Maulana sahib, thank you for this beautiful lecture today.</w:t>
      </w:r>
    </w:p>
    <w:p>
      <w:pPr>
        <w:jc w:val="right"/>
      </w:pPr>
      <w:r>
        <w:t>उन्होंने लिखा है: "مولाना साहब, थैंक यू फॉर दिस ब्यूटीफुल लेक्चर टुडे।</w:t>
      </w:r>
    </w:p>
    <w:p>
      <w:r>
        <w:rPr>
          <w:b/>
        </w:rPr>
        <w:t xml:space="preserve">[56:10] </w:t>
      </w:r>
      <w:r>
        <w:t>today's lecture is even more special, as I am listening, I am listening to it with this beautiful</w:t>
      </w:r>
    </w:p>
    <w:p>
      <w:pPr>
        <w:jc w:val="right"/>
      </w:pPr>
      <w:r>
        <w:t>टुडेज लेक्चर इज इवन मोर स्पेशल, एज आई एम लिसनिंग, आई एम लिसनिंग टू इट विद दिस ब्यूटीफुल</w:t>
      </w:r>
    </w:p>
    <w:p>
      <w:r>
        <w:rPr>
          <w:b/>
        </w:rPr>
        <w:t xml:space="preserve">[56:17] </w:t>
      </w:r>
      <w:r>
        <w:t>lady beside me, Sara Fatima apa at Bangalore center for peace.</w:t>
      </w:r>
    </w:p>
    <w:p>
      <w:pPr>
        <w:jc w:val="right"/>
      </w:pPr>
      <w:r>
        <w:t>लेडी बेसाइड्स मी, सारा फातिमा आपा एट बेंगलोर सेंटर फॉर पीस।</w:t>
      </w:r>
    </w:p>
    <w:p>
      <w:r>
        <w:rPr>
          <w:b/>
        </w:rPr>
        <w:t xml:space="preserve">[56:23] </w:t>
      </w:r>
      <w:r>
        <w:t>women being an integral and most important part of the world, it is very necessary for us to spread your message. as i believe, women can pass the message very impactfully.</w:t>
      </w:r>
    </w:p>
    <w:p>
      <w:pPr>
        <w:jc w:val="right"/>
      </w:pPr>
      <w:r>
        <w:t>वुमेन बीइंग एन इंटीग्रल एंड मोस्ट इंपॉर्टेंट पार्ट ऑफ द वर्ल्ड, इट इज वेरी नेसेसरी फॉर अस टू स्प्रेड योर मैसेज। एज आई बिलीव, वुमेन कैन पास द मैसेज वेरी इंपैक्टफुली।</w:t>
      </w:r>
    </w:p>
    <w:p>
      <w:r>
        <w:rPr>
          <w:b/>
        </w:rPr>
        <w:t xml:space="preserve">[56:37] </w:t>
      </w:r>
      <w:r>
        <w:t>voice of women is powerful, but they wing should not be cut, as they are entitled to fly and spread their wings. they are born with golden opportunity to play multiple roles in the society. grateful for this empowering lecture, and even more fortunate for being a woman with wings." molana, agla sawal lete hain. yeh kanpur se bheja hai miss safia khan ne. unhone likha hai:</w:t>
      </w:r>
    </w:p>
    <w:p>
      <w:pPr>
        <w:jc w:val="right"/>
      </w:pPr>
      <w:r>
        <w:t>वॉइस ऑफ वुमेन इज पावरफुल, बट दे विंग शुड नॉट बी कट, एज दे आर एंटाइटल टू फ्लाई एंड स्प्रेड दे विंग्स। दे आर बोर्न विद गोल्डन अपॉर्चुनिटी टू प्ले मल्टीपल रोल्स इन द सोसाइटी। ग्रेटफुल फॉर दिस एंपावरिंग लेक्चर, एंड इवन मोर फॉर्च्यूनेट फॉर बीइंग अ वुमेन विद विंग्स।" मौलाना, अगला सवाल लेते हैं। यह कानपुर से भेजा है मिस सफिया खान ने। उन्होंने लिखा है:</w:t>
      </w:r>
    </w:p>
    <w:p>
      <w:r>
        <w:rPr>
          <w:b/>
        </w:rPr>
        <w:t xml:space="preserve">[57:07] </w:t>
      </w:r>
      <w:r>
        <w:t>"molana sahib, i am thankful to allah that he introduced me to your writings and your talks. in my case, i can't come out of my home, as i have old parents to look after, and my children are very small.</w:t>
      </w:r>
    </w:p>
    <w:p>
      <w:pPr>
        <w:jc w:val="right"/>
      </w:pPr>
      <w:r>
        <w:t>"مولाना साहब, आई एम थैंकफूल टू अल्लाह दैट ही इंट्रोड्यूस्ड मी टू योर राइटिंग्स एंड योर टॉक्स। इन माय केस, आई कांट कम आउट ऑफ माय होम, एज आई हैव ओल्ड पेरेंट्स टू लुक आफ्टर, एंड माय चिल्ड्रन आर वेरी स्मॉल।</w:t>
      </w:r>
    </w:p>
    <w:p>
      <w:r>
        <w:rPr>
          <w:b/>
        </w:rPr>
        <w:t xml:space="preserve">[57:24] </w:t>
      </w:r>
      <w:r>
        <w:t>but i want to be part of the dawa mission, but unable to do so because of my home front. please advise me, what role can i play in dawa work, so i don't die in guilt."</w:t>
      </w:r>
    </w:p>
    <w:p>
      <w:pPr>
        <w:jc w:val="right"/>
      </w:pPr>
      <w:r>
        <w:t>बट आई वांट टू बी पार्ट ऑफ द दावा मिशन, बट अनएबल टू डू सो बिकॉज ऑफ माय होम फ्रंट। प्लीज एडवाइस मी, व्हाट रोल कैन आई प्ले इन दावा वर्क, सो आई डोंट डाई इन गिल्ट।"</w:t>
      </w:r>
    </w:p>
    <w:p>
      <w:r>
        <w:rPr>
          <w:b/>
        </w:rPr>
        <w:t xml:space="preserve">[57:45] </w:t>
      </w:r>
      <w:r>
        <w:t>bhai, dekhiye, isi ka zaati mahaul kya hai, yeh toh hum jaan nahi sakte. zaati mahaul ko yahan baithkar main jaan nahi sakta hoon,</w:t>
      </w:r>
    </w:p>
    <w:p>
      <w:pPr>
        <w:jc w:val="right"/>
      </w:pPr>
      <w:r>
        <w:t>भाई, देखिए, इसी का जाती माहौल क्या है, यह तो हम जान नहीं सकते। जाती माहौल को यहां बैठकर मैं जान नहीं सकता हूं,</w:t>
      </w:r>
    </w:p>
    <w:p>
      <w:r>
        <w:rPr>
          <w:b/>
        </w:rPr>
        <w:t xml:space="preserve">[57:59] </w:t>
      </w:r>
      <w:r>
        <w:t>lekin main sirf ek usool bata sakta hoon. usool ki everything is manageable. har cheez ko manage kiya ja sakta hai. jaise maine aapko qissa bataya hazrat khadija ka ki rasoolullah jab wapas aaye hira se,</w:t>
      </w:r>
    </w:p>
    <w:p>
      <w:pPr>
        <w:jc w:val="right"/>
      </w:pPr>
      <w:r>
        <w:t>लेकिन मैं सिर्फ एक उसूल बता सकता हूं। उसूल कि एवरीथिंग इज मैनेजेबल। हर चीज को मैनेज किया जा सकता है। जैसे मैंने आपको कस्सा बताया हजरत खदीजा का कि रसूलल्लाह जब वापस आए हिरा से,</w:t>
      </w:r>
    </w:p>
    <w:p>
      <w:r>
        <w:rPr>
          <w:b/>
        </w:rPr>
        <w:t xml:space="preserve">[58:18] </w:t>
      </w:r>
      <w:r>
        <w:t>toh fauj ki halat mein the. yaani ek unclear tha mamla ki kya hua, yeh kya tha, hira ka tajruba kya tha. unclear. toh ek khatoon ne yeh role kiya</w:t>
      </w:r>
    </w:p>
    <w:p>
      <w:pPr>
        <w:jc w:val="right"/>
      </w:pPr>
      <w:r>
        <w:t>तो फौज की हालत में थे। यानी एक अनक्लियर था मामला कि क्या हुआ, यह क्या था, हिरा का تجربा क्या था। अनक्लियर। तो एक खاتून ने यह रोल किया</w:t>
      </w:r>
    </w:p>
    <w:p>
      <w:r>
        <w:rPr>
          <w:b/>
        </w:rPr>
        <w:t xml:space="preserve">[58:37] </w:t>
      </w:r>
      <w:r>
        <w:t>ki unclear ko clear kar diya, sochkar ki hamare makkah mein ek senior aadmi hai, jisne saare mazhab ko padha hai, toh hum chalein uske paas. ho sakta hai ki woh kuch raasta bataye. toh waraqa ne bhi kitni badi baat kahi ki tum jo baatein batate ho,</w:t>
      </w:r>
    </w:p>
    <w:p>
      <w:pPr>
        <w:jc w:val="right"/>
      </w:pPr>
      <w:r>
        <w:t>कि अनक्लियर को क्लियर कर दिया, सोचकर कि हमारे मक्का में एक सीनियर आदमी है, जिसने सारे मजहब को पढ़ा है, तो हम चले उसके पास। हो सकता है कि वह कुछ रास्ता बताए। तो वर्खा ने भी कितनी बड़ी बात कही कि तुम जो बातें बताते हो,</w:t>
      </w:r>
    </w:p>
    <w:p>
      <w:r>
        <w:rPr>
          <w:b/>
        </w:rPr>
        <w:t xml:space="preserve">[59:02] </w:t>
      </w:r>
      <w:r>
        <w:t>woh usse toh yeh lagta hai ki yeh jo aaya tumhare paas, yeh namoos-e-akbar tha, yaani farishta jibreel tha. ab gaur kijiye, kitne bade crisis mein ek aurat ne baat ko clear kar diya. ab tasawwur kijiye ki kitna bada crisis hoga jab rasoolullah wapas aaye ghara se aur kaha ki "zambarooni, zambarooni".</w:t>
      </w:r>
    </w:p>
    <w:p>
      <w:pPr>
        <w:jc w:val="right"/>
      </w:pPr>
      <w:r>
        <w:t>वो उससे तो यह लगता है कि यह जो आया तुम्हारे पास, यह नामوس अकबर था, यानी फरिश्ता जिब्रील था। अब गौर कीजिए, कितने बड़े क्राइसिस में एक औरत ने बात को क्लियर कर दिया। अब تصور कीजिए कि कितना बड़ा क्राइसिस होगा जब रसूलल्लाह वापस आए गाररा से और कहा कि "जमबरूनी, जमबरूनी"।</w:t>
      </w:r>
    </w:p>
    <w:p>
      <w:r>
        <w:rPr>
          <w:b/>
        </w:rPr>
        <w:t xml:space="preserve">[59:30] </w:t>
      </w:r>
      <w:r>
        <w:t>to dekhiye, is se yeh bhi sabak nikalta hai ke har cheez manageable hoti hai.</w:t>
      </w:r>
    </w:p>
    <w:p>
      <w:pPr>
        <w:jc w:val="right"/>
      </w:pPr>
      <w:r>
        <w:t>तो देखिए, इससे यह भी सबक निकलता है कि हर चीज मैनेजेबल होती है।</w:t>
      </w:r>
    </w:p>
    <w:p>
      <w:r>
        <w:rPr>
          <w:b/>
        </w:rPr>
        <w:t xml:space="preserve">[59:35] </w:t>
      </w:r>
      <w:r>
        <w:t>manageable. aap jin halaat mein hain, us halaat ko mat sochiye.</w:t>
      </w:r>
    </w:p>
    <w:p>
      <w:pPr>
        <w:jc w:val="right"/>
      </w:pPr>
      <w:r>
        <w:t>मैनेजेबल। आप जिन हालात में हैं, उस हालात को मत सोचिए।</w:t>
      </w:r>
    </w:p>
    <w:p>
      <w:r>
        <w:rPr>
          <w:b/>
        </w:rPr>
        <w:t xml:space="preserve">[59:42] </w:t>
      </w:r>
      <w:r>
        <w:t>aap yeh sochiye ke in halaat mein kis tarah se main us ko manage kar sakti hoon.</w:t>
      </w:r>
    </w:p>
    <w:p>
      <w:pPr>
        <w:jc w:val="right"/>
      </w:pPr>
      <w:r>
        <w:t>आप यह सोचिए कि इन हालात में किस तरह से मैं उसको मैनेज कर सकती हूं।</w:t>
      </w:r>
    </w:p>
    <w:p>
      <w:r>
        <w:rPr>
          <w:b/>
        </w:rPr>
        <w:t xml:space="preserve">[59:50] </w:t>
      </w:r>
      <w:r>
        <w:t>manage karna seekhiye.</w:t>
      </w:r>
    </w:p>
    <w:p>
      <w:pPr>
        <w:jc w:val="right"/>
      </w:pPr>
      <w:r>
        <w:t>मैनेज करना सीखिए।</w:t>
      </w:r>
    </w:p>
    <w:p>
      <w:r>
        <w:rPr>
          <w:b/>
        </w:rPr>
        <w:t xml:space="preserve">[59:52] </w:t>
      </w:r>
      <w:r>
        <w:t>Islam sara ka sara mamle par ek management hai.</w:t>
      </w:r>
    </w:p>
    <w:p>
      <w:pPr>
        <w:jc w:val="right"/>
      </w:pPr>
      <w:r>
        <w:t>इस्लाम सारा का सारा ममली पर एक मैनेजमेंट है।</w:t>
      </w:r>
    </w:p>
    <w:p>
      <w:r>
        <w:rPr>
          <w:b/>
        </w:rPr>
        <w:t xml:space="preserve">[1:00:02] </w:t>
      </w:r>
      <w:r>
        <w:t>islam ka jo amli pehlu hai, woh saara ka saara management hai. toh everything is manageable. manageable. woh is usi lihaaz se sochiye aap.</w:t>
      </w:r>
    </w:p>
    <w:p>
      <w:pPr>
        <w:jc w:val="right"/>
      </w:pPr>
      <w:r>
        <w:t>इस्लाम का जो अमली पहलू है, वह सारा का सारा मैनेजमेंट है। तो एवरीथिंग इज मैनेजेबल। मैनेजेबल। वो इस उसी लिहाज से सोचिए आप।</w:t>
      </w:r>
    </w:p>
    <w:p>
      <w:r>
        <w:rPr>
          <w:b/>
        </w:rPr>
        <w:t xml:space="preserve">[1:00:17] </w:t>
      </w:r>
      <w:r>
        <w:t>Maulana Inayat Umri ne Bangalore se likha hai: "Maulana, aaj samajh mein aaya ke nafs-e-mutmainna se murad hai</w:t>
      </w:r>
    </w:p>
    <w:p>
      <w:pPr>
        <w:jc w:val="right"/>
      </w:pPr>
      <w:r>
        <w:t>مولانا عنایت عمری نے بینگلور سے لکھا ہے: "مولانا، आज समझ में आया कि नफ्स-ए-मुतमैना से मुराद है</w:t>
      </w:r>
    </w:p>
    <w:p>
      <w:r>
        <w:rPr>
          <w:b/>
        </w:rPr>
        <w:t xml:space="preserve">[1:00:26] </w:t>
      </w:r>
      <w:r>
        <w:t>ke aadmi Khuda ki scheme of things se raazi ho jaye, aur Khuda ki scheme of things ke</w:t>
      </w:r>
    </w:p>
    <w:p>
      <w:pPr>
        <w:jc w:val="right"/>
      </w:pPr>
      <w:r>
        <w:t>कि आदमी खुदा की स्कीम ऑफ थिंग्स से राज़ी हो जाए, और खुदा की स्कीम ऑफ थिंग्स के</w:t>
      </w:r>
    </w:p>
    <w:p>
      <w:r>
        <w:rPr>
          <w:b/>
        </w:rPr>
        <w:t xml:space="preserve">[1:00:32] </w:t>
      </w:r>
      <w:r>
        <w:t>mutabiq musalmanon ko hukoomat deen-e-Khuda wandi ki hifazat ke liye di gayi thi.\</w:t>
      </w:r>
    </w:p>
    <w:p>
      <w:pPr>
        <w:jc w:val="right"/>
      </w:pPr>
      <w:r>
        <w:t>मुताबिक मुसलमानों को हुकूमत दीन-ए-खुदा वंदी की हिफाज़त के लिए दी गई थी।</w:t>
      </w:r>
    </w:p>
    <w:p>
      <w:r>
        <w:rPr>
          <w:b/>
        </w:rPr>
        <w:t xml:space="preserve">[1:00:38] </w:t>
      </w:r>
      <w:r>
        <w:t>aur jab khuda ne musalmanon se hukumat chheen li, to musalman khuda ki scheme of things se raazi</w:t>
      </w:r>
    </w:p>
    <w:p>
      <w:pPr>
        <w:jc w:val="right"/>
      </w:pPr>
      <w:r>
        <w:t>और जब खुदा ने मुसलमानों से हुकूमत छीन ली, तो मुसलमान खुदा की स्कीम ऑफ थिंग्स से राज़ी</w:t>
      </w:r>
    </w:p>
    <w:p>
      <w:r>
        <w:rPr>
          <w:b/>
        </w:rPr>
        <w:t xml:space="preserve">[1:00:45] </w:t>
      </w:r>
      <w:r>
        <w:t>nahin hue aur hukumat ke hasool ke peeche pad gaye, aur nafs-e-mutmainna ke bajaye nafs-e-ghair-mutmainna ban gaye."</w:t>
      </w:r>
    </w:p>
    <w:p>
      <w:pPr>
        <w:jc w:val="right"/>
      </w:pPr>
      <w:r>
        <w:t>नहीं हुए और हुकूमत के حصول के पीछे पड़ गए, और नफ्स-ए-मुतमैना के बजाय नफ्स-ए-गैर-मुतमैना बन गए।"</w:t>
      </w:r>
    </w:p>
    <w:p>
      <w:r>
        <w:rPr>
          <w:b/>
        </w:rPr>
        <w:t xml:space="preserve">[1:00:55] </w:t>
      </w:r>
      <w:r>
        <w:t>mashallah, mashallah. umme ashad sahiba ne chennai se likha hai: "Moulana, CPS team is the best example of</w:t>
      </w:r>
    </w:p>
    <w:p>
      <w:pPr>
        <w:jc w:val="right"/>
      </w:pPr>
      <w:r>
        <w:t>ماشاءاللہ، ماشاءاللہ۔ उम्मे अशाद साहिबा ने चेन्नई से लिखा है: "Moulana, CPS team is the best example of</w:t>
      </w:r>
    </w:p>
    <w:p>
      <w:r>
        <w:rPr>
          <w:b/>
        </w:rPr>
        <w:t xml:space="preserve">[1:01:05] </w:t>
      </w:r>
      <w:r>
        <w:t>the age of communication,</w:t>
      </w:r>
    </w:p>
    <w:p>
      <w:pPr>
        <w:jc w:val="right"/>
      </w:pPr>
      <w:r>
        <w:t>the age of communication,</w:t>
      </w:r>
    </w:p>
    <w:p>
      <w:r>
        <w:rPr>
          <w:b/>
        </w:rPr>
        <w:t xml:space="preserve">[1:01:08] </w:t>
      </w:r>
      <w:r>
        <w:t>and that it provides best opportunity for women."</w:t>
      </w:r>
    </w:p>
    <w:p>
      <w:pPr>
        <w:jc w:val="right"/>
      </w:pPr>
      <w:r>
        <w:t>and that it provides best opportunity for women."</w:t>
      </w:r>
    </w:p>
    <w:p>
      <w:r>
        <w:rPr>
          <w:b/>
        </w:rPr>
        <w:t xml:space="preserve">[1:01:12] </w:t>
      </w:r>
      <w:r>
        <w:t>jazakallah, Maulana. Maulana, agla sawal Maulana Iqbal Umri ne bheja hai Chennai se.</w:t>
      </w:r>
    </w:p>
    <w:p>
      <w:pPr>
        <w:jc w:val="right"/>
      </w:pPr>
      <w:r>
        <w:t>जज़ाकल्लाह, मौलाना। मौलाना, अगला सवाल मौलाना इकबाल उमरी ने भेजा है चेन्नई से।</w:t>
      </w:r>
    </w:p>
    <w:p>
      <w:r>
        <w:rPr>
          <w:b/>
        </w:rPr>
        <w:t xml:space="preserve">[1:01:18] </w:t>
      </w:r>
      <w:r>
        <w:t>unhone likha hai: "Allah ke plan par raazi rehne</w:t>
      </w:r>
    </w:p>
    <w:p>
      <w:pPr>
        <w:jc w:val="right"/>
      </w:pPr>
      <w:r>
        <w:t>उन्होंने लिखा है: "अल्लाह के प्लान पर राज़ी रहने</w:t>
      </w:r>
    </w:p>
    <w:p>
      <w:r>
        <w:rPr>
          <w:b/>
        </w:rPr>
        <w:t xml:space="preserve">[1:01:23] </w:t>
      </w:r>
      <w:r>
        <w:t>wale ke liye jannat hai."</w:t>
      </w:r>
    </w:p>
    <w:p>
      <w:pPr>
        <w:jc w:val="right"/>
      </w:pPr>
      <w:r>
        <w:t>वाले के लिए जन्नत है।"</w:t>
      </w:r>
    </w:p>
    <w:p>
      <w:r>
        <w:rPr>
          <w:b/>
        </w:rPr>
        <w:t xml:space="preserve">[1:01:26] </w:t>
      </w:r>
      <w:r>
        <w:t>What a thrilling concept.</w:t>
      </w:r>
    </w:p>
    <w:p>
      <w:pPr>
        <w:jc w:val="right"/>
      </w:pPr>
      <w:r>
        <w:t>What a thrilling concept.</w:t>
      </w:r>
    </w:p>
    <w:p>
      <w:r>
        <w:rPr>
          <w:b/>
        </w:rPr>
        <w:t xml:space="preserve">[1:01:28] </w:t>
      </w:r>
      <w:r>
        <w:t>yaani waaqiyaat ke peeche khuda ki hikmat jaankar raazi rehna. phir unhone likha hai molana ki dahshatgardi ke khilaaf jang ko hi har mulk ikhtiyar kiye hue hai. iska result kahan tak positive hai, iske bare mein bataein.</w:t>
      </w:r>
    </w:p>
    <w:p>
      <w:pPr>
        <w:jc w:val="right"/>
      </w:pPr>
      <w:r>
        <w:t>यानी वाक़ियात के पीछे खुदा की हिकमत जानकर राज़ी रहना। फिर उन्होंने लिखा है मौलाना कि दहशतगर्दी के खिलाफ जंग को ही हर मुल्क इख्तियार किए हुए है। इसका रिज़ल्ट कहाँ तक पॉज़िटिव है, इसके बारे में बताएँ।</w:t>
      </w:r>
    </w:p>
    <w:p>
      <w:r>
        <w:rPr>
          <w:b/>
        </w:rPr>
        <w:t xml:space="preserve">[1:01:49] </w:t>
      </w:r>
      <w:r>
        <w:t>iska isi mein bhi ek is mein bhi ek pehlu hai. dekhiye, quran majeed mein ek makki surah hai.</w:t>
      </w:r>
    </w:p>
    <w:p>
      <w:pPr>
        <w:jc w:val="right"/>
      </w:pPr>
      <w:r>
        <w:t>اس کا اسی میں بھی ایک اس میں بھی ایک پہلو ہے۔ دیکھیے، قرآن مجید میں ایک مکی سورہ ہے۔</w:t>
      </w:r>
    </w:p>
    <w:p>
      <w:r>
        <w:rPr>
          <w:b/>
        </w:rPr>
        <w:t xml:space="preserve">[1:02:00] </w:t>
      </w:r>
      <w:r>
        <w:t>makki surah. is zamane ki jabke makkah mein bahut yaani tashaddud ho raha tha musalmanon ke khilaaf.</w:t>
      </w:r>
    </w:p>
    <w:p>
      <w:pPr>
        <w:jc w:val="right"/>
      </w:pPr>
      <w:r>
        <w:t>مکی سورہ۔ اس زمانے کی جبکہ مکہ میں بہت یعنی تشدد ہو رہا تھا مسلمانوں کے خلاف۔</w:t>
      </w:r>
    </w:p>
    <w:p>
      <w:r>
        <w:rPr>
          <w:b/>
        </w:rPr>
        <w:t xml:space="preserve">[1:02:13] </w:t>
      </w:r>
      <w:r>
        <w:t>ek unwanted situation bani hui thi. toh is zamane mein ek bahut ajeeb ghareeb ayat utri.</w:t>
      </w:r>
    </w:p>
    <w:p>
      <w:pPr>
        <w:jc w:val="right"/>
      </w:pPr>
      <w:r>
        <w:t>ایک ان وانٹڈ سچوئیشن بنی ہوئی تھی۔ تو اس زمانے میں ایک بہت عجیب غریب آیت اتری۔</w:t>
      </w:r>
    </w:p>
    <w:p>
      <w:r>
        <w:rPr>
          <w:b/>
        </w:rPr>
        <w:t xml:space="preserve">[1:02:23] </w:t>
      </w:r>
      <w:r>
        <w:t>wa rafa'na 'alayka zikrak</w:t>
      </w:r>
    </w:p>
    <w:p>
      <w:pPr>
        <w:jc w:val="right"/>
      </w:pPr>
      <w:r>
        <w:t>وَرَفَعَنَا عَلَيْكَ ذِكْرَكَ</w:t>
      </w:r>
    </w:p>
    <w:p>
      <w:r>
        <w:rPr>
          <w:b/>
        </w:rPr>
        <w:t xml:space="preserve">[1:02:28] </w:t>
      </w:r>
      <w:r>
        <w:t>waaqiyaat yeh tha ki is tarah ki news phaili hui thi ki dekho bhai inko namaz nahi padhne diya makkah mein. dekho bhai woh inko mara peeta waghera.</w:t>
      </w:r>
    </w:p>
    <w:p>
      <w:pPr>
        <w:jc w:val="right"/>
      </w:pPr>
      <w:r>
        <w:t>واقعات یہ تھا کہ اس طرح کی نیوز پھیلی ہوئی تھی کہ دیکھو بھئی ان کو نماز نہیں پڑھنے دیا مکہ میں۔ دیکھو بھئی وہ ان کو مارا پیٹا وغیرہ۔</w:t>
      </w:r>
    </w:p>
    <w:p>
      <w:r>
        <w:rPr>
          <w:b/>
        </w:rPr>
        <w:t xml:space="preserve">[1:02:45] </w:t>
      </w:r>
      <w:r>
        <w:t>lekin isko quran ne dekhiye turn de diya. kaisa ajeeb rafa' zikr bana diya isko. aap jaante hain ki jo tashaddud ke waaqiyaat hote hain, jang ke waaqiyaat hote hain,</w:t>
      </w:r>
    </w:p>
    <w:p>
      <w:pPr>
        <w:jc w:val="right"/>
      </w:pPr>
      <w:r>
        <w:t>لیکن اس کو قرآن نے دیکھیے ٹرن دے دیا۔ کیسا عجیب رفع ذکر بنا دیا اس کو۔ آپ جانتے ہیں کہ جو تشدد کے واقعات ہوتے ہیں، جنگ کے واقعات ہوتے ہیں،</w:t>
      </w:r>
    </w:p>
    <w:p>
      <w:r>
        <w:rPr>
          <w:b/>
        </w:rPr>
        <w:t xml:space="preserve">[1:03:01] </w:t>
      </w:r>
      <w:r>
        <w:t>rok tok ke jo waaqiyaat hote hain, woh bahut jaldi phailte hain. woh kisi ko aap bhooke ko khana khilaye toh woh khabar nahi banegi.</w:t>
      </w:r>
    </w:p>
    <w:p>
      <w:pPr>
        <w:jc w:val="right"/>
      </w:pPr>
      <w:r>
        <w:t>روک ٹوک کے جو واقعات ہوتے ہیں، وہ بہت جلدی پھیلتے ہیں۔ وہ کسی کو آپ بھوکے کو کھانا کھلائیں تو وہ خبر نہیں بنے گی۔</w:t>
      </w:r>
    </w:p>
    <w:p>
      <w:r>
        <w:rPr>
          <w:b/>
        </w:rPr>
        <w:t xml:space="preserve">[1:03:16] </w:t>
      </w:r>
      <w:r>
        <w:t>lekin jab koi baat yani aisi ho jaye jo negative ho to woh khabar banti hai.</w:t>
      </w:r>
    </w:p>
    <w:p>
      <w:pPr>
        <w:jc w:val="right"/>
      </w:pPr>
      <w:r>
        <w:t>لیکن جب کوئی بات یعنی ایسی ہو جائے جو نیگیٹیو ہو تو وہ خبر بنتی ہے۔</w:t>
      </w:r>
    </w:p>
    <w:p>
      <w:r>
        <w:rPr>
          <w:b/>
        </w:rPr>
        <w:t xml:space="preserve">[1:03:27] </w:t>
      </w:r>
      <w:r>
        <w:t>kisi ne kaha hai ke agar kutta insaan ko kaate to woh khabar nahi hai. aur insaan agar kutte ko kaate to khabar ban jati hai.</w:t>
      </w:r>
    </w:p>
    <w:p>
      <w:pPr>
        <w:jc w:val="right"/>
      </w:pPr>
      <w:r>
        <w:t>کسی نے کہا ہے کہ اگر کتا انسان کو کاٹے تو وہ خبر نہیں ہے۔ اور انسان اگر کتے کو کاٹے تو خبر بن جاتی ہے۔</w:t>
      </w:r>
    </w:p>
    <w:p>
      <w:r>
        <w:rPr>
          <w:b/>
        </w:rPr>
        <w:t xml:space="preserve">[1:03:40] </w:t>
      </w:r>
      <w:r>
        <w:t>to makkah mein jo unwanted waqeyat ho rahe the woh khabar ban gaye. dekho bhai makkah mein aisa hua. dekho bhai makkah mein aisa hua. saare arab mein iska charcha hone laga.</w:t>
      </w:r>
    </w:p>
    <w:p>
      <w:pPr>
        <w:jc w:val="right"/>
      </w:pPr>
      <w:r>
        <w:t>تو مکہ میں جو ان وانٹڈ واقعات ہو رہے تھے وہ خبر بن گئے۔ دیکھو بھئی مکہ میں ایسا ہوا۔ دیکھو بھئی مکہ میں ایسا ہوا۔ سارے عرب میں اس کا چرچا ہونے لگا۔</w:t>
      </w:r>
    </w:p>
    <w:p>
      <w:r>
        <w:rPr>
          <w:b/>
        </w:rPr>
        <w:t xml:space="preserve">[1:03:54] </w:t>
      </w:r>
      <w:r>
        <w:t>jaise ek waqea mujhe yaad aata hai ke bahar ke qabile ka ek insaan makkah aaya. makkah.</w:t>
      </w:r>
    </w:p>
    <w:p>
      <w:pPr>
        <w:jc w:val="right"/>
      </w:pPr>
      <w:r>
        <w:t>جیسے ایک واقعہ مجھے یاد آتا ہے کہ باہر کے قبیلے کا ایک انسان مکہ آیا۔ مکہ۔</w:t>
      </w:r>
    </w:p>
    <w:p>
      <w:r>
        <w:rPr>
          <w:b/>
        </w:rPr>
        <w:t xml:space="preserve">[1:04:03] </w:t>
      </w:r>
      <w:r>
        <w:t>to jab wapas gaya qabile mein, woh makkah ke bahar ka tha, to wahan poocha gaya us se ke bhai makkah mein kya dekha tum ne? makkah mein kya ho raha hai aaj kal?</w:t>
      </w:r>
    </w:p>
    <w:p>
      <w:pPr>
        <w:jc w:val="right"/>
      </w:pPr>
      <w:r>
        <w:t>تو جب واپس گیا قبیلے میں، وہ مکے کے باہر کا تھا، تو وہاں پوچھا گیا اس سے کہ بھئی مکہ میں کیا دیکھا تم نے؟ مکہ میں کیا ہو رہا ہے آج کل؟</w:t>
      </w:r>
    </w:p>
    <w:p>
      <w:r>
        <w:rPr>
          <w:b/>
        </w:rPr>
        <w:t xml:space="preserve">[1:04:15] </w:t>
      </w:r>
      <w:r>
        <w:t>to wahan par apne qabile mein woh kehta hai ke wahan par maine yeh dekha ke muhammadun tanabba wa tabahu ibna abi qahafah iska charcha hai wahan.</w:t>
      </w:r>
    </w:p>
    <w:p>
      <w:pPr>
        <w:jc w:val="right"/>
      </w:pPr>
      <w:r>
        <w:t>تو وہاں پر اپنے قبیلے میں وہ کہتا ہے کہ وہاں پر میں نے یہ دیکھا کہ مَحْمَدٌ تَنَبَّىٰ وَتَبَعُهُ إِبْنَ أَبِي قَهَفَةٍ اس کا چرچا ہے وہاں۔</w:t>
      </w:r>
    </w:p>
    <w:p>
      <w:r>
        <w:rPr>
          <w:b/>
        </w:rPr>
        <w:t xml:space="preserve">[1:04:30] </w:t>
      </w:r>
      <w:r>
        <w:t>keh rahe hain bhai banu hashim ka banu hashim ka ek aadmi jo hai woh kehta hai ke main nabi hoon. aur isko rok rok rok kar rahe hain.</w:t>
      </w:r>
    </w:p>
    <w:p>
      <w:pPr>
        <w:jc w:val="right"/>
      </w:pPr>
      <w:r>
        <w:t>کہہ رہے ہیں بھئی بنو ہاشم کا بنو ہاشم کا ایک آدمی جو ہے وہ کہتا ہے کہ میں نبی ہوں۔ اور اس کو روک روک روک کر رہے ہیں۔</w:t>
      </w:r>
    </w:p>
    <w:p>
      <w:r>
        <w:rPr>
          <w:b/>
        </w:rPr>
        <w:t xml:space="preserve">[1:04:38] </w:t>
      </w:r>
      <w:r>
        <w:t>iska sathiyon ko maar peet rahe hain. ab khabar ban gayi. to allah taala ne kaha wa rafa'na 'alaika zikrak yeh to raf' zikr hua.</w:t>
      </w:r>
    </w:p>
    <w:p>
      <w:pPr>
        <w:jc w:val="right"/>
      </w:pPr>
      <w:r>
        <w:t>اس کا ساتھیوں کو مار پیٹ رہے ہیں۔ اب خبر بن گئی۔ تو اللہ تعالیٰ نے کہا وَرَفَعَنَا عَلَيْكَ ذِكْرَكَ یہ تو رفع ذکر ہوا۔</w:t>
      </w:r>
    </w:p>
    <w:p>
      <w:r>
        <w:rPr>
          <w:b/>
        </w:rPr>
        <w:t xml:space="preserve">[1:04:51] </w:t>
      </w:r>
      <w:r>
        <w:t>yani tumhara mission news mein aa gaya. agar main isko lafz badal kar bolun to main kahunga ke wa rafa'na 'alaika zikrak ka matlab yeh hai ke dekho bhai to aap mission to news mein aa gaya.</w:t>
      </w:r>
    </w:p>
    <w:p>
      <w:pPr>
        <w:jc w:val="right"/>
      </w:pPr>
      <w:r>
        <w:t>یعنی تمہارا مشن نیوز میں آ گیا۔ اگر میں اس کو لفظ بدل کر بولوں تو میں کہوں گا کہ وَرَفَعَنَا عَلَيْكَ ذِكْرَكَ کا مطلب یہ ہے کہ دیکھو بھئی تو آپ مشن تو نیوز میں آ گیا۔</w:t>
      </w:r>
    </w:p>
    <w:p>
      <w:r>
        <w:rPr>
          <w:b/>
        </w:rPr>
        <w:t xml:space="preserve">[1:05:07] </w:t>
      </w:r>
      <w:r>
        <w:t>to is tarah se aap convert kijiye negative ko positive mein. yeh bhi islam ka ek usool hai ke negative ko positive mein convert karo.</w:t>
      </w:r>
    </w:p>
    <w:p>
      <w:pPr>
        <w:jc w:val="right"/>
      </w:pPr>
      <w:r>
        <w:t>تو اس طرح سے آپ کنورٹ کیجیے نیگیٹیو کو پازیٹیو میں۔ یہ بھی اسلام کا ایک اصول ہے کہ نیگیٹیو کو پازیٹیو میں کنورٹ کرو۔</w:t>
      </w:r>
    </w:p>
    <w:p>
      <w:r>
        <w:rPr>
          <w:b/>
        </w:rPr>
        <w:t xml:space="preserve">[1:05:22] </w:t>
      </w:r>
      <w:r>
        <w:t>maine to yahi samjhaya.</w:t>
      </w:r>
    </w:p>
    <w:p>
      <w:pPr>
        <w:jc w:val="right"/>
      </w:pPr>
      <w:r>
        <w:t>میں نے تو یہی سمجھایا۔</w:t>
      </w:r>
    </w:p>
    <w:p>
      <w:r>
        <w:rPr>
          <w:b/>
        </w:rPr>
        <w:t xml:space="preserve">[1:05:27] </w:t>
      </w:r>
      <w:r>
        <w:t>molana, agla sawal lete hain. yeh sawal bheja hai ahmedabad se zubair sahab ne. unhone likha hai: "Moulana, there are many Muslims who say that women should only be at home, as their going outside is not as per Islamic teachings.</w:t>
      </w:r>
    </w:p>
    <w:p>
      <w:pPr>
        <w:jc w:val="right"/>
      </w:pPr>
      <w:r>
        <w:t>मौलाना, अगला सवाल लेते हैं। यह सवाल भेजा है अहमदाबाद से जुबैर साहब ने। उन्होंने लिखा है: "Moulana, there are many Muslims who say that women should only be at home, as their going outside is not as per Islamic teachings.</w:t>
      </w:r>
    </w:p>
    <w:p>
      <w:r>
        <w:rPr>
          <w:b/>
        </w:rPr>
        <w:t xml:space="preserve">[1:05:46] </w:t>
      </w:r>
      <w:r>
        <w:t>if they go out, then they will interact with other men in the society which Islam does not allow." molana sahab, yeh baat kahan tak sahi hai?</w:t>
      </w:r>
    </w:p>
    <w:p>
      <w:pPr>
        <w:jc w:val="right"/>
      </w:pPr>
      <w:r>
        <w:t>If they go out, then they will interact with other men in the society which Islam does not allow." मौलाना साहब, यह बात कहाँ तक सही है?</w:t>
      </w:r>
    </w:p>
    <w:p>
      <w:r>
        <w:rPr>
          <w:b/>
        </w:rPr>
        <w:t xml:space="preserve">[1:05:57] </w:t>
      </w:r>
      <w:r>
        <w:t>ab aap dekhiye ke maine qissa bataya aap ko ke rasool allah jab nabi banaye gaye paygambar to pehla kaam kya hua?</w:t>
      </w:r>
    </w:p>
    <w:p>
      <w:pPr>
        <w:jc w:val="right"/>
      </w:pPr>
      <w:r>
        <w:t>اب آپ دیکھیے کہ میں نے قصہ بتایا آپ کو کہ رسول اللہ جب نبی بنائے گئے پیغمبر تو پہلا کام کیا ہوا؟</w:t>
      </w:r>
    </w:p>
    <w:p>
      <w:r>
        <w:rPr>
          <w:b/>
        </w:rPr>
        <w:t xml:space="preserve">[1:06:07] </w:t>
      </w:r>
      <w:r>
        <w:t>khadijah ghar mein. rasool allah ke sath jo waqea hua ghar hira mein woh tha ke aap ko allah ne nabi banaya.</w:t>
      </w:r>
    </w:p>
    <w:p>
      <w:pPr>
        <w:jc w:val="right"/>
      </w:pPr>
      <w:r>
        <w:t>خدیجہ گھر میں۔ رسول اللہ کے ساتھ جو واقعہ ہوا غار حرام میں وہ تھا کہ آپ کو اللہ نے نبی بنایا۔</w:t>
      </w:r>
    </w:p>
    <w:p>
      <w:r>
        <w:rPr>
          <w:b/>
        </w:rPr>
        <w:t xml:space="preserve">[1:06:20] </w:t>
      </w:r>
      <w:r>
        <w:t>is ke liye woh jibril ko bheja ke tum nabi ho. to pehla waqea kya hua?</w:t>
      </w:r>
    </w:p>
    <w:p>
      <w:pPr>
        <w:jc w:val="right"/>
      </w:pPr>
      <w:r>
        <w:t>اس کے لیے وہ جبرائیل کو بھیجا کہ تم نبی ہو۔ تو پہلا واقعہ کیا ہوا؟</w:t>
      </w:r>
    </w:p>
    <w:p>
      <w:r>
        <w:rPr>
          <w:b/>
        </w:rPr>
        <w:t xml:space="preserve">[1:06:28] </w:t>
      </w:r>
      <w:r>
        <w:t>aap mujhe bataiye. pehla waqea hai ke aurat nikli bahar. rasool allah ki biwi jo thi khadijah woh bahar nikli.</w:t>
      </w:r>
    </w:p>
    <w:p>
      <w:pPr>
        <w:jc w:val="right"/>
      </w:pPr>
      <w:r>
        <w:t>آپ مجھے بتائیے۔ پہلا واقعہ ہے کہ عورت نکلی باہر۔ رسول اللہ کی بیوی جو تھی خدیجہ وہ باہر نکلی۔</w:t>
      </w:r>
    </w:p>
    <w:p>
      <w:r>
        <w:rPr>
          <w:b/>
        </w:rPr>
        <w:t xml:space="preserve">[1:06:38] </w:t>
      </w:r>
      <w:r>
        <w:t>yeh kahan yeh hadees sharif hai ke ghar mein aurat ko rakho bahar nikalne mat do? kitni galiyon se guzri hongi?</w:t>
      </w:r>
    </w:p>
    <w:p>
      <w:pPr>
        <w:jc w:val="right"/>
      </w:pPr>
      <w:r>
        <w:t>یہ کہاں یہ حدیث شریف ہے کہ گھر میں عورت کو رکھو باہر نکلنے مت دو؟ کتنی گلیوں سے گزری ہوں گی؟</w:t>
      </w:r>
    </w:p>
    <w:p>
      <w:r>
        <w:rPr>
          <w:b/>
        </w:rPr>
        <w:t xml:space="preserve">[1:06:48] </w:t>
      </w:r>
      <w:r>
        <w:t>sadkon se guzri hongi? kahan kahan se guzri hongi? paidal chal kar tab pahunchi hongi warqa ke paas.</w:t>
      </w:r>
    </w:p>
    <w:p>
      <w:pPr>
        <w:jc w:val="right"/>
      </w:pPr>
      <w:r>
        <w:t>سڑکوں سے گزری ہوں گی؟ کہاں کہاں سے گزری ہوں گی؟ پیدل چل کر تب پہنچی ہوں گی ورخا کے پاس۔</w:t>
      </w:r>
    </w:p>
    <w:p>
      <w:r>
        <w:rPr>
          <w:b/>
        </w:rPr>
        <w:t xml:space="preserve">[1:06:58] </w:t>
      </w:r>
      <w:r>
        <w:t>phir warqa se tafseeli baat hui hogi. to islam ka ke pehli news jo hai woh yahi ke aurat bahar nikle.</w:t>
      </w:r>
    </w:p>
    <w:p>
      <w:pPr>
        <w:jc w:val="right"/>
      </w:pPr>
      <w:r>
        <w:t>پھر ورخا سے تفصیلی بات ہوئی ہوگی۔ تو اسلام کا کہ پہلی نیوز جو ہے وہ یہی کہ عورت باہر نکل۔</w:t>
      </w:r>
    </w:p>
    <w:p>
      <w:r>
        <w:rPr>
          <w:b/>
        </w:rPr>
        <w:t xml:space="preserve">[1:07:10] </w:t>
      </w:r>
      <w:r>
        <w:t>zara ghaur kijiye.</w:t>
      </w:r>
    </w:p>
    <w:p>
      <w:pPr>
        <w:jc w:val="right"/>
      </w:pPr>
      <w:r>
        <w:t>ذرا غور کیجیے۔</w:t>
      </w:r>
    </w:p>
    <w:p>
      <w:r>
        <w:rPr>
          <w:b/>
        </w:rPr>
        <w:t xml:space="preserve">[1:07:15] </w:t>
      </w:r>
      <w:r>
        <w:t>rasool allah jab islam ke paygambar banaye gaye to pehli news jo bani woh kya thi? ke aurat bahar nikle.</w:t>
      </w:r>
    </w:p>
    <w:p>
      <w:pPr>
        <w:jc w:val="right"/>
      </w:pPr>
      <w:r>
        <w:t>رسول اللہ جب اسلام کے پیغمبر بنائے گئے تو پہلی نیوز جو بنی وہ کیا تھی؟ کہ عورت باہر نکل۔</w:t>
      </w:r>
    </w:p>
    <w:p>
      <w:r>
        <w:rPr>
          <w:b/>
        </w:rPr>
        <w:t xml:space="preserve">[1:07:25] </w:t>
      </w:r>
      <w:r>
        <w:t>ja warqa ke paas. yeh kahan se nikal rakha hai masla? kahan se nikal rakha hai? yani aurat agar bahar na nikalti, woh na jati warqa ghar par to pata nahi kab tak yeh suspense baqi rehta?</w:t>
      </w:r>
    </w:p>
    <w:p>
      <w:pPr>
        <w:jc w:val="right"/>
      </w:pPr>
      <w:r>
        <w:t>جا ورخا کے پاس۔ یہ کہاں سے نکال رکھا ہے مسئلہ؟ کہاں سے نکال رکھا ہے؟ یعنی عورت اگر باہر نہ نکلتی، وہ نہ جاتی ورخا گھر پر تو پتہ نہیں کب تک یہ سسپنس باقی رہتا؟</w:t>
      </w:r>
    </w:p>
    <w:p>
      <w:r>
        <w:rPr>
          <w:b/>
        </w:rPr>
        <w:t xml:space="preserve">[1:07:43] </w:t>
      </w:r>
      <w:r>
        <w:t>yeh crisis ki halat baqi rehti. isi din khatam ho gayi. us din se islam mein ek mission ban gaya.</w:t>
      </w:r>
    </w:p>
    <w:p>
      <w:pPr>
        <w:jc w:val="right"/>
      </w:pPr>
      <w:r>
        <w:t>یہ کراسیس کی حالت باقی رہتی۔ اسی دن ختم ہو گئی۔ اس دن سے اسلام میں ایک مشن بن گیا۔</w:t>
      </w:r>
    </w:p>
    <w:p>
      <w:r>
        <w:rPr>
          <w:b/>
        </w:rPr>
        <w:t xml:space="preserve">[1:07:53] </w:t>
      </w:r>
      <w:r>
        <w:t>yeh tasawwur bilkul islam se baseless hai. islam se koi talluq nahi ke aurat bahar na nikle.</w:t>
      </w:r>
    </w:p>
    <w:p>
      <w:pPr>
        <w:jc w:val="right"/>
      </w:pPr>
      <w:r>
        <w:t>یہ تصور بالکل اسلام سے بے بیسلیس ہے۔ اسلام سے کوئی تعلق نہیں کہ عورت باہر نہ نکلے۔</w:t>
      </w:r>
    </w:p>
    <w:p>
      <w:r>
        <w:rPr>
          <w:b/>
        </w:rPr>
        <w:t xml:space="preserve">[1:08:03] </w:t>
      </w:r>
      <w:r>
        <w:t>bilkul nahi. is par hum ne kitab likhi hai. is ko aap parhiye. is mozu par kai kitabein hain.</w:t>
      </w:r>
    </w:p>
    <w:p>
      <w:pPr>
        <w:jc w:val="right"/>
      </w:pPr>
      <w:r>
        <w:t>بالکل نہیں۔ اس پر ہم نے کتاب لکھی ہے۔ اس کو آپ پڑھیے۔ اس موضوع پر کئی کتابیں ہیں۔</w:t>
      </w:r>
    </w:p>
    <w:p>
      <w:r>
        <w:rPr>
          <w:b/>
        </w:rPr>
        <w:t xml:space="preserve">[1:08:12] </w:t>
      </w:r>
      <w:r>
        <w:t>is ko aap parhiye.</w:t>
      </w:r>
    </w:p>
    <w:p>
      <w:pPr>
        <w:jc w:val="right"/>
      </w:pPr>
      <w:r>
        <w:t>اس کو آپ پڑھیے۔</w:t>
      </w:r>
    </w:p>
    <w:p>
      <w:r>
        <w:rPr>
          <w:b/>
        </w:rPr>
        <w:t xml:space="preserve">[1:08:16] </w:t>
      </w:r>
      <w:r>
        <w:t>mis hina manzoor ne kashmir se likha hai: "In Islam, there is no inequality among genders, but yes, the roles assigned to them by Allah are different.</w:t>
      </w:r>
    </w:p>
    <w:p>
      <w:pPr>
        <w:jc w:val="right"/>
      </w:pPr>
      <w:r>
        <w:t>मिस हीना मंजूर ने कश्मीर से लिखा है: "In Islam, there is no inequality among genders, but yes, the roles assigned to them by Allah are different.</w:t>
      </w:r>
    </w:p>
    <w:p>
      <w:r>
        <w:rPr>
          <w:b/>
        </w:rPr>
        <w:t xml:space="preserve">[1:08:31] </w:t>
      </w:r>
      <w:r>
        <w:t>It is the responsibility of both the genders to understand the real meaning of their roles towards society and family.</w:t>
      </w:r>
    </w:p>
    <w:p>
      <w:pPr>
        <w:jc w:val="right"/>
      </w:pPr>
      <w:r>
        <w:t>It is the responsibility of both the genders to understand the real meaning of their roles towards society and family.</w:t>
      </w:r>
    </w:p>
    <w:p>
      <w:r>
        <w:rPr>
          <w:b/>
        </w:rPr>
        <w:t xml:space="preserve">[1:08:40] </w:t>
      </w:r>
      <w:r>
        <w:t>Maulana, your literature has helped a lot in understanding this point</w:t>
      </w:r>
    </w:p>
    <w:p>
      <w:pPr>
        <w:jc w:val="right"/>
      </w:pPr>
      <w:r>
        <w:t>Maulana, your literature has helped a lot in understanding this point</w:t>
      </w:r>
    </w:p>
    <w:p>
      <w:r>
        <w:rPr>
          <w:b/>
        </w:rPr>
        <w:t xml:space="preserve">[1:08:45] </w:t>
      </w:r>
      <w:r>
        <w:t>. Alhamdulillah. Thank you, Maulana." maulana yaqoob umri sahib ne dilli se likha hai: "Maulana, except CPS, I don't know of any mission which has made the Islam and its message as its sole concern.</w:t>
      </w:r>
    </w:p>
    <w:p>
      <w:pPr>
        <w:jc w:val="right"/>
      </w:pPr>
      <w:r>
        <w:t>. Alhamdulillah. Thank you, Maulana." मौलाना याकूब उमरी साहब ने दिल्ली से लिखा है: "Maulana, except CPS, I don't know of any mission which has made the Islam and its message as its sole concern.</w:t>
      </w:r>
    </w:p>
    <w:p>
      <w:r>
        <w:rPr>
          <w:b/>
        </w:rPr>
        <w:t xml:space="preserve">[1:09:01] </w:t>
      </w:r>
      <w:r>
        <w:t>Jazakallah-o-khair, Maulana, for conveying such a clear and pure message to all of us."</w:t>
      </w:r>
    </w:p>
    <w:p>
      <w:pPr>
        <w:jc w:val="right"/>
      </w:pPr>
      <w:r>
        <w:t>Jazakallah-o-khair, Maulana, for conveying such a clear and pure message to all of us."</w:t>
      </w:r>
    </w:p>
    <w:p>
      <w:r>
        <w:rPr>
          <w:b/>
        </w:rPr>
        <w:t xml:space="preserve">[1:09:08] </w:t>
      </w:r>
      <w:r>
        <w:t>dr. safeena tabassum ne saharanpur se likha hai: "Maulana sahib, aap ne hi role of women ko discover kiya hai. Jazakallah." professor najma siddiqui ne dilli se likha hai: "Maulana, thank you for clarifying our concepts in different aspects of Islam.</w:t>
      </w:r>
    </w:p>
    <w:p>
      <w:pPr>
        <w:jc w:val="right"/>
      </w:pPr>
      <w:r>
        <w:t>डॉ. सफीना तबस्सुम ने सारनपुर से लिखा है: "मालाना साहब, आपने ही रोल ऑफ वुमेन को डिस्कवर किया है। Jazakallah." प्रोफेसर नजमा सिद्दीकी ने दिल्ली से लिखा है: "Maulana, thank you for clarifying our concepts in different aspects of Islam.</w:t>
      </w:r>
    </w:p>
    <w:p>
      <w:r>
        <w:rPr>
          <w:b/>
        </w:rPr>
        <w:t xml:space="preserve">[1:09:28] </w:t>
      </w:r>
      <w:r>
        <w:t>Jazakallah, you make things so meaningful."</w:t>
      </w:r>
    </w:p>
    <w:p>
      <w:pPr>
        <w:jc w:val="right"/>
      </w:pPr>
      <w:r>
        <w:t>Jazakallah, you make things so meaningful."</w:t>
      </w:r>
    </w:p>
    <w:p>
      <w:r>
        <w:rPr>
          <w:b/>
        </w:rPr>
        <w:t xml:space="preserve">[1:09:32] </w:t>
      </w:r>
      <w:r>
        <w:t>Maulana, agla sawal lete hain. yeh sawal bheja hai miss rajees siddiqui ne aurangabad se. unho ne likha hai: "Maulana, bachon ki tarbiyat kaise karein?</w:t>
      </w:r>
    </w:p>
    <w:p>
      <w:pPr>
        <w:jc w:val="right"/>
      </w:pPr>
      <w:r>
        <w:t>मौलाना, अगला सवाल लेते हैं। यह सवाल भेजा है मिस रजीस सिद्दीकी ने औरंगाबाद से। उन्होंने लिखा है: "مولانا، بچوں کی تربیت کیسے کریں؟</w:t>
      </w:r>
    </w:p>
    <w:p>
      <w:r>
        <w:rPr>
          <w:b/>
        </w:rPr>
        <w:t xml:space="preserve">[1:09:44] </w:t>
      </w:r>
      <w:r>
        <w:t>unhein handle karne ka sahi tareeqa kya ikhtiyar karein?"</w:t>
      </w:r>
    </w:p>
    <w:p>
      <w:pPr>
        <w:jc w:val="right"/>
      </w:pPr>
      <w:r>
        <w:t>انہیں ہینڈل کرنے کا صحیح طریقہ کیا اختیار کریں؟"</w:t>
      </w:r>
    </w:p>
    <w:p>
      <w:r>
        <w:rPr>
          <w:b/>
        </w:rPr>
        <w:t xml:space="preserve">[1:09:50] </w:t>
      </w:r>
      <w:r>
        <w:t>dekhiye, suniye. bachon ki tabiyat Allah ne khud uska intezam kar rakha hai. woh hai nature.</w:t>
      </w:r>
    </w:p>
    <w:p>
      <w:pPr>
        <w:jc w:val="right"/>
      </w:pPr>
      <w:r>
        <w:t>देखिए, सुनिए। बच्चों की तबीयत अल्लाह ने खुद उसका इंतजाम कर रखा है। वह है नेचर।</w:t>
      </w:r>
    </w:p>
    <w:p>
      <w:r>
        <w:rPr>
          <w:b/>
        </w:rPr>
        <w:t xml:space="preserve">[1:10:04] </w:t>
      </w:r>
      <w:r>
        <w:t>nature. aap uski kitab parhiye, tolstoy ki, jis ka naam hai "War and Peace". us ne yeh likha hai ke agar bachcha jo paida hota hai aur nature jo usko model deti hai,</w:t>
      </w:r>
    </w:p>
    <w:p>
      <w:pPr>
        <w:jc w:val="right"/>
      </w:pPr>
      <w:r>
        <w:t>नेचर। आप उसकी किताब पढ़िए, टॉस टाई की, जिसका नाम है "वॉर एंड पीस"। उसने यह लिखा है कि अगर बच्चा जो पैदा होता है और नेचर जो उसको मॉडल देती है,</w:t>
      </w:r>
    </w:p>
    <w:p>
      <w:r>
        <w:rPr>
          <w:b/>
        </w:rPr>
        <w:t xml:space="preserve">[1:10:21] </w:t>
      </w:r>
      <w:r>
        <w:t>sirf wohi agar baqi rahe to duniya mein peace aa jayega. yaani bachche ko nature pehle se ek model deti hai. woh model hai peaceful model. agar woh bachche ko usi par chalne diya jaye, yaani mahaul usko bigadne na de,</w:t>
      </w:r>
    </w:p>
    <w:p>
      <w:pPr>
        <w:jc w:val="right"/>
      </w:pPr>
      <w:r>
        <w:t>सिर्फ वही अगर बाकी रहे तो दुनिया में पीस आ जाएगा। यानी बच्चे को नेचर पहले से एक मॉडल देती है। वह मॉडल है पीसफुल मॉडल। अगर वह बच्चे को उसी पर चलने दिया जाए, यानी माहौल उसको बिगड़ने ना दे,</w:t>
      </w:r>
    </w:p>
    <w:p>
      <w:r>
        <w:rPr>
          <w:b/>
        </w:rPr>
        <w:t xml:space="preserve">[1:10:48] </w:t>
      </w:r>
      <w:r>
        <w:t>to bilkul woh peaceful model par rahega.</w:t>
      </w:r>
    </w:p>
    <w:p>
      <w:pPr>
        <w:jc w:val="right"/>
      </w:pPr>
      <w:r>
        <w:t>तो बिल्कुल वह पीसफुल मॉडल पर रहेगा।</w:t>
      </w:r>
    </w:p>
    <w:p>
      <w:r>
        <w:rPr>
          <w:b/>
        </w:rPr>
        <w:t xml:space="preserve">[1:10:51] </w:t>
      </w:r>
      <w:r>
        <w:t>woh isse is par maine sochte hue jaana hai ki sabse zyada jo jo galat role hai, woh</w:t>
      </w:r>
    </w:p>
    <w:p>
      <w:pPr>
        <w:jc w:val="right"/>
      </w:pPr>
      <w:r>
        <w:t>वह इससे इस पर मैंने सोचते हुए जाना है कि सबसे ज्यादा जो जो गलत रोल है, वह</w:t>
      </w:r>
    </w:p>
    <w:p>
      <w:r>
        <w:rPr>
          <w:b/>
        </w:rPr>
        <w:t xml:space="preserve">[1:11:02] </w:t>
      </w:r>
      <w:r>
        <w:t>maa-baap ka hai.</w:t>
      </w:r>
    </w:p>
    <w:p>
      <w:pPr>
        <w:jc w:val="right"/>
      </w:pPr>
      <w:r>
        <w:t>मां-बाप का है।</w:t>
      </w:r>
    </w:p>
    <w:p>
      <w:r>
        <w:rPr>
          <w:b/>
        </w:rPr>
        <w:t xml:space="preserve">[1:11:03] </w:t>
      </w:r>
      <w:r>
        <w:t>sabse zyada. ab woh hai pampering.</w:t>
      </w:r>
    </w:p>
    <w:p>
      <w:pPr>
        <w:jc w:val="right"/>
      </w:pPr>
      <w:r>
        <w:t>सबसे ज्यादा। अब वह है पैंपरिंग।</w:t>
      </w:r>
    </w:p>
    <w:p>
      <w:r>
        <w:rPr>
          <w:b/>
        </w:rPr>
        <w:t xml:space="preserve">[1:11:07] </w:t>
      </w:r>
      <w:r>
        <w:t>saare maa-baap bas ek hi baat jaante hain: pampering, pampering, pampering.</w:t>
      </w:r>
    </w:p>
    <w:p>
      <w:pPr>
        <w:jc w:val="right"/>
      </w:pPr>
      <w:r>
        <w:t>सारे मां-बाप बस एक ही बात जानते हैं: पैंपरिंग, पैंपरिंग, पैंपरिंग।</w:t>
      </w:r>
    </w:p>
    <w:p>
      <w:r>
        <w:rPr>
          <w:b/>
        </w:rPr>
        <w:t xml:space="preserve">[1:11:12] </w:t>
      </w:r>
      <w:r>
        <w:t>favor, favor, favor.</w:t>
      </w:r>
    </w:p>
    <w:p>
      <w:pPr>
        <w:jc w:val="right"/>
      </w:pPr>
      <w:r>
        <w:t>फेवर, फेवर, फेवर।</w:t>
      </w:r>
    </w:p>
    <w:p>
      <w:r>
        <w:rPr>
          <w:b/>
        </w:rPr>
        <w:t xml:space="preserve">[1:11:18] </w:t>
      </w:r>
      <w:r>
        <w:t>meri apni jo study hai, woh yahi hai ke bachche ki tabiyat ke mamle mein sab se bura role jo hai, maa-baap ka hai. aur woh hai pampering aur favour. favour.</w:t>
      </w:r>
    </w:p>
    <w:p>
      <w:pPr>
        <w:jc w:val="right"/>
      </w:pPr>
      <w:r>
        <w:t>मेरी अपनी जो स्टडी है, वह यही है कि बच्चे की तबीयत के मामले में सबसे बुरा रोल जो है, मां-बाप का है। और वह है पैंपरिंग और फेवर। फेवर।</w:t>
      </w:r>
    </w:p>
    <w:p>
      <w:r>
        <w:rPr>
          <w:b/>
        </w:rPr>
        <w:t xml:space="preserve">[1:11:33] </w:t>
      </w:r>
      <w:r>
        <w:t>to maa-baap ko chahiye ke apni apne ko correct karein. na ke bachche ko kahein ke usko correct karna hai. woh to hai hi. woh to fitrat se sahi paida hua hota hai. kullu mroodin yuladu alal fitrah</w:t>
      </w:r>
    </w:p>
    <w:p>
      <w:pPr>
        <w:jc w:val="right"/>
      </w:pPr>
      <w:r>
        <w:t>तो मां-बाप को चाहिए कि अपनी अपने को करेक्ट करें। ना कि बच्चे को कहें कि उसको करेक्ट करना है। वह तो है ही। वह तो फितरत से सही पैदा हुआ होता है। كُلُّ مُرُدِّي يُولَدُ عَلَى الْفِتْرَةِ</w:t>
      </w:r>
    </w:p>
    <w:p>
      <w:r>
        <w:rPr>
          <w:b/>
        </w:rPr>
        <w:t xml:space="preserve">[1:11:53] </w:t>
      </w:r>
      <w:r>
        <w:t>bachcha, yaani as a natural product, sahi model par hota hai.</w:t>
      </w:r>
    </w:p>
    <w:p>
      <w:pPr>
        <w:jc w:val="right"/>
      </w:pPr>
      <w:r>
        <w:t>बच्चा, यानी एज अ नेचुरल प्रोडक्ट, सही मॉडल पर होता है।</w:t>
      </w:r>
    </w:p>
    <w:p>
      <w:r>
        <w:rPr>
          <w:b/>
        </w:rPr>
        <w:t xml:space="preserve">[1:12:01] </w:t>
      </w:r>
      <w:r>
        <w:t>to maa-baap apne ko bachayein bachche ko bigadne se.</w:t>
      </w:r>
    </w:p>
    <w:p>
      <w:pPr>
        <w:jc w:val="right"/>
      </w:pPr>
      <w:r>
        <w:t>तो मां-बाप अपने को बचाएं बच्चे को बिगाड़ने से।</w:t>
      </w:r>
    </w:p>
    <w:p>
      <w:r>
        <w:rPr>
          <w:b/>
        </w:rPr>
        <w:t xml:space="preserve">[1:12:06] </w:t>
      </w:r>
      <w:r>
        <w:t>yaani bachche ko bigadne se bachaiye.</w:t>
      </w:r>
    </w:p>
    <w:p>
      <w:pPr>
        <w:jc w:val="right"/>
      </w:pPr>
      <w:r>
        <w:t>यानी बच्चे को बिगाड़ने से बचाइए।</w:t>
      </w:r>
    </w:p>
    <w:p>
      <w:r>
        <w:rPr>
          <w:b/>
        </w:rPr>
        <w:t xml:space="preserve">[1:12:09] </w:t>
      </w:r>
      <w:r>
        <w:t>banane ke liye nature kaafi hai.</w:t>
      </w:r>
    </w:p>
    <w:p>
      <w:pPr>
        <w:jc w:val="right"/>
      </w:pPr>
      <w:r>
        <w:t>बनाने के लिए नेचर काफी है।</w:t>
      </w:r>
    </w:p>
    <w:p>
      <w:r>
        <w:rPr>
          <w:b/>
        </w:rPr>
        <w:t xml:space="preserve">[1:12:13] </w:t>
      </w:r>
      <w:r>
        <w:t>yeh anokha concept hai jo maine paaya hai ki bachchon ko bigadne se bachaiye.</w:t>
      </w:r>
    </w:p>
    <w:p>
      <w:pPr>
        <w:jc w:val="right"/>
      </w:pPr>
      <w:r>
        <w:t>यह अनोखा कांसेप्ट है जो मैंने पाया है कि बच्चों को बिगाड़ने से बचाइए।</w:t>
      </w:r>
    </w:p>
    <w:p>
      <w:r>
        <w:rPr>
          <w:b/>
        </w:rPr>
        <w:t xml:space="preserve">[1:12:20] </w:t>
      </w:r>
      <w:r>
        <w:t>kyunki bachchon ko durust raah par kayam rakhne ke liye nature kaafi hai.</w:t>
      </w:r>
    </w:p>
    <w:p>
      <w:pPr>
        <w:jc w:val="right"/>
      </w:pPr>
      <w:r>
        <w:t>क्योंकि बच्चों को दुरुस्त राह पर कायम रखने के लिए नेचर काफी है।</w:t>
      </w:r>
    </w:p>
    <w:p>
      <w:r>
        <w:rPr>
          <w:b/>
        </w:rPr>
        <w:t xml:space="preserve">[1:12:33] </w:t>
      </w:r>
      <w:r>
        <w:t>Maulana, agla sawal bheja hai kashmir se saleem rasheed shah sahib ne. unho ne likha hai: "How do you convince and motivate the present-day Muslim women who staunchly believe in the fact that men and women are equal in every sense,</w:t>
      </w:r>
    </w:p>
    <w:p>
      <w:pPr>
        <w:jc w:val="right"/>
      </w:pPr>
      <w:r>
        <w:t>मौलाना, अगला सवाल भेजा है कश्मीर से सलीम राशिद शाह साहब ने। उन्होंने लिखा है: "How do you convince and motivate the present-day Muslim women who staunchly believe in the fact that men and women are equal in every sense,</w:t>
      </w:r>
    </w:p>
    <w:p>
      <w:r>
        <w:rPr>
          <w:b/>
        </w:rPr>
        <w:t xml:space="preserve">[1:12:54] </w:t>
      </w:r>
      <w:r>
        <w:t>and a woman can do each and every task that a man is capable of? What is your message to the modern-day feminist?"</w:t>
      </w:r>
    </w:p>
    <w:p>
      <w:pPr>
        <w:jc w:val="right"/>
      </w:pPr>
      <w:r>
        <w:t>and a woman can do each and every task that a man is capable of? What is your message to the modern-day feminist?"</w:t>
      </w:r>
    </w:p>
    <w:p>
      <w:r>
        <w:rPr>
          <w:b/>
        </w:rPr>
        <w:t xml:space="preserve">[1:13:05] </w:t>
      </w:r>
      <w:r>
        <w:t>kuch mushkil nahi hai. main to kehta hoon sirf ek kitab padhwa dein jis khatoon ke bare mein aap keh rahe hain.</w:t>
      </w:r>
    </w:p>
    <w:p>
      <w:pPr>
        <w:jc w:val="right"/>
      </w:pPr>
      <w:r>
        <w:t>کچھ مشکل نہیں ہے۔ میں تو کہتا ہوں صرف ایک کتاب پڑھوا دیں جس خاتون کے بارے میں آپ کہہ رہے ہیں۔</w:t>
      </w:r>
    </w:p>
    <w:p>
      <w:r>
        <w:rPr>
          <w:b/>
        </w:rPr>
        <w:t xml:space="preserve">[1:13:14] </w:t>
      </w:r>
      <w:r>
        <w:t>mujhe nahi maloom woh khatoon kahan hai. aisi khawateen. aurat ma'maar-e-insaniyat. usi ek kitab padhwa dein.</w:t>
      </w:r>
    </w:p>
    <w:p>
      <w:pPr>
        <w:jc w:val="right"/>
      </w:pPr>
      <w:r>
        <w:t>مجھے نہیں معلوم وہ خاتون کہاں ہے۔ ایسی خواتین۔ عورت معمار انسانیت۔ اسی ایک کتاب پڑھوا دیے۔</w:t>
      </w:r>
    </w:p>
    <w:p>
      <w:r>
        <w:rPr>
          <w:b/>
        </w:rPr>
        <w:t xml:space="preserve">[1:13:25] </w:t>
      </w:r>
      <w:r>
        <w:t>to main yaqeen ke sath kehta hoon yahi ek kitab un ke maan ko badalne ke liye kafi hai. shikayat kyun karte hain?</w:t>
      </w:r>
    </w:p>
    <w:p>
      <w:pPr>
        <w:jc w:val="right"/>
      </w:pPr>
      <w:r>
        <w:t>تو میں یقین کے ساتھ کہتا ہوں یہی ایک کتاب ان کے مان کو بدلنے کے لیے کافی ہے۔ شکایت کیوں کرتے ہیں؟</w:t>
      </w:r>
    </w:p>
    <w:p>
      <w:r>
        <w:rPr>
          <w:b/>
        </w:rPr>
        <w:t xml:space="preserve">[1:13:35] </w:t>
      </w:r>
      <w:r>
        <w:t>un ko un ko literature pahunchaiye. un ko literature pahunchaiye.</w:t>
      </w:r>
    </w:p>
    <w:p>
      <w:pPr>
        <w:jc w:val="right"/>
      </w:pPr>
      <w:r>
        <w:t>ان کو ان کو لٹریچر پہنچائیے۔ ان کو لٹریچر پہنچائیے۔</w:t>
      </w:r>
    </w:p>
    <w:p>
      <w:r>
        <w:rPr>
          <w:b/>
        </w:rPr>
        <w:t xml:space="preserve">[1:13:44] </w:t>
      </w:r>
      <w:r>
        <w:t>aamir mauri sahib ne srinagar se bheja hai apna sawal. unho ne likha hai: "It is said that whatever happens in this world happens within the God's scheme of things.</w:t>
      </w:r>
    </w:p>
    <w:p>
      <w:pPr>
        <w:jc w:val="right"/>
      </w:pPr>
      <w:r>
        <w:t>आमिर मौरी साहब ने श्रीनगर से भेजा है अपना सवाल। उन्होंने लिखा है: "It is said that whatever happens in this world happens within the God's scheme of things.</w:t>
      </w:r>
    </w:p>
    <w:p>
      <w:r>
        <w:rPr>
          <w:b/>
        </w:rPr>
        <w:t xml:space="preserve">[1:13:58] </w:t>
      </w:r>
      <w:r>
        <w:t>Many people claim that the present violence is also part of God's plan. Maulana saab, my question is how can we differentiate between human interference and God's scheme of things?</w:t>
      </w:r>
    </w:p>
    <w:p>
      <w:pPr>
        <w:jc w:val="right"/>
      </w:pPr>
      <w:r>
        <w:t>Many people claim that the present violence is also part of God's plan. Maulana saab, my question is how can we differentiate between human interference and God's scheme of things?</w:t>
      </w:r>
    </w:p>
    <w:p>
      <w:r>
        <w:rPr>
          <w:b/>
        </w:rPr>
        <w:t xml:space="preserve">[1:14:13] </w:t>
      </w:r>
      <w:r>
        <w:t>Kindly clarify and help us to address such questions."</w:t>
      </w:r>
    </w:p>
    <w:p>
      <w:pPr>
        <w:jc w:val="right"/>
      </w:pPr>
      <w:r>
        <w:t>Kindly clarify and help us to address such questions."</w:t>
      </w:r>
    </w:p>
    <w:p>
      <w:r>
        <w:rPr>
          <w:b/>
        </w:rPr>
        <w:t xml:space="preserve">[1:14:18] </w:t>
      </w:r>
      <w:r>
        <w:t>dekhiye, Allah Rabbul Aalameen ka jo</w:t>
      </w:r>
    </w:p>
    <w:p>
      <w:pPr>
        <w:jc w:val="right"/>
      </w:pPr>
      <w:r>
        <w:t>देखिए, अल्लाह रब्बुल आलमीन का जो</w:t>
      </w:r>
    </w:p>
    <w:p>
      <w:r>
        <w:rPr>
          <w:b/>
        </w:rPr>
        <w:t xml:space="preserve">[1:14:23] </w:t>
      </w:r>
      <w:r>
        <w:t>plan hai, woh bahut hi</w:t>
      </w:r>
    </w:p>
    <w:p>
      <w:pPr>
        <w:jc w:val="right"/>
      </w:pPr>
      <w:r>
        <w:t>प्लान है, वह बहुत ही</w:t>
      </w:r>
    </w:p>
    <w:p>
      <w:r>
        <w:rPr>
          <w:b/>
        </w:rPr>
        <w:t xml:space="preserve">[1:14:29] </w:t>
      </w:r>
      <w:r>
        <w:t>well managed hai.</w:t>
      </w:r>
    </w:p>
    <w:p>
      <w:pPr>
        <w:jc w:val="right"/>
      </w:pPr>
      <w:r>
        <w:t>वेल मैनेज्ड है।</w:t>
      </w:r>
    </w:p>
    <w:p>
      <w:r>
        <w:rPr>
          <w:b/>
        </w:rPr>
        <w:t xml:space="preserve">[1:14:30] </w:t>
      </w:r>
      <w:r>
        <w:t>isme koi shak nahi.</w:t>
      </w:r>
    </w:p>
    <w:p>
      <w:pPr>
        <w:jc w:val="right"/>
      </w:pPr>
      <w:r>
        <w:t>इसमें कोई शक नहीं।</w:t>
      </w:r>
    </w:p>
    <w:p>
      <w:r>
        <w:rPr>
          <w:b/>
        </w:rPr>
        <w:t xml:space="preserve">[1:14:32] </w:t>
      </w:r>
      <w:r>
        <w:t>lekin isi ke sath dusri reality, dusri fact kya hai ke allah ne insan ko</w:t>
      </w:r>
    </w:p>
    <w:p>
      <w:pPr>
        <w:jc w:val="right"/>
      </w:pPr>
      <w:r>
        <w:t>लेकिन इसी के साथ दूसरी रियलिटी, दूसरी फैक्ट क्या है कि अल्लाह ने इंसान को</w:t>
      </w:r>
    </w:p>
    <w:p>
      <w:r>
        <w:rPr>
          <w:b/>
        </w:rPr>
        <w:t xml:space="preserve">[1:14:40] </w:t>
      </w:r>
      <w:r>
        <w:t>mukammal azadi di hai.</w:t>
      </w:r>
    </w:p>
    <w:p>
      <w:pPr>
        <w:jc w:val="right"/>
      </w:pPr>
      <w:r>
        <w:t>मुकम्मल आजादी दी है।</w:t>
      </w:r>
    </w:p>
    <w:p>
      <w:r>
        <w:rPr>
          <w:b/>
        </w:rPr>
        <w:t xml:space="preserve">[1:14:44] </w:t>
      </w:r>
      <w:r>
        <w:t>kyunki allah insan ko</w:t>
      </w:r>
    </w:p>
    <w:p>
      <w:pPr>
        <w:jc w:val="right"/>
      </w:pPr>
      <w:r>
        <w:t>क्योंकि अल्लाह इंसान को</w:t>
      </w:r>
    </w:p>
    <w:p>
      <w:r>
        <w:rPr>
          <w:b/>
        </w:rPr>
        <w:t xml:space="preserve">[1:14:47] </w:t>
      </w:r>
      <w:r>
        <w:t>creative mind banana chahta hai.</w:t>
      </w:r>
    </w:p>
    <w:p>
      <w:pPr>
        <w:jc w:val="right"/>
      </w:pPr>
      <w:r>
        <w:t>क्रिएटिव माइंड बनाना चाहता है।</w:t>
      </w:r>
    </w:p>
    <w:p>
      <w:r>
        <w:rPr>
          <w:b/>
        </w:rPr>
        <w:t xml:space="preserve">[1:14:50] </w:t>
      </w:r>
      <w:r>
        <w:t>slave mind nahi.</w:t>
      </w:r>
    </w:p>
    <w:p>
      <w:pPr>
        <w:jc w:val="right"/>
      </w:pPr>
      <w:r>
        <w:t>सिलेव माइंड नहीं।</w:t>
      </w:r>
    </w:p>
    <w:p>
      <w:r>
        <w:rPr>
          <w:b/>
        </w:rPr>
        <w:t xml:space="preserve">[1:14:52] </w:t>
      </w:r>
      <w:r>
        <w:t>creative mind. to insan ki creativity ko maintain karte hue allah</w:t>
      </w:r>
    </w:p>
    <w:p>
      <w:pPr>
        <w:jc w:val="right"/>
      </w:pPr>
      <w:r>
        <w:t>क्रिएटिव माइंड। तो इंसान की क्रिएटिविटी को मेंटेन करते हुए अल्लाह</w:t>
      </w:r>
    </w:p>
    <w:p>
      <w:r>
        <w:rPr>
          <w:b/>
        </w:rPr>
        <w:t xml:space="preserve">[1:14:58] </w:t>
      </w:r>
      <w:r>
        <w:t>manage karta hai.</w:t>
      </w:r>
    </w:p>
    <w:p>
      <w:pPr>
        <w:jc w:val="right"/>
      </w:pPr>
      <w:r>
        <w:t>मैनेज करता है।</w:t>
      </w:r>
    </w:p>
    <w:p>
      <w:r>
        <w:rPr>
          <w:b/>
        </w:rPr>
        <w:t xml:space="preserve">[1:15:00] </w:t>
      </w:r>
      <w:r>
        <w:t>isko samjhiye. insan ki freedom, uski creativity</w:t>
      </w:r>
    </w:p>
    <w:p>
      <w:pPr>
        <w:jc w:val="right"/>
      </w:pPr>
      <w:r>
        <w:t>इसको समझिए। इंसान की फ्रीडम, उसकी क्रिएटिविटी</w:t>
      </w:r>
    </w:p>
    <w:p>
      <w:r>
        <w:rPr>
          <w:b/>
        </w:rPr>
        <w:t xml:space="preserve">[1:15:08] </w:t>
      </w:r>
      <w:r>
        <w:t>ko baki rakhte hue</w:t>
      </w:r>
    </w:p>
    <w:p>
      <w:pPr>
        <w:jc w:val="right"/>
      </w:pPr>
      <w:r>
        <w:t>को बाकी रखते हुए</w:t>
      </w:r>
    </w:p>
    <w:p>
      <w:r>
        <w:rPr>
          <w:b/>
        </w:rPr>
        <w:t xml:space="preserve">[1:15:10] </w:t>
      </w:r>
      <w:r>
        <w:t>khuda apni scheme, apni cheez ko chalata hai.</w:t>
      </w:r>
    </w:p>
    <w:p>
      <w:pPr>
        <w:jc w:val="right"/>
      </w:pPr>
      <w:r>
        <w:t>खुदा अपनी स्कीम, अपनी चीज को चलाता है।</w:t>
      </w:r>
    </w:p>
    <w:p>
      <w:r>
        <w:rPr>
          <w:b/>
        </w:rPr>
        <w:t xml:space="preserve">[1:15:14] </w:t>
      </w:r>
      <w:r>
        <w:t>isko samjhiye. iski misal maine di ke allah ko matlab tha ke western nation se ke zariye civilization</w:t>
      </w:r>
    </w:p>
    <w:p>
      <w:pPr>
        <w:jc w:val="right"/>
      </w:pPr>
      <w:r>
        <w:t>इसको समझिए। इसकी मिसाल मैंने दी कि अल्लाह को मतलब था कि वेस्टर्न नेशन से के जरिए सिविलाइजेशन</w:t>
      </w:r>
    </w:p>
    <w:p>
      <w:r>
        <w:rPr>
          <w:b/>
        </w:rPr>
        <w:t xml:space="preserve">[1:15:25] </w:t>
      </w:r>
      <w:r>
        <w:t>bane. communication ka zamana aaye.</w:t>
      </w:r>
    </w:p>
    <w:p>
      <w:pPr>
        <w:jc w:val="right"/>
      </w:pPr>
      <w:r>
        <w:t>बने। कम्युनिकेशन का जमाना आए।</w:t>
      </w:r>
    </w:p>
    <w:p>
      <w:r>
        <w:rPr>
          <w:b/>
        </w:rPr>
        <w:t xml:space="preserve">[1:15:30] </w:t>
      </w:r>
      <w:r>
        <w:t>musalmanon ne isme negative role kiya.</w:t>
      </w:r>
    </w:p>
    <w:p>
      <w:pPr>
        <w:jc w:val="right"/>
      </w:pPr>
      <w:r>
        <w:t>मुसलमानों ने इसमें नेगेटिव रोल किया।</w:t>
      </w:r>
    </w:p>
    <w:p>
      <w:r>
        <w:rPr>
          <w:b/>
        </w:rPr>
        <w:t xml:space="preserve">[1:15:34] </w:t>
      </w:r>
      <w:r>
        <w:t>chalne nahi diya.</w:t>
      </w:r>
    </w:p>
    <w:p>
      <w:pPr>
        <w:jc w:val="right"/>
      </w:pPr>
      <w:r>
        <w:t>चलने नहीं दिया।</w:t>
      </w:r>
    </w:p>
    <w:p>
      <w:r>
        <w:rPr>
          <w:b/>
        </w:rPr>
        <w:t xml:space="preserve">[1:15:37] </w:t>
      </w:r>
      <w:r>
        <w:t>yani phir bhi wo to chala.</w:t>
      </w:r>
    </w:p>
    <w:p>
      <w:pPr>
        <w:jc w:val="right"/>
      </w:pPr>
      <w:r>
        <w:t>यानी फिर भी वो तो चला।</w:t>
      </w:r>
    </w:p>
    <w:p>
      <w:r>
        <w:rPr>
          <w:b/>
        </w:rPr>
        <w:t xml:space="preserve">[1:15:38] </w:t>
      </w:r>
      <w:r>
        <w:t>phir bhi civilization bani.</w:t>
      </w:r>
    </w:p>
    <w:p>
      <w:pPr>
        <w:jc w:val="right"/>
      </w:pPr>
      <w:r>
        <w:t>फिर भी सिविलाइजेशन बनी।</w:t>
      </w:r>
    </w:p>
    <w:p>
      <w:r>
        <w:rPr>
          <w:b/>
        </w:rPr>
        <w:t xml:space="preserve">[1:15:40] </w:t>
      </w:r>
      <w:r>
        <w:t>lekin musalmanon ka is box mein negative role hai.</w:t>
      </w:r>
    </w:p>
    <w:p>
      <w:pPr>
        <w:jc w:val="right"/>
      </w:pPr>
      <w:r>
        <w:t>लेकिन मुसलमानों का इस बॉक्स में नेगेटिव रोल है।</w:t>
      </w:r>
    </w:p>
    <w:p>
      <w:r>
        <w:rPr>
          <w:b/>
        </w:rPr>
        <w:t xml:space="preserve">[1:15:45] </w:t>
      </w:r>
      <w:r>
        <w:t>to</w:t>
      </w:r>
    </w:p>
    <w:p>
      <w:pPr>
        <w:jc w:val="right"/>
      </w:pPr>
      <w:r>
        <w:t>तो</w:t>
      </w:r>
    </w:p>
    <w:p>
      <w:r>
        <w:rPr>
          <w:b/>
        </w:rPr>
        <w:t xml:space="preserve">[1:15:45] </w:t>
      </w:r>
      <w:r>
        <w:t>aap apne ko bachaiye negative role se. Baqi kaam toh jo hone wala hai, woh hokar rahega. Woh.</w:t>
      </w:r>
    </w:p>
    <w:p>
      <w:pPr>
        <w:jc w:val="right"/>
      </w:pPr>
      <w:r>
        <w:t>आप अपने को बचाइए नेगेटिव रोल से। बाकी काम तो जो होने वाला है, वो होकर रहेगा। वो।</w:t>
      </w:r>
    </w:p>
    <w:p>
      <w:r>
        <w:rPr>
          <w:b/>
        </w:rPr>
        <w:t xml:space="preserve">[1:15:55] </w:t>
      </w:r>
      <w:r>
        <w:t>Maulana, bangalore se faisal saleem sahab ne sawal bheja hai. Unhone likha hai: "Moulana saab, in today's session you said that in Islam women have equality but different roles.</w:t>
      </w:r>
    </w:p>
    <w:p>
      <w:pPr>
        <w:jc w:val="right"/>
      </w:pPr>
      <w:r>
        <w:t>मौलाना, बेंगलोर से फैसल सलीम साहब ने सवाल भेजा है। उन्होंने लिखा है: "Moulana saab, in today's session you said that in Islam women have equality but different roles.</w:t>
      </w:r>
    </w:p>
    <w:p>
      <w:r>
        <w:rPr>
          <w:b/>
        </w:rPr>
        <w:t xml:space="preserve">[1:16:08] </w:t>
      </w:r>
      <w:r>
        <w:t>This is totally a new concept for me as we have been hearing men and women have equal rights. Also, I think Islam is the only religion which gives utmost respect and rights to women.</w:t>
      </w:r>
    </w:p>
    <w:p>
      <w:pPr>
        <w:jc w:val="right"/>
      </w:pPr>
      <w:r>
        <w:t>This is totally a new concept for me as we have been hearing men and women have equal rights. Also, I think Islam is the only religion which gives utmost respect and rights to women.</w:t>
      </w:r>
    </w:p>
    <w:p>
      <w:r>
        <w:rPr>
          <w:b/>
        </w:rPr>
        <w:t xml:space="preserve">[1:16:23] </w:t>
      </w:r>
      <w:r>
        <w:t>But why is it still that women are disresp</w:t>
      </w:r>
    </w:p>
    <w:p>
      <w:pPr>
        <w:jc w:val="right"/>
      </w:pPr>
      <w:r>
        <w:t>But why is it still that women are disresp</w:t>
      </w:r>
    </w:p>
    <w:p>
      <w:r>
        <w:rPr>
          <w:b/>
        </w:rPr>
        <w:t xml:space="preserve">[1:16:27] </w:t>
      </w:r>
      <w:r>
        <w:t>ected? Is it that women are not aware of their rights? Can you please guide us on this</w:t>
      </w:r>
    </w:p>
    <w:p>
      <w:pPr>
        <w:jc w:val="right"/>
      </w:pPr>
      <w:r>
        <w:t>ected? Is it that women are not aware of their rights? Can you please guide us on this</w:t>
      </w:r>
    </w:p>
    <w:p>
      <w:r>
        <w:rPr>
          <w:b/>
        </w:rPr>
        <w:t xml:space="preserve">[1:16:33] </w:t>
      </w:r>
      <w:r>
        <w:t>?" bhai, disrespect ki jo baat hai, to mard ki bhi hoti hai</w:t>
      </w:r>
    </w:p>
    <w:p>
      <w:pPr>
        <w:jc w:val="right"/>
      </w:pPr>
      <w:r>
        <w:t>?" भाई, डिसरस्पेक्ट की जो बात है, तो मर्द की भी होती है</w:t>
      </w:r>
    </w:p>
    <w:p>
      <w:r>
        <w:rPr>
          <w:b/>
        </w:rPr>
        <w:t xml:space="preserve">[1:16:39] </w:t>
      </w:r>
      <w:r>
        <w:t>aur aurat ki nahi hoti hai.</w:t>
      </w:r>
    </w:p>
    <w:p>
      <w:pPr>
        <w:jc w:val="right"/>
      </w:pPr>
      <w:r>
        <w:t>और औरत की नहीं होती है।</w:t>
      </w:r>
    </w:p>
    <w:p>
      <w:r>
        <w:rPr>
          <w:b/>
        </w:rPr>
        <w:t xml:space="preserve">[1:16:44] </w:t>
      </w:r>
      <w:r>
        <w:t>to koi bhi baat samajhna hai agar aapko nature ki, society ki, to hamesha</w:t>
      </w:r>
    </w:p>
    <w:p>
      <w:pPr>
        <w:jc w:val="right"/>
      </w:pPr>
      <w:r>
        <w:t>तो कोई भी बात समझना है अगर आपको नेचर की, सोसाइटी की, तो हमेशा</w:t>
      </w:r>
    </w:p>
    <w:p>
      <w:r>
        <w:rPr>
          <w:b/>
        </w:rPr>
        <w:t xml:space="preserve">[1:16:53] </w:t>
      </w:r>
      <w:r>
        <w:t>is baat ko dhyan mein rakhiye ke insan ko paida kiya allah taala ne is tarah ke usko</w:t>
      </w:r>
    </w:p>
    <w:p>
      <w:pPr>
        <w:jc w:val="right"/>
      </w:pPr>
      <w:r>
        <w:t>इस बात को ध्यान में रखिए कि इंसान को पैदा किया अल्लाह ताला ने इस तरह कि उसको</w:t>
      </w:r>
    </w:p>
    <w:p>
      <w:r>
        <w:rPr>
          <w:b/>
        </w:rPr>
        <w:t xml:space="preserve">[1:16:59] </w:t>
      </w:r>
      <w:r>
        <w:t>total freedom diya hai.</w:t>
      </w:r>
    </w:p>
    <w:p>
      <w:pPr>
        <w:jc w:val="right"/>
      </w:pPr>
      <w:r>
        <w:t>टोटल फ्रीडम दिया है।</w:t>
      </w:r>
    </w:p>
    <w:p>
      <w:r>
        <w:rPr>
          <w:b/>
        </w:rPr>
        <w:t xml:space="preserve">[1:17:01] </w:t>
      </w:r>
      <w:r>
        <w:t>isi ko quran mein kaha gaya hai: "amanat al amana."</w:t>
      </w:r>
    </w:p>
    <w:p>
      <w:pPr>
        <w:jc w:val="right"/>
      </w:pPr>
      <w:r>
        <w:t>इसी को कुरान में कहा गया है: "अमानत अल अमाना।"</w:t>
      </w:r>
    </w:p>
    <w:p>
      <w:r>
        <w:rPr>
          <w:b/>
        </w:rPr>
        <w:t xml:space="preserve">[1:17:06] </w:t>
      </w:r>
      <w:r>
        <w:t>to freedom ko maintain karte hue manage karna,</w:t>
      </w:r>
    </w:p>
    <w:p>
      <w:pPr>
        <w:jc w:val="right"/>
      </w:pPr>
      <w:r>
        <w:t>तो फ्रीडम को मेंटेन करते हुए मैनेज करना,</w:t>
      </w:r>
    </w:p>
    <w:p>
      <w:r>
        <w:rPr>
          <w:b/>
        </w:rPr>
        <w:t xml:space="preserve">[1:17:11] </w:t>
      </w:r>
      <w:r>
        <w:t>jo Allah ka jo tareeqa hai, woh kya hai?</w:t>
      </w:r>
    </w:p>
    <w:p>
      <w:pPr>
        <w:jc w:val="right"/>
      </w:pPr>
      <w:r>
        <w:t>जो अल्लाह का जो तरीका है, वह क्या है?</w:t>
      </w:r>
    </w:p>
    <w:p>
      <w:r>
        <w:rPr>
          <w:b/>
        </w:rPr>
        <w:t xml:space="preserve">[1:17:15] </w:t>
      </w:r>
      <w:r>
        <w:t>insan ki freedom ko manage karte hue, usko usko maintain karte hue,</w:t>
      </w:r>
    </w:p>
    <w:p>
      <w:pPr>
        <w:jc w:val="right"/>
      </w:pPr>
      <w:r>
        <w:t>इंसान की फ्रीडम को मैनेज करते हुए, उसको उसको मेंटेन करते हुए,</w:t>
      </w:r>
    </w:p>
    <w:p>
      <w:r>
        <w:rPr>
          <w:b/>
        </w:rPr>
        <w:t xml:space="preserve">[1:17:23] </w:t>
      </w:r>
      <w:r>
        <w:t>apni iski aap think ko laagu karna.</w:t>
      </w:r>
    </w:p>
    <w:p>
      <w:pPr>
        <w:jc w:val="right"/>
      </w:pPr>
      <w:r>
        <w:t>अपनी इसकी आप थिंक को लागू करना।</w:t>
      </w:r>
    </w:p>
    <w:p>
      <w:r>
        <w:rPr>
          <w:b/>
        </w:rPr>
        <w:t xml:space="preserve">[1:17:27] </w:t>
      </w:r>
      <w:r>
        <w:t>to yeh ek complexion</w:t>
      </w:r>
    </w:p>
    <w:p>
      <w:pPr>
        <w:jc w:val="right"/>
      </w:pPr>
      <w:r>
        <w:t>तो यह एक कॉम्प्लेक्शन</w:t>
      </w:r>
    </w:p>
    <w:p>
      <w:r>
        <w:rPr>
          <w:b/>
        </w:rPr>
        <w:t xml:space="preserve">[1:17:30] </w:t>
      </w:r>
      <w:r>
        <w:t>hai. Itna simple nahi hai.</w:t>
      </w:r>
    </w:p>
    <w:p>
      <w:pPr>
        <w:jc w:val="right"/>
      </w:pPr>
      <w:r>
        <w:t>है। इतना सिंपल नहीं है।</w:t>
      </w:r>
    </w:p>
    <w:p>
      <w:r>
        <w:rPr>
          <w:b/>
        </w:rPr>
        <w:t xml:space="preserve">[1:17:34] </w:t>
      </w:r>
      <w:r>
        <w:t>jab dono pehluon ko lekar aap sochenge, tab aap sahi baat ko discover karenge.</w:t>
      </w:r>
    </w:p>
    <w:p>
      <w:pPr>
        <w:jc w:val="right"/>
      </w:pPr>
      <w:r>
        <w:t>जब दोनों पहलुओं को लेकर आप सोचेंगे, तब आप सही बात को डिस्कवर करेंगे।</w:t>
      </w:r>
    </w:p>
    <w:p>
      <w:r>
        <w:rPr>
          <w:b/>
        </w:rPr>
        <w:t xml:space="preserve">[1:17:45] </w:t>
      </w:r>
      <w:r>
        <w:t>Maulana, Mumbai se Javed Hayat sahab ka sawal hai.</w:t>
      </w:r>
    </w:p>
    <w:p>
      <w:pPr>
        <w:jc w:val="right"/>
      </w:pPr>
      <w:r>
        <w:t>मौलाना, मुंबई से जावेद हयात साहब का सवाल है।</w:t>
      </w:r>
    </w:p>
    <w:p>
      <w:r>
        <w:rPr>
          <w:b/>
        </w:rPr>
        <w:t xml:space="preserve">[1:17:48] </w:t>
      </w:r>
      <w:r>
        <w:t>unhone likha hai: "Quran ko phailana aur Islam ki image building ke saath-saath,</w:t>
      </w:r>
    </w:p>
    <w:p>
      <w:pPr>
        <w:jc w:val="right"/>
      </w:pPr>
      <w:r>
        <w:t>उन्होंने लिखा है: "कुरान को फैलाना और इस्लाम की इमेज बिल्डिंग के साथ-साथ,</w:t>
      </w:r>
    </w:p>
    <w:p>
      <w:r>
        <w:rPr>
          <w:b/>
        </w:rPr>
        <w:t xml:space="preserve">[1:17:56] </w:t>
      </w:r>
      <w:r>
        <w:t>mera khayal hai ke humein Islam ka zinda namoona bhi maujood hona chahiye.</w:t>
      </w:r>
    </w:p>
    <w:p>
      <w:pPr>
        <w:jc w:val="right"/>
      </w:pPr>
      <w:r>
        <w:t>मेरा ख्याल है कि हमें इस्लाम का जिंदा नमूना भी मौजूद होना चाहिए।</w:t>
      </w:r>
    </w:p>
    <w:p>
      <w:r>
        <w:rPr>
          <w:b/>
        </w:rPr>
        <w:t xml:space="preserve">[1:18:01] </w:t>
      </w:r>
      <w:r>
        <w:t>Islam ko apni zindagi mein dakhil karne ke liye kya humein bhi Bani Israel ki tarah, lekin waqti</w:t>
      </w:r>
    </w:p>
    <w:p>
      <w:pPr>
        <w:jc w:val="right"/>
      </w:pPr>
      <w:r>
        <w:t>इस्लाम को अपनी जिंदगियों में दाखिल करने के लिए क्या हमें भी बनी इसराइल की तरह, लेकिन वक्ती</w:t>
      </w:r>
    </w:p>
    <w:p>
      <w:r>
        <w:rPr>
          <w:b/>
        </w:rPr>
        <w:t xml:space="preserve">[1:18:09] </w:t>
      </w:r>
      <w:r>
        <w:t>taur par apne mahaul se nikal kar kisi tabiyyati course ki zaroorat hai?</w:t>
      </w:r>
    </w:p>
    <w:p>
      <w:pPr>
        <w:jc w:val="right"/>
      </w:pPr>
      <w:r>
        <w:t>तौर पर अपने माहौल से निकलकर किसी तबीयती कोर्स की जरूरत है?</w:t>
      </w:r>
    </w:p>
    <w:p>
      <w:r>
        <w:rPr>
          <w:b/>
        </w:rPr>
        <w:t xml:space="preserve">[1:18:16] </w:t>
      </w:r>
      <w:r>
        <w:t>Iske baare mein bataiye."</w:t>
      </w:r>
    </w:p>
    <w:p>
      <w:pPr>
        <w:jc w:val="right"/>
      </w:pPr>
      <w:r>
        <w:t>इसके बारे में बताएं।"</w:t>
      </w:r>
    </w:p>
    <w:p>
      <w:r>
        <w:rPr>
          <w:b/>
        </w:rPr>
        <w:t xml:space="preserve">[1:18:19] </w:t>
      </w:r>
      <w:r>
        <w:t>Tabiyyati course koi aisa nahin ki jaise factory mein cheezein dhalta hain, aise dhal dega. Koi bhi tabiyyati course aisa nahin ho sakta hai jismein insaan dhal jaaye, dhal-dhal kar nikle. Jaise chai ki pyali dhal kar nikalti hai,</w:t>
      </w:r>
    </w:p>
    <w:p>
      <w:pPr>
        <w:jc w:val="right"/>
      </w:pPr>
      <w:r>
        <w:t>तबीयती कोर्स कोई ऐसा नहीं कि जैसे फैक्ट्री में चीजेंढलती हैं, ऐसेढाल देगा। कोई भी तबीयती कोर्स ऐसा नहीं हो सकता है जिसमें इंसानढाल जाए,ढल-ढल कर निकले। जैसे चाय की प्यालीढल कर निकलती है,</w:t>
      </w:r>
    </w:p>
    <w:p>
      <w:r>
        <w:rPr>
          <w:b/>
        </w:rPr>
        <w:t xml:space="preserve">[1:18:42] </w:t>
      </w:r>
      <w:r>
        <w:t>aisa possible nahin hai. Toh woh aap woh cheez sochiye jo practically possible hai. Woh hai dawat, tabligh. Insano ko aap dhal nahin sakte. Yahi possible hai ki aap insano ko dhalen. Dhalne se aap tabligh kar sakte hain, dawat kar sakte hain,</w:t>
      </w:r>
    </w:p>
    <w:p>
      <w:pPr>
        <w:jc w:val="right"/>
      </w:pPr>
      <w:r>
        <w:t>ऐसा पॉसिबल नहीं है। तो वो आप वो चीज सोचिए जो प्रैक्टिकली पॉसिबल है। वो है दावत, तबलीग। इंसानों को आपढाल नहीं सकते। यही पॉसिबल है कि आप इंसानों कोढालें।ढालने से आप तबलीग कर सकते हैं, दावत कर सकते हैं,</w:t>
      </w:r>
    </w:p>
    <w:p>
      <w:r>
        <w:rPr>
          <w:b/>
        </w:rPr>
        <w:t xml:space="preserve">[1:19:09] </w:t>
      </w:r>
      <w:r>
        <w:t>literature pahuncha sakte hain. Wahi kijiye aap. Baqi insaan khud allah ke saamne accountable hai.</w:t>
      </w:r>
    </w:p>
    <w:p>
      <w:pPr>
        <w:jc w:val="right"/>
      </w:pPr>
      <w:r>
        <w:t>लिटरेचर पहुंचा सकते हैं। वही कीजिए आप। बाकी इंसान खुद अल्लाह के सामने अकाउंटेबल है।</w:t>
      </w:r>
    </w:p>
    <w:p>
      <w:r>
        <w:rPr>
          <w:b/>
        </w:rPr>
        <w:t xml:space="preserve">[1:19:17] </w:t>
      </w:r>
      <w:r>
        <w:t>Okay, we will end the session now. Thank you.</w:t>
      </w:r>
    </w:p>
    <w:p>
      <w:pPr>
        <w:jc w:val="right"/>
      </w:pPr>
      <w:r>
        <w:t>ओके, वी विल एंड द सेशन नाउ। थैंक 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