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Understanding Islam (In Conversation with Maulana)</w:t>
      </w:r>
    </w:p>
    <w:p>
      <w:r>
        <w:t>https://www.youtube.com/watch?v=tLTRyW1qhRw</w:t>
      </w:r>
    </w:p>
    <w:p>
      <w:r>
        <w:rPr>
          <w:b/>
        </w:rPr>
        <w:t xml:space="preserve">[00:10] </w:t>
      </w:r>
      <w:r>
        <w:t>Okay we'll start with the question answer session. The first question is from Mr. Khaja Khalimuddin from Pennsylvania.</w:t>
      </w:r>
    </w:p>
    <w:p>
      <w:pPr>
        <w:jc w:val="right"/>
      </w:pPr>
      <w:r>
        <w:t>Okay we'll start with the question answer session. The first question is from Mr. Khaja Khalimuddin from Pennsylvania.</w:t>
      </w:r>
    </w:p>
    <w:p>
      <w:r>
        <w:rPr>
          <w:b/>
        </w:rPr>
        <w:t xml:space="preserve">[00:21] </w:t>
      </w:r>
      <w:r>
        <w:t>The homosexuals claim that it is not their choice to be gay or lesbian, but they found that they were born with this nature.</w:t>
      </w:r>
    </w:p>
    <w:p>
      <w:pPr>
        <w:jc w:val="right"/>
      </w:pPr>
      <w:r>
        <w:t>The homosexuals claim that it is not their choice to be gay or lesbian, but they found that they were born with this nature.</w:t>
      </w:r>
    </w:p>
    <w:p>
      <w:r>
        <w:rPr>
          <w:b/>
        </w:rPr>
        <w:t xml:space="preserve">[00:30] </w:t>
      </w:r>
      <w:r>
        <w:t>They also claim that some scientific data also supports their claim.</w:t>
      </w:r>
    </w:p>
    <w:p>
      <w:pPr>
        <w:jc w:val="right"/>
      </w:pPr>
      <w:r>
        <w:t>They also claim that some scientific data also supports their claim.</w:t>
      </w:r>
    </w:p>
    <w:p>
      <w:r>
        <w:rPr>
          <w:b/>
        </w:rPr>
        <w:t xml:space="preserve">[00:36] </w:t>
      </w:r>
      <w:r>
        <w:t>They say that this kind of behavior exists in animals too. Therefore, they say what they are doing is something natural.</w:t>
      </w:r>
    </w:p>
    <w:p>
      <w:pPr>
        <w:jc w:val="right"/>
      </w:pPr>
      <w:r>
        <w:t>They say that this kind of behavior exists in animals too. Therefore, they say what they are doing is something natural.</w:t>
      </w:r>
    </w:p>
    <w:p>
      <w:r>
        <w:rPr>
          <w:b/>
        </w:rPr>
        <w:t xml:space="preserve">[00:47] </w:t>
      </w:r>
      <w:r>
        <w:t>Maulana, what is your comment on this?</w:t>
      </w:r>
    </w:p>
    <w:p>
      <w:pPr>
        <w:jc w:val="right"/>
      </w:pPr>
      <w:r>
        <w:t>Maulana, what is your comment on this?</w:t>
      </w:r>
    </w:p>
    <w:p>
      <w:r>
        <w:rPr>
          <w:b/>
        </w:rPr>
        <w:t xml:space="preserve">[00:51] </w:t>
      </w:r>
      <w:r>
        <w:t>I have read all those so-called researches. They are not research. They are fallacy. It is completely unnatural.</w:t>
      </w:r>
    </w:p>
    <w:p>
      <w:pPr>
        <w:jc w:val="right"/>
      </w:pPr>
      <w:r>
        <w:t>I have read all those so-called researches. They are not research. They are fallacy. It is completely unnatural.</w:t>
      </w:r>
    </w:p>
    <w:p>
      <w:r>
        <w:rPr>
          <w:b/>
        </w:rPr>
        <w:t xml:space="preserve">[01:01] </w:t>
      </w:r>
      <w:r>
        <w:t>And no scientific data is no scientific data is available in favor of this kind of practice.</w:t>
      </w:r>
    </w:p>
    <w:p>
      <w:pPr>
        <w:jc w:val="right"/>
      </w:pPr>
      <w:r>
        <w:t>And no scientific data is no scientific data is available in favor of this kind of practice.</w:t>
      </w:r>
    </w:p>
    <w:p>
      <w:r>
        <w:rPr>
          <w:b/>
        </w:rPr>
        <w:t xml:space="preserve">[01:15] </w:t>
      </w:r>
      <w:r>
        <w:t>I have read all those reports. I can't say that these are based on fallacy. I cannot say that these are scientific.</w:t>
      </w:r>
    </w:p>
    <w:p>
      <w:pPr>
        <w:jc w:val="right"/>
      </w:pPr>
      <w:r>
        <w:t>I have read all those reports. I can't say that these are based on fallacy. I cannot say that these are scientific.</w:t>
      </w:r>
    </w:p>
    <w:p>
      <w:r>
        <w:rPr>
          <w:b/>
        </w:rPr>
        <w:t xml:space="preserve">[01:27] </w:t>
      </w:r>
      <w:r>
        <w:t>Inshallah, I will write an article in my magazine on this subject. But at present, I can say that no scientific data favors this kind of practice.</w:t>
      </w:r>
    </w:p>
    <w:p>
      <w:pPr>
        <w:jc w:val="right"/>
      </w:pPr>
      <w:r>
        <w:t>Inshallah, I will write an article in my magazine on this subject. But at present, I can say that no scientific data favors this kind of practice.</w:t>
      </w:r>
    </w:p>
    <w:p>
      <w:r>
        <w:rPr>
          <w:b/>
        </w:rPr>
        <w:t xml:space="preserve">[01:40] </w:t>
      </w:r>
      <w:r>
        <w:t>It is completely unnatural. There is no doubt about it.</w:t>
      </w:r>
    </w:p>
    <w:p>
      <w:pPr>
        <w:jc w:val="right"/>
      </w:pPr>
      <w:r>
        <w:t>It is completely unnatural. There is no doubt about it.</w:t>
      </w:r>
    </w:p>
    <w:p>
      <w:r>
        <w:rPr>
          <w:b/>
        </w:rPr>
        <w:t xml:space="preserve">[01:48] </w:t>
      </w:r>
      <w:r>
        <w:t>Maulana, he has also mentioned that the homosexuals claim that they were born with this nature and it is not their choice to be gay or lesbian.</w:t>
      </w:r>
    </w:p>
    <w:p>
      <w:pPr>
        <w:jc w:val="right"/>
      </w:pPr>
      <w:r>
        <w:t>Maulana, he has also mentioned that the homosexuals claim that they were born with this nature and it is not their choice to be gay or lesbian.</w:t>
      </w:r>
    </w:p>
    <w:p>
      <w:r>
        <w:rPr>
          <w:b/>
        </w:rPr>
        <w:t xml:space="preserve">[01:59] </w:t>
      </w:r>
      <w:r>
        <w:t>Why do you consider that they were born? Any man who was living on this world, on this planet Earth, since thousands and thousands, but since billion years, but this kind of practice was not there.</w:t>
      </w:r>
    </w:p>
    <w:p>
      <w:pPr>
        <w:jc w:val="right"/>
      </w:pPr>
      <w:r>
        <w:t>Why do you consider that they were born? Any man who was living on this world, on this planet Earth, since thousands and thousands, but since billion years, but this kind of practice was not there.</w:t>
      </w:r>
    </w:p>
    <w:p>
      <w:r>
        <w:rPr>
          <w:b/>
        </w:rPr>
        <w:t xml:space="preserve">[02:13] </w:t>
      </w:r>
      <w:r>
        <w:t>It is only a recent phenomenon. It is a misuse of freedom and nothing. It is not natural. It is a misuse of freedom.</w:t>
      </w:r>
    </w:p>
    <w:p>
      <w:pPr>
        <w:jc w:val="right"/>
      </w:pPr>
      <w:r>
        <w:t>It is only a recent phenomenon. It is a misuse of freedom and nothing. It is not natural. It is a misuse of freedom.</w:t>
      </w:r>
    </w:p>
    <w:p>
      <w:r>
        <w:rPr>
          <w:b/>
        </w:rPr>
        <w:t xml:space="preserve">[02:23] </w:t>
      </w:r>
      <w:r>
        <w:t>And in our present world, people are if you are facing some problem in their marriages, so they adopted this kind of this is a sexual anarchy.</w:t>
      </w:r>
    </w:p>
    <w:p>
      <w:pPr>
        <w:jc w:val="right"/>
      </w:pPr>
      <w:r>
        <w:t>And in our present world, people are if you are facing some problem in their marriages, so they adopted this kind of this is a sexual anarchy.</w:t>
      </w:r>
    </w:p>
    <w:p>
      <w:r>
        <w:rPr>
          <w:b/>
        </w:rPr>
        <w:t xml:space="preserve">[02:40] </w:t>
      </w:r>
      <w:r>
        <w:t>Simply claim is not enough.</w:t>
      </w:r>
    </w:p>
    <w:p>
      <w:pPr>
        <w:jc w:val="right"/>
      </w:pPr>
      <w:r>
        <w:t>Simply claim is not enough.</w:t>
      </w:r>
    </w:p>
    <w:p>
      <w:r>
        <w:rPr>
          <w:b/>
        </w:rPr>
        <w:t xml:space="preserve">[02:43] </w:t>
      </w:r>
      <w:r>
        <w:t>I don't think that there is any substantial evidence that supports this kind of practice. No substantial report is available.</w:t>
      </w:r>
    </w:p>
    <w:p>
      <w:pPr>
        <w:jc w:val="right"/>
      </w:pPr>
      <w:r>
        <w:t>I don't think that there is any substantial evidence that supports this kind of practice. No substantial report is available.</w:t>
      </w:r>
    </w:p>
    <w:p>
      <w:r>
        <w:rPr>
          <w:b/>
        </w:rPr>
        <w:t xml:space="preserve">[02:53] </w:t>
      </w:r>
      <w:r>
        <w:t>Simply claim is not enough.</w:t>
      </w:r>
    </w:p>
    <w:p>
      <w:pPr>
        <w:jc w:val="right"/>
      </w:pPr>
      <w:r>
        <w:t>Simply claim is not enough.</w:t>
      </w:r>
    </w:p>
    <w:p>
      <w:r>
        <w:rPr>
          <w:b/>
        </w:rPr>
        <w:t xml:space="preserve">[02:58] </w:t>
      </w:r>
      <w:r>
        <w:t>His second question is, should gays and lesbians be abhorred and discriminated against in the society?</w:t>
      </w:r>
    </w:p>
    <w:p>
      <w:pPr>
        <w:jc w:val="right"/>
      </w:pPr>
      <w:r>
        <w:t>His second question is, should gays and lesbians be abhorred and discriminated against in the society?</w:t>
      </w:r>
    </w:p>
    <w:p>
      <w:r>
        <w:rPr>
          <w:b/>
        </w:rPr>
        <w:t xml:space="preserve">[03:07] </w:t>
      </w:r>
      <w:r>
        <w:t>How can this culture be arrested</w:t>
      </w:r>
    </w:p>
    <w:p>
      <w:pPr>
        <w:jc w:val="right"/>
      </w:pPr>
      <w:r>
        <w:t>How can this culture be arrested</w:t>
      </w:r>
    </w:p>
    <w:p>
      <w:r>
        <w:rPr>
          <w:b/>
        </w:rPr>
        <w:t xml:space="preserve">[03:10] </w:t>
      </w:r>
      <w:r>
        <w:t>? What should be the approach of the general public and the government towards these people and the act of itself?</w:t>
      </w:r>
    </w:p>
    <w:p>
      <w:pPr>
        <w:jc w:val="right"/>
      </w:pPr>
      <w:r>
        <w:t>? What should be the approach of the general public and the government towards these people and the act of itself?</w:t>
      </w:r>
    </w:p>
    <w:p>
      <w:r>
        <w:rPr>
          <w:b/>
        </w:rPr>
        <w:t xml:space="preserve">[03:20] </w:t>
      </w:r>
      <w:r>
        <w:t>It is a very difficult question. As I have said in my speech, that whole system has been collapsed.</w:t>
      </w:r>
    </w:p>
    <w:p>
      <w:pPr>
        <w:jc w:val="right"/>
      </w:pPr>
      <w:r>
        <w:t>It is a very difficult question. As I have said in my speech, that whole system has been collapsed.</w:t>
      </w:r>
    </w:p>
    <w:p>
      <w:r>
        <w:rPr>
          <w:b/>
        </w:rPr>
        <w:t xml:space="preserve">[03:30] </w:t>
      </w:r>
      <w:r>
        <w:t>Any social conscience is now dead. And judiciary is not performing its duty.</w:t>
      </w:r>
    </w:p>
    <w:p>
      <w:pPr>
        <w:jc w:val="right"/>
      </w:pPr>
      <w:r>
        <w:t>Any social conscience is now dead. And judiciary is not performing its duty.</w:t>
      </w:r>
    </w:p>
    <w:p>
      <w:r>
        <w:rPr>
          <w:b/>
        </w:rPr>
        <w:t xml:space="preserve">[03:42] </w:t>
      </w:r>
      <w:r>
        <w:t>And also administrative services, administrative agencies are not performing their duties. So it is a very difficult time.</w:t>
      </w:r>
    </w:p>
    <w:p>
      <w:pPr>
        <w:jc w:val="right"/>
      </w:pPr>
      <w:r>
        <w:t>And also administrative services, administrative agencies are not performing their duties. So it is a very difficult time.</w:t>
      </w:r>
    </w:p>
    <w:p>
      <w:r>
        <w:rPr>
          <w:b/>
        </w:rPr>
        <w:t xml:space="preserve">[03:53] </w:t>
      </w:r>
      <w:r>
        <w:t>According to my analysis, there is no silver lining at present.</w:t>
      </w:r>
    </w:p>
    <w:p>
      <w:pPr>
        <w:jc w:val="right"/>
      </w:pPr>
      <w:r>
        <w:t>According to my analysis, there is no silver lining at present.</w:t>
      </w:r>
    </w:p>
    <w:p>
      <w:r>
        <w:rPr>
          <w:b/>
        </w:rPr>
        <w:t xml:space="preserve">[04:01] </w:t>
      </w:r>
      <w:r>
        <w:t>I can say that mankind is heading towards doom today.</w:t>
      </w:r>
    </w:p>
    <w:p>
      <w:pPr>
        <w:jc w:val="right"/>
      </w:pPr>
      <w:r>
        <w:t>I can say that mankind is heading towards doom today.</w:t>
      </w:r>
    </w:p>
    <w:p>
      <w:r>
        <w:rPr>
          <w:b/>
        </w:rPr>
        <w:t xml:space="preserve">[04:10] </w:t>
      </w:r>
      <w:r>
        <w:t>It is my assessment. This question is from Mr. Abdul Aziz from Nandede.</w:t>
      </w:r>
    </w:p>
    <w:p>
      <w:pPr>
        <w:jc w:val="right"/>
      </w:pPr>
      <w:r>
        <w:t>It is my assessment. This question is from Mr. Abdul Aziz from Nandede.</w:t>
      </w:r>
    </w:p>
    <w:p>
      <w:r>
        <w:rPr>
          <w:b/>
        </w:rPr>
        <w:t xml:space="preserve">[04:22] </w:t>
      </w:r>
      <w:r>
        <w:t>People's tendency towards the doomsday is that it cannot they say that it cannot happen so soon. And this could also be one of the biggest signs of the fact that doomsday is near.</w:t>
      </w:r>
    </w:p>
    <w:p>
      <w:pPr>
        <w:jc w:val="right"/>
      </w:pPr>
      <w:r>
        <w:t>People's tendency towards the doomsday is that it cannot they say that it cannot happen so soon. And this could also be one of the biggest signs of the fact that doomsday is near.</w:t>
      </w:r>
    </w:p>
    <w:p>
      <w:r>
        <w:rPr>
          <w:b/>
        </w:rPr>
        <w:t xml:space="preserve">[04:36] </w:t>
      </w:r>
      <w:r>
        <w:t>What do you think about this?</w:t>
      </w:r>
    </w:p>
    <w:p>
      <w:pPr>
        <w:jc w:val="right"/>
      </w:pPr>
      <w:r>
        <w:t>What do you think about this?</w:t>
      </w:r>
    </w:p>
    <w:p>
      <w:r>
        <w:rPr>
          <w:b/>
        </w:rPr>
        <w:t xml:space="preserve">[04:40] </w:t>
      </w:r>
      <w:r>
        <w:t>No, this kind of thinking is not correct. There is a verse in the Quran, "La taatikum illa baqta." It means that doomsday will</w:t>
      </w:r>
    </w:p>
    <w:p>
      <w:pPr>
        <w:jc w:val="right"/>
      </w:pPr>
      <w:r>
        <w:t>No, this kind of thinking is not correct. There is a verse in the Quran, "La taatikum illa baqta." It means that doomsday will</w:t>
      </w:r>
    </w:p>
    <w:p>
      <w:r>
        <w:rPr>
          <w:b/>
        </w:rPr>
        <w:t xml:space="preserve">[04:58] </w:t>
      </w:r>
      <w:r>
        <w:t>come to you suddenly</w:t>
      </w:r>
    </w:p>
    <w:p>
      <w:pPr>
        <w:jc w:val="right"/>
      </w:pPr>
      <w:r>
        <w:t>come to you suddenly</w:t>
      </w:r>
    </w:p>
    <w:p>
      <w:r>
        <w:rPr>
          <w:b/>
        </w:rPr>
        <w:t xml:space="preserve">[05:01] </w:t>
      </w:r>
      <w:r>
        <w:t>. So no one knows. Only God knows when it will come. So at any time, it may come, even today or tomorrow.</w:t>
      </w:r>
    </w:p>
    <w:p>
      <w:pPr>
        <w:jc w:val="right"/>
      </w:pPr>
      <w:r>
        <w:t>. So no one knows. Only God knows when it will come. So at any time, it may come, even today or tomorrow.</w:t>
      </w:r>
    </w:p>
    <w:p>
      <w:r>
        <w:rPr>
          <w:b/>
        </w:rPr>
        <w:t xml:space="preserve">[05:17] </w:t>
      </w:r>
      <w:r>
        <w:t>So just like earthquakes, no one knows about earthquakes. Our meteorological department cannot predict an earthquake.</w:t>
      </w:r>
    </w:p>
    <w:p>
      <w:pPr>
        <w:jc w:val="right"/>
      </w:pPr>
      <w:r>
        <w:t>So just like earthquakes, no one knows about earthquakes. Our meteorological department cannot predict an earthquake.</w:t>
      </w:r>
    </w:p>
    <w:p>
      <w:r>
        <w:rPr>
          <w:b/>
        </w:rPr>
        <w:t xml:space="preserve">[05:28] </w:t>
      </w:r>
      <w:r>
        <w:t>So earthquake is also a sign</w:t>
      </w:r>
    </w:p>
    <w:p>
      <w:pPr>
        <w:jc w:val="right"/>
      </w:pPr>
      <w:r>
        <w:t>So earthquake is also a sign</w:t>
      </w:r>
    </w:p>
    <w:p>
      <w:r>
        <w:rPr>
          <w:b/>
        </w:rPr>
        <w:t xml:space="preserve">[05:31] </w:t>
      </w:r>
      <w:r>
        <w:t>. By earthquake, you can understand the nature of doomsday. Earthquake happens suddenly.</w:t>
      </w:r>
    </w:p>
    <w:p>
      <w:pPr>
        <w:jc w:val="right"/>
      </w:pPr>
      <w:r>
        <w:t>. By earthquake, you can understand the nature of doomsday. Earthquake happens suddenly.</w:t>
      </w:r>
    </w:p>
    <w:p>
      <w:r>
        <w:rPr>
          <w:b/>
        </w:rPr>
        <w:t xml:space="preserve">[05:44] </w:t>
      </w:r>
      <w:r>
        <w:t>No one can predict an earthquake. It is not possible for man. So is the case of doomsday.</w:t>
      </w:r>
    </w:p>
    <w:p>
      <w:pPr>
        <w:jc w:val="right"/>
      </w:pPr>
      <w:r>
        <w:t>No one can predict an earthquake. It is not possible for man. So is the case of doomsday.</w:t>
      </w:r>
    </w:p>
    <w:p>
      <w:r>
        <w:rPr>
          <w:b/>
        </w:rPr>
        <w:t xml:space="preserve">[05:53] </w:t>
      </w:r>
      <w:r>
        <w:t>Doomsday will come suddenly.</w:t>
      </w:r>
    </w:p>
    <w:p>
      <w:pPr>
        <w:jc w:val="right"/>
      </w:pPr>
      <w:r>
        <w:t>Doomsday will come suddenly.</w:t>
      </w:r>
    </w:p>
    <w:p>
      <w:r>
        <w:rPr>
          <w:b/>
        </w:rPr>
        <w:t xml:space="preserve">[05:56] </w:t>
      </w:r>
      <w:r>
        <w:t>We cannot say anything in advance.</w:t>
      </w:r>
    </w:p>
    <w:p>
      <w:pPr>
        <w:jc w:val="right"/>
      </w:pPr>
      <w:r>
        <w:t>We cannot say anything in advance.</w:t>
      </w:r>
    </w:p>
    <w:p>
      <w:r>
        <w:rPr>
          <w:b/>
        </w:rPr>
        <w:t xml:space="preserve">[06:02] </w:t>
      </w:r>
      <w:r>
        <w:t>That is any big earthquake. These earthquakes which we are facing is a small earthquake, a little earthquake.</w:t>
      </w:r>
    </w:p>
    <w:p>
      <w:pPr>
        <w:jc w:val="right"/>
      </w:pPr>
      <w:r>
        <w:t>That is any big earthquake. These earthquakes which we are facing is a small earthquake, a little earthquake.</w:t>
      </w:r>
    </w:p>
    <w:p>
      <w:r>
        <w:rPr>
          <w:b/>
        </w:rPr>
        <w:t xml:space="preserve">[06:14] </w:t>
      </w:r>
      <w:r>
        <w:t>And doomsday is the big earthquake.</w:t>
      </w:r>
    </w:p>
    <w:p>
      <w:pPr>
        <w:jc w:val="right"/>
      </w:pPr>
      <w:r>
        <w:t>And doomsday is the big earthquake.</w:t>
      </w:r>
    </w:p>
    <w:p>
      <w:r>
        <w:rPr>
          <w:b/>
        </w:rPr>
        <w:t xml:space="preserve">[06:21] </w:t>
      </w:r>
      <w:r>
        <w:t>It will come suddenly, just like earthquake.</w:t>
      </w:r>
    </w:p>
    <w:p>
      <w:pPr>
        <w:jc w:val="right"/>
      </w:pPr>
      <w:r>
        <w:t>It will come suddenly, just like earthquake.</w:t>
      </w:r>
    </w:p>
    <w:p>
      <w:r>
        <w:rPr>
          <w:b/>
        </w:rPr>
        <w:t xml:space="preserve">[06:28] </w:t>
      </w:r>
      <w:r>
        <w:t>This question is from Mr. Gautam Siddharth from Delhi. Maulana, you say the Creator is compassionate and merciful and Quran teaches us to be hopeful.</w:t>
      </w:r>
    </w:p>
    <w:p>
      <w:pPr>
        <w:jc w:val="right"/>
      </w:pPr>
      <w:r>
        <w:t>This question is from Mr. Gautam Siddharth from Delhi. Maulana, you say the Creator is compassionate and merciful and Quran teaches us to be hopeful.</w:t>
      </w:r>
    </w:p>
    <w:p>
      <w:r>
        <w:rPr>
          <w:b/>
        </w:rPr>
        <w:t xml:space="preserve">[06:41] </w:t>
      </w:r>
      <w:r>
        <w:t>But if God's wrath or doomsday is coming, what can we hope for?</w:t>
      </w:r>
    </w:p>
    <w:p>
      <w:pPr>
        <w:jc w:val="right"/>
      </w:pPr>
      <w:r>
        <w:t>But if God's wrath or doomsday is coming, what can we hope for?</w:t>
      </w:r>
    </w:p>
    <w:p>
      <w:r>
        <w:rPr>
          <w:b/>
        </w:rPr>
        <w:t xml:space="preserve">[06:54] </w:t>
      </w:r>
      <w:r>
        <w:t>This is the</w:t>
      </w:r>
    </w:p>
    <w:p>
      <w:pPr>
        <w:jc w:val="right"/>
      </w:pPr>
      <w:r>
        <w:t>This is the</w:t>
      </w:r>
    </w:p>
    <w:p>
      <w:r>
        <w:rPr>
          <w:b/>
        </w:rPr>
        <w:t xml:space="preserve">[06:59] </w:t>
      </w:r>
      <w:r>
        <w:t>this pertains to the creation plan of God. God is merciful. There is no doubt about it. But at the same time, God is just</w:t>
      </w:r>
    </w:p>
    <w:p>
      <w:pPr>
        <w:jc w:val="right"/>
      </w:pPr>
      <w:r>
        <w:t>this pertains to the creation plan of God. God is merciful. There is no doubt about it. But at the same time, God is just</w:t>
      </w:r>
    </w:p>
    <w:p>
      <w:r>
        <w:rPr>
          <w:b/>
        </w:rPr>
        <w:t xml:space="preserve">[07:11] </w:t>
      </w:r>
      <w:r>
        <w:t>. He loves justice. So doomsday is a phenomenon of His justice.</w:t>
      </w:r>
    </w:p>
    <w:p>
      <w:pPr>
        <w:jc w:val="right"/>
      </w:pPr>
      <w:r>
        <w:t>. He loves justice. So doomsday is a phenomenon of His justice.</w:t>
      </w:r>
    </w:p>
    <w:p>
      <w:r>
        <w:rPr>
          <w:b/>
        </w:rPr>
        <w:t xml:space="preserve">[07:22] </w:t>
      </w:r>
      <w:r>
        <w:t>And God, according to the Quran, God has created a very beautiful world, an ideal world, a perfect world.</w:t>
      </w:r>
    </w:p>
    <w:p>
      <w:pPr>
        <w:jc w:val="right"/>
      </w:pPr>
      <w:r>
        <w:t>And God, according to the Quran, God has created a very beautiful world, an ideal world, a perfect world.</w:t>
      </w:r>
    </w:p>
    <w:p>
      <w:r>
        <w:rPr>
          <w:b/>
        </w:rPr>
        <w:t xml:space="preserve">[07:35] </w:t>
      </w:r>
      <w:r>
        <w:t>That is paradise. Then God created man with enormous desires. You know we have enormous desires.</w:t>
      </w:r>
    </w:p>
    <w:p>
      <w:pPr>
        <w:jc w:val="right"/>
      </w:pPr>
      <w:r>
        <w:t>That is paradise. Then God created man with enormous desires. You know we have enormous desires.</w:t>
      </w:r>
    </w:p>
    <w:p>
      <w:r>
        <w:rPr>
          <w:b/>
        </w:rPr>
        <w:t xml:space="preserve">[07:45] </w:t>
      </w:r>
      <w:r>
        <w:t>But no one was able to fulfill his desires in this world. Even kings and emperors were not able to fulfill their desires.</w:t>
      </w:r>
    </w:p>
    <w:p>
      <w:pPr>
        <w:jc w:val="right"/>
      </w:pPr>
      <w:r>
        <w:t>But no one was able to fulfill his desires in this world. Even kings and emperors were not able to fulfill their desires.</w:t>
      </w:r>
    </w:p>
    <w:p>
      <w:r>
        <w:rPr>
          <w:b/>
        </w:rPr>
        <w:t xml:space="preserve">[07:55] </w:t>
      </w:r>
      <w:r>
        <w:t>So there is a contradiction between our desire and this world.</w:t>
      </w:r>
    </w:p>
    <w:p>
      <w:pPr>
        <w:jc w:val="right"/>
      </w:pPr>
      <w:r>
        <w:t>So there is a contradiction between our desire and this world.</w:t>
      </w:r>
    </w:p>
    <w:p>
      <w:r>
        <w:rPr>
          <w:b/>
        </w:rPr>
        <w:t xml:space="preserve">[07:59] </w:t>
      </w:r>
      <w:r>
        <w:t>The answer is the answer lies in paradise. It is God who created paradise for man. And here He settled man for a test.</w:t>
      </w:r>
    </w:p>
    <w:p>
      <w:pPr>
        <w:jc w:val="right"/>
      </w:pPr>
      <w:r>
        <w:t>The answer is the answer lies in paradise. It is God who created paradise for man. And here He settled man for a test.</w:t>
      </w:r>
    </w:p>
    <w:p>
      <w:r>
        <w:rPr>
          <w:b/>
        </w:rPr>
        <w:t xml:space="preserve">[08:13] </w:t>
      </w:r>
      <w:r>
        <w:t>So one who stands the test, one who stands the test, he will be he will find entry into the paradise.</w:t>
      </w:r>
    </w:p>
    <w:p>
      <w:pPr>
        <w:jc w:val="right"/>
      </w:pPr>
      <w:r>
        <w:t>So one who stands the test, one who stands the test, he will be he will find entry into the paradise.</w:t>
      </w:r>
    </w:p>
    <w:p>
      <w:r>
        <w:rPr>
          <w:b/>
        </w:rPr>
        <w:t xml:space="preserve">[08:24] </w:t>
      </w:r>
      <w:r>
        <w:t>It is the greatest blessing of God.</w:t>
      </w:r>
    </w:p>
    <w:p>
      <w:pPr>
        <w:jc w:val="right"/>
      </w:pPr>
      <w:r>
        <w:t>It is the greatest blessing of God.</w:t>
      </w:r>
    </w:p>
    <w:p>
      <w:r>
        <w:rPr>
          <w:b/>
        </w:rPr>
        <w:t xml:space="preserve">[08:29] </w:t>
      </w:r>
      <w:r>
        <w:t>Creation is blessing. God created us as human beings. That is a blessing. And this super blessing that He is providing us paradise will live forever.</w:t>
      </w:r>
    </w:p>
    <w:p>
      <w:pPr>
        <w:jc w:val="right"/>
      </w:pPr>
      <w:r>
        <w:t>Creation is blessing. God created us as human beings. That is a blessing. And this super blessing that He is providing us paradise will live forever.</w:t>
      </w:r>
    </w:p>
    <w:p>
      <w:r>
        <w:rPr>
          <w:b/>
        </w:rPr>
        <w:t xml:space="preserve">[08:42] </w:t>
      </w:r>
      <w:r>
        <w:t>And we find our complete fulfillment in desire.</w:t>
      </w:r>
    </w:p>
    <w:p>
      <w:pPr>
        <w:jc w:val="right"/>
      </w:pPr>
      <w:r>
        <w:t>And we find our complete fulfillment in desire.</w:t>
      </w:r>
    </w:p>
    <w:p>
      <w:r>
        <w:rPr>
          <w:b/>
        </w:rPr>
        <w:t xml:space="preserve">[08:49] </w:t>
      </w:r>
      <w:r>
        <w:t>Everyone knows that we have so many desires, enormous desires. But no one is able to fulfill these desires. In paradise, he finds complete fulfillment</w:t>
      </w:r>
    </w:p>
    <w:p>
      <w:pPr>
        <w:jc w:val="right"/>
      </w:pPr>
      <w:r>
        <w:t>Everyone knows that we have so many desires, enormous desires. But no one is able to fulfill these desires. In paradise, he finds complete fulfillment</w:t>
      </w:r>
    </w:p>
    <w:p>
      <w:r>
        <w:rPr>
          <w:b/>
        </w:rPr>
        <w:t xml:space="preserve">[09:01] </w:t>
      </w:r>
      <w:r>
        <w:t>. So it is a great blessing. For this blessing, He will</w:t>
      </w:r>
    </w:p>
    <w:p>
      <w:pPr>
        <w:jc w:val="right"/>
      </w:pPr>
      <w:r>
        <w:t>. So it is a great blessing. For this blessing, He will</w:t>
      </w:r>
    </w:p>
    <w:p>
      <w:r>
        <w:rPr>
          <w:b/>
        </w:rPr>
        <w:t xml:space="preserve">[09:16] </w:t>
      </w:r>
      <w:r>
        <w:t>for this blessing, He created this world. And also for this blessing, He will create the other world.</w:t>
      </w:r>
    </w:p>
    <w:p>
      <w:pPr>
        <w:jc w:val="right"/>
      </w:pPr>
      <w:r>
        <w:t>for this blessing, He created this world. And also for this blessing, He will create the other world.</w:t>
      </w:r>
    </w:p>
    <w:p>
      <w:r>
        <w:rPr>
          <w:b/>
        </w:rPr>
        <w:t xml:space="preserve">[09:25] </w:t>
      </w:r>
      <w:r>
        <w:t>That is the paradise. So everything is blessing. And at the same time, God is</w:t>
      </w:r>
    </w:p>
    <w:p>
      <w:pPr>
        <w:jc w:val="right"/>
      </w:pPr>
      <w:r>
        <w:t>That is the paradise. So everything is blessing. And at the same time, God is</w:t>
      </w:r>
    </w:p>
    <w:p>
      <w:r>
        <w:rPr>
          <w:b/>
        </w:rPr>
        <w:t xml:space="preserve">[09:34] </w:t>
      </w:r>
      <w:r>
        <w:t>just. He loves justice. So those who misuse their freedom, they are liable to be punished.</w:t>
      </w:r>
    </w:p>
    <w:p>
      <w:pPr>
        <w:jc w:val="right"/>
      </w:pPr>
      <w:r>
        <w:t>just. He loves justice. So those who misuse their freedom, they are liable to be punished.</w:t>
      </w:r>
    </w:p>
    <w:p>
      <w:r>
        <w:rPr>
          <w:b/>
        </w:rPr>
        <w:t xml:space="preserve">[09:45] </w:t>
      </w:r>
      <w:r>
        <w:t>So it is not against compassion. It is a requirement of justice.</w:t>
      </w:r>
    </w:p>
    <w:p>
      <w:pPr>
        <w:jc w:val="right"/>
      </w:pPr>
      <w:r>
        <w:t>So it is not against compassion. It is a requirement of justice.</w:t>
      </w:r>
    </w:p>
    <w:p>
      <w:r>
        <w:rPr>
          <w:b/>
        </w:rPr>
        <w:t xml:space="preserve">[09:57] </w:t>
      </w:r>
      <w:r>
        <w:t>This question is from Maulana Zaqwan Nadvi from Delhi. What is the difference between the practice of ancient Lott people in 2061 BC and the practice of modern people in 2009 AD?</w:t>
      </w:r>
    </w:p>
    <w:p>
      <w:pPr>
        <w:jc w:val="right"/>
      </w:pPr>
      <w:r>
        <w:t>This question is from Maulana Zaqwan Nadvi from Delhi. What is the difference between the practice of ancient Lott people in 2061 BC and the practice of modern people in 2009 AD?</w:t>
      </w:r>
    </w:p>
    <w:p>
      <w:r>
        <w:rPr>
          <w:b/>
        </w:rPr>
        <w:t xml:space="preserve">[10:14] </w:t>
      </w:r>
      <w:r>
        <w:t>Is the practice of today's homosexuality an ideological justified evil? Yes, you areright.</w:t>
      </w:r>
    </w:p>
    <w:p>
      <w:pPr>
        <w:jc w:val="right"/>
      </w:pPr>
      <w:r>
        <w:t>Is the practice of today's homosexuality an ideological justified evil? Yes, you areright.</w:t>
      </w:r>
    </w:p>
    <w:p>
      <w:r>
        <w:rPr>
          <w:b/>
        </w:rPr>
        <w:t xml:space="preserve">[10:25] </w:t>
      </w:r>
      <w:r>
        <w:t>Those people who are called Lott community, they were doing this evil. But they have no they were not able to evolve and are only justified evil.</w:t>
      </w:r>
    </w:p>
    <w:p>
      <w:pPr>
        <w:jc w:val="right"/>
      </w:pPr>
      <w:r>
        <w:t>Those people who are called Lott community, they were doing this evil. But they have no they were not able to evolve and are only justified evil.</w:t>
      </w:r>
    </w:p>
    <w:p>
      <w:r>
        <w:rPr>
          <w:b/>
        </w:rPr>
        <w:t xml:space="preserve">[10:44] </w:t>
      </w:r>
      <w:r>
        <w:t>Now we are living in an age where we can justify our evils. But those people were evildoers, but they have no such justified ideology.</w:t>
      </w:r>
    </w:p>
    <w:p>
      <w:pPr>
        <w:jc w:val="right"/>
      </w:pPr>
      <w:r>
        <w:t>Now we are living in an age where we can justify our evils. But those people were evildoers, but they have no such justified ideology.</w:t>
      </w:r>
    </w:p>
    <w:p>
      <w:r>
        <w:rPr>
          <w:b/>
        </w:rPr>
        <w:t xml:space="preserve">[10:56] </w:t>
      </w:r>
      <w:r>
        <w:t>So the difference between this world and that community is that they were indulging in evil, evil of homosexuality.</w:t>
      </w:r>
    </w:p>
    <w:p>
      <w:pPr>
        <w:jc w:val="right"/>
      </w:pPr>
      <w:r>
        <w:t>So the difference between this world and that community is that they were indulging in evil, evil of homosexuality.</w:t>
      </w:r>
    </w:p>
    <w:p>
      <w:r>
        <w:rPr>
          <w:b/>
        </w:rPr>
        <w:t xml:space="preserve">[11:05] </w:t>
      </w:r>
      <w:r>
        <w:t>But that was a perversion. That was a misuse of freedom. They failed to they were not able to evolve an ideology which I call ideologically justified evil.</w:t>
      </w:r>
    </w:p>
    <w:p>
      <w:pPr>
        <w:jc w:val="right"/>
      </w:pPr>
      <w:r>
        <w:t>But that was a perversion. That was a misuse of freedom. They failed to they were not able to evolve an ideology which I call ideologically justified evil.</w:t>
      </w:r>
    </w:p>
    <w:p>
      <w:r>
        <w:rPr>
          <w:b/>
        </w:rPr>
        <w:t xml:space="preserve">[11:25] </w:t>
      </w:r>
      <w:r>
        <w:t>Ideologically justified evil. The present homosexuality is ideologically justified evil. Their homosexuality was simply homosexuality, a perversion, a misuse of freedom.</w:t>
      </w:r>
    </w:p>
    <w:p>
      <w:pPr>
        <w:jc w:val="right"/>
      </w:pPr>
      <w:r>
        <w:t>Ideologically justified evil. The present homosexuality is ideologically justified evil. Their homosexuality was simply homosexuality, a perversion, a misuse of freedom.</w:t>
      </w:r>
    </w:p>
    <w:p>
      <w:r>
        <w:rPr>
          <w:b/>
        </w:rPr>
        <w:t xml:space="preserve">[11:39] </w:t>
      </w:r>
      <w:r>
        <w:t>They were not so philosophers. They were no great thinkers. They were not able to evolve such kind of philosophy that I call ideologically justified evil.</w:t>
      </w:r>
    </w:p>
    <w:p>
      <w:pPr>
        <w:jc w:val="right"/>
      </w:pPr>
      <w:r>
        <w:t>They were not so philosophers. They were no great thinkers. They were not able to evolve such kind of philosophy that I call ideologically justified evil.</w:t>
      </w:r>
    </w:p>
    <w:p>
      <w:r>
        <w:rPr>
          <w:b/>
        </w:rPr>
        <w:t xml:space="preserve">[11:58] </w:t>
      </w:r>
      <w:r>
        <w:t>So present people are present people have evolved such kind of ideologically justified evil.</w:t>
      </w:r>
    </w:p>
    <w:p>
      <w:pPr>
        <w:jc w:val="right"/>
      </w:pPr>
      <w:r>
        <w:t>So present people are present people have evolved such kind of ideologically justified evil.</w:t>
      </w:r>
    </w:p>
    <w:p>
      <w:r>
        <w:rPr>
          <w:b/>
        </w:rPr>
        <w:t xml:space="preserve">[12:07] </w:t>
      </w:r>
      <w:r>
        <w:t>So they are</w:t>
      </w:r>
    </w:p>
    <w:p>
      <w:pPr>
        <w:jc w:val="right"/>
      </w:pPr>
      <w:r>
        <w:t>So they are</w:t>
      </w:r>
    </w:p>
    <w:p>
      <w:r>
        <w:rPr>
          <w:b/>
        </w:rPr>
        <w:t xml:space="preserve">[12:12] </w:t>
      </w:r>
      <w:r>
        <w:t>they are sinner in a they are super sinner. Present people are super sinner. If they were simply sinner, present people are super sinner.</w:t>
      </w:r>
    </w:p>
    <w:p>
      <w:pPr>
        <w:jc w:val="right"/>
      </w:pPr>
      <w:r>
        <w:t>they are sinner in a they are super sinner. Present people are super sinner. If they were simply sinner, present people are super sinner.</w:t>
      </w:r>
    </w:p>
    <w:p>
      <w:r>
        <w:rPr>
          <w:b/>
        </w:rPr>
        <w:t xml:space="preserve">[12:29] </w:t>
      </w:r>
      <w:r>
        <w:t>This question is from Delhi. The person has not mentioned his name. What does Islam say about celibacy?</w:t>
      </w:r>
    </w:p>
    <w:p>
      <w:pPr>
        <w:jc w:val="right"/>
      </w:pPr>
      <w:r>
        <w:t>This question is from Delhi. The person has not mentioned his name. What does Islam say about celibacy?</w:t>
      </w:r>
    </w:p>
    <w:p>
      <w:r>
        <w:rPr>
          <w:b/>
        </w:rPr>
        <w:t xml:space="preserve">[12:45] </w:t>
      </w:r>
      <w:r>
        <w:t>Celibacy is not</w:t>
      </w:r>
    </w:p>
    <w:p>
      <w:pPr>
        <w:jc w:val="right"/>
      </w:pPr>
      <w:r>
        <w:t>Celibacy is not</w:t>
      </w:r>
    </w:p>
    <w:p>
      <w:r>
        <w:rPr>
          <w:b/>
        </w:rPr>
        <w:t xml:space="preserve">[12:53] </w:t>
      </w:r>
      <w:r>
        <w:t>I cannot say that it is not allowed in Islam, but it is not according to the teaching of Islam.</w:t>
      </w:r>
    </w:p>
    <w:p>
      <w:pPr>
        <w:jc w:val="right"/>
      </w:pPr>
      <w:r>
        <w:t>I cannot say that it is not allowed in Islam, but it is not according to the teaching of Islam.</w:t>
      </w:r>
    </w:p>
    <w:p>
      <w:r>
        <w:rPr>
          <w:b/>
        </w:rPr>
        <w:t xml:space="preserve">[13:00] </w:t>
      </w:r>
      <w:r>
        <w:t>It is not according to the teaching of Islam. This question is from Mr. Idris from Delhi. God has given freedom and with it comes theright to misuse the freedom.</w:t>
      </w:r>
    </w:p>
    <w:p>
      <w:pPr>
        <w:jc w:val="right"/>
      </w:pPr>
      <w:r>
        <w:t>It is not according to the teaching of Islam. This question is from Mr. Idris from Delhi. God has given freedom and with it comes theright to misuse the freedom.</w:t>
      </w:r>
    </w:p>
    <w:p>
      <w:r>
        <w:rPr>
          <w:b/>
        </w:rPr>
        <w:t xml:space="preserve">[13:15] </w:t>
      </w:r>
      <w:r>
        <w:t>When all other misuses are allowed, why should only being gay be treated differently? Kindly comment.</w:t>
      </w:r>
    </w:p>
    <w:p>
      <w:pPr>
        <w:jc w:val="right"/>
      </w:pPr>
      <w:r>
        <w:t>When all other misuses are allowed, why should only being gay be treated differently? Kindly comment.</w:t>
      </w:r>
    </w:p>
    <w:p>
      <w:r>
        <w:rPr>
          <w:b/>
        </w:rPr>
        <w:t xml:space="preserve">[13:23] </w:t>
      </w:r>
      <w:r>
        <w:t>They are allowed. In this period, in previous periods, they are allowed.</w:t>
      </w:r>
    </w:p>
    <w:p>
      <w:pPr>
        <w:jc w:val="right"/>
      </w:pPr>
      <w:r>
        <w:t>They are allowed. In this period, in previous periods, they are allowed.</w:t>
      </w:r>
    </w:p>
    <w:p>
      <w:r>
        <w:rPr>
          <w:b/>
        </w:rPr>
        <w:t xml:space="preserve">[13:32] </w:t>
      </w:r>
      <w:r>
        <w:t>I am not saying that they are not allowed. God has given them freedom. And they are practicing it every day and night.</w:t>
      </w:r>
    </w:p>
    <w:p>
      <w:pPr>
        <w:jc w:val="right"/>
      </w:pPr>
      <w:r>
        <w:t>I am not saying that they are not allowed. God has given them freedom. And they are practicing it every day and night.</w:t>
      </w:r>
    </w:p>
    <w:p>
      <w:r>
        <w:rPr>
          <w:b/>
        </w:rPr>
        <w:t xml:space="preserve">[13:43] </w:t>
      </w:r>
      <w:r>
        <w:t>So they are allowed. This freedom will be abolished only in the post-just period.</w:t>
      </w:r>
    </w:p>
    <w:p>
      <w:pPr>
        <w:jc w:val="right"/>
      </w:pPr>
      <w:r>
        <w:t>So they are allowed. This freedom will be abolished only in the post-just period.</w:t>
      </w:r>
    </w:p>
    <w:p>
      <w:r>
        <w:rPr>
          <w:b/>
        </w:rPr>
        <w:t xml:space="preserve">[13:54] </w:t>
      </w:r>
      <w:r>
        <w:t>In the previous period, it is allowed. What I am saying about the ideology, no one can abolish their freedom.</w:t>
      </w:r>
    </w:p>
    <w:p>
      <w:pPr>
        <w:jc w:val="right"/>
      </w:pPr>
      <w:r>
        <w:t>In the previous period, it is allowed. What I am saying about the ideology, no one can abolish their freedom.</w:t>
      </w:r>
    </w:p>
    <w:p>
      <w:r>
        <w:rPr>
          <w:b/>
        </w:rPr>
        <w:t xml:space="preserve">[14:04] </w:t>
      </w:r>
      <w:r>
        <w:t>It is not possible for anyone to abolish their freedom. Because of this reason, they have surrendered. So in the previous period, we cannot abolish their freedom.</w:t>
      </w:r>
    </w:p>
    <w:p>
      <w:pPr>
        <w:jc w:val="right"/>
      </w:pPr>
      <w:r>
        <w:t>It is not possible for anyone to abolish their freedom. Because of this reason, they have surrendered. So in the previous period, we cannot abolish their freedom.</w:t>
      </w:r>
    </w:p>
    <w:p>
      <w:r>
        <w:rPr>
          <w:b/>
        </w:rPr>
        <w:t xml:space="preserve">[14:19] </w:t>
      </w:r>
      <w:r>
        <w:t>And you see that they are practicing their freedom. But in the post-just period, this freedom will be abolished and they will be punished for their misuse of freedom.</w:t>
      </w:r>
    </w:p>
    <w:p>
      <w:pPr>
        <w:jc w:val="right"/>
      </w:pPr>
      <w:r>
        <w:t>And you see that they are practicing their freedom. But in the post-just period, this freedom will be abolished and they will be punished for their misuse of freedom.</w:t>
      </w:r>
    </w:p>
    <w:p>
      <w:r>
        <w:rPr>
          <w:b/>
        </w:rPr>
        <w:t xml:space="preserve">[14:42] </w:t>
      </w:r>
      <w:r>
        <w:t>And those people who save themselves from this kind of misuse of freedom, they will be rewarded in paradise.</w:t>
      </w:r>
    </w:p>
    <w:p>
      <w:pPr>
        <w:jc w:val="right"/>
      </w:pPr>
      <w:r>
        <w:t>And those people who save themselves from this kind of misuse of freedom, they will be rewarded in paradise.</w:t>
      </w:r>
    </w:p>
    <w:p>
      <w:r>
        <w:rPr>
          <w:b/>
        </w:rPr>
        <w:t xml:space="preserve">[14:52] </w:t>
      </w:r>
      <w:r>
        <w:t>This question is from Ms. Nagma from Delhi. How does the same Quran guide some people and misguide others?</w:t>
      </w:r>
    </w:p>
    <w:p>
      <w:pPr>
        <w:jc w:val="right"/>
      </w:pPr>
      <w:r>
        <w:t>This question is from Ms. Nagma from Delhi. How does the same Quran guide some people and misguide others?</w:t>
      </w:r>
    </w:p>
    <w:p>
      <w:r>
        <w:rPr>
          <w:b/>
        </w:rPr>
        <w:t xml:space="preserve">[15:02] </w:t>
      </w:r>
      <w:r>
        <w:t>What is the criteria that one must follow to be guided by the Quran?</w:t>
      </w:r>
    </w:p>
    <w:p>
      <w:pPr>
        <w:jc w:val="right"/>
      </w:pPr>
      <w:r>
        <w:t>What is the criteria that one must follow to be guided by the Quran?</w:t>
      </w:r>
    </w:p>
    <w:p>
      <w:r>
        <w:rPr>
          <w:b/>
        </w:rPr>
        <w:t xml:space="preserve">[15:10] </w:t>
      </w:r>
      <w:r>
        <w:t>I have said earlier in my speech that the basic criterion is seeking the Spirit.</w:t>
      </w:r>
    </w:p>
    <w:p>
      <w:pPr>
        <w:jc w:val="right"/>
      </w:pPr>
      <w:r>
        <w:t>I have said earlier in my speech that the basic criterion is seeking the Spirit.</w:t>
      </w:r>
    </w:p>
    <w:p>
      <w:r>
        <w:rPr>
          <w:b/>
        </w:rPr>
        <w:t xml:space="preserve">[15:20] </w:t>
      </w:r>
      <w:r>
        <w:t>Seeking the Spirit. It is called in science the Spirit of Inquiry. If you have the Spirit of Inquiry, then you can</w:t>
      </w:r>
    </w:p>
    <w:p>
      <w:pPr>
        <w:jc w:val="right"/>
      </w:pPr>
      <w:r>
        <w:t>Seeking the Spirit. It is called in science the Spirit of Inquiry. If you have the Spirit of Inquiry, then you can</w:t>
      </w:r>
    </w:p>
    <w:p>
      <w:r>
        <w:rPr>
          <w:b/>
        </w:rPr>
        <w:t xml:space="preserve">[15:32] </w:t>
      </w:r>
      <w:r>
        <w:t>discover the truth.</w:t>
      </w:r>
    </w:p>
    <w:p>
      <w:pPr>
        <w:jc w:val="right"/>
      </w:pPr>
      <w:r>
        <w:t>discover the truth.</w:t>
      </w:r>
    </w:p>
    <w:p>
      <w:r>
        <w:rPr>
          <w:b/>
        </w:rPr>
        <w:t xml:space="preserve">[15:34] </w:t>
      </w:r>
      <w:r>
        <w:t>For example, before Newton, there were all those phenomenons there. All the apes were falling from trees to the earth</w:t>
      </w:r>
    </w:p>
    <w:p>
      <w:pPr>
        <w:jc w:val="right"/>
      </w:pPr>
      <w:r>
        <w:t>For example, before Newton, there were all those phenomenons there. All the apes were falling from trees to the earth</w:t>
      </w:r>
    </w:p>
    <w:p>
      <w:r>
        <w:rPr>
          <w:b/>
        </w:rPr>
        <w:t xml:space="preserve">[15:47] </w:t>
      </w:r>
      <w:r>
        <w:t>. But there was no Spirit of Inquiry. So they failed to discover the law of gravity. Newton was the first to inculcate the Spirit of Inquiry.</w:t>
      </w:r>
    </w:p>
    <w:p>
      <w:pPr>
        <w:jc w:val="right"/>
      </w:pPr>
      <w:r>
        <w:t>. But there was no Spirit of Inquiry. So they failed to discover the law of gravity. Newton was the first to inculcate the Spirit of Inquiry.</w:t>
      </w:r>
    </w:p>
    <w:p>
      <w:r>
        <w:rPr>
          <w:b/>
        </w:rPr>
        <w:t xml:space="preserve">[16:01] </w:t>
      </w:r>
      <w:r>
        <w:t>So he was able to discover the law of gravity. So is the case of truth.</w:t>
      </w:r>
    </w:p>
    <w:p>
      <w:pPr>
        <w:jc w:val="right"/>
      </w:pPr>
      <w:r>
        <w:t>So he was able to discover the law of gravity. So is the case of truth.</w:t>
      </w:r>
    </w:p>
    <w:p>
      <w:r>
        <w:rPr>
          <w:b/>
        </w:rPr>
        <w:t xml:space="preserve">[16:09] </w:t>
      </w:r>
      <w:r>
        <w:t>In this sense, that verse that you can read in this sense, that those people who have inculcated among themselves the Spirit of Inquiry, who are seekers in two senses of the word, they will find the answer to their questions.</w:t>
      </w:r>
    </w:p>
    <w:p>
      <w:pPr>
        <w:jc w:val="right"/>
      </w:pPr>
      <w:r>
        <w:t>In this sense, that verse that you can read in this sense, that those people who have inculcated among themselves the Spirit of Inquiry, who are seekers in two senses of the word, they will find the answer to their questions.</w:t>
      </w:r>
    </w:p>
    <w:p>
      <w:r>
        <w:rPr>
          <w:b/>
        </w:rPr>
        <w:t xml:space="preserve">[16:31] </w:t>
      </w:r>
      <w:r>
        <w:t>But those people who are not sincere, who are not seekers, they have no Spirit of Inquiry. They will not find anything.</w:t>
      </w:r>
    </w:p>
    <w:p>
      <w:pPr>
        <w:jc w:val="right"/>
      </w:pPr>
      <w:r>
        <w:t>But those people who are not sincere, who are not seekers, they have no Spirit of Inquiry. They will not find anything.</w:t>
      </w:r>
    </w:p>
    <w:p>
      <w:r>
        <w:rPr>
          <w:b/>
        </w:rPr>
        <w:t xml:space="preserve">[16:41] </w:t>
      </w:r>
      <w:r>
        <w:t>They cannot realize the truth, although it is there. Although it is there, but they will fail to realize they will fail to discover that truth.</w:t>
      </w:r>
    </w:p>
    <w:p>
      <w:pPr>
        <w:jc w:val="right"/>
      </w:pPr>
      <w:r>
        <w:t>They cannot realize the truth, although it is there. Although it is there, but they will fail to realize they will fail to discover that truth.</w:t>
      </w:r>
    </w:p>
    <w:p>
      <w:r>
        <w:rPr>
          <w:b/>
        </w:rPr>
        <w:t xml:space="preserve">[16:54] </w:t>
      </w:r>
      <w:r>
        <w:t>This question is from Dr. Farida Khanam from Delhi. Why is it that a great number of people devoted themselves to material progress and managed to produce a great civilization?</w:t>
      </w:r>
    </w:p>
    <w:p>
      <w:pPr>
        <w:jc w:val="right"/>
      </w:pPr>
      <w:r>
        <w:t>This question is from Dr. Farida Khanam from Delhi. Why is it that a great number of people devoted themselves to material progress and managed to produce a great civilization?</w:t>
      </w:r>
    </w:p>
    <w:p>
      <w:r>
        <w:rPr>
          <w:b/>
        </w:rPr>
        <w:t xml:space="preserve">[17:09] </w:t>
      </w:r>
      <w:r>
        <w:t>But why could the same man not devote himself to spiritual progress, which is far greater than the material progress?</w:t>
      </w:r>
    </w:p>
    <w:p>
      <w:pPr>
        <w:jc w:val="right"/>
      </w:pPr>
      <w:r>
        <w:t>But why could the same man not devote himself to spiritual progress, which is far greater than the material progress?</w:t>
      </w:r>
    </w:p>
    <w:p>
      <w:r>
        <w:rPr>
          <w:b/>
        </w:rPr>
        <w:t xml:space="preserve">[17:22] </w:t>
      </w:r>
      <w:r>
        <w:t>There is a verse in the Quran,</w:t>
      </w:r>
    </w:p>
    <w:p>
      <w:pPr>
        <w:jc w:val="right"/>
      </w:pPr>
      <w:r>
        <w:t>There is a verse in the Quran,</w:t>
      </w:r>
    </w:p>
    <w:p>
      <w:r>
        <w:rPr>
          <w:b/>
        </w:rPr>
        <w:t xml:space="preserve">[17:29] </w:t>
      </w:r>
      <w:r>
        <w:t>it means that people tend to</w:t>
      </w:r>
    </w:p>
    <w:p>
      <w:pPr>
        <w:jc w:val="right"/>
      </w:pPr>
      <w:r>
        <w:t>it means that people tend to</w:t>
      </w:r>
    </w:p>
    <w:p>
      <w:r>
        <w:rPr>
          <w:b/>
        </w:rPr>
        <w:t xml:space="preserve">[17:37] </w:t>
      </w:r>
      <w:r>
        <w:t>follow the immediate gain. People always run after immediate gain. So material civilization, what was immediate gain for them?</w:t>
      </w:r>
    </w:p>
    <w:p>
      <w:pPr>
        <w:jc w:val="right"/>
      </w:pPr>
      <w:r>
        <w:t>follow the immediate gain. People always run after immediate gain. So material civilization, what was immediate gain for them?</w:t>
      </w:r>
    </w:p>
    <w:p>
      <w:r>
        <w:rPr>
          <w:b/>
        </w:rPr>
        <w:t xml:space="preserve">[17:53] </w:t>
      </w:r>
      <w:r>
        <w:t>Immediate gain. And spirituality and the higher truth was not immediate gain in this sense.</w:t>
      </w:r>
    </w:p>
    <w:p>
      <w:pPr>
        <w:jc w:val="right"/>
      </w:pPr>
      <w:r>
        <w:t>Immediate gain. And spirituality and the higher truth was not immediate gain in this sense.</w:t>
      </w:r>
    </w:p>
    <w:p>
      <w:r>
        <w:rPr>
          <w:b/>
        </w:rPr>
        <w:t xml:space="preserve">[18:03] </w:t>
      </w:r>
      <w:r>
        <w:t>So it is human nature that they always run after immediate gain. It was this tendency that they became successful to create a material civilization, but they failed to create a spiritual civilization.</w:t>
      </w:r>
    </w:p>
    <w:p>
      <w:pPr>
        <w:jc w:val="right"/>
      </w:pPr>
      <w:r>
        <w:t>So it is human nature that they always run after immediate gain. It was this tendency that they became successful to create a material civilization, but they failed to create a spiritual civilization.</w:t>
      </w:r>
    </w:p>
    <w:p>
      <w:r>
        <w:rPr>
          <w:b/>
        </w:rPr>
        <w:t xml:space="preserve">[18:25] </w:t>
      </w:r>
      <w:r>
        <w:t>This is my experience.</w:t>
      </w:r>
    </w:p>
    <w:p>
      <w:pPr>
        <w:jc w:val="right"/>
      </w:pPr>
      <w:r>
        <w:t>This is my experience.</w:t>
      </w:r>
    </w:p>
    <w:p>
      <w:r>
        <w:rPr>
          <w:b/>
        </w:rPr>
        <w:t xml:space="preserve">[18:28] </w:t>
      </w:r>
      <w:r>
        <w:t>The second question is, how did you manage to totally devote yourself to spiritual and intellectual development in a world where people were interested only in material progress?</w:t>
      </w:r>
    </w:p>
    <w:p>
      <w:pPr>
        <w:jc w:val="right"/>
      </w:pPr>
      <w:r>
        <w:t>The second question is, how did you manage to totally devote yourself to spiritual and intellectual development in a world where people were interested only in material progress?</w:t>
      </w:r>
    </w:p>
    <w:p>
      <w:r>
        <w:rPr>
          <w:b/>
        </w:rPr>
        <w:t xml:space="preserve">[18:41] </w:t>
      </w:r>
      <w:r>
        <w:t>Did you receive divine inspiration or you are a self-made man?</w:t>
      </w:r>
    </w:p>
    <w:p>
      <w:pPr>
        <w:jc w:val="right"/>
      </w:pPr>
      <w:r>
        <w:t>Did you receive divine inspiration or you are a self-made man?</w:t>
      </w:r>
    </w:p>
    <w:p>
      <w:r>
        <w:rPr>
          <w:b/>
        </w:rPr>
        <w:t xml:space="preserve">[18:50] </w:t>
      </w:r>
      <w:r>
        <w:t>Name? Dr. Farida.</w:t>
      </w:r>
    </w:p>
    <w:p>
      <w:pPr>
        <w:jc w:val="right"/>
      </w:pPr>
      <w:r>
        <w:t>Name? Dr. Farida.</w:t>
      </w:r>
    </w:p>
    <w:p>
      <w:r>
        <w:rPr>
          <w:b/>
        </w:rPr>
        <w:t xml:space="preserve">[18:54] </w:t>
      </w:r>
      <w:r>
        <w:t>It is a personal question. I don't know what is the answer.</w:t>
      </w:r>
    </w:p>
    <w:p>
      <w:pPr>
        <w:jc w:val="right"/>
      </w:pPr>
      <w:r>
        <w:t>It is a personal question. I don't know what is the answer.</w:t>
      </w:r>
    </w:p>
    <w:p>
      <w:r>
        <w:rPr>
          <w:b/>
        </w:rPr>
        <w:t xml:space="preserve">[19:05] </w:t>
      </w:r>
      <w:r>
        <w:t>According to my personal experience, I am nothing. God Almighty was</w:t>
      </w:r>
    </w:p>
    <w:p>
      <w:pPr>
        <w:jc w:val="right"/>
      </w:pPr>
      <w:r>
        <w:t>According to my personal experience, I am nothing. God Almighty was</w:t>
      </w:r>
    </w:p>
    <w:p>
      <w:r>
        <w:rPr>
          <w:b/>
        </w:rPr>
        <w:t xml:space="preserve">[19:17] </w:t>
      </w:r>
      <w:r>
        <w:t>God Almighty's blessing that I was I saved myself from all kinds of distractions. It was in my nature. Since my childhood, I hate all those distractions.</w:t>
      </w:r>
    </w:p>
    <w:p>
      <w:pPr>
        <w:jc w:val="right"/>
      </w:pPr>
      <w:r>
        <w:t>God Almighty's blessing that I was I saved myself from all kinds of distractions. It was in my nature. Since my childhood, I hate all those distractions.</w:t>
      </w:r>
    </w:p>
    <w:p>
      <w:r>
        <w:rPr>
          <w:b/>
        </w:rPr>
        <w:t xml:space="preserve">[19:35] </w:t>
      </w:r>
      <w:r>
        <w:t>I have</w:t>
      </w:r>
    </w:p>
    <w:p>
      <w:pPr>
        <w:jc w:val="right"/>
      </w:pPr>
      <w:r>
        <w:t>I have</w:t>
      </w:r>
    </w:p>
    <w:p>
      <w:r>
        <w:rPr>
          <w:b/>
        </w:rPr>
        <w:t xml:space="preserve">[19:39] </w:t>
      </w:r>
      <w:r>
        <w:t>published an article that I am like Arjun. You know</w:t>
      </w:r>
    </w:p>
    <w:p>
      <w:pPr>
        <w:jc w:val="right"/>
      </w:pPr>
      <w:r>
        <w:t>published an article that I am like Arjun. You know</w:t>
      </w:r>
    </w:p>
    <w:p>
      <w:r>
        <w:rPr>
          <w:b/>
        </w:rPr>
        <w:t xml:space="preserve">[19:44] </w:t>
      </w:r>
      <w:r>
        <w:t>Arjun was a single-targeted man.</w:t>
      </w:r>
    </w:p>
    <w:p>
      <w:pPr>
        <w:jc w:val="right"/>
      </w:pPr>
      <w:r>
        <w:t>Arjun was a single-targeted man.</w:t>
      </w:r>
    </w:p>
    <w:p>
      <w:r>
        <w:rPr>
          <w:b/>
        </w:rPr>
        <w:t xml:space="preserve">[19:51] </w:t>
      </w:r>
      <w:r>
        <w:t>So I was a single-targeted man, single goal. So I saved myself from all kinds of distractions. So it was this nature that was given to me by God Almighty that saved me to deviate in different paths and follow only the truth</w:t>
      </w:r>
    </w:p>
    <w:p>
      <w:pPr>
        <w:jc w:val="right"/>
      </w:pPr>
      <w:r>
        <w:t>So I was a single-targeted man, single goal. So I saved myself from all kinds of distractions. So it was this nature that was given to me by God Almighty that saved me to deviate in different paths and follow only the truth</w:t>
      </w:r>
    </w:p>
    <w:p>
      <w:r>
        <w:rPr>
          <w:b/>
        </w:rPr>
        <w:t xml:space="preserve">[20:19] </w:t>
      </w:r>
      <w:r>
        <w:t>. This is my personal experience. This question is from Mr. Basit Jamal from Delhi.</w:t>
      </w:r>
    </w:p>
    <w:p>
      <w:pPr>
        <w:jc w:val="right"/>
      </w:pPr>
      <w:r>
        <w:t>. This is my personal experience. This question is from Mr. Basit Jamal from Delhi.</w:t>
      </w:r>
    </w:p>
    <w:p>
      <w:r>
        <w:rPr>
          <w:b/>
        </w:rPr>
        <w:t xml:space="preserve">[20:29] </w:t>
      </w:r>
      <w:r>
        <w:t>Maulana, why did the Prophet give amnesty to murderers in his last sermon? Was he being like Abel who gave amnesty to his brothers?</w:t>
      </w:r>
    </w:p>
    <w:p>
      <w:pPr>
        <w:jc w:val="right"/>
      </w:pPr>
      <w:r>
        <w:t>Maulana, why did the Prophet give amnesty to murderers in his last sermon? Was he being like Abel who gave amnesty to his brothers?</w:t>
      </w:r>
    </w:p>
    <w:p>
      <w:r>
        <w:rPr>
          <w:b/>
        </w:rPr>
        <w:t xml:space="preserve">[20:41] </w:t>
      </w:r>
      <w:r>
        <w:t>Was he being like Abraham who sought amnesty from God for people of Lut</w:t>
      </w:r>
    </w:p>
    <w:p>
      <w:pPr>
        <w:jc w:val="right"/>
      </w:pPr>
      <w:r>
        <w:t>Was he being like Abraham who sought amnesty from God for people of Lut</w:t>
      </w:r>
    </w:p>
    <w:p>
      <w:r>
        <w:rPr>
          <w:b/>
        </w:rPr>
        <w:t xml:space="preserve">[20:48] </w:t>
      </w:r>
      <w:r>
        <w:t>? Was he being like Jesus who gave Mary Magdalene amnesty from the punishment of being a prostitute? Was he being like Yusuf who gave amnesty to his brothers?</w:t>
      </w:r>
    </w:p>
    <w:p>
      <w:pPr>
        <w:jc w:val="right"/>
      </w:pPr>
      <w:r>
        <w:t>? Was he being like Jesus who gave Mary Magdalene amnesty from the punishment of being a prostitute? Was he being like Yusuf who gave amnesty to his brothers?</w:t>
      </w:r>
    </w:p>
    <w:p>
      <w:r>
        <w:rPr>
          <w:b/>
        </w:rPr>
        <w:t xml:space="preserve">[21:01] </w:t>
      </w:r>
      <w:r>
        <w:t>Maulana, isn't giving amnesty a Sunnah for the Prophet? Isn't giving amnesty a Sunnah for the Prophet, did it?</w:t>
      </w:r>
    </w:p>
    <w:p>
      <w:pPr>
        <w:jc w:val="right"/>
      </w:pPr>
      <w:r>
        <w:t>Maulana, isn't giving amnesty a Sunnah for the Prophet? Isn't giving amnesty a Sunnah for the Prophet, did it?</w:t>
      </w:r>
    </w:p>
    <w:p>
      <w:r>
        <w:rPr>
          <w:b/>
        </w:rPr>
        <w:t xml:space="preserve">[21:10] </w:t>
      </w:r>
      <w:r>
        <w:t>But no Muslim talks about this Sunnah. Why is this so? Please answer, giving light on these in brief.</w:t>
      </w:r>
    </w:p>
    <w:p>
      <w:pPr>
        <w:jc w:val="right"/>
      </w:pPr>
      <w:r>
        <w:t>But no Muslim talks about this Sunnah. Why is this so? Please answer, giving light on these in brief.</w:t>
      </w:r>
    </w:p>
    <w:p>
      <w:r>
        <w:rPr>
          <w:b/>
        </w:rPr>
        <w:t xml:space="preserve">[21:22] </w:t>
      </w:r>
      <w:r>
        <w:t>It is not amnesty. It was forgiveness. Forgiveness is a great world value.</w:t>
      </w:r>
    </w:p>
    <w:p>
      <w:pPr>
        <w:jc w:val="right"/>
      </w:pPr>
      <w:r>
        <w:t>It is not amnesty. It was forgiveness. Forgiveness is a great world value.</w:t>
      </w:r>
    </w:p>
    <w:p>
      <w:r>
        <w:rPr>
          <w:b/>
        </w:rPr>
        <w:t xml:space="preserve">[21:33] </w:t>
      </w:r>
      <w:r>
        <w:t>We have to inculcate in ourselves the nature of forgiveness.</w:t>
      </w:r>
    </w:p>
    <w:p>
      <w:pPr>
        <w:jc w:val="right"/>
      </w:pPr>
      <w:r>
        <w:t>We have to inculcate in ourselves the nature of forgiveness.</w:t>
      </w:r>
    </w:p>
    <w:p>
      <w:r>
        <w:rPr>
          <w:b/>
        </w:rPr>
        <w:t xml:space="preserve">[21:45] </w:t>
      </w:r>
      <w:r>
        <w:t>Amnesty is not a better word for this purpose. The best word is forgiveness.</w:t>
      </w:r>
    </w:p>
    <w:p>
      <w:pPr>
        <w:jc w:val="right"/>
      </w:pPr>
      <w:r>
        <w:t>Amnesty is not a better word for this purpose. The best word is forgiveness.</w:t>
      </w:r>
    </w:p>
    <w:p>
      <w:r>
        <w:rPr>
          <w:b/>
        </w:rPr>
        <w:t xml:space="preserve">[21:50] </w:t>
      </w:r>
      <w:r>
        <w:t>So forgiveness is</w:t>
      </w:r>
    </w:p>
    <w:p>
      <w:pPr>
        <w:jc w:val="right"/>
      </w:pPr>
      <w:r>
        <w:t>So forgiveness is</w:t>
      </w:r>
    </w:p>
    <w:p>
      <w:r>
        <w:rPr>
          <w:b/>
        </w:rPr>
        <w:t xml:space="preserve">[21:58] </w:t>
      </w:r>
      <w:r>
        <w:t>a great human value, great moral value, great ethical value. So you have to inculcate this value.</w:t>
      </w:r>
    </w:p>
    <w:p>
      <w:pPr>
        <w:jc w:val="right"/>
      </w:pPr>
      <w:r>
        <w:t>a great human value, great moral value, great ethical value. So you have to inculcate this value.</w:t>
      </w:r>
    </w:p>
    <w:p>
      <w:r>
        <w:rPr>
          <w:b/>
        </w:rPr>
        <w:t xml:space="preserve">[22:07] </w:t>
      </w:r>
      <w:r>
        <w:t>But as far as the world hereafter is concerned, God will punish all those people who misuse their freedom.</w:t>
      </w:r>
    </w:p>
    <w:p>
      <w:pPr>
        <w:jc w:val="right"/>
      </w:pPr>
      <w:r>
        <w:t>But as far as the world hereafter is concerned, God will punish all those people who misuse their freedom.</w:t>
      </w:r>
    </w:p>
    <w:p>
      <w:r>
        <w:rPr>
          <w:b/>
        </w:rPr>
        <w:t xml:space="preserve">[22:18] </w:t>
      </w:r>
      <w:r>
        <w:t>For you, it is an ethical require</w:t>
      </w:r>
    </w:p>
    <w:p>
      <w:pPr>
        <w:jc w:val="right"/>
      </w:pPr>
      <w:r>
        <w:t>For you, it is an ethical require</w:t>
      </w:r>
    </w:p>
    <w:p>
      <w:r>
        <w:rPr>
          <w:b/>
        </w:rPr>
        <w:t xml:space="preserve">[22:23] </w:t>
      </w:r>
      <w:r>
        <w:t>ment. It is to follow a moral value. So you will be given a reward if you adopt forgiveness.</w:t>
      </w:r>
    </w:p>
    <w:p>
      <w:pPr>
        <w:jc w:val="right"/>
      </w:pPr>
      <w:r>
        <w:t>ment. It is to follow a moral value. So you will be given a reward if you adopt forgiveness.</w:t>
      </w:r>
    </w:p>
    <w:p>
      <w:r>
        <w:rPr>
          <w:b/>
        </w:rPr>
        <w:t xml:space="preserve">[22:32] </w:t>
      </w:r>
      <w:r>
        <w:t>But it doesn't mean that God will forgive those people. He</w:t>
      </w:r>
    </w:p>
    <w:p>
      <w:pPr>
        <w:jc w:val="right"/>
      </w:pPr>
      <w:r>
        <w:t>But it doesn't mean that God will forgive those people. He</w:t>
      </w:r>
    </w:p>
    <w:p>
      <w:r>
        <w:rPr>
          <w:b/>
        </w:rPr>
        <w:t xml:space="preserve">[22:36] </w:t>
      </w:r>
      <w:r>
        <w:t>will punish them. God Almighty will only those people who will be saved from punishment who adopt tawba.</w:t>
      </w:r>
    </w:p>
    <w:p>
      <w:pPr>
        <w:jc w:val="right"/>
      </w:pPr>
      <w:r>
        <w:t>will punish them. God Almighty will only those people who will be saved from punishment who adopt tawba.</w:t>
      </w:r>
    </w:p>
    <w:p>
      <w:r>
        <w:rPr>
          <w:b/>
        </w:rPr>
        <w:t xml:space="preserve">[22:52] </w:t>
      </w:r>
      <w:r>
        <w:t>Tawba means repentance in this world. One who dies without repentance, he will be punished by God. But as far as the man is concerned, he must adopt forgiveness.</w:t>
      </w:r>
    </w:p>
    <w:p>
      <w:pPr>
        <w:jc w:val="right"/>
      </w:pPr>
      <w:r>
        <w:t>Tawba means repentance in this world. One who dies without repentance, he will be punished by God. But as far as the man is concerned, he must adopt forgiveness.</w:t>
      </w:r>
    </w:p>
    <w:p>
      <w:r>
        <w:rPr>
          <w:b/>
        </w:rPr>
        <w:t xml:space="preserve">[23:06] </w:t>
      </w:r>
      <w:r>
        <w:t>It is a high moral value. This question is from Mr. Khaja Kalimuddin from Pennsylvania.</w:t>
      </w:r>
    </w:p>
    <w:p>
      <w:pPr>
        <w:jc w:val="right"/>
      </w:pPr>
      <w:r>
        <w:t>It is a high moral value. This question is from Mr. Khaja Kalimuddin from Pennsylvania.</w:t>
      </w:r>
    </w:p>
    <w:p>
      <w:r>
        <w:rPr>
          <w:b/>
        </w:rPr>
        <w:t xml:space="preserve">[23:16] </w:t>
      </w:r>
      <w:r>
        <w:t>Maulana, are we obligated to love the Prophet in the same vein as we love Allah?</w:t>
      </w:r>
    </w:p>
    <w:p>
      <w:pPr>
        <w:jc w:val="right"/>
      </w:pPr>
      <w:r>
        <w:t>Maulana, are we obligated to love the Prophet in the same vein as we love Allah?</w:t>
      </w:r>
    </w:p>
    <w:p>
      <w:r>
        <w:rPr>
          <w:b/>
        </w:rPr>
        <w:t xml:space="preserve">[23:25] </w:t>
      </w:r>
      <w:r>
        <w:t>Please explain about the love of Allah, the love of the Prophet, and the following of the Prophet.</w:t>
      </w:r>
    </w:p>
    <w:p>
      <w:pPr>
        <w:jc w:val="right"/>
      </w:pPr>
      <w:r>
        <w:t>Please explain about the love of Allah, the love of the Prophet, and the following of the Prophet.</w:t>
      </w:r>
    </w:p>
    <w:p>
      <w:r>
        <w:rPr>
          <w:b/>
        </w:rPr>
        <w:t xml:space="preserve">[23:34] </w:t>
      </w:r>
      <w:r>
        <w:t>There is a verse in the Quran,</w:t>
      </w:r>
    </w:p>
    <w:p>
      <w:pPr>
        <w:jc w:val="right"/>
      </w:pPr>
      <w:r>
        <w:t>There is a verse in the Quran,</w:t>
      </w:r>
    </w:p>
    <w:p>
      <w:r>
        <w:rPr>
          <w:b/>
        </w:rPr>
        <w:t xml:space="preserve">[23:41] </w:t>
      </w:r>
      <w:r>
        <w:t>so according to my study, all other loves are</w:t>
      </w:r>
    </w:p>
    <w:p>
      <w:pPr>
        <w:jc w:val="right"/>
      </w:pPr>
      <w:r>
        <w:t>so according to my study, all other loves are</w:t>
      </w:r>
    </w:p>
    <w:p>
      <w:r>
        <w:rPr>
          <w:b/>
        </w:rPr>
        <w:t xml:space="preserve">[23:50] </w:t>
      </w:r>
      <w:r>
        <w:t>subject to the love of God. In absolute sense, you have to love God. Absolute love is only for God.</w:t>
      </w:r>
    </w:p>
    <w:p>
      <w:pPr>
        <w:jc w:val="right"/>
      </w:pPr>
      <w:r>
        <w:t>subject to the love of God. In absolute sense, you have to love God. Absolute love is only for God.</w:t>
      </w:r>
    </w:p>
    <w:p>
      <w:r>
        <w:rPr>
          <w:b/>
        </w:rPr>
        <w:t xml:space="preserve">[24:03] </w:t>
      </w:r>
      <w:r>
        <w:t>And all other loves are not absolute. They are subject to God always. So you can love the Prophet.</w:t>
      </w:r>
    </w:p>
    <w:p>
      <w:pPr>
        <w:jc w:val="right"/>
      </w:pPr>
      <w:r>
        <w:t>And all other loves are not absolute. They are subject to God always. So you can love the Prophet.</w:t>
      </w:r>
    </w:p>
    <w:p>
      <w:r>
        <w:rPr>
          <w:b/>
        </w:rPr>
        <w:t xml:space="preserve">[24:13] </w:t>
      </w:r>
      <w:r>
        <w:t>You can love your family. But they are subject to God. And you have to make God your supreme concern.</w:t>
      </w:r>
    </w:p>
    <w:p>
      <w:pPr>
        <w:jc w:val="right"/>
      </w:pPr>
      <w:r>
        <w:t>You can love your family. But they are subject to God. And you have to make God your supreme concern.</w:t>
      </w:r>
    </w:p>
    <w:p>
      <w:r>
        <w:rPr>
          <w:b/>
        </w:rPr>
        <w:t xml:space="preserve">[24:25] </w:t>
      </w:r>
      <w:r>
        <w:t>So your supreme concern is God Almighty.</w:t>
      </w:r>
    </w:p>
    <w:p>
      <w:pPr>
        <w:jc w:val="right"/>
      </w:pPr>
      <w:r>
        <w:t>So your supreme concern is God Almighty.</w:t>
      </w:r>
    </w:p>
    <w:p>
      <w:r>
        <w:rPr>
          <w:b/>
        </w:rPr>
        <w:t xml:space="preserve">[24:32] </w:t>
      </w:r>
      <w:r>
        <w:t>If you make any other person or anything your supreme concern, that is shirk.</w:t>
      </w:r>
    </w:p>
    <w:p>
      <w:pPr>
        <w:jc w:val="right"/>
      </w:pPr>
      <w:r>
        <w:t>If you make any other person or anything your supreme concern, that is shirk.</w:t>
      </w:r>
    </w:p>
    <w:p>
      <w:r>
        <w:rPr>
          <w:b/>
        </w:rPr>
        <w:t xml:space="preserve">[24:46] </w:t>
      </w:r>
      <w:r>
        <w:t>So I don't think that in love, there is</w:t>
      </w:r>
    </w:p>
    <w:p>
      <w:pPr>
        <w:jc w:val="right"/>
      </w:pPr>
      <w:r>
        <w:t>So I don't think that in love, there is</w:t>
      </w:r>
    </w:p>
    <w:p>
      <w:r>
        <w:rPr>
          <w:b/>
        </w:rPr>
        <w:t xml:space="preserve">[24:54] </w:t>
      </w:r>
      <w:r>
        <w:t>any</w:t>
      </w:r>
    </w:p>
    <w:p>
      <w:pPr>
        <w:jc w:val="right"/>
      </w:pPr>
      <w:r>
        <w:t>any</w:t>
      </w:r>
    </w:p>
    <w:p>
      <w:r>
        <w:rPr>
          <w:b/>
        </w:rPr>
        <w:t xml:space="preserve">[24:59] </w:t>
      </w:r>
      <w:r>
        <w:t>no one is a partner in this thing. You cannot make any other person a partner, neither the Prophet, nor your family, nor your business.</w:t>
      </w:r>
    </w:p>
    <w:p>
      <w:pPr>
        <w:jc w:val="right"/>
      </w:pPr>
      <w:r>
        <w:t>no one is a partner in this thing. You cannot make any other person a partner, neither the Prophet, nor your family, nor your business.</w:t>
      </w:r>
    </w:p>
    <w:p>
      <w:r>
        <w:rPr>
          <w:b/>
        </w:rPr>
        <w:t xml:space="preserve">[25:11] </w:t>
      </w:r>
      <w:r>
        <w:t>All other things are subject to God.</w:t>
      </w:r>
    </w:p>
    <w:p>
      <w:pPr>
        <w:jc w:val="right"/>
      </w:pPr>
      <w:r>
        <w:t>All other things are subject to God.</w:t>
      </w:r>
    </w:p>
    <w:p>
      <w:r>
        <w:rPr>
          <w:b/>
        </w:rPr>
        <w:t xml:space="preserve">[25:16] </w:t>
      </w:r>
      <w:r>
        <w:t>I remember a book that was written by an American author. He says that</w:t>
      </w:r>
    </w:p>
    <w:p>
      <w:pPr>
        <w:jc w:val="right"/>
      </w:pPr>
      <w:r>
        <w:t>I remember a book that was written by an American author. He says that</w:t>
      </w:r>
    </w:p>
    <w:p>
      <w:r>
        <w:rPr>
          <w:b/>
        </w:rPr>
        <w:t xml:space="preserve">[25:38] </w:t>
      </w:r>
      <w:r>
        <w:t>what was his wording? The supreme concern of Islam is Allah.</w:t>
      </w:r>
    </w:p>
    <w:p>
      <w:pPr>
        <w:jc w:val="right"/>
      </w:pPr>
      <w:r>
        <w:t>what was his wording? The supreme concern of Islam is Allah.</w:t>
      </w:r>
    </w:p>
    <w:p>
      <w:r>
        <w:rPr>
          <w:b/>
        </w:rPr>
        <w:t xml:space="preserve">[25:45] </w:t>
      </w:r>
      <w:r>
        <w:t>The supreme concern of Islam is Allah. I think it is aright statement. Only God is your supreme concern.</w:t>
      </w:r>
    </w:p>
    <w:p>
      <w:pPr>
        <w:jc w:val="right"/>
      </w:pPr>
      <w:r>
        <w:t>The supreme concern of Islam is Allah. I think it is aright statement. Only God is your supreme concern.</w:t>
      </w:r>
    </w:p>
    <w:p>
      <w:r>
        <w:rPr>
          <w:b/>
        </w:rPr>
        <w:t xml:space="preserve">[25:56] </w:t>
      </w:r>
      <w:r>
        <w:t>All other people or other things are subject to God. This is the true Tawhid. This is the true sense of the Tawhid.</w:t>
      </w:r>
    </w:p>
    <w:p>
      <w:pPr>
        <w:jc w:val="right"/>
      </w:pPr>
      <w:r>
        <w:t>All other people or other things are subject to God. This is the true Tawhid. This is the true sense of the Tawhid.</w:t>
      </w:r>
    </w:p>
    <w:p>
      <w:r>
        <w:rPr>
          <w:b/>
        </w:rPr>
        <w:t xml:space="preserve">[26:11] </w:t>
      </w:r>
      <w:r>
        <w:t>This question is from Dr. Farida Khanam from Delhi. The present world is full of corruptions, evils.</w:t>
      </w:r>
    </w:p>
    <w:p>
      <w:pPr>
        <w:jc w:val="right"/>
      </w:pPr>
      <w:r>
        <w:t>This question is from Dr. Farida Khanam from Delhi. The present world is full of corruptions, evils.</w:t>
      </w:r>
    </w:p>
    <w:p>
      <w:r>
        <w:rPr>
          <w:b/>
        </w:rPr>
        <w:t xml:space="preserve">[26:20] </w:t>
      </w:r>
      <w:r>
        <w:t>Why is homosexuality alone regarded so heinous a crime that it invites God's wrath?</w:t>
      </w:r>
    </w:p>
    <w:p>
      <w:pPr>
        <w:jc w:val="right"/>
      </w:pPr>
      <w:r>
        <w:t>Why is homosexuality alone regarded so heinous a crime that it invites God's wrath?</w:t>
      </w:r>
    </w:p>
    <w:p>
      <w:r>
        <w:rPr>
          <w:b/>
        </w:rPr>
        <w:t xml:space="preserve">[26:29] </w:t>
      </w:r>
      <w:r>
        <w:t>I am not saying this. My emphasis is that when the control system collapses, if you see, there are so many other evils.</w:t>
      </w:r>
    </w:p>
    <w:p>
      <w:pPr>
        <w:jc w:val="right"/>
      </w:pPr>
      <w:r>
        <w:t>I am not saying this. My emphasis is that when the control system collapses, if you see, there are so many other evils.</w:t>
      </w:r>
    </w:p>
    <w:p>
      <w:r>
        <w:rPr>
          <w:b/>
        </w:rPr>
        <w:t xml:space="preserve">[26:45] </w:t>
      </w:r>
      <w:r>
        <w:t>But judiciary is giving its verdict against those evils, like murder and steal and all those things.</w:t>
      </w:r>
    </w:p>
    <w:p>
      <w:pPr>
        <w:jc w:val="right"/>
      </w:pPr>
      <w:r>
        <w:t>But judiciary is giving its verdict against those evils, like murder and steal and all those things.</w:t>
      </w:r>
    </w:p>
    <w:p>
      <w:r>
        <w:rPr>
          <w:b/>
        </w:rPr>
        <w:t xml:space="preserve">[26:57] </w:t>
      </w:r>
      <w:r>
        <w:t>Also, there are social consciences. So there are also so many evils. But according to my analysis, according to my experience, there is only evil in our present world where I find that the whole system of control is collapsed: any social conscience, any judicial system, and administrative agency.</w:t>
      </w:r>
    </w:p>
    <w:p>
      <w:pPr>
        <w:jc w:val="right"/>
      </w:pPr>
      <w:r>
        <w:t>Also, there are social consciences. So there are also so many evils. But according to my analysis, according to my experience, there is only evil in our present world where I find that the whole system of control is collapsed: any social conscience, any judicial system, and administrative agency.</w:t>
      </w:r>
    </w:p>
    <w:p>
      <w:r>
        <w:rPr>
          <w:b/>
        </w:rPr>
        <w:t xml:space="preserve">[27:27] </w:t>
      </w:r>
      <w:r>
        <w:t>I can say that no other evil you can refer to that is like this.</w:t>
      </w:r>
    </w:p>
    <w:p>
      <w:pPr>
        <w:jc w:val="right"/>
      </w:pPr>
      <w:r>
        <w:t>I can say that no other evil you can refer to that is like this.</w:t>
      </w:r>
    </w:p>
    <w:p>
      <w:r>
        <w:rPr>
          <w:b/>
        </w:rPr>
        <w:t xml:space="preserve">[27:40] </w:t>
      </w:r>
      <w:r>
        <w:t>According to my knowledge, homosexuality in our present world is the only evil about which all the control system has been collapsed.</w:t>
      </w:r>
    </w:p>
    <w:p>
      <w:pPr>
        <w:jc w:val="right"/>
      </w:pPr>
      <w:r>
        <w:t>According to my knowledge, homosexuality in our present world is the only evil about which all the control system has been collapsed.</w:t>
      </w:r>
    </w:p>
    <w:p>
      <w:r>
        <w:rPr>
          <w:b/>
        </w:rPr>
        <w:t xml:space="preserve">[27:56] </w:t>
      </w:r>
      <w:r>
        <w:t>And also, it is the only habit about which man has evolved, a logically justified philosophy.</w:t>
      </w:r>
    </w:p>
    <w:p>
      <w:pPr>
        <w:jc w:val="right"/>
      </w:pPr>
      <w:r>
        <w:t>And also, it is the only habit about which man has evolved, a logically justified philosophy.</w:t>
      </w:r>
    </w:p>
    <w:p>
      <w:r>
        <w:rPr>
          <w:b/>
        </w:rPr>
        <w:t xml:space="preserve">[28:07] </w:t>
      </w:r>
      <w:r>
        <w:t>No such ideology you can find in, for example, in</w:t>
      </w:r>
    </w:p>
    <w:p>
      <w:pPr>
        <w:jc w:val="right"/>
      </w:pPr>
      <w:r>
        <w:t>No such ideology you can find in, for example, in</w:t>
      </w:r>
    </w:p>
    <w:p>
      <w:r>
        <w:rPr>
          <w:b/>
        </w:rPr>
        <w:t xml:space="preserve">[28:16] </w:t>
      </w:r>
      <w:r>
        <w:t>murder, for example. In theft, you cannot refer to any such ideology in theft or murder or telling a lie.</w:t>
      </w:r>
    </w:p>
    <w:p>
      <w:pPr>
        <w:jc w:val="right"/>
      </w:pPr>
      <w:r>
        <w:t>murder, for example. In theft, you cannot refer to any such ideology in theft or murder or telling a lie.</w:t>
      </w:r>
    </w:p>
    <w:p>
      <w:r>
        <w:rPr>
          <w:b/>
        </w:rPr>
        <w:t xml:space="preserve">[28:29] </w:t>
      </w:r>
      <w:r>
        <w:t>But it is very strange that man has evolved such kinds of ideology, which I say that is a logically justified evil.</w:t>
      </w:r>
    </w:p>
    <w:p>
      <w:pPr>
        <w:jc w:val="right"/>
      </w:pPr>
      <w:r>
        <w:t>But it is very strange that man has evolved such kinds of ideology, which I say that is a logically justified evil.</w:t>
      </w:r>
    </w:p>
    <w:p>
      <w:r>
        <w:rPr>
          <w:b/>
        </w:rPr>
        <w:t xml:space="preserve">[28:39] </w:t>
      </w:r>
      <w:r>
        <w:t>So it is an exceptional situation for homosexuality.</w:t>
      </w:r>
    </w:p>
    <w:p>
      <w:pPr>
        <w:jc w:val="right"/>
      </w:pPr>
      <w:r>
        <w:t>So it is an exceptional situation for homosexuality.</w:t>
      </w:r>
    </w:p>
    <w:p>
      <w:r>
        <w:rPr>
          <w:b/>
        </w:rPr>
        <w:t xml:space="preserve">[28:48] </w:t>
      </w:r>
      <w:r>
        <w:t>This question is from Mr. Idris from Delhi. Will there be freedom in paradise or is freedom only for the pre-death period?</w:t>
      </w:r>
    </w:p>
    <w:p>
      <w:pPr>
        <w:jc w:val="right"/>
      </w:pPr>
      <w:r>
        <w:t>This question is from Mr. Idris from Delhi. Will there be freedom in paradise or is freedom only for the pre-death period?</w:t>
      </w:r>
    </w:p>
    <w:p>
      <w:r>
        <w:rPr>
          <w:b/>
        </w:rPr>
        <w:t xml:space="preserve">[29:01] </w:t>
      </w:r>
      <w:r>
        <w:t>Will there be freedom in paradise or is freedom only meant for the pre-death period?</w:t>
      </w:r>
    </w:p>
    <w:p>
      <w:pPr>
        <w:jc w:val="right"/>
      </w:pPr>
      <w:r>
        <w:t>Will there be freedom in paradise or is freedom only meant for the pre-death period?</w:t>
      </w:r>
    </w:p>
    <w:p>
      <w:r>
        <w:rPr>
          <w:b/>
        </w:rPr>
        <w:t xml:space="preserve">[29:14] </w:t>
      </w:r>
      <w:r>
        <w:t>In paradise, there is freedom. But in paradise, only those people will find entry who</w:t>
      </w:r>
    </w:p>
    <w:p>
      <w:pPr>
        <w:jc w:val="right"/>
      </w:pPr>
      <w:r>
        <w:t>In paradise, there is freedom. But in paradise, only those people will find entry who</w:t>
      </w:r>
    </w:p>
    <w:p>
      <w:r>
        <w:rPr>
          <w:b/>
        </w:rPr>
        <w:t xml:space="preserve">[29:24] </w:t>
      </w:r>
      <w:r>
        <w:t>exercise their freedom in a disciplined</w:t>
      </w:r>
    </w:p>
    <w:p>
      <w:pPr>
        <w:jc w:val="right"/>
      </w:pPr>
      <w:r>
        <w:t>exercise their freedom in a disciplined</w:t>
      </w:r>
    </w:p>
    <w:p>
      <w:r>
        <w:rPr>
          <w:b/>
        </w:rPr>
        <w:t xml:space="preserve">[29:31] </w:t>
      </w:r>
      <w:r>
        <w:t>way. In paradise, there is disciplined freedom. Only those people will find entry who have developed personality, who have developed their soul, who have developed their mind so that they are able to exercise their freedom completely in a disciplined manner.</w:t>
      </w:r>
    </w:p>
    <w:p>
      <w:pPr>
        <w:jc w:val="right"/>
      </w:pPr>
      <w:r>
        <w:t>way. In paradise, there is disciplined freedom. Only those people will find entry who have developed personality, who have developed their soul, who have developed their mind so that they are able to exercise their freedom completely in a disciplined manner.</w:t>
      </w:r>
    </w:p>
    <w:p>
      <w:r>
        <w:rPr>
          <w:b/>
        </w:rPr>
        <w:t xml:space="preserve">[29:52] </w:t>
      </w:r>
      <w:r>
        <w:t>In this world,</w:t>
      </w:r>
    </w:p>
    <w:p>
      <w:pPr>
        <w:jc w:val="right"/>
      </w:pPr>
      <w:r>
        <w:t>In this world,</w:t>
      </w:r>
    </w:p>
    <w:p>
      <w:r>
        <w:rPr>
          <w:b/>
        </w:rPr>
        <w:t xml:space="preserve">[29:56] </w:t>
      </w:r>
      <w:r>
        <w:t>freedom is in both worlds. In this world, there is freedom.</w:t>
      </w:r>
    </w:p>
    <w:p>
      <w:pPr>
        <w:jc w:val="right"/>
      </w:pPr>
      <w:r>
        <w:t>freedom is in both worlds. In this world, there is freedom.</w:t>
      </w:r>
    </w:p>
    <w:p>
      <w:r>
        <w:rPr>
          <w:b/>
        </w:rPr>
        <w:t xml:space="preserve">[30:04] </w:t>
      </w:r>
      <w:r>
        <w:t>In paradise, also, there is freedom. But in this world, there are so many people who are not able to exercise their freedom in a disciplined manner.</w:t>
      </w:r>
    </w:p>
    <w:p>
      <w:pPr>
        <w:jc w:val="right"/>
      </w:pPr>
      <w:r>
        <w:t>In paradise, also, there is freedom. But in this world, there are so many people who are not able to exercise their freedom in a disciplined manner.</w:t>
      </w:r>
    </w:p>
    <w:p>
      <w:r>
        <w:rPr>
          <w:b/>
        </w:rPr>
        <w:t xml:space="preserve">[30:17] </w:t>
      </w:r>
      <w:r>
        <w:t>In paradise, there will be complete freedom. Complete freedom. But this freedom will be given to those persons who will not misuse their freedom because they</w:t>
      </w:r>
    </w:p>
    <w:p>
      <w:pPr>
        <w:jc w:val="right"/>
      </w:pPr>
      <w:r>
        <w:t>In paradise, there will be complete freedom. Complete freedom. But this freedom will be given to those persons who will not misuse their freedom because they</w:t>
      </w:r>
    </w:p>
    <w:p>
      <w:r>
        <w:rPr>
          <w:b/>
        </w:rPr>
        <w:t xml:space="preserve">[30:33] </w:t>
      </w:r>
      <w:r>
        <w:t>have developed personality. Due to their developed mind, they will not misuse their freedom without any compulsion.</w:t>
      </w:r>
    </w:p>
    <w:p>
      <w:pPr>
        <w:jc w:val="right"/>
      </w:pPr>
      <w:r>
        <w:t>have developed personality. Due to their developed mind, they will not misuse their freedom without any compulsion.</w:t>
      </w:r>
    </w:p>
    <w:p>
      <w:r>
        <w:rPr>
          <w:b/>
        </w:rPr>
        <w:t xml:space="preserve">[30:45] </w:t>
      </w:r>
      <w:r>
        <w:t>There is no compulsion in paradise.</w:t>
      </w:r>
    </w:p>
    <w:p>
      <w:pPr>
        <w:jc w:val="right"/>
      </w:pPr>
      <w:r>
        <w:t>There is no compulsion in paradise.</w:t>
      </w:r>
    </w:p>
    <w:p>
      <w:r>
        <w:rPr>
          <w:b/>
        </w:rPr>
        <w:t xml:space="preserve">[30:51] </w:t>
      </w:r>
      <w:r>
        <w:t>This question is from Dr. Farida Khanam from Delhi. When the Quran does not give any importance to political power, how is it that the majority of Muslims believe political power to be their ultimate goal?</w:t>
      </w:r>
    </w:p>
    <w:p>
      <w:pPr>
        <w:jc w:val="right"/>
      </w:pPr>
      <w:r>
        <w:t>This question is from Dr. Farida Khanam from Delhi. When the Quran does not give any importance to political power, how is it that the majority of Muslims believe political power to be their ultimate goal?</w:t>
      </w:r>
    </w:p>
    <w:p>
      <w:r>
        <w:rPr>
          <w:b/>
        </w:rPr>
        <w:t xml:space="preserve">[31:08] </w:t>
      </w:r>
      <w:r>
        <w:t>And they claim to have derived their ideology from the Quran itself.</w:t>
      </w:r>
    </w:p>
    <w:p>
      <w:pPr>
        <w:jc w:val="right"/>
      </w:pPr>
      <w:r>
        <w:t>And they claim to have derived their ideology from the Quran itself.</w:t>
      </w:r>
    </w:p>
    <w:p>
      <w:r>
        <w:rPr>
          <w:b/>
        </w:rPr>
        <w:t xml:space="preserve">[31:15] </w:t>
      </w:r>
      <w:r>
        <w:t>No. These people have derived their ideology from history and not from the Quran. No.</w:t>
      </w:r>
    </w:p>
    <w:p>
      <w:pPr>
        <w:jc w:val="right"/>
      </w:pPr>
      <w:r>
        <w:t>No. These people have derived their ideology from history and not from the Quran. No.</w:t>
      </w:r>
    </w:p>
    <w:p>
      <w:r>
        <w:rPr>
          <w:b/>
        </w:rPr>
        <w:t xml:space="preserve">[31:25] </w:t>
      </w:r>
      <w:r>
        <w:t>It is a fact that in the later periods, Muslims were able to develop a Muslims were able to establish an empire</w:t>
      </w:r>
    </w:p>
    <w:p>
      <w:pPr>
        <w:jc w:val="right"/>
      </w:pPr>
      <w:r>
        <w:t>It is a fact that in the later periods, Muslims were able to develop a Muslims were able to establish an empire</w:t>
      </w:r>
    </w:p>
    <w:p>
      <w:r>
        <w:rPr>
          <w:b/>
        </w:rPr>
        <w:t xml:space="preserve">[31:38] </w:t>
      </w:r>
      <w:r>
        <w:t>. It is a fact. So present Muslims derived their concept, their thinking, their ideology from this history and not from the Quran.</w:t>
      </w:r>
    </w:p>
    <w:p>
      <w:pPr>
        <w:jc w:val="right"/>
      </w:pPr>
      <w:r>
        <w:t>. It is a fact. So present Muslims derived their concept, their thinking, their ideology from this history and not from the Quran.</w:t>
      </w:r>
    </w:p>
    <w:p>
      <w:r>
        <w:rPr>
          <w:b/>
        </w:rPr>
        <w:t xml:space="preserve">[31:50] </w:t>
      </w:r>
      <w:r>
        <w:t>If you survey, if you conduct a survey, you will find that all the Muslims only recite the Quran.</w:t>
      </w:r>
    </w:p>
    <w:p>
      <w:pPr>
        <w:jc w:val="right"/>
      </w:pPr>
      <w:r>
        <w:t>If you survey, if you conduct a survey, you will find that all the Muslims only recite the Quran.</w:t>
      </w:r>
    </w:p>
    <w:p>
      <w:r>
        <w:rPr>
          <w:b/>
        </w:rPr>
        <w:t xml:space="preserve">[32:00] </w:t>
      </w:r>
      <w:r>
        <w:t>No Muslim is able to</w:t>
      </w:r>
    </w:p>
    <w:p>
      <w:pPr>
        <w:jc w:val="right"/>
      </w:pPr>
      <w:r>
        <w:t>No Muslim is able to</w:t>
      </w:r>
    </w:p>
    <w:p>
      <w:r>
        <w:rPr>
          <w:b/>
        </w:rPr>
        <w:t xml:space="preserve">[32:07] </w:t>
      </w:r>
      <w:r>
        <w:t>contemplate the Quran, the Quranic verses. Tadabbur is a completely abandoned practice among Muslims, Tadabbur-e-Quran.</w:t>
      </w:r>
    </w:p>
    <w:p>
      <w:pPr>
        <w:jc w:val="right"/>
      </w:pPr>
      <w:r>
        <w:t>contemplate the Quran, the Quranic verses. Tadabbur is a completely abandoned practice among Muslims, Tadabbur-e-Quran.</w:t>
      </w:r>
    </w:p>
    <w:p>
      <w:r>
        <w:rPr>
          <w:b/>
        </w:rPr>
        <w:t xml:space="preserve">[32:16] </w:t>
      </w:r>
      <w:r>
        <w:t>They only recite, recite, recite. I have met so many alim who know Arabic. I asked you to read the Quran every day.</w:t>
      </w:r>
    </w:p>
    <w:p>
      <w:pPr>
        <w:jc w:val="right"/>
      </w:pPr>
      <w:r>
        <w:t>They only recite, recite, recite. I have met so many alim who know Arabic. I asked you to read the Quran every day.</w:t>
      </w:r>
    </w:p>
    <w:p>
      <w:r>
        <w:rPr>
          <w:b/>
        </w:rPr>
        <w:t xml:space="preserve">[32:28] </w:t>
      </w:r>
      <w:r>
        <w:t>So what is the gist of the Quran? What is the central message of the Quran? It is a state that no one is able to give the answer.</w:t>
      </w:r>
    </w:p>
    <w:p>
      <w:pPr>
        <w:jc w:val="right"/>
      </w:pPr>
      <w:r>
        <w:t>So what is the gist of the Quran? What is the central message of the Quran? It is a state that no one is able to give the answer.</w:t>
      </w:r>
    </w:p>
    <w:p>
      <w:r>
        <w:rPr>
          <w:b/>
        </w:rPr>
        <w:t xml:space="preserve">[32:39] </w:t>
      </w:r>
      <w:r>
        <w:t>They said, "We read the Quran for blessing."</w:t>
      </w:r>
    </w:p>
    <w:p>
      <w:pPr>
        <w:jc w:val="right"/>
      </w:pPr>
      <w:r>
        <w:t>They said, "We read the Quran for blessing."</w:t>
      </w:r>
    </w:p>
    <w:p>
      <w:r>
        <w:rPr>
          <w:b/>
        </w:rPr>
        <w:t xml:space="preserve">[32:45] </w:t>
      </w:r>
      <w:r>
        <w:t>They recite the Quran daily, but they are not able they were not able to give an answer to this question.</w:t>
      </w:r>
    </w:p>
    <w:p>
      <w:pPr>
        <w:jc w:val="right"/>
      </w:pPr>
      <w:r>
        <w:t>They recite the Quran daily, but they are not able they were not able to give an answer to this question.</w:t>
      </w:r>
    </w:p>
    <w:p>
      <w:r>
        <w:rPr>
          <w:b/>
        </w:rPr>
        <w:t xml:space="preserve">[32:57] </w:t>
      </w:r>
      <w:r>
        <w:t>Why?</w:t>
      </w:r>
    </w:p>
    <w:p>
      <w:pPr>
        <w:jc w:val="right"/>
      </w:pPr>
      <w:r>
        <w:t>Why?</w:t>
      </w:r>
    </w:p>
    <w:p>
      <w:r>
        <w:rPr>
          <w:b/>
        </w:rPr>
        <w:t xml:space="preserve">[32:58] </w:t>
      </w:r>
      <w:r>
        <w:t>Because they recite the Quran only for blessing and not for Tadabbur, that is contemplation.</w:t>
      </w:r>
    </w:p>
    <w:p>
      <w:pPr>
        <w:jc w:val="right"/>
      </w:pPr>
      <w:r>
        <w:t>Because they recite the Quran only for blessing and not for Tadabbur, that is contemplation.</w:t>
      </w:r>
    </w:p>
    <w:p>
      <w:r>
        <w:rPr>
          <w:b/>
        </w:rPr>
        <w:t xml:space="preserve">[33:10] </w:t>
      </w:r>
      <w:r>
        <w:t>It is very sad that Muslims have</w:t>
      </w:r>
    </w:p>
    <w:p>
      <w:pPr>
        <w:jc w:val="right"/>
      </w:pPr>
      <w:r>
        <w:t>It is very sad that Muslims have</w:t>
      </w:r>
    </w:p>
    <w:p>
      <w:r>
        <w:rPr>
          <w:b/>
        </w:rPr>
        <w:t xml:space="preserve">[33:19] </w:t>
      </w:r>
      <w:r>
        <w:t>adopted the Quran as a book of recitation and not as a book of contemplation.</w:t>
      </w:r>
    </w:p>
    <w:p>
      <w:pPr>
        <w:jc w:val="right"/>
      </w:pPr>
      <w:r>
        <w:t>adopted the Quran as a book of recitation and not as a book of contemplation.</w:t>
      </w:r>
    </w:p>
    <w:p>
      <w:r>
        <w:rPr>
          <w:b/>
        </w:rPr>
        <w:t xml:space="preserve">[33:28] </w:t>
      </w:r>
      <w:r>
        <w:t>Okay, we will end the question-answer session now.</w:t>
      </w:r>
    </w:p>
    <w:p>
      <w:pPr>
        <w:jc w:val="right"/>
      </w:pPr>
      <w:r>
        <w:t>Okay, we will end the question-answer session now.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