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Story of Prophet Yusuf Part 3 July 17, 2022</w:t>
      </w:r>
    </w:p>
    <w:p>
      <w:r>
        <w:t>https://youtu.be/IweBlcs49uM</w:t>
      </w:r>
    </w:p>
    <w:p>
      <w:r>
        <w:rPr>
          <w:b/>
        </w:rPr>
        <w:t xml:space="preserve">[00:12] </w:t>
      </w:r>
      <w:r>
        <w:t>assalam o alaikum! aaj hum prophet yusuf ki surah ki charcha karenge. prophet yusuf ki yeh surah bohat exceptional surah hai kyunke quran ke tamam 114 surah mein se yeh ek wahed surah hai jis mein poori kahani ko bayan kiya gaya hai aur message ke aitbar se bhi yeh exceptional hai.</w:t>
      </w:r>
    </w:p>
    <w:p>
      <w:pPr>
        <w:jc w:val="right"/>
      </w:pPr>
      <w:r>
        <w:t>السلام علیکم! آج ہم پرافٹ یوسف کی سورہ کی چرچا کریں گے۔ پرافٹ یوسف کی یہ سورہ بہت ایکسیپشنل سورہ ہے کیونکہ قرآن کے تمام 114 سورہ میں سے یہ ایک واحد سورہ ہے جس میں پوری کہانی کو بیان کیا گیا ہے اور میسج کے اعتبار سے بھی یہ ایکسیپشنل ہے۔</w:t>
      </w:r>
    </w:p>
    <w:p>
      <w:r>
        <w:rPr>
          <w:b/>
        </w:rPr>
        <w:t xml:space="preserve">[00:34] </w:t>
      </w:r>
      <w:r>
        <w:t>pichlay do session mein hum ne doctor saniya hasnain khan sahib se prophet yusuf ki zindagi mein hum sab ke liye kya sabak hai us ko jana.</w:t>
      </w:r>
    </w:p>
    <w:p>
      <w:pPr>
        <w:jc w:val="right"/>
      </w:pPr>
      <w:r>
        <w:t>پچھلے دو سیشن میں ہم نے ڈاکٹر ثانیہ حسنین خان صاحب سے پرافٹ یوسف کی زندگی میں ہم سب کے لیے کیا سبق ہے اس کو جانا۔</w:t>
      </w:r>
    </w:p>
    <w:p>
      <w:r>
        <w:rPr>
          <w:b/>
        </w:rPr>
        <w:t xml:space="preserve">[00:43] </w:t>
      </w:r>
      <w:r>
        <w:t>to chaliye aaj kahani ko aage badhate hain aur baat cheet karte hain doctor sahib ke sath. Assalam o alaikum doctor sahib, kaise hain aap? Wa alaikum assalam Alhamdulillah, aap kaise hain?</w:t>
      </w:r>
    </w:p>
    <w:p>
      <w:pPr>
        <w:jc w:val="right"/>
      </w:pPr>
      <w:r>
        <w:t>تو چلیے آج کہانی کو آگے بڑھاتے ہیں اور بات چیت کرتے ہیں ڈاکٹر صاحب کے ساتھ۔ السلام علیکم ڈاکٹر صاحب، کیسے ہیں آپ؟ وعلیکم السلام الحمدللہ، آپ کیسے ہیں؟</w:t>
      </w:r>
    </w:p>
    <w:p>
      <w:r>
        <w:rPr>
          <w:b/>
        </w:rPr>
        <w:t xml:space="preserve">[00:53] </w:t>
      </w:r>
      <w:r>
        <w:t>Alhamdulillah. Doctor sahib, pichhle do sessions bohat interesting rahe aur logon ne bohat pasand kiya. Alhamdulillah. To ab kahani ko hum aage badhate hain.</w:t>
      </w:r>
    </w:p>
    <w:p>
      <w:pPr>
        <w:jc w:val="right"/>
      </w:pPr>
      <w:r>
        <w:t>الحمدللہ۔ ڈاکٹر صاحب، پچھلے دو سیشنز بہت انٹرسٹنگ رہے اور لوگوں نے بہت پسند کیا۔ الحمدللہ۔ تو اب کہانی کو ہم آگے بڑھاتے ہیں۔</w:t>
      </w:r>
    </w:p>
    <w:p>
      <w:r>
        <w:rPr>
          <w:b/>
        </w:rPr>
        <w:t xml:space="preserve">[01:02] </w:t>
      </w:r>
      <w:r>
        <w:t>Pichhle session mein doctor sahib hum yeh baat cheet kar rahe the ke kis tarah badshah ko ek bohat hi anokha khwab aa</w:t>
      </w:r>
    </w:p>
    <w:p>
      <w:pPr>
        <w:jc w:val="right"/>
      </w:pPr>
      <w:r>
        <w:t>پچھلے سیشن میں ڈاکٹر صاحب ہم یہ بات چیت کر رہے تھے کہ کس طرح بادشاہ کو ایک بہت ہی انوکھا خواب آ</w:t>
      </w:r>
    </w:p>
    <w:p>
      <w:r>
        <w:rPr>
          <w:b/>
        </w:rPr>
        <w:t xml:space="preserve">[01:09] </w:t>
      </w:r>
      <w:r>
        <w:t>ta hai aur phir uski taabeer prophet Yūsuf karte hain. Jab prophet Yūsuf ki taabeer badshah ko pata chalti hai to woh bohat khush hote hain aur woh apne cup bearer yani saqi ko kehte hain ke poori izzat aur honor ke sath unko shahi mahal mein laya jaye.</w:t>
      </w:r>
    </w:p>
    <w:p>
      <w:pPr>
        <w:jc w:val="right"/>
      </w:pPr>
      <w:r>
        <w:t>تا ہے اور پھر اس کی تعبیر پرافٹ یوسف کرتے ہیں۔ جب پرافٹ یوسف کی تعبیر بادشاہ کو پتہ چلتی ہے تو وہ بہت خوش ہوتے ہیں اور وہ اپنے کپ بیئرر یعنی ساقی کو کہتے ہیں کہ پوری عزت اور آنر کے ساتھ ان کو شاہی محل میں لایا جائے۔</w:t>
      </w:r>
    </w:p>
    <w:p>
      <w:r>
        <w:rPr>
          <w:b/>
        </w:rPr>
        <w:t xml:space="preserve">[01:26] </w:t>
      </w:r>
      <w:r>
        <w:t>To yeh qissa yahan se kaise aage badhta hai, doctor sahib is ke baray mein hum sab ko bataiye.</w:t>
      </w:r>
    </w:p>
    <w:p>
      <w:pPr>
        <w:jc w:val="right"/>
      </w:pPr>
      <w:r>
        <w:t>تو یہ قصہ یہاں سے کیسے آگے بڑھتا ہے، ڈاکٹر صاحب اس کے بارے میں ہم سب کو بتائیے۔</w:t>
      </w:r>
    </w:p>
    <w:p>
      <w:r>
        <w:rPr>
          <w:b/>
        </w:rPr>
        <w:t xml:space="preserve">[01:33] </w:t>
      </w:r>
      <w:r>
        <w:t>Jee Inshallah. To jaisa aap ne bataya ke cup bearer ne Hazrat Yūsuf Alaihis salam se mulaqat ki jail mein aur Yūsuf Alaihis salam ne king ke khwab ki bohat hi achhi taabeer ki, bohat achha interpretation kiya.</w:t>
      </w:r>
    </w:p>
    <w:p>
      <w:pPr>
        <w:jc w:val="right"/>
      </w:pPr>
      <w:r>
        <w:t>جی انشاءاللہ۔ تو جیسا آپ نے بتایا کہ کپ بیئرر نے حضرت یوسف علیہ السلام سے ملاقات کی جیل میں اور یوسف علیہ السلام نے کنگ کے خواب کی بہت ہی اچھی تعبیر کی، بہت اچھا انٹرپریٹیشن دیا۔</w:t>
      </w:r>
    </w:p>
    <w:p>
      <w:r>
        <w:rPr>
          <w:b/>
        </w:rPr>
        <w:t xml:space="preserve">[01:50] </w:t>
      </w:r>
      <w:r>
        <w:t>To bohat hi khushi ke sath cup bearer saqi mahal ki taraf gaya aur ja ke wahan badshah ko bataya</w:t>
      </w:r>
    </w:p>
    <w:p>
      <w:pPr>
        <w:jc w:val="right"/>
      </w:pPr>
      <w:r>
        <w:t>تو بہت ہی خوشی کے ساتھ کپ بیئرر ساقی محل کی طرف گیا اور جا کے وہاں بادشاہ کو بتایا</w:t>
      </w:r>
    </w:p>
    <w:p>
      <w:r>
        <w:rPr>
          <w:b/>
        </w:rPr>
        <w:t xml:space="preserve">[01:59] </w:t>
      </w:r>
      <w:r>
        <w:t>To badshah ko bhi bohat pasand aaya yeh khwab ki jo taabeer Hazrat Yūsuf Alaihis salam ne batayi thi. To badshah ne kaha apne logon se ke Yūsuf Alaihis salam ko mahal mein layein izzat ke sath</w:t>
      </w:r>
    </w:p>
    <w:p>
      <w:pPr>
        <w:jc w:val="right"/>
      </w:pPr>
      <w:r>
        <w:t>تو بادشاہ کو بھی بہت پسند آیا یہ خواب کی جو تعبیر حضرت یوسف علیہ السلام نے بتائی تھی۔ تو بادشاہ نے کہا اپنے لوگوں سے کہ یوسف علیہ السلام کو محل میں لائیں عزت کے ساتھ</w:t>
      </w:r>
    </w:p>
    <w:p>
      <w:r>
        <w:rPr>
          <w:b/>
        </w:rPr>
        <w:t xml:space="preserve">[02:16] </w:t>
      </w:r>
      <w:r>
        <w:t>. To badshah ke jo karinday the woh pohanchay jail mein aur bataya ke badshah aap ko bulana bula rahe hain, aap ko mahal mein bulaya hai.</w:t>
      </w:r>
    </w:p>
    <w:p>
      <w:pPr>
        <w:jc w:val="right"/>
      </w:pPr>
      <w:r>
        <w:t>۔ تو بادشاہ کے جو کارندے تھے وہ پہنچے جیل میں اور بتایا کہ بادشاہ آپ کو بلانا بلا رہے ہیں، آپ کو محل میں بلایا ہے۔</w:t>
      </w:r>
    </w:p>
    <w:p>
      <w:r>
        <w:rPr>
          <w:b/>
        </w:rPr>
        <w:t xml:space="preserve">[02:30] </w:t>
      </w:r>
      <w:r>
        <w:t>To Yūsuf Alaihis salam ne kaha ke main jab tak jail se bahar nahi aaunga jab tak ke mere upar jo jhoote ilzamat lagaye gaye hain woh poori tarah se khatam na ho jayen.</w:t>
      </w:r>
    </w:p>
    <w:p>
      <w:pPr>
        <w:jc w:val="right"/>
      </w:pPr>
      <w:r>
        <w:t>تو یوسف علیہ السلام نے کہا کہ میں جب تک جیل سے باہر نہیں آؤں گا جب تک کہ میرے اوپر جو جھوٹے الزامات لگائے گئے ہیں وہ پوری طرح سے ختم نہ ہو جائیں۔</w:t>
      </w:r>
    </w:p>
    <w:p>
      <w:r>
        <w:rPr>
          <w:b/>
        </w:rPr>
        <w:t xml:space="preserve">[02:44] </w:t>
      </w:r>
      <w:r>
        <w:t>To asal mein chunke Hazrat Yūsuf Alaihis salam ek paighambar the, unko ek paighambarana role ada karna tha.</w:t>
      </w:r>
    </w:p>
    <w:p>
      <w:pPr>
        <w:jc w:val="right"/>
      </w:pPr>
      <w:r>
        <w:t>تو اصل میں چونکہ حضرت یوسف علیہ السلام ایک پیغمبر تھے، ان کو ایک پیغمبرانہ رول ادا کرنا تھا۔</w:t>
      </w:r>
    </w:p>
    <w:p>
      <w:r>
        <w:rPr>
          <w:b/>
        </w:rPr>
        <w:t xml:space="preserve">[02:54] </w:t>
      </w:r>
      <w:r>
        <w:t>To yeh woh chahte the ke jab tak ke jo jhoote ilzamat hain woh poori tarah se un se bari na ho jayen aur unka character poori tarah se dhoal ke bilkul saaf ho jaye, kirdaar saaf aa jaye taake aindah jab woh paighambarana role apna ada karenge to woh un ke liye aasani ho.</w:t>
      </w:r>
    </w:p>
    <w:p>
      <w:pPr>
        <w:jc w:val="right"/>
      </w:pPr>
      <w:r>
        <w:t>تو یہ وہ چاہتے تھے کہ جب تک کہ جو جھوٹے الزامات ہیں وہ پوری طرح سے ان سے بری نہ ہو جائیں اور ان کا کریکٹر پوری طرح سے دھل کے بالکل صاف ہو جائے، کردار صاف آ جائے تاکہ آئندہ جب وہ پیغمبرانہ رول اپنا ادا کریں گے تو وہ ان کے لیے آسانی ہو۔</w:t>
      </w:r>
    </w:p>
    <w:p>
      <w:r>
        <w:rPr>
          <w:b/>
        </w:rPr>
        <w:t xml:space="preserve">[03:22] </w:t>
      </w:r>
      <w:r>
        <w:t>Hazrat Muhammad Sallallahu Alaihi Wasallam ne ek bar kaha tha ke "lau lubista fi as-sijn ma lubisa Yūsuf la'ajiba ad-dā'ī" yani Yūsuf Alaihis salam jitne saal yani jitni bari muddat jail mein rahe,</w:t>
      </w:r>
    </w:p>
    <w:p>
      <w:pPr>
        <w:jc w:val="right"/>
      </w:pPr>
      <w:r>
        <w:t>حضرت محمد صلی اللہ علیہ وسلم نے ایک بار کہا تھا کہ "لو لبست فی السجن ما لبس یوسف لعجبت الداعی" یعنی یوسف علیہ السلام جتنے سال یعنی جتنی بڑی مدت جیل میں رہے،</w:t>
      </w:r>
    </w:p>
    <w:p>
      <w:r>
        <w:rPr>
          <w:b/>
        </w:rPr>
        <w:t xml:space="preserve">[03:41] </w:t>
      </w:r>
      <w:r>
        <w:t>agar main rehta itni lambi muddat aur badshah ke log aate mere pas ke chalo to main foran bahar aa jata j</w:t>
      </w:r>
    </w:p>
    <w:p>
      <w:pPr>
        <w:jc w:val="right"/>
      </w:pPr>
      <w:r>
        <w:t>اگر میں رہتا اتنی لمبی مدت اور بادشاہ کے لوگ آتے میرے پاس کہ چلو تو میں فوراً باہر آ جاتا ج</w:t>
      </w:r>
    </w:p>
    <w:p>
      <w:r>
        <w:rPr>
          <w:b/>
        </w:rPr>
        <w:t xml:space="preserve">[03:50] </w:t>
      </w:r>
      <w:r>
        <w:t>ail se. To is se andaza hota hai ke kitni bari kitni bari muddat Hazrat Yūsuf Alaihis salam rahe honge aur kitna mushkil raha hoga.</w:t>
      </w:r>
    </w:p>
    <w:p>
      <w:pPr>
        <w:jc w:val="right"/>
      </w:pPr>
      <w:r>
        <w:t>یل سے۔ تو اس سے اندازہ ہوتا ہے کہ کتنی بڑی کتنی بڑی مدت حضرت یوسف علیہ السلام رہے ہوں گے اور کتنا مشکل رہا ہوگا۔</w:t>
      </w:r>
    </w:p>
    <w:p>
      <w:r>
        <w:rPr>
          <w:b/>
        </w:rPr>
        <w:t xml:space="preserve">[03:59] </w:t>
      </w:r>
      <w:r>
        <w:t>Kitabon mein aata hai taqreeban saat saal Yūsuf Alaihis salam jail mein rahe. Jee jee jee. To doctor sahib, jaise aap ne bataya ke prophet Yūsuf ne kaha ke matlab pehle mere charges ko le kar aap faisla kijiye.</w:t>
      </w:r>
    </w:p>
    <w:p>
      <w:pPr>
        <w:jc w:val="right"/>
      </w:pPr>
      <w:r>
        <w:t>کتابوں میں آتا ہے تقریباً سات سال یوسف علیہ السلام جیل میں رہے۔ جی جی جی۔ تو ڈاکٹر صاحب، جیسے آپ نے بتایا کہ پرافٹ یوسف نے کہا کہ مطلب پہلے میرے چارجز کو لے کر آپ فیصلہ کیجئے۔</w:t>
      </w:r>
    </w:p>
    <w:p>
      <w:r>
        <w:rPr>
          <w:b/>
        </w:rPr>
        <w:t xml:space="preserve">[04:15] </w:t>
      </w:r>
      <w:r>
        <w:t>To jab badshah ko yeh pata chala, unhon ne phir Zulaikha aur un tamam auraton ko bulaya aur un ko confront kiya aur un se poocha is ilzam ke baray mein jo prophet Yūsuf ke upar lagaya gaya tha.</w:t>
      </w:r>
    </w:p>
    <w:p>
      <w:pPr>
        <w:jc w:val="right"/>
      </w:pPr>
      <w:r>
        <w:t>تو جب بادشاہ کو یہ پتہ چلا، انہوں نے پھر زلیخا اور ان تمام عورتوں کو بلایا اور ان کو کنفرنٹ کیا اور ان سے پوچھا اس الزام کے بارے میں جو پرافٹ یوسف کے اوپر لگایا گیا۔</w:t>
      </w:r>
    </w:p>
    <w:p>
      <w:r>
        <w:rPr>
          <w:b/>
        </w:rPr>
        <w:t xml:space="preserve">[04:27] </w:t>
      </w:r>
      <w:r>
        <w:t>To is qisse ke baray mein bhi hum sab ko bataiye.</w:t>
      </w:r>
    </w:p>
    <w:p>
      <w:pPr>
        <w:jc w:val="right"/>
      </w:pPr>
      <w:r>
        <w:t>تو اس قصے کے بارے میں بھی ہم سب کو بتائیے۔</w:t>
      </w:r>
    </w:p>
    <w:p>
      <w:r>
        <w:rPr>
          <w:b/>
        </w:rPr>
        <w:t xml:space="preserve">[04:31] </w:t>
      </w:r>
      <w:r>
        <w:t>To jab badshah ko yeh pata chala ke kuch ladies ne ilzam lagaya hai Hazrat Yūsuf Alaihis salam ko aur be buniyad ilzam hain woh sare aur is ki bina par unhein jail mein daal diya gaya hai, to badshah ne sari ladies ko bulaya aur Zulaikha ko bhi bulaya.</w:t>
      </w:r>
    </w:p>
    <w:p>
      <w:pPr>
        <w:jc w:val="right"/>
      </w:pPr>
      <w:r>
        <w:t>تو جب بادشاہ کو یہ پتہ چلا کہ کچھ لیڈیز نے الزام لگایا ہے حضرت یوسف علیہ السلام کو اور بے بنیاد الزام ہیں وہ سارے اور اس کی بنا پر انہیں جیل میں ڈال دیا گیا ہے، تو بادشاہ نے ساری لیڈیز کو بلایا اور زلیخا کو بھی بلایا۔</w:t>
      </w:r>
    </w:p>
    <w:p>
      <w:r>
        <w:rPr>
          <w:b/>
        </w:rPr>
        <w:t xml:space="preserve">[04:48] </w:t>
      </w:r>
      <w:r>
        <w:t>Kitabon mein aata hai taqreeban chalis ladies thi woh. Jee. To the king confronted them and said "tell me the whole truth" jo sach hai woh sach sach bata do sari baat.</w:t>
      </w:r>
    </w:p>
    <w:p>
      <w:pPr>
        <w:jc w:val="right"/>
      </w:pPr>
      <w:r>
        <w:t>کتابوں میں آتا ہے تقریباً چالیس لیڈیز تھیں وہ۔ جی۔ تو the king confronted them and said "tell me the whole truth" جو سچ ہے وہ سچ سچ بتا دو ساری بات۔</w:t>
      </w:r>
    </w:p>
    <w:p>
      <w:r>
        <w:rPr>
          <w:b/>
        </w:rPr>
        <w:t xml:space="preserve">[05:00] </w:t>
      </w:r>
      <w:r>
        <w:t>To ladies ne kaha "hasha lillah, God save us, ma 'alimna 'alayhi min soo" hamein koi buri cheez Yūsuf ke andar nahi nazar aayi.</w:t>
      </w:r>
    </w:p>
    <w:p>
      <w:pPr>
        <w:jc w:val="right"/>
      </w:pPr>
      <w:r>
        <w:t>تو لیڈیز نے کہا "حاشا للہ، گاڈ سیو اس، ما علمنا علیہ من سو" ہمیں کوئی بری چیز یوسف کے اندر نہیں نظر آئی۔</w:t>
      </w:r>
    </w:p>
    <w:p>
      <w:r>
        <w:rPr>
          <w:b/>
        </w:rPr>
        <w:t xml:space="preserve">[05:11] </w:t>
      </w:r>
      <w:r>
        <w:t>Aur jo Zulaikha thi, Aziz ki wife, qalat "umrat al-'aziz", Aziz ki wife ne kaha "now has has al-haqq,</w:t>
      </w:r>
    </w:p>
    <w:p>
      <w:pPr>
        <w:jc w:val="right"/>
      </w:pPr>
      <w:r>
        <w:t>اور جو زلیخا تھی، عزیز کی وائف، قالت "عمرۃ العزیز"، عزیز کی وائف نے کہا "الان حس حس الحق،</w:t>
      </w:r>
    </w:p>
    <w:p>
      <w:r>
        <w:rPr>
          <w:b/>
        </w:rPr>
        <w:t xml:space="preserve">[05:27] </w:t>
      </w:r>
      <w:r>
        <w:t>now the truth has come to light</w:t>
      </w:r>
    </w:p>
    <w:p>
      <w:pPr>
        <w:jc w:val="right"/>
      </w:pPr>
      <w:r>
        <w:t>ناو دا ٹروتھ ہیز کم ٹو لائ</w:t>
      </w:r>
    </w:p>
    <w:p>
      <w:r>
        <w:rPr>
          <w:b/>
        </w:rPr>
        <w:t xml:space="preserve">[05:29] </w:t>
      </w:r>
      <w:r>
        <w:t>" sachai sab ke samne aa gayi hai. Maine hi phislane ki koshish ki thi aur woh sadiq logon mein se hai.</w:t>
      </w:r>
    </w:p>
    <w:p>
      <w:pPr>
        <w:jc w:val="right"/>
      </w:pPr>
      <w:r>
        <w:t>ٹ" سچائی سب کے سامنے آ گئی ہے۔ میں نے ہی پھسلانے کی کوشش کی تھی اور وہ صادق لوگوں میں سے ہے۔</w:t>
      </w:r>
    </w:p>
    <w:p>
      <w:r>
        <w:rPr>
          <w:b/>
        </w:rPr>
        <w:t xml:space="preserve">[05:37] </w:t>
      </w:r>
      <w:r>
        <w:t>"innahu la min as-sādiqīn" ke Yūsuf sachay sachay logon mein se hai. To yeh baat bilkul wazeh ho gayi ke yeh ek jhoota ilzam tha.</w:t>
      </w:r>
    </w:p>
    <w:p>
      <w:pPr>
        <w:jc w:val="right"/>
      </w:pPr>
      <w:r>
        <w:t>"إنه لمن الصادقين" کہ یوسف سچے سچے لوگوں میں سے ہے۔ تو یہ بات بالکل واضح ہوگئی کہ یہ ایک جھوٹا الزام تھا۔</w:t>
      </w:r>
    </w:p>
    <w:p>
      <w:r>
        <w:rPr>
          <w:b/>
        </w:rPr>
        <w:t xml:space="preserve">[05:52] </w:t>
      </w:r>
      <w:r>
        <w:t>ji. maulana ne tazkir ul quran mein likha hai is ayat ko explain karte hue ke zulekha ka yeh iqrar itna azeem hai ke ajab nahi ke is ke baad us ko imaan ki tofeeq de di gayi ho.</w:t>
      </w:r>
    </w:p>
    <w:p>
      <w:pPr>
        <w:jc w:val="right"/>
      </w:pPr>
      <w:r>
        <w:t>جی۔ مولانا نے تذکیر القرآن میں لکھا ہے اس آیت کو ایکسپلین کرتے ہوئے کہ زلیخا کا یہ اقرار اتنا عظیم ہے کہ عجب نہیں کہ اس کے بعد اس کو ایمان کی توفیق دے دی گئی ہو۔</w:t>
      </w:r>
    </w:p>
    <w:p>
      <w:r>
        <w:rPr>
          <w:b/>
        </w:rPr>
        <w:t xml:space="preserve">[06:06] </w:t>
      </w:r>
      <w:r>
        <w:t>yaqeenan yaqeenan. ji. aur doctor sahib, yeh ek is se ek hum sab ke liye bhi ek seekh hai ke apni ghalti ko foran manna aur yeh nahi ke aap ghalti karein aur privately maaf maaf mangen.</w:t>
      </w:r>
    </w:p>
    <w:p>
      <w:pPr>
        <w:jc w:val="right"/>
      </w:pPr>
      <w:r>
        <w:t>یقینا یقینا۔ جی۔ اور ڈاکٹر صاحب، یہ ایک اس سے ایک ہم سب کے لیے بھی ایک سیکھ ہے کہ اپنی غلطی کو فوراً ماننا اور یہ نہیں کہ آپ غلطی کریں اور پرائیویٹلی معاف معافی مانگیں۔</w:t>
      </w:r>
    </w:p>
    <w:p>
      <w:r>
        <w:rPr>
          <w:b/>
        </w:rPr>
        <w:t xml:space="preserve">[06:21] </w:t>
      </w:r>
      <w:r>
        <w:t>agar</w:t>
      </w:r>
    </w:p>
    <w:p>
      <w:pPr>
        <w:jc w:val="right"/>
      </w:pPr>
      <w:r>
        <w:t>اگر</w:t>
      </w:r>
    </w:p>
    <w:p>
      <w:r>
        <w:rPr>
          <w:b/>
        </w:rPr>
        <w:t xml:space="preserve">[06:22] </w:t>
      </w:r>
      <w:r>
        <w:t>hum dekhein ke zulekha ka aap ne jis tarah bataya itna azeem yeh amal tha ke darbar mein poore darbar mein badshah ke samne unhon ne apni ghalti ka iqrar kiya, bohat himmat chahiye, bohat courage chahiye.</w:t>
      </w:r>
    </w:p>
    <w:p>
      <w:pPr>
        <w:jc w:val="right"/>
      </w:pPr>
      <w:r>
        <w:t>ہم دیکھیں کہ زلیخا کا آپ نے جس طرح بتایا اتنا عظیم یہ عمل تھا کہ دربار میں پورے دربار میں بادشاہ کے سامنے انہوں نے اپنی غلطی کا اقرار کیا، بہت ہمت چاہیے، بہت کرج چاہیے۔</w:t>
      </w:r>
    </w:p>
    <w:p>
      <w:r>
        <w:rPr>
          <w:b/>
        </w:rPr>
        <w:t xml:space="preserve">[06:34] </w:t>
      </w:r>
      <w:r>
        <w:t>aur isi liye un ko Allah taala ne baad mein yaqeenan tofeeq di hogi. maulana wahiduddin khan sahib kaha karte the hamesha ke hamesha se jaldi se bol dijiye "I was wrong" kyun ke if you say that I was wrong, you decondition yourself, y</w:t>
      </w:r>
    </w:p>
    <w:p>
      <w:pPr>
        <w:jc w:val="right"/>
      </w:pPr>
      <w:r>
        <w:t>اور اسی لیے ان کو اللہ تعالی نے بعد میں یقینا توفیق دی ہوگی۔ مولانا وحید الدین خان صاحب کہا کرتے تھے ہمیشہ کہ ہمیشہ سے جلدی سے بول دیجئے "I was wrong" کیونکہ if you say that I was wrong, you decondition yourself, y</w:t>
      </w:r>
    </w:p>
    <w:p>
      <w:r>
        <w:rPr>
          <w:b/>
        </w:rPr>
        <w:t xml:space="preserve">[06:51] </w:t>
      </w:r>
      <w:r>
        <w:t>ou go towards nature, and that's how you grow intellectually. aur aap Khuda se bhi qareeb tabhi aap aa sakte hain jab aap ke andar sachai ho aur aap ke andar woh taqat ho ke aap apni ghalti ko qabool karein, yeh na sochein ke log kya kahenge.</w:t>
      </w:r>
    </w:p>
    <w:p>
      <w:pPr>
        <w:jc w:val="right"/>
      </w:pPr>
      <w:r>
        <w:t>ou go towards nature, and that's how you grow intellectually. اور آپ خدا سے بھی قریب تبھی آپ آ سکتے ہیں جب آپ کے اندر سچائی ہو اور آپ کے اندر وہ طاقت ہو کہ آپ اپنی غلطی کو قبول کریں، یہ نہ سوچیں کہ لوگ کیا کہیں گے۔</w:t>
      </w:r>
    </w:p>
    <w:p>
      <w:r>
        <w:rPr>
          <w:b/>
        </w:rPr>
        <w:t xml:space="preserve">[07:07] </w:t>
      </w:r>
      <w:r>
        <w:t>maulana kehte the ghalti na ho tab bhi "I was wrong" keh rahe hain. tab bhi "I was wrong". ji ji ji. to bohat achhe se aap ne is ko waz</w:t>
      </w:r>
    </w:p>
    <w:p>
      <w:pPr>
        <w:jc w:val="right"/>
      </w:pPr>
      <w:r>
        <w:t>مولانا کہتے تھے غلطی نہ ہو تب بھی "I was wrong" کہہ رہے ہیں۔ تب بھی "I was wrong"۔ جی جی جی۔ تو بہت اچھے سے آپ نے اس کو واض</w:t>
      </w:r>
    </w:p>
    <w:p>
      <w:r>
        <w:rPr>
          <w:b/>
        </w:rPr>
        <w:t xml:space="preserve">[07:14] </w:t>
      </w:r>
      <w:r>
        <w:t>h kiya. doctor sahib, main yeh janna chahunga ke phir is ke baad jab prophet yusuf ko pata chala ke zulekha ne apni ghalti ka iqrar kar liya hai to kya reaction tha un ka?</w:t>
      </w:r>
    </w:p>
    <w:p>
      <w:pPr>
        <w:jc w:val="right"/>
      </w:pPr>
      <w:r>
        <w:t>ح کیا۔ ڈاکٹر صاحب، میں یہ جاننا چاہوں گا کہ پھر اس کے بعد جب پرافٹ یوسف کو پتہ چلا کہ زلیخا نے اپنی غلطی کا اقرار کر لیا ہے تو کیا ری ایکشن تھا ان کا؟</w:t>
      </w:r>
    </w:p>
    <w:p>
      <w:r>
        <w:rPr>
          <w:b/>
        </w:rPr>
        <w:t xml:space="preserve">[07:26] </w:t>
      </w:r>
      <w:r>
        <w:t>is ke bare mein bataiye.</w:t>
      </w:r>
    </w:p>
    <w:p>
      <w:pPr>
        <w:jc w:val="right"/>
      </w:pPr>
      <w:r>
        <w:t>اس کے بارے میں بتائیے۔</w:t>
      </w:r>
    </w:p>
    <w:p>
      <w:r>
        <w:rPr>
          <w:b/>
        </w:rPr>
        <w:t xml:space="preserve">[07:28] </w:t>
      </w:r>
      <w:r>
        <w:t>jab yusuf alaihissalam ko maloom hua ke zulekha ne apne jurm ka iqrar kar liya hai aur sare ilzamat se woh bari ho gaye hain to unhon ne Allah ka shukr ada kiya aur ek bohat achhi baat kahi, kaha ke jo Aziz Misr hai, jo un ka aaqa tha, us ko ab yeh pata chal jayega ke maine us ke peeth peeche koi burai nahi ki.</w:t>
      </w:r>
    </w:p>
    <w:p>
      <w:pPr>
        <w:jc w:val="right"/>
      </w:pPr>
      <w:r>
        <w:t>جب یوسف علیہ السلام کو معلوم ہوا کہ زلیخا نے اپنے جرم کا اقرار کر لیا ہے اور سارے الزامات سے وہ بری ہو گئے ہیں تو انہوں نے اللہ کا شکر ادا کیا اور ایک بہت اچھی بات کہی، کہا کہ جو عزیز مصر ہے، جو ان کا آقا تھا، اس کو اب یہ پتہ چل جائے گا کہ میں نے اس کے پیٹھ پیچھے کوئی برائی نہیں کی۔</w:t>
      </w:r>
    </w:p>
    <w:p>
      <w:r>
        <w:rPr>
          <w:b/>
        </w:rPr>
        <w:t xml:space="preserve">[07:54] </w:t>
      </w:r>
      <w:r>
        <w:t>ji</w:t>
      </w:r>
    </w:p>
    <w:p>
      <w:pPr>
        <w:jc w:val="right"/>
      </w:pPr>
      <w:r>
        <w:t>جی</w:t>
      </w:r>
    </w:p>
    <w:p>
      <w:r>
        <w:rPr>
          <w:b/>
        </w:rPr>
        <w:t xml:space="preserve">[07:55] </w:t>
      </w:r>
      <w:r>
        <w:t>zhalika liyalam annahu lam yakhunhu bilghayb ke "I have not betrayed behind his back".</w:t>
      </w:r>
    </w:p>
    <w:p>
      <w:pPr>
        <w:jc w:val="right"/>
      </w:pPr>
      <w:r>
        <w:t>ذالک لیا علمہ انی لم اخنہ بالغیب کہ "I have not betrayed behind his back"۔</w:t>
      </w:r>
    </w:p>
    <w:p>
      <w:r>
        <w:rPr>
          <w:b/>
        </w:rPr>
        <w:t xml:space="preserve">[08:04] </w:t>
      </w:r>
      <w:r>
        <w:t>ji. yani un ko yeh ehsas tha ke mera jo aaqa hai jis ne mujhe slave ke taur par khareeda aur woh laya apne ghar, bari izzat se rakha, us ne apne bete ki tarah se pala, meri training ki, mujhe education dilwai, meri bohat izzat ki, bohat hi honorable position di ghar mein.</w:t>
      </w:r>
    </w:p>
    <w:p>
      <w:pPr>
        <w:jc w:val="right"/>
      </w:pPr>
      <w:r>
        <w:t>جی۔ یعنی ان کو یہ احساس تھا کہ میرا جو آقا ہے جس نے مجھے سلیو کے طور پر خریدا اور وہ لایا اپنے گھر، بڑی عزت سے رکھا، اس نے اپنے بیٹے کی طرح سے پالا، میری ٹریننگ کی، مجھے ایجوکیشن دلوائی، میری بہت عزت کی، بہت ہی آنریبل پوزیشن دی گھر میں۔</w:t>
      </w:r>
    </w:p>
    <w:p>
      <w:r>
        <w:rPr>
          <w:b/>
        </w:rPr>
        <w:t xml:space="preserve">[08:24] </w:t>
      </w:r>
      <w:r>
        <w:t>ab us ko yeh ehsas hoga ke maine koi us ke peeth peeche koi burai ki hai. ji.</w:t>
      </w:r>
    </w:p>
    <w:p>
      <w:pPr>
        <w:jc w:val="right"/>
      </w:pPr>
      <w:r>
        <w:t>اب اس کو یہ احساس ہوگا کہ میں نے کوئی اس کے پیٹھ پیچھے کوئی برائی کی ہے۔ جی۔</w:t>
      </w:r>
    </w:p>
    <w:p>
      <w:r>
        <w:rPr>
          <w:b/>
        </w:rPr>
        <w:t xml:space="preserve">[08:32] </w:t>
      </w:r>
      <w:r>
        <w:t>to ab kam se kam un ko itminan ho gaya ke Aziz ab mutmain ho gaya hoga ke maine koi aisi burai nahi ki. ji. ji.</w:t>
      </w:r>
    </w:p>
    <w:p>
      <w:pPr>
        <w:jc w:val="right"/>
      </w:pPr>
      <w:r>
        <w:t>تو اب کم سے کم ان کو اطمینان ہو گیا کہ عزیز اب مطمئن ہو گیا ہوگا کہ میں نے کوئی ایسی برائی نہیں کی۔ جی۔ جی۔</w:t>
      </w:r>
    </w:p>
    <w:p>
      <w:r>
        <w:rPr>
          <w:b/>
        </w:rPr>
        <w:t xml:space="preserve">[08:41] </w:t>
      </w:r>
      <w:r>
        <w:t>ji. ji. mashallah. doctor sahib, agar dekhein to matlab Khuda ki nisbat se jab insan dekhta hai to sirf apne aap ko aajiz pata hai, us ke siwa kuch nahi</w:t>
      </w:r>
    </w:p>
    <w:p>
      <w:pPr>
        <w:jc w:val="right"/>
      </w:pPr>
      <w:r>
        <w:t>جی۔ جی۔ ماشاءاللہ۔ ڈاکٹر صاحب، اگر دیکھیں تو مطلب خدا کی نسبت سے جب انسان دیکھتا ہے تو صرف اپنے آپ کو عاجز پاتا ہے، اس کے سوا کچھ نہیں</w:t>
      </w:r>
    </w:p>
    <w:p>
      <w:r>
        <w:rPr>
          <w:b/>
        </w:rPr>
        <w:t xml:space="preserve">[08:51] </w:t>
      </w:r>
      <w:r>
        <w:t>۔ bilkul. aur mera agla sawal bhi modesty ki taraf hai, lekin is se pehle main yeh bhi yaad kar raha hoon ke maulana ne ek bohat achhi line likhi thi apni kitab mein ke "Modesty is that virtue which dresses a person's inner self".</w:t>
      </w:r>
    </w:p>
    <w:p>
      <w:pPr>
        <w:jc w:val="right"/>
      </w:pPr>
      <w:r>
        <w:t>۔ بالکل۔ اور میرا اگلا سوال بھی ماڈیسٹی کی طرف ہے، لیکن اس سے پہلے میں یہ بھی یاد کر رہا ہوں کہ مولانا نے ایک بہت اچھی لائن لکھی تھی اپنی کتاب میں کہ "Modesty is that virtue which dresses a person's inner self"۔</w:t>
      </w:r>
    </w:p>
    <w:p>
      <w:r>
        <w:rPr>
          <w:b/>
        </w:rPr>
        <w:t xml:space="preserve">[09:10] </w:t>
      </w:r>
      <w:r>
        <w:t>true. and sahi maene mein to dekhein to Khuda se meeting point insan ka tabhi banta hai jab woh position of humility aur modesty ko pahunchta hai.</w:t>
      </w:r>
    </w:p>
    <w:p>
      <w:pPr>
        <w:jc w:val="right"/>
      </w:pPr>
      <w:r>
        <w:t>ٹرو۔ اینڈ صحیح معنی میں تو دیکھیں تو خدا سے میٹنگ پوائنٹ انسان کا تبھی بنتا ہے جب وہ پوزیشن آف ہیومیلٹی اور ماڈیسٹی کو پہنچتا ہے۔</w:t>
      </w:r>
    </w:p>
    <w:p>
      <w:r>
        <w:rPr>
          <w:b/>
        </w:rPr>
        <w:t xml:space="preserve">[09:20] </w:t>
      </w:r>
      <w:r>
        <w:t>bilkul. to doctor sahib, jab hum prophet yusuf ki zindagi ko dekhte hain ke is sab ke baad bhi un ke andar modesty rahi, pride bilkul nahi aayi ke shahi mahal mein un ko bulaya gaya, itna izzat aur honor di gayi.</w:t>
      </w:r>
    </w:p>
    <w:p>
      <w:pPr>
        <w:jc w:val="right"/>
      </w:pPr>
      <w:r>
        <w:t>بالکل۔ تو ڈاکٹر صاحب، جب ہم پرافٹ یوسف کی زندگی کو دیکھتے ہیں کہ اس سب کے بعد بھی ان کے اندر ماڈیسٹی رہی، پرائیڈ بالکل نہیں آئی کہ شاہی محل میں ان کو بلایا گیا، اتنا عزت اور آنر دی گئی۔</w:t>
      </w:r>
    </w:p>
    <w:p>
      <w:r>
        <w:rPr>
          <w:b/>
        </w:rPr>
        <w:t xml:space="preserve">[09:34] </w:t>
      </w:r>
      <w:r>
        <w:t>to doctor sahib, is ke bare mein bhi hum sab ko bataen. yeh baat bohat aham hai, jaisa aap ne bataya ke Khuda se milne ka jo maqam hai woh modesty hai.</w:t>
      </w:r>
    </w:p>
    <w:p>
      <w:pPr>
        <w:jc w:val="right"/>
      </w:pPr>
      <w:r>
        <w:t>تو ڈاکٹر صاحب، اس کے بارے میں بھی ہم سب کو بتائیں۔ یہ بات بہت اہم ہے، جیسا آپ نے بتایا کہ خدا سے ملنے کا جو مقام ہے وہ ماڈیسٹی ہے۔</w:t>
      </w:r>
    </w:p>
    <w:p>
      <w:r>
        <w:rPr>
          <w:b/>
        </w:rPr>
        <w:t xml:space="preserve">[09:43] </w:t>
      </w:r>
      <w:r>
        <w:t>ji</w:t>
      </w:r>
    </w:p>
    <w:p>
      <w:pPr>
        <w:jc w:val="right"/>
      </w:pPr>
      <w:r>
        <w:t>جی</w:t>
      </w:r>
    </w:p>
    <w:p>
      <w:r>
        <w:rPr>
          <w:b/>
        </w:rPr>
        <w:t xml:space="preserve">[09:44] </w:t>
      </w:r>
      <w:r>
        <w:t>۔ insan jo akkar apne andar paida kare aur gharoor aur ghamand ho to woh kabhi Khuda se qareeb nahi ho sakta. jab Hazrat Yusuf alaihissalam ne suna yeh pata chala un ko to un ke andar koi pride, koi gharoor, koi is tarah ke jazbat nahi paida hue.</w:t>
      </w:r>
    </w:p>
    <w:p>
      <w:pPr>
        <w:jc w:val="right"/>
      </w:pPr>
      <w:r>
        <w:t>۔ انسان جو اکڑ اپنے اندر پیدا کرے اور غرور اور گھمنڈ ہو تو وہ کبھی خدا سے قریب نہیں ہو سکتا۔ جب حضرت یوسف علیہ السلام نے سنا یہ پتہ چلا ان کو تو ان کے اندر کوئی پرائیڈ، کوئی غرور، کوئی اس طرح کے جذبات نہیں پیدا ہوئے۔</w:t>
      </w:r>
    </w:p>
    <w:p>
      <w:r>
        <w:rPr>
          <w:b/>
        </w:rPr>
        <w:t xml:space="preserve">[10:04] </w:t>
      </w:r>
      <w:r>
        <w:t>bolte ke dekho main jeet gaya. hmm. matlab kuch na kuch is tarah ki baat bolte aur modesty ikhtiyar ki, jaise aap ne keh</w:t>
      </w:r>
    </w:p>
    <w:p>
      <w:pPr>
        <w:jc w:val="right"/>
      </w:pPr>
      <w:r>
        <w:t>بولتے کہ دیکھو میں جیت گیا۔ ہمم۔ مطلب کچھ نہ کچھ اس طرح کی بات بولتے اور ماڈیسٹی اختیار کی، جیسے آپ نے کہ</w:t>
      </w:r>
    </w:p>
    <w:p>
      <w:r>
        <w:rPr>
          <w:b/>
        </w:rPr>
        <w:t xml:space="preserve">[10:12] </w:t>
      </w:r>
      <w:r>
        <w:t>۔ ji. aur sara credit Allah ko diya. ji. halanke un ki apni zaati sifat thi. lekin is ke bawajood unhon ne sara credit Allah ko diya aur bohat hi sharifana andaaz se baat kahi.</w:t>
      </w:r>
    </w:p>
    <w:p>
      <w:pPr>
        <w:jc w:val="right"/>
      </w:pPr>
      <w:r>
        <w:t>ا۔ جی۔ اور سارا کریڈٹ اللہ کو دیا۔ جی۔ حالانکہ ان کی اپنی ذاتی صفت تھی۔ لیکن اس کے باوجود انہوں نے سارا کریڈٹ اللہ کو دیا اور بہت ہی شریفانہ انداز سے بات کہی۔</w:t>
      </w:r>
    </w:p>
    <w:p>
      <w:r>
        <w:rPr>
          <w:b/>
        </w:rPr>
        <w:t xml:space="preserve">[10:27] </w:t>
      </w:r>
      <w:r>
        <w:t>quran mein aata hai "wa ma ubri'u nafsi" ke "I do not pretend to be blameless". ji</w:t>
      </w:r>
    </w:p>
    <w:p>
      <w:pPr>
        <w:jc w:val="right"/>
      </w:pPr>
      <w:r>
        <w:t>قرآن میں آتا ہے "وما أُبَرِّيُّ نَفْسِي" کہ "I do not pretend to be blameless"۔ جی</w:t>
      </w:r>
    </w:p>
    <w:p>
      <w:r>
        <w:rPr>
          <w:b/>
        </w:rPr>
        <w:t xml:space="preserve">[10:35] </w:t>
      </w:r>
      <w:r>
        <w:t>. yani mein apne nafs ki pakizgi nahi bayan kar raha hoon. aur aage kaha ke "innal nafsa'il amrata bisso" ke jo nafs hai woh toh insan ko burai sikhata hai, woh burai ke hi rastay pe le jata hai.</w:t>
      </w:r>
    </w:p>
    <w:p>
      <w:pPr>
        <w:jc w:val="right"/>
      </w:pPr>
      <w:r>
        <w:t>۔ یعنی میں اپنے نفس کی پاکیزگی نہیں بیان کر رہا ہوں۔ اور آگے کہا کہ "إن النفس الأمارة بالسوء" کہ جو نفس ہے وہ تو انسان کو برائی سکھاتا ہے، وہ برائی کے ہی راستے پہ لے جاتا ہے۔</w:t>
      </w:r>
    </w:p>
    <w:p>
      <w:r>
        <w:rPr>
          <w:b/>
        </w:rPr>
        <w:t xml:space="preserve">[10:47] </w:t>
      </w:r>
      <w:r>
        <w:t>"illa ma rahim rabbi" illa yeh ke Allah ka reham ho jaye.</w:t>
      </w:r>
    </w:p>
    <w:p>
      <w:pPr>
        <w:jc w:val="right"/>
      </w:pPr>
      <w:r>
        <w:t>"إلا ما رحم ربي" الا یہ کہ اللہ کا رحم ہو جائے۔</w:t>
      </w:r>
    </w:p>
    <w:p>
      <w:r>
        <w:rPr>
          <w:b/>
        </w:rPr>
        <w:t xml:space="preserve">[10:52] </w:t>
      </w:r>
      <w:r>
        <w:t>toh yani ek bohat hi haqeeqat pasandana soch aur sara credit Allah ko dena. aur unhon ne yeh kaha ke jo mein burai se bacha raha, is mein koi mera zaati kamal nahi hai, balke yeh Allah ka reham tha.</w:t>
      </w:r>
    </w:p>
    <w:p>
      <w:pPr>
        <w:jc w:val="right"/>
      </w:pPr>
      <w:r>
        <w:t>تو یعنی ایک بہت ہی حقیقت پسندانہ سوچ اور سارا کریڈٹ اللہ کو دینا۔ اور انہوں نے یہ کہا کہ جو میں برائی سے بچا رہا، اس میں کوئی میرا ذاتی کمال نہیں ہے، بلکہ یہ اللہ کا رحم تھا۔</w:t>
      </w:r>
    </w:p>
    <w:p>
      <w:r>
        <w:rPr>
          <w:b/>
        </w:rPr>
        <w:t xml:space="preserve">[11:09] </w:t>
      </w:r>
      <w:r>
        <w:t>Allah ki madad se mein yeh yeh kar saka. yani sara credit Allah</w:t>
      </w:r>
    </w:p>
    <w:p>
      <w:pPr>
        <w:jc w:val="right"/>
      </w:pPr>
      <w:r>
        <w:t>اللہ کی مدد سے میں یہ یہ کر سکا۔ یعنی سارا کریڈٹ اللہ</w:t>
      </w:r>
    </w:p>
    <w:p>
      <w:r>
        <w:rPr>
          <w:b/>
        </w:rPr>
        <w:t xml:space="preserve">[11:16] </w:t>
      </w:r>
      <w:r>
        <w:t>ko diya, halanke yeh un ki khud apni zaati sifat thi aur zaati yeh کیفیت thi ke woh bohat hi shareef insan thay.</w:t>
      </w:r>
    </w:p>
    <w:p>
      <w:pPr>
        <w:jc w:val="right"/>
      </w:pPr>
      <w:r>
        <w:t>کو دیا، حالانکہ یہ ان کی خود اپنی ذاتی صفت تھی اور ذاتی یہ کیفیت تھی کہ وہ بہت ہی شریف انسان تھے۔</w:t>
      </w:r>
    </w:p>
    <w:p>
      <w:r>
        <w:rPr>
          <w:b/>
        </w:rPr>
        <w:t xml:space="preserve">[11:25] </w:t>
      </w:r>
      <w:r>
        <w:t>lekin is ke bawajood unhon ne sara credit Allah ko diya. ji. doctor sahib, yahan pe in fact kyunke hum modesty ki baat kar rahe hain toh ek riwayat ka zikr karna chahunga.</w:t>
      </w:r>
    </w:p>
    <w:p>
      <w:pPr>
        <w:jc w:val="right"/>
      </w:pPr>
      <w:r>
        <w:t>لیکن اس کے باوجود انہوں نے سارا کریڈٹ اللہ کو دیا۔ جی۔ ڈاکٹر صاحب، یہاں پہ ان فیکٹ کیونکہ ہم ماڈیسٹی کی بات کر رہے ہیں تو ایک روایت کا ذکر کرنا چاہوں گا۔</w:t>
      </w:r>
    </w:p>
    <w:p>
      <w:r>
        <w:rPr>
          <w:b/>
        </w:rPr>
        <w:t xml:space="preserve">[11:38] </w:t>
      </w:r>
      <w:r>
        <w:t>hum ne dekha ke prophet yusuf kitne modest thay. prophet Muhammad sallallahu alaihi wasallam ki zindagi mein bhi dekhte hain, dekhte hain aur un ke sahaba ki zindagi mein dekhte hain toh bohat se aise hamein example milte hain.</w:t>
      </w:r>
    </w:p>
    <w:p>
      <w:pPr>
        <w:jc w:val="right"/>
      </w:pPr>
      <w:r>
        <w:t>ہم نے دیکھا کہ پرافٹ یوسف کتنے ماڈسٹ تھے۔ پرافٹ محمد صلی اللہ علیہ وسلم کی زندگی میں بھی دیکھتے ہیں، دیکھتے ہیں اور ان کے صحابہ کی زندگی میں دیکھتے ہیں تو بہت سے ایسے ہمیں ایگزامپل ملتے ہیں۔</w:t>
      </w:r>
    </w:p>
    <w:p>
      <w:r>
        <w:rPr>
          <w:b/>
        </w:rPr>
        <w:t xml:space="preserve">[11:50] </w:t>
      </w:r>
      <w:r>
        <w:t>toh ek riwayat doctor sahib bohat achi mujhe lagi, mein woh share karna chahunga ke Hazrat Tariq bin Shihab ke hawale se hai ke woh aur Hazrat Abu Ubaidah mulk sham mein thay.</w:t>
      </w:r>
    </w:p>
    <w:p>
      <w:pPr>
        <w:jc w:val="right"/>
      </w:pPr>
      <w:r>
        <w:t>تو ایک روایت ڈاکٹر صاحب بہت اچھی مجھے لگی، میں وہ شیئر کرنا چاہوں گا کہ حضرت طارق بن شہاب کے حوالے سے ہے کہ وہ اور حضرت ابو عبیدہ ملک شام میں تھے۔</w:t>
      </w:r>
    </w:p>
    <w:p>
      <w:r>
        <w:rPr>
          <w:b/>
        </w:rPr>
        <w:t xml:space="preserve">[12:03] </w:t>
      </w:r>
      <w:r>
        <w:t>aur tabhi Hazrat Umar bin Khattab apne sahaba ke sath wahan pohanchay. toh jab woh chalte chalte aage بڑhay toh ek pani ka ghaat aage aa gaya.</w:t>
      </w:r>
    </w:p>
    <w:p>
      <w:pPr>
        <w:jc w:val="right"/>
      </w:pPr>
      <w:r>
        <w:t>اور تبھی حضرت عمر بن خطاب اپنے صحابہ کے ساتھ وہاں پہنچے۔ تو جب وہ چلتے چلتے آگے بڑھے تو ایک پانی کا گھاٹ آگے آگیا۔</w:t>
      </w:r>
    </w:p>
    <w:p>
      <w:r>
        <w:rPr>
          <w:b/>
        </w:rPr>
        <w:t xml:space="preserve">[12:16] </w:t>
      </w:r>
      <w:r>
        <w:t>ab Hazrat Umar apni untni par bethe hue thay</w:t>
      </w:r>
    </w:p>
    <w:p>
      <w:pPr>
        <w:jc w:val="right"/>
      </w:pPr>
      <w:r>
        <w:t>اب حضرت عمر اپنی اونٹنی پر بیٹھے ہوئے تھے</w:t>
      </w:r>
    </w:p>
    <w:p>
      <w:r>
        <w:rPr>
          <w:b/>
        </w:rPr>
        <w:t xml:space="preserve">[12:20] </w:t>
      </w:r>
      <w:r>
        <w:t>toh jab unhon ne dekha ke pani ka ghaat hai, ab is se guzar ke aage jana hai toh woh untni se neechay utray, unhon ne apne moze utaray, us ko kandhay par rakha aur jo oont ki jo nakeel hai, us ko khench kar phir woh pani se aage nikalnay lagay.</w:t>
      </w:r>
    </w:p>
    <w:p>
      <w:pPr>
        <w:jc w:val="right"/>
      </w:pPr>
      <w:r>
        <w:t>تو جب انہوں نے دیکھا کہ پانی کا گھاٹ ہے، اب اس سے گزر کے آگے جانا ہے تو وہ اونٹنی سے نیچے اترے، انہوں نے اپنے موزے اتارے، اس کو کندھے پر رکھا اور جو اونٹ کی جو نکیل ہے، اس کو کھینچ کر پھر وہ پانی سے آگے نکلنے لگے۔</w:t>
      </w:r>
    </w:p>
    <w:p>
      <w:r>
        <w:rPr>
          <w:b/>
        </w:rPr>
        <w:t xml:space="preserve">[12:37] </w:t>
      </w:r>
      <w:r>
        <w:t>toh jab Hazrat Abu Ubaidah ne yeh dekha toh unhon ne Hazrat Umar se kaha ke aye amir-ul-momineen, yeh aap kya kar rahe hain</w:t>
      </w:r>
    </w:p>
    <w:p>
      <w:pPr>
        <w:jc w:val="right"/>
      </w:pPr>
      <w:r>
        <w:t>تو جب حضرت ابو عبیدہ نے یہ دیکھا تو انہوں نے حضرت عمر سے کہا کہ اے امیرالمومنین، یہ آپ کیا کر رہے ہیں</w:t>
      </w:r>
    </w:p>
    <w:p>
      <w:r>
        <w:rPr>
          <w:b/>
        </w:rPr>
        <w:t xml:space="preserve">[12:47] </w:t>
      </w:r>
      <w:r>
        <w:t>? toh Hazrat Umar ko bhi taajub hua ke woh kya keh rahe hain? toh unhon ne kaha ke kyun? kya hua? toh unhon ne kaha ke aap yahan par aaye hain sham yani syria mein aur aap baray logon se milenge, matlab lashkar se milenge, lashkar ke general se milenge.</w:t>
      </w:r>
    </w:p>
    <w:p>
      <w:pPr>
        <w:jc w:val="right"/>
      </w:pPr>
      <w:r>
        <w:t>؟ تو حضرت عمر کو بھی تعجب ہوا کہ وہ کیا کہہ رہے ہیں؟ تو انہوں نے کہا کہ کیوں؟ کیا ہوا؟ تو انہوں نے کہا کہ آپ یہاں پر آئے ہیں شام یعنی سیریا میں اور آپ بڑے لوگوں سے ملیں گے، مطلب لشکر سے ملیں گے، لشکر کے جنرل سے ملیں گے۔</w:t>
      </w:r>
    </w:p>
    <w:p>
      <w:r>
        <w:rPr>
          <w:b/>
        </w:rPr>
        <w:t xml:space="preserve">[13:02] </w:t>
      </w:r>
      <w:r>
        <w:t>toh jab woh aap ko aise dekhenge toh woh kya sochen ge? hmm. toh jab Hazrat Umar ne yeh suna toh hum sab jante hain ke un ka bohat sakht</w:t>
      </w:r>
    </w:p>
    <w:p>
      <w:pPr>
        <w:jc w:val="right"/>
      </w:pPr>
      <w:r>
        <w:t>تو جب وہ آپ کو ایسے دیکھیں گے تو وہ کیا سوچیں گے؟ ہمم۔ تو جب حضرت عمر نے یہ سنا تو ہم سب جانتے ہیں کہ ان کا بہت سخت</w:t>
      </w:r>
    </w:p>
    <w:p>
      <w:r>
        <w:rPr>
          <w:b/>
        </w:rPr>
        <w:t xml:space="preserve">[13:11] </w:t>
      </w:r>
      <w:r>
        <w:t>mizaj hota tha. bilkul. unhon ne Hazrat Abu Ubaidah se kaha ke aye Abu Ubaidah, kaash yeh tum ne na kaha hota.</w:t>
      </w:r>
    </w:p>
    <w:p>
      <w:pPr>
        <w:jc w:val="right"/>
      </w:pPr>
      <w:r>
        <w:t>مزاج ہوتا تھا۔ بالکل۔ انہوں نے حضرت ابو عبیدہ سے کہا کہ اے ابو عبیدہ، کاش یہ تم نے نہ کہا ہوتا۔</w:t>
      </w:r>
    </w:p>
    <w:p>
      <w:r>
        <w:rPr>
          <w:b/>
        </w:rPr>
        <w:t xml:space="preserve">[13:20] </w:t>
      </w:r>
      <w:r>
        <w:t>agar yeh kisi aur ne kaha hota toh mein us ko aisi sakht saza deta ke Hazrat Muhammad ki ummat is se ek bohat bara sabak leti.</w:t>
      </w:r>
    </w:p>
    <w:p>
      <w:pPr>
        <w:jc w:val="right"/>
      </w:pPr>
      <w:r>
        <w:t>اگر یہ کسی اور نے کہا ہوتا تو میں اس کو ایسی سخت سزا دیتا کہ حضرت محمد کی امت اس سے ایک بہت بڑا سبق لیتی۔</w:t>
      </w:r>
    </w:p>
    <w:p>
      <w:r>
        <w:rPr>
          <w:b/>
        </w:rPr>
        <w:t xml:space="preserve">[13:30] </w:t>
      </w:r>
      <w:r>
        <w:t>phir unhon ne ek bohat, doctor sahib, bohat hi zabardast jumla kaha, unhon ne kaha ke hum toh ek zaleel qom thay, Allah</w:t>
      </w:r>
    </w:p>
    <w:p>
      <w:pPr>
        <w:jc w:val="right"/>
      </w:pPr>
      <w:r>
        <w:t>پھر انہوں نے ایک بہت، ڈاکٹر صاحب، بہت ہی زبردست جملہ کہا، انہوں نے کہا کہ ہم تو ایک ذلیل قوم تھے، اللہ</w:t>
      </w:r>
    </w:p>
    <w:p>
      <w:r>
        <w:rPr>
          <w:b/>
        </w:rPr>
        <w:t xml:space="preserve">[13:38] </w:t>
      </w:r>
      <w:r>
        <w:t>ne hamein Islam ke zariye izzat ata farmayi aur hum kisi aur cheez, Islam ke kisi ke ilawa, kisi aur cheez se izzat nahi le sakte.</w:t>
      </w:r>
    </w:p>
    <w:p>
      <w:pPr>
        <w:jc w:val="right"/>
      </w:pPr>
      <w:r>
        <w:t>نے ہمیں اسلام کے ذریعے عزت عطا فرمائی اور ہم کسی اور چیز، اسلام کے کسی کے علاوہ، کسی اور چیز سے عزت نہیں لے سکتے۔</w:t>
      </w:r>
    </w:p>
    <w:p>
      <w:r>
        <w:rPr>
          <w:b/>
        </w:rPr>
        <w:t xml:space="preserve">[13:50] </w:t>
      </w:r>
      <w:r>
        <w:t>matlab aaj ke time se dekhen toh shohrat, paisa, popularity, rutba, position, log aksar is se pride lete hain, us ko samajhte hain ke yeh yeh bohat bari izzat ki cheez hai.</w:t>
      </w:r>
    </w:p>
    <w:p>
      <w:pPr>
        <w:jc w:val="right"/>
      </w:pPr>
      <w:r>
        <w:t>مطلب آج کے ٹائم سے دیکھیں تو شہرت، پیسہ، پاپولیرٹی، رتبہ، پوزیشن، لوگ اکثر اس سے پرائیڈ لیتے ہیں، اس کو سمجھتے ہیں کہ یہ یہ بہت بڑی عزت کی چیز ہے۔</w:t>
      </w:r>
    </w:p>
    <w:p>
      <w:r>
        <w:rPr>
          <w:b/>
        </w:rPr>
        <w:t xml:space="preserve">[14:04] </w:t>
      </w:r>
      <w:r>
        <w:t>lekin aap dekhen Hazrat Umar kya keh rahe hain? toh</w:t>
      </w:r>
    </w:p>
    <w:p>
      <w:pPr>
        <w:jc w:val="right"/>
      </w:pPr>
      <w:r>
        <w:t>لیکن آپ دیکھیں حضرت عمر کیا کہہ رہے ہیں؟ تو</w:t>
      </w:r>
    </w:p>
    <w:p>
      <w:r>
        <w:rPr>
          <w:b/>
        </w:rPr>
        <w:t xml:space="preserve">[14:07] </w:t>
      </w:r>
      <w:r>
        <w:t>yeh bohat ahem cheez thi, doctor sahib. yaqeenan. mein ne kaha yeh share karunga. bohat achi is yeh waqia hai aur is se bari baat clear hoti hai.</w:t>
      </w:r>
    </w:p>
    <w:p>
      <w:pPr>
        <w:jc w:val="right"/>
      </w:pPr>
      <w:r>
        <w:t>یہ بہت اہم چیز تھی، ڈاکٹر صاحب۔ یقینا۔ میں نے کہا یہ شیئر کروں گا۔ بہت اچھی اس یہ واقعہ ہے اور اس سے بڑی بات کلیئر ہوتی ہے۔</w:t>
      </w:r>
    </w:p>
    <w:p>
      <w:r>
        <w:rPr>
          <w:b/>
        </w:rPr>
        <w:t xml:space="preserve">[14:17] </w:t>
      </w:r>
      <w:r>
        <w:t>ji. bohat acha hai, excellent. ji. doctor sahib, mein chahunga ke nafs ammara ke baray mein bhi aap hum sab ko</w:t>
      </w:r>
    </w:p>
    <w:p>
      <w:pPr>
        <w:jc w:val="right"/>
      </w:pPr>
      <w:r>
        <w:t>جی۔ بہت اچھا ہے، ایکسیلنٹ۔ جی۔ ڈاکٹر صاحب، میں چاہوں گا کہ نفس امارہ کے بارے میں بھی آپ ہم سب کو</w:t>
      </w:r>
    </w:p>
    <w:p>
      <w:r>
        <w:rPr>
          <w:b/>
        </w:rPr>
        <w:t xml:space="preserve">[14:24] </w:t>
      </w:r>
      <w:r>
        <w:t>batayen. ji. ji. nafs ammara yani jo lafz hai yeh ammara, is ka matlab hai hukum dena.</w:t>
      </w:r>
    </w:p>
    <w:p>
      <w:pPr>
        <w:jc w:val="right"/>
      </w:pPr>
      <w:r>
        <w:t>بتائیں۔ جی۔ جی۔ نفس امارہ یعنی جو لفظ ہے یہ امارہ، اس کا مطلب ہے حکم دینا۔</w:t>
      </w:r>
    </w:p>
    <w:p>
      <w:r>
        <w:rPr>
          <w:b/>
        </w:rPr>
        <w:t xml:space="preserve">[14:35] </w:t>
      </w:r>
      <w:r>
        <w:t>aur is mein ek tajdeed ki wajah se thora force bhi hai. yani bohat zyada hukum dena ya bohat zyada bharkana.</w:t>
      </w:r>
    </w:p>
    <w:p>
      <w:pPr>
        <w:jc w:val="right"/>
      </w:pPr>
      <w:r>
        <w:t>اور اس میں ایک تجدید کی وجہ سے تھوڑا فورس بھی ہے۔ یعنی بہت زیادہ حکم دینا یا بہت زیادہ بھڑکانا۔</w:t>
      </w:r>
    </w:p>
    <w:p>
      <w:r>
        <w:rPr>
          <w:b/>
        </w:rPr>
        <w:t xml:space="preserve">[14:45] </w:t>
      </w:r>
      <w:r>
        <w:t>us ko keh sakte hain the commanding soul ya soul that commands evil.</w:t>
      </w:r>
    </w:p>
    <w:p>
      <w:pPr>
        <w:jc w:val="right"/>
      </w:pPr>
      <w:r>
        <w:t>اس کو کہہ سکتے ہیں the commanding soul یا soul that commands evil</w:t>
      </w:r>
    </w:p>
    <w:p>
      <w:r>
        <w:rPr>
          <w:b/>
        </w:rPr>
        <w:t xml:space="preserve">[14:51] </w:t>
      </w:r>
      <w:r>
        <w:t>to molana ne likha hai ke har waqt insan do taqaton ke darmiyan rehta hai, farishta aur shaitan.</w:t>
      </w:r>
    </w:p>
    <w:p>
      <w:pPr>
        <w:jc w:val="right"/>
      </w:pPr>
      <w:r>
        <w:t>۔ تو مولانا نے لکھا ہے کہ ہر وقت انسان دو طاقتوں کے درمیان رہتا ہے، فرشتہ اور شیطان۔</w:t>
      </w:r>
    </w:p>
    <w:p>
      <w:r>
        <w:rPr>
          <w:b/>
        </w:rPr>
        <w:t xml:space="preserve">[15:00] </w:t>
      </w:r>
      <w:r>
        <w:t>ji. har mauqe pe yeh dono active ho jate hain. aur nafs-e-ammarah jo hai woh shaitan ka tool hai ek tareeqe se.</w:t>
      </w:r>
    </w:p>
    <w:p>
      <w:pPr>
        <w:jc w:val="right"/>
      </w:pPr>
      <w:r>
        <w:t>جی۔ ہر موقع پہ یہ دونوں ایکٹیو ہو جاتے ہیں۔ اور نفس امارہ جو ہے وہ شیطان کا ٹول ہے ایک طریقے سے۔</w:t>
      </w:r>
    </w:p>
    <w:p>
      <w:r>
        <w:rPr>
          <w:b/>
        </w:rPr>
        <w:t xml:space="preserve">[15:09] </w:t>
      </w:r>
      <w:r>
        <w:t>aur farishte ke liye insan ke andar jo entry point hai woh zameer hai ya conscience. ji. aur shaitan ke liye jo entry point hai zehan mein woh hai ego.</w:t>
      </w:r>
    </w:p>
    <w:p>
      <w:pPr>
        <w:jc w:val="right"/>
      </w:pPr>
      <w:r>
        <w:t>اور فرشتے کے لیے انسان کے اندر جو انٹری پوائنٹ ہے وہ ضمیر ہے یا کانشیس۔ جی۔ اور شیطان کے لیے جو انٹری پوائنٹ ہے ذہن میں وہ ہے ایگو۔</w:t>
      </w:r>
    </w:p>
    <w:p>
      <w:r>
        <w:rPr>
          <w:b/>
        </w:rPr>
        <w:t xml:space="preserve">[15:22] </w:t>
      </w:r>
      <w:r>
        <w:t>to molana ne yeh kai baar bataya hai ke jo shaitan hai uska tareeqa yeh hai ke woh cheezon ko beautify karta hai, jis ko tazeen quran mein kaha gaya hai.</w:t>
      </w:r>
    </w:p>
    <w:p>
      <w:pPr>
        <w:jc w:val="right"/>
      </w:pPr>
      <w:r>
        <w:t>تو مولانا نے یہ کئی بار بتایا ہے کہ جو شیطان ہے اس کا طریقہ یہ ہے کہ وہ چیزوں کو بیوٹیفائی کرتا ہے، جس کو تزین قرآن میں کہا گیا ہے۔</w:t>
      </w:r>
    </w:p>
    <w:p>
      <w:r>
        <w:rPr>
          <w:b/>
        </w:rPr>
        <w:t xml:space="preserve">[15:32] </w:t>
      </w:r>
      <w:r>
        <w:t>yani jo buri cheezein hain un ko bohat hi khoobsurat andaaz mein pesh karta hai. misaal ke taur par aaj kal log violence karne lage hain jihad ke naam pe, islam ke naam</w:t>
      </w:r>
    </w:p>
    <w:p>
      <w:pPr>
        <w:jc w:val="right"/>
      </w:pPr>
      <w:r>
        <w:t>یعنی جو بری چیزیں ہیں ان کو بہت ہی خوبصورت انداز میں پیش کرتا ہے۔ مثال کے طور پر آج کل لوگ وائلنس کرنے لگے ہیں جہاد کے نام پہ، اسلام کے نام</w:t>
      </w:r>
    </w:p>
    <w:p>
      <w:r>
        <w:rPr>
          <w:b/>
        </w:rPr>
        <w:t xml:space="preserve">[15:43] </w:t>
      </w:r>
      <w:r>
        <w:t>peh. ji. halanke violence sarasar haram hai. aur is se sirf barbadi ho rahi hai aur islam ka naam, yani islam ka naam kharab ho raha hai.</w:t>
      </w:r>
    </w:p>
    <w:p>
      <w:pPr>
        <w:jc w:val="right"/>
      </w:pPr>
      <w:r>
        <w:t>پہ۔ جی۔ حالانکہ وائلنس سراسر حرام ہے۔ اور اس سے صرف بربادی ہو رہی ہے اور اسلام کا نام، یعنی اسلام کا نام خراب ہو رہا ہے۔</w:t>
      </w:r>
    </w:p>
    <w:p>
      <w:r>
        <w:rPr>
          <w:b/>
        </w:rPr>
        <w:t xml:space="preserve">[15:55] </w:t>
      </w:r>
      <w:r>
        <w:t>Islam is getting a bad image. aur lekin in ko shaitan ne yeh samjha rakha hai ke yeh acha kaam hai to woh is pe apni jaanein de rahe hain. to is tarah se shaitan jo hai woh aadmi ki soch ke andar dakhil ho jata hai.</w:t>
      </w:r>
    </w:p>
    <w:p>
      <w:pPr>
        <w:jc w:val="right"/>
      </w:pPr>
      <w:r>
        <w:t>Islam is getting a bad image ۔ اور لیکن ان کو شیطان نے یہ سمجھا رکھا ہے کہ یہ اچھا کام ہے تو وہ اس پہ اپنی جانیں دے رہے ہیں۔ تو اس طرح سے شیطان جو ہے وہ آدمی کی سوچ کے اندر داخل ہو جاتا ہے۔</w:t>
      </w:r>
    </w:p>
    <w:p>
      <w:r>
        <w:rPr>
          <w:b/>
        </w:rPr>
        <w:t xml:space="preserve">[16:08] </w:t>
      </w:r>
      <w:r>
        <w:t>j</w:t>
      </w:r>
    </w:p>
    <w:p>
      <w:pPr>
        <w:jc w:val="right"/>
      </w:pPr>
      <w:r>
        <w:t>ج</w:t>
      </w:r>
    </w:p>
    <w:p>
      <w:r>
        <w:rPr>
          <w:b/>
        </w:rPr>
        <w:t xml:space="preserve">[16:09] </w:t>
      </w:r>
      <w:r>
        <w:t>ee. aisa nahi ke koi ek alag se aadmi aata hai, ek third person, woh aa ke bata raha hai to aadmi sochega. lekin shaitan zehan pe asar karta hai. aur aisa lagta hai ke woh hamari apni soch hai.</w:t>
      </w:r>
    </w:p>
    <w:p>
      <w:pPr>
        <w:jc w:val="right"/>
      </w:pPr>
      <w:r>
        <w:t>ی۔ ایسا نہیں کہ کوئی ایک الگ سے آدمی آتا ہے، ایک تھرڈ پرسن، وہ آ کے بتا رہا ہے تو آدمی سوچے گا۔ لیکن شیطان ذہن پہ اثر کرتا ہے۔ اور ایسا لگتا ہے کہ وہ ہماری اپنی سوچ ہے۔</w:t>
      </w:r>
    </w:p>
    <w:p>
      <w:r>
        <w:rPr>
          <w:b/>
        </w:rPr>
        <w:t xml:space="preserve">[16:20] </w:t>
      </w:r>
      <w:r>
        <w:t>to hum is pe amal karne lagte hain. aur shaitan ne quran mein ek challenge ke andaaz mein kaha hai Allah taala se ke main tere saare logon ko, teri saari makhlooq ko tere raaste se hata d</w:t>
      </w:r>
    </w:p>
    <w:p>
      <w:pPr>
        <w:jc w:val="right"/>
      </w:pPr>
      <w:r>
        <w:t>تو ہم اس پہ عمل کرنے لگتے ہیں۔ اور شیطان نے قرآن میں ایک چیلنج کے انداز میں کہا ہے اللہ تعالی سے کہ میں تیرے سارے لوگوں کو، تیری ساری مخلوق کو تیرے راستے سے ہٹا د</w:t>
      </w:r>
    </w:p>
    <w:p>
      <w:r>
        <w:rPr>
          <w:b/>
        </w:rPr>
        <w:t xml:space="preserve">[16:35] </w:t>
      </w:r>
      <w:r>
        <w:t>oon ga. ji. chand ko chhod ke. aur tu bohat kam logon ko paye ga jo shakir hon ge. wa la tajad akthar shakirin .</w:t>
      </w:r>
    </w:p>
    <w:p>
      <w:pPr>
        <w:jc w:val="right"/>
      </w:pPr>
      <w:r>
        <w:t>وں گا۔ جی۔ چند کو چھوڑ کے۔ اور تو بہت کم لوگوں کو پائے گا جو شاکر ہوں گے۔ ولا تجد اکثر شاکرین ۔</w:t>
      </w:r>
    </w:p>
    <w:p>
      <w:r>
        <w:rPr>
          <w:b/>
        </w:rPr>
        <w:t xml:space="preserve">[16:43] </w:t>
      </w:r>
      <w:r>
        <w:t>kahin bohat kam hon ge jo tere bande hon ge, shukr guzar bande. to sab se aham baat yeh hai ke insan jab bhi ghalti kare, koi ghalti ho jaye us se, chounke aisa to ho hi nahi sakta ke koi ghalti na kare, ghalti ho jati hai to foran toba</w:t>
      </w:r>
    </w:p>
    <w:p>
      <w:pPr>
        <w:jc w:val="right"/>
      </w:pPr>
      <w:r>
        <w:t>کہیں بہت کم ہوں گے جو تیرے بندے ہوں گے، شکر گزار بندے۔ تو سب سے اہم بات یہ ہے کہ انسان جب بھی غلطی کرے، کوئی غلطی ہو جائے اس سے، چونکہ ایسا تو ہو ہی نہیں سکتا کہ کوئی غلطی نہ کرے، غلطی ہو جاتی ہے تو فوراً توبہ</w:t>
      </w:r>
    </w:p>
    <w:p>
      <w:r>
        <w:rPr>
          <w:b/>
        </w:rPr>
        <w:t xml:space="preserve">[17:03] </w:t>
      </w:r>
      <w:r>
        <w:t>kar le. quran mein bhi toba qareeb ka lafz aata hai yatooboon min qareeb . ke woh foran toba kar lete hain. agar foran toba na kare, jaise molana ne is ko ek explain kiya hai, to conditioning shuru</w:t>
      </w:r>
    </w:p>
    <w:p>
      <w:pPr>
        <w:jc w:val="right"/>
      </w:pPr>
      <w:r>
        <w:t>کر لے۔ قرآن میں بھی توبہ قریب کا لفظ آتا ہے يتوبون من قریب ۔ کہ وہ فوراً توبہ کر لیتے ہیں۔ اگر فوراً توبہ نہ کرے، جیسے مولانا نے اس کو ایک ایکسپلین کیا ہے، تو کنڈیشننگ شروع</w:t>
      </w:r>
    </w:p>
    <w:p>
      <w:r>
        <w:rPr>
          <w:b/>
        </w:rPr>
        <w:t xml:space="preserve">[17:17] </w:t>
      </w:r>
      <w:r>
        <w:t>ho jati hai. phir insan conditioned ho jata hai, phir badalna mushkil ho jata hai. sahih. aur is ko ek hadith mein prophet Muhammad sallallahu alaihi wasallam ne bohat achi tarah se explain kiya hai, yeh ek symbolic hadith hai ke jab insan koi ghalti karta hai to us ke dil pe ek black spot ya black black dhabba pad jata hai.</w:t>
      </w:r>
    </w:p>
    <w:p>
      <w:pPr>
        <w:jc w:val="right"/>
      </w:pPr>
      <w:r>
        <w:t>ہو جاتی ہے۔ پھر انسان کنڈیشنڈ ہو جاتا ہے، پھر بدلنا مشکل ہو جاتا ہے۔ صحیح۔ اور اس کو ایک حدیث میں پرافٹ محمد صلی اللہ علیہ وسلم نے بہت اچھی طرح سے ایکسپلین کیا ہے، یہ ایک سمبلک حدیث ہے کہ جب انسان کوئی غلطی کرتا ہے تو اس کے دل پہ ایک بلیک اسپاٹ یا بلیک بلیک دھبہ پڑ جاتا ہے۔</w:t>
      </w:r>
    </w:p>
    <w:p>
      <w:r>
        <w:rPr>
          <w:b/>
        </w:rPr>
        <w:t xml:space="preserve">[17:35] </w:t>
      </w:r>
      <w:r>
        <w:t>ji. yani physical sense mein nahi, yeh symbolic sense mein hai, chounke dil to ek organ hai to circulate the blood . dil</w:t>
      </w:r>
    </w:p>
    <w:p>
      <w:pPr>
        <w:jc w:val="right"/>
      </w:pPr>
      <w:r>
        <w:t>جی۔ یعنی فزیکل سینس میں نہیں، یہ سمبلک سینس میں ہے، چونکہ دل تو ایک ارگن ہے to circulate the blood ۔ دل</w:t>
      </w:r>
    </w:p>
    <w:p>
      <w:r>
        <w:rPr>
          <w:b/>
        </w:rPr>
        <w:t xml:space="preserve">[17:44] </w:t>
      </w:r>
      <w:r>
        <w:t>murad nahi hai balkeh inner personality murad hai. to jab bhi koi insan ghalti karta hai to us ke dil mein ek black spot pad jata hai.</w:t>
      </w:r>
    </w:p>
    <w:p>
      <w:pPr>
        <w:jc w:val="right"/>
      </w:pPr>
      <w:r>
        <w:t>مراد نہیں ہے بلکہ انر پرسنیلٹی مراد ہے۔ تو جب بھی کوئی انسان غلطی کرتا ہے تو اس کے دل میں ایک بلیک اسپاٹ پڑ جاتا ہے۔</w:t>
      </w:r>
    </w:p>
    <w:p>
      <w:r>
        <w:rPr>
          <w:b/>
        </w:rPr>
        <w:t xml:space="preserve">[17:54] </w:t>
      </w:r>
      <w:r>
        <w:t>phir agar woh toba kar leta hai to woh black spot saaf ho jata hai. aur agar woh ghalti karta rehta hai, toba nahi karta to ahista ahista black spot padte chale jate hain aur poora dil kala ho jata hai.</w:t>
      </w:r>
    </w:p>
    <w:p>
      <w:pPr>
        <w:jc w:val="right"/>
      </w:pPr>
      <w:r>
        <w:t>پھر اگر وہ توبہ کر لیتا ہے تو وہ بلیک اسپاٹ صاف ہو جاتا ہے۔ اور اگر وہ غلطی کرتا رہتا ہے، توبہ نہیں کرتا تو آہستہ آہستہ بلیک اسپاٹ پڑتے چلے جاتے ہیں اور پورا دل کالا ہو جاتا ہے۔</w:t>
      </w:r>
    </w:p>
    <w:p>
      <w:r>
        <w:rPr>
          <w:b/>
        </w:rPr>
        <w:t xml:space="preserve">[18:08] </w:t>
      </w:r>
      <w:r>
        <w:t>j</w:t>
      </w:r>
    </w:p>
    <w:p>
      <w:pPr>
        <w:jc w:val="right"/>
      </w:pPr>
      <w:r>
        <w:t>ج</w:t>
      </w:r>
    </w:p>
    <w:p>
      <w:r>
        <w:rPr>
          <w:b/>
        </w:rPr>
        <w:t xml:space="preserve">[18:09] </w:t>
      </w:r>
      <w:r>
        <w:t>ee. yani us ki inner personality bohat hardened ho jati hai aur phir woh baaton ko samajhta nahi hai.</w:t>
      </w:r>
    </w:p>
    <w:p>
      <w:pPr>
        <w:jc w:val="right"/>
      </w:pPr>
      <w:r>
        <w:t>ی۔ یعنی اس کی انر پرسنیلٹی بہت ہارڈنڈ ہو جاتی ہے اور پھر وہ باتوں کو سمجھتا نہیں ہے۔</w:t>
      </w:r>
    </w:p>
    <w:p>
      <w:r>
        <w:rPr>
          <w:b/>
        </w:rPr>
        <w:t xml:space="preserve">[18:16] </w:t>
      </w:r>
      <w:r>
        <w:t>to is ka jo tareeqa hai ke shaitan se bachne ka tareeqa ek hi hai ke hum dua karein Allah taala se aur is se panah mangein. jaise hum quran jab shuru karte hain to kehte hain aoozu billahi minash shaitanir rajeem .</w:t>
      </w:r>
    </w:p>
    <w:p>
      <w:pPr>
        <w:jc w:val="right"/>
      </w:pPr>
      <w:r>
        <w:t>تو اس کا جو طریقہ ہے کہ شیطان سے بچنے کا طریقہ ایک ہی ہے کہ ہم دعا کریں اللہ تعالی سے اور اس سے پناہ مانگیں۔ جیسے ہم قرآن جب شروع کرتے ہیں تو کہتے ہیں أعوذ بالله من الشيطان الرجيم ۔</w:t>
      </w:r>
    </w:p>
    <w:p>
      <w:r>
        <w:rPr>
          <w:b/>
        </w:rPr>
        <w:t xml:space="preserve">[18:29] </w:t>
      </w:r>
      <w:r>
        <w:t>aur la hawla wa la quwwata . jaise aise hi quran mein aata hai Allahumma inni aoozu bika min hamazatis shayatini wa aoozu bika rabbi an yahduron .</w:t>
      </w:r>
    </w:p>
    <w:p>
      <w:pPr>
        <w:jc w:val="right"/>
      </w:pPr>
      <w:r>
        <w:t>اور لا حول ولا قوة ۔ جیسے ایسے ہی قرآن میں آتا ہے اللهم إني أعوذ بك من همزات الشياطين وأعوذ بك ربي أن يهدرون ۔</w:t>
      </w:r>
    </w:p>
    <w:p>
      <w:r>
        <w:rPr>
          <w:b/>
        </w:rPr>
        <w:t xml:space="preserve">[18:39] </w:t>
      </w:r>
      <w:r>
        <w:t>ke aye Allah mujhe shaitan se bacha aur shaitan mere qareeb ayein, is se is se mehfooz rakh. to asal mein insan agar apne andar spirit paida kare, jab molana kehte the ke jo bhi aap ki ibadat hai, namaz, roza, hajj, zakat, us mein spirit paida karein aur quran ko is tarah padhein ke tadabbur ke sath, gehrai ke sath aur zikr karein.</w:t>
      </w:r>
    </w:p>
    <w:p>
      <w:pPr>
        <w:jc w:val="right"/>
      </w:pPr>
      <w:r>
        <w:t>کہ اے اللہ مجھے شیطان سے بچا اور شیطان میرے قریب آئیں، اس سے اس سے محفوظ رکھ۔ تو اصل میں انسان اگر اپنے اندر سپرٹ پیدا کرے، جب مولانا کہتے تھے کہ جو بھی آپ کی عبادت ہے، نماز، روزہ، حج، زکوۃ، اس میں سپرٹ پیدا کریں اور قرآن کو اس طرح پڑھیں کہ تدبر کے ساتھ، گہرائی کے ساتھ اور ذکر کریں۔</w:t>
      </w:r>
    </w:p>
    <w:p>
      <w:r>
        <w:rPr>
          <w:b/>
        </w:rPr>
        <w:t xml:space="preserve">[19:02] </w:t>
      </w:r>
      <w:r>
        <w:t>hmm. zikr ka matlab yeh nahi ke kuch alfaaz ko dohraein, zikr ka matlab molana ne hamesha bataya hai ke jo nematein hamari, hamein Allah taala de raha hai, har har taraf nematein phaili hui hain,</w:t>
      </w:r>
    </w:p>
    <w:p>
      <w:pPr>
        <w:jc w:val="right"/>
      </w:pPr>
      <w:r>
        <w:t>ہمم۔ ذکر کا مطلب یہ نہیں کہ کچھ الفاظ کو دہرائیں، ذکر کا مطلب مولانا نے ہمیشہ بتایا ہے کہ جو نعمتیں ہماری، ہمیں اللہ تعالی دے رہا ہے، ہر ہر طرف نعمتیں پھیلی ہوئی ہیں،</w:t>
      </w:r>
    </w:p>
    <w:p>
      <w:r>
        <w:rPr>
          <w:b/>
        </w:rPr>
        <w:t xml:space="preserve">[19:15] </w:t>
      </w:r>
      <w:r>
        <w:t>khud hamara wajood ek bohat hi bari nemat hai. to in sab cheezon ko molana kehte the reference point bana ke aap Khuda ka shukr ada karein.</w:t>
      </w:r>
    </w:p>
    <w:p>
      <w:pPr>
        <w:jc w:val="right"/>
      </w:pPr>
      <w:r>
        <w:t>خود ہمارا وجود ایک بہت ہی بڑی نعمت ہے۔ تو ان سب چیزوں کو مولانا کہتے تھے ریفرنس پوائنٹ بنا کے آپ خدا کا شکر ادا کریں۔</w:t>
      </w:r>
    </w:p>
    <w:p>
      <w:r>
        <w:rPr>
          <w:b/>
        </w:rPr>
        <w:t xml:space="preserve">[19:23] </w:t>
      </w:r>
      <w:r>
        <w:t>ji. to is tarah se jab ek insan is tarah ki spiritual life guzarega to woh hassas ho jayega, sensitive ho jayega ke shaitan ke behkawe ko bohat jaldi pehchan lega.</w:t>
      </w:r>
    </w:p>
    <w:p>
      <w:pPr>
        <w:jc w:val="right"/>
      </w:pPr>
      <w:r>
        <w:t>جی۔ تو اس طرح سے جب ایک انسان اس طرح کی سپرچول لائف گزارے گا تو وہ حساس ہو جائے گا، سینسٹیو ہو جائے گا کہ شیطان کے بہکاوے کو بہت جلدی پہچان لے گا۔</w:t>
      </w:r>
    </w:p>
    <w:p>
      <w:r>
        <w:rPr>
          <w:b/>
        </w:rPr>
        <w:t xml:space="preserve">[19:33] </w:t>
      </w:r>
      <w:r>
        <w:t>to foran is se bachega. ji. to ye behal zehan mein baatein aa rahi hain. ji. ji. ji. doctor sahib, bohat</w:t>
      </w:r>
    </w:p>
    <w:p>
      <w:pPr>
        <w:jc w:val="right"/>
      </w:pPr>
      <w:r>
        <w:t>تو فوراً اس سے بچے گا۔ جی۔ تو یہ بہرحال ذہن میں باتیں آ رہی ہیں۔ جی۔ جی۔ جی۔ ڈاکٹر صاحب، بہت</w:t>
      </w:r>
    </w:p>
    <w:p>
      <w:r>
        <w:rPr>
          <w:b/>
        </w:rPr>
        <w:t xml:space="preserve">[19:40] </w:t>
      </w:r>
      <w:r>
        <w:t>sahih kaha aap ne. in fact agar kisi insan ki ego ko aap touch karein to wo flare up ho ke super ego ban jati hai. ji.</w:t>
      </w:r>
    </w:p>
    <w:p>
      <w:pPr>
        <w:jc w:val="right"/>
      </w:pPr>
      <w:r>
        <w:t>صحیح کہا آپ نے۔ ان فیکٹ اگر کسی انسان کی ایگو کو آپ ٹچ کریں تو وہ فلیئر اپ ہو کے سپر ایگو بن جاتی ہے۔ جی۔</w:t>
      </w:r>
    </w:p>
    <w:p>
      <w:r>
        <w:rPr>
          <w:b/>
        </w:rPr>
        <w:t xml:space="preserve">[19:48] </w:t>
      </w:r>
      <w:r>
        <w:t>aur result hamesha breakdown hota hai. lekin aap ne jaise bataya ke zamir insan ka jo hai, agar aap us ko touch karein.</w:t>
      </w:r>
    </w:p>
    <w:p>
      <w:pPr>
        <w:jc w:val="right"/>
      </w:pPr>
      <w:r>
        <w:t>اور رزلٹ ہمیشہ بریک ڈاؤن ہوتا ہے۔ لیکن آپ نے جیسے بتایا کہ ضمیر انسان کا جو ہے، اگر آپ اس کو ٹچ کریں۔</w:t>
      </w:r>
    </w:p>
    <w:p>
      <w:r>
        <w:rPr>
          <w:b/>
        </w:rPr>
        <w:t xml:space="preserve">[19:57] </w:t>
      </w:r>
      <w:r>
        <w:t>ji. to</w:t>
      </w:r>
    </w:p>
    <w:p>
      <w:pPr>
        <w:jc w:val="right"/>
      </w:pPr>
      <w:r>
        <w:t>جی۔ تو</w:t>
      </w:r>
    </w:p>
    <w:p>
      <w:r>
        <w:rPr>
          <w:b/>
        </w:rPr>
        <w:t xml:space="preserve">[19:58] </w:t>
      </w:r>
      <w:r>
        <w:t>aap insan ko aap jeet sakte hain. aur ek example jo Maulana bohat diya karte the, prophet ki zindagi se ke kaise ek aadmi aaya aur un ko face to face muzammam kaha, matlab condemned one.</w:t>
      </w:r>
    </w:p>
    <w:p>
      <w:pPr>
        <w:jc w:val="right"/>
      </w:pPr>
      <w:r>
        <w:t>آپ انسان کو آپ جیت سکتے ہیں۔ اور ایک ایگزامپل جو مولانا بہت دیا کرتے تھے، پرافٹ کی زندگی سے کہ کیسے ایک آدمی آیا اور ان کو فیس ٹو فیس مذمم کہا، مطلب کنڈیمڈ ون۔</w:t>
      </w:r>
    </w:p>
    <w:p>
      <w:r>
        <w:rPr>
          <w:b/>
        </w:rPr>
        <w:t xml:space="preserve">[20:13] </w:t>
      </w:r>
      <w:r>
        <w:t>lekin Rasool Allah ne is ka response kya diya</w:t>
      </w:r>
    </w:p>
    <w:p>
      <w:pPr>
        <w:jc w:val="right"/>
      </w:pPr>
      <w:r>
        <w:t>لیکن رسول اللہ نے اس کا رسپانس کیا دیا</w:t>
      </w:r>
    </w:p>
    <w:p>
      <w:r>
        <w:rPr>
          <w:b/>
        </w:rPr>
        <w:t xml:space="preserve">[20:17] </w:t>
      </w:r>
      <w:r>
        <w:t>? unho ne react nahi kiya, wo simply he smiled. and that was the right moral response to that man. aur is ka hum ne result bhi dekha un ki zindagi se ke itna zabardast asar pada us aadmi par jo un ko condemn kar raha tha ke wo ek dam dhah gaya.</w:t>
      </w:r>
    </w:p>
    <w:p>
      <w:pPr>
        <w:jc w:val="right"/>
      </w:pPr>
      <w:r>
        <w:t>؟ انہوں نے ری ایکٹ نہیں کیا، وہ سمپلی ہی سمائلڈ۔ اینڈ دیٹ واز دا رائٹ مورل رسپانس ٹو دیٹ مین۔ اور اس کا ہم نے رزلٹ بھی دیکھا ان کی زندگی سے کہ اتنا زبردست اثر پڑا اس آدمی پر جو ان کو کنڈیم کر رہا تھا کہ وہ ایک دم ڈھہ گیا۔</w:t>
      </w:r>
    </w:p>
    <w:p>
      <w:r>
        <w:rPr>
          <w:b/>
        </w:rPr>
        <w:t xml:space="preserve">[20:35] </w:t>
      </w:r>
      <w:r>
        <w:t>aur history mein aata hai ke wo baad mein prophet ka follower bhi ban gaya. to</w:t>
      </w:r>
    </w:p>
    <w:p>
      <w:pPr>
        <w:jc w:val="right"/>
      </w:pPr>
      <w:r>
        <w:t>اور ہسٹری میں آتا ہے کہ وہ بعد میں پرافٹ کا فالوور بھی بن گیا۔ تو</w:t>
      </w:r>
    </w:p>
    <w:p>
      <w:r>
        <w:rPr>
          <w:b/>
        </w:rPr>
        <w:t xml:space="preserve">[20:41] </w:t>
      </w:r>
      <w:r>
        <w:t>ye hum response kaise dete hain, is pe bohat ziyada nirbhar karta hai ke is ka outcome kya hoga. bilkul. to doctor sahib, jaise abhi aap ne is ka reference diya zamir ka, to main ye bhi chahunga ke aap thora expand kar ke batayein, jaise nafs e lawamah bhi aata hai Quran mein, to is ke kya maani hain?</w:t>
      </w:r>
    </w:p>
    <w:p>
      <w:pPr>
        <w:jc w:val="right"/>
      </w:pPr>
      <w:r>
        <w:t>یہ ہم رسپانس کیسے دیتے ہیں، اس پہ بہت زیادہ निर्भر کرتا ہے کہ اس کا آؤٹ کم کیا ہوگا۔ بالکل۔ تو ڈاکٹر صاحب، جیسے ابھی آپ نے اس کا ریفرنس دیا ضمیر کا، تو میں یہ بھی چاہوں گا کہ آپ تھوڑا ایکسپینڈ کر کے بتائیں، جیسے نفس لوامہ بھی آتا ہے قرآن میں، تو اس کے کیا معنی ہیں؟</w:t>
      </w:r>
    </w:p>
    <w:p>
      <w:r>
        <w:rPr>
          <w:b/>
        </w:rPr>
        <w:t xml:space="preserve">[21:03] </w:t>
      </w:r>
      <w:r>
        <w:t>is ke bare mein bhi hum sab ko batayein. nafs e lawamah yani farishte ki awaz, ek tareeqe se keh sakte hain aap. j</w:t>
      </w:r>
    </w:p>
    <w:p>
      <w:pPr>
        <w:jc w:val="right"/>
      </w:pPr>
      <w:r>
        <w:t>اس کے بارے میں بھی ہم سب کو بتائیں۔ نفس لوامہ یعنی فرشتے کی آواز، ایک طریقے سے کہہ سکتے ہیں آپ۔ ج</w:t>
      </w:r>
    </w:p>
    <w:p>
      <w:r>
        <w:rPr>
          <w:b/>
        </w:rPr>
        <w:t xml:space="preserve">[21:11] </w:t>
      </w:r>
      <w:r>
        <w:t>i. is ko hum jaise lawamah word jo arabi hai, isi se hum urdu mein malamat use karte hain. yani self accusing soul ya self reproaching soul.</w:t>
      </w:r>
    </w:p>
    <w:p>
      <w:pPr>
        <w:jc w:val="right"/>
      </w:pPr>
      <w:r>
        <w:t>ی۔ اس کو ہم جیسے لوامہ ورڈ جو عربی ہے، اسی سے ہم اردو میں ملامت یوز کرتے ہیں۔ یعنی سیلف اکیوزنگ سول یا سیلف ریپروچنگ سول۔</w:t>
      </w:r>
    </w:p>
    <w:p>
      <w:r>
        <w:rPr>
          <w:b/>
        </w:rPr>
        <w:t xml:space="preserve">[21:25] </w:t>
      </w:r>
      <w:r>
        <w:t>ji. soul that rebukes or reproaches a person. chuna ke jab koi insan ghalti karta hai na to ek guilty consciousness hota hai, wo aap ko lagta hai ke main ne koi ghalti ki hai.</w:t>
      </w:r>
    </w:p>
    <w:p>
      <w:pPr>
        <w:jc w:val="right"/>
      </w:pPr>
      <w:r>
        <w:t>جی۔ سول دیٹ ریبیوکس اور ریپروچز اے پرسن۔ چونکہ جب کوئی انسان غلطی کرتا ہے نا تو ایک گلٹی کانشیس ہوتا ہے، وہ آپ کو لگتا ہے کہ میں نے کوئی غلطی کی ہے۔</w:t>
      </w:r>
    </w:p>
    <w:p>
      <w:r>
        <w:rPr>
          <w:b/>
        </w:rPr>
        <w:t xml:space="preserve">[21:36] </w:t>
      </w:r>
      <w:r>
        <w:t>ji. to ye farishte ka ye tareeqa hai ke jab bhi insan koi ghalti karta hai, koi burai ki taraf barhta hai to us ko yaad dehani karata rehta hai, batata rehta hai ke tum galat ho.</w:t>
      </w:r>
    </w:p>
    <w:p>
      <w:pPr>
        <w:jc w:val="right"/>
      </w:pPr>
      <w:r>
        <w:t>جی۔ تو یہ فرشتے کا یہ طریقہ ہے کہ جب بھی انسان کوئی غلطی کرتا ہے، کوئی برائی کی طرف بڑھتا ہے تو اس کو یاد دہانی کراتا رہتا ہے، بتاتا رہتا ہے کہ تم غلط ہو۔</w:t>
      </w:r>
    </w:p>
    <w:p>
      <w:r>
        <w:rPr>
          <w:b/>
        </w:rPr>
        <w:t xml:space="preserve">[21:47] </w:t>
      </w:r>
      <w:r>
        <w:t>agar insan farishte ki awaz ko sunta hai, farishte ki jo hidayat hai, us ko manta hai to wo seedhe raaste pe aa jata</w:t>
      </w:r>
    </w:p>
    <w:p>
      <w:pPr>
        <w:jc w:val="right"/>
      </w:pPr>
      <w:r>
        <w:t>اگر انسان فرشتے کی آواز کو سنتا ہے، فرشتے کی جو ہدایت ہے، اس کو مانتا ہے تو وہ سیدھے راستے پہ آ جاتا</w:t>
      </w:r>
    </w:p>
    <w:p>
      <w:r>
        <w:rPr>
          <w:b/>
        </w:rPr>
        <w:t xml:space="preserve">[21:57] </w:t>
      </w:r>
      <w:r>
        <w:t>hai. agar wo us ko ignore karta hai to wo jo farishte ki awaz hai, jo nafs e lawamah jis ko kaha gaya, wo ahista ahista kuch halki hoti chali jati hai aur yahan tak ke ek waqt aata hai ke wo sun bhi nahi pata us ko.</w:t>
      </w:r>
    </w:p>
    <w:p>
      <w:pPr>
        <w:jc w:val="right"/>
      </w:pPr>
      <w:r>
        <w:t>ہے۔ اگر وہ اس کو اگنور کرتا ہے تو وہ جو فرشتے کی آواز ہے، جو نفس لوامہ جس کو کہا گیا، وہ آہستہ آہستہ کچھ ہلکی ہوتی چلی جاتی ہے اور یہاں تک کہ ایک وقت آتا ہے کہ وہ سن بھی نہیں پاتا اس کو۔</w:t>
      </w:r>
    </w:p>
    <w:p>
      <w:r>
        <w:rPr>
          <w:b/>
        </w:rPr>
        <w:t xml:space="preserve">[22:11] </w:t>
      </w:r>
      <w:r>
        <w:t>to phir wo, phir is ka wo bohat mushkil hota hai, is ka wapas aana. ji. to is ko Maulana ne consciousness kaha. ji.</w:t>
      </w:r>
    </w:p>
    <w:p>
      <w:pPr>
        <w:jc w:val="right"/>
      </w:pPr>
      <w:r>
        <w:t>تو پھر وہ، پھر اس کا وہ بہت مشکل ہوتا ہے، اس کا واپس آنا۔ جی۔ تو اس کو مولانا نے کانشیس کہا۔ جی۔</w:t>
      </w:r>
    </w:p>
    <w:p>
      <w:r>
        <w:rPr>
          <w:b/>
        </w:rPr>
        <w:t xml:space="preserve">[22:20] </w:t>
      </w:r>
      <w:r>
        <w:t>yani jab bhi insan koi galat raaste pe chalta hai to farishta us ko guide karta hai.</w:t>
      </w:r>
    </w:p>
    <w:p>
      <w:pPr>
        <w:jc w:val="right"/>
      </w:pPr>
      <w:r>
        <w:t>یعنی جب بھی انسان کوئی غلط راستے پہ چلتا ہے تو فرشتہ اس کو گائیڈ کرتا ہے۔</w:t>
      </w:r>
    </w:p>
    <w:p>
      <w:r>
        <w:rPr>
          <w:b/>
        </w:rPr>
        <w:t xml:space="preserve">[22:26] </w:t>
      </w:r>
      <w:r>
        <w:t>agar wo us ki guidance ko maan le to phir wo is ka sahi raaste pe rehnumai farishta karta hai.</w:t>
      </w:r>
    </w:p>
    <w:p>
      <w:pPr>
        <w:jc w:val="right"/>
      </w:pPr>
      <w:r>
        <w:t>اگر وہ اس کی گائیڈنس کو مان لے تو پھر وہ اس کا صحیح راستے پہ رہنمائی فرشتہ کرتا ہے۔</w:t>
      </w:r>
    </w:p>
    <w:p>
      <w:r>
        <w:rPr>
          <w:b/>
        </w:rPr>
        <w:t xml:space="preserve">[22:35] </w:t>
      </w:r>
      <w:r>
        <w:t>aur isi ko shaoor ka keh sakte hain. ji. ya consciousness keh sakte hain. aur ye ek pedaishi taur par hai, har insan ke andar hai.</w:t>
      </w:r>
    </w:p>
    <w:p>
      <w:pPr>
        <w:jc w:val="right"/>
      </w:pPr>
      <w:r>
        <w:t>اور اسی کو شعور کا کہہ سکتے ہیں۔ جی۔ یا کانشیس کہہ سکتے ہیں۔ اور یہ ایک پیدائشی طور پر ہے، ہر انسان کے اندر ہے۔</w:t>
      </w:r>
    </w:p>
    <w:p>
      <w:r>
        <w:rPr>
          <w:b/>
        </w:rPr>
        <w:t xml:space="preserve">[22:45] </w:t>
      </w:r>
      <w:r>
        <w:t>bacha bhi hai, wo janta hai ke kya sahi hai, kya galat hai, ek ek ek chote level pe. to insan, har insan ke andar aisa nahi hai, kisi ke andar nahi hai.</w:t>
      </w:r>
    </w:p>
    <w:p>
      <w:pPr>
        <w:jc w:val="right"/>
      </w:pPr>
      <w:r>
        <w:t>بچہ بھی ہے، وہ جانتا ہے کہ کیا صحیح ہے، کیا غلط ہے، ایک ایک ایک چھوٹے لیول پہ۔ تو انسان، ہر انسان کے اندر ایسا نہیں ہے، کسی کے اندر نہیں ہے۔</w:t>
      </w:r>
    </w:p>
    <w:p>
      <w:r>
        <w:rPr>
          <w:b/>
        </w:rPr>
        <w:t xml:space="preserve">[22:54] </w:t>
      </w:r>
      <w:r>
        <w:t>ye shaoor jo consciousness hai, wo maujood hai. sab ke andar. wo har waqt us ko guide karta rehta hai. ji. ab koi ye sawal bhi koi pooch sakta hai ke shaitan ko kyun paida kiya?</w:t>
      </w:r>
    </w:p>
    <w:p>
      <w:pPr>
        <w:jc w:val="right"/>
      </w:pPr>
      <w:r>
        <w:t>یہ شعور جو کانشیس ہے، وہ موجود ہے۔ سب کے اندر۔ وہ ہر وقت اس کو گائیڈ کرتا رہتا ہے۔ جی۔ اب کوئی یہ سوال بھی کوئی پوچھ سکتا ہے کہ شیطان کو کیوں پیدا کیا؟</w:t>
      </w:r>
    </w:p>
    <w:p>
      <w:r>
        <w:rPr>
          <w:b/>
        </w:rPr>
        <w:t xml:space="preserve">[23:05] </w:t>
      </w:r>
      <w:r>
        <w:t>hmm. kyun hamein misguide karta hai wo? ji. to shaitan darasal creation plan ka hissa hai. agar shaitan na ho to phir to ye dunya jannat ho jaye gi.</w:t>
      </w:r>
    </w:p>
    <w:p>
      <w:pPr>
        <w:jc w:val="right"/>
      </w:pPr>
      <w:r>
        <w:t>ہمم۔ کیوں ہمیں مس گائیڈ کرتا ہے وہ؟ جی۔ تو شیطان دراصل کریشن پلان کا حصہ ہے۔ اگر شیطان نہ ہو تو پھر تو یہ دنیا جنت ہو جائے گی۔</w:t>
      </w:r>
    </w:p>
    <w:p>
      <w:r>
        <w:rPr>
          <w:b/>
        </w:rPr>
        <w:t xml:space="preserve">[23:16] </w:t>
      </w:r>
      <w:r>
        <w:t>ji. phir to sirf farishte honge to wo jannat ki surat</w:t>
      </w:r>
    </w:p>
    <w:p>
      <w:pPr>
        <w:jc w:val="right"/>
      </w:pPr>
      <w:r>
        <w:t>جی۔ پھر تو صرف فرشتے ہوں گے تو وہ جنت کی صورت</w:t>
      </w:r>
    </w:p>
    <w:p>
      <w:r>
        <w:rPr>
          <w:b/>
        </w:rPr>
        <w:t xml:space="preserve">[23:20] </w:t>
      </w:r>
      <w:r>
        <w:t>e haal ho jayegi. to chuna ke yahan par test hai, insan ka test ho raha hai aur is test ke liye zaroori hai ke yahan shaitan behkaye, aur yahi test hai ke hum shaitan ke behkaye se bachein aur farishte ki awaz ko sunein aur us ko samjhein.</w:t>
      </w:r>
    </w:p>
    <w:p>
      <w:pPr>
        <w:jc w:val="right"/>
      </w:pPr>
      <w:r>
        <w:t>حال ہو جائے گی۔ تو چونکہ یہاں پر ٹیسٹ ہے، انسان کا ٹیسٹ ہو رہا ہے اور اس ٹیسٹ کے لیے ضروری ہے کہ یہاں شیطان بہکائے، اور یہی ٹیسٹ ہے کہ ہم شیطان کے بہکانے سے بچیں اور فرشتے کی آواز کو سنیں اور اس کو سمجھیں۔</w:t>
      </w:r>
    </w:p>
    <w:p>
      <w:r>
        <w:rPr>
          <w:b/>
        </w:rPr>
        <w:t xml:space="preserve">[23:36] </w:t>
      </w:r>
      <w:r>
        <w:t>ji. aur doctor sahib, Maulana ye bhi kehte the ke jo fareeqe sani hai, wo koi pathar nahi, in</w:t>
      </w:r>
    </w:p>
    <w:p>
      <w:pPr>
        <w:jc w:val="right"/>
      </w:pPr>
      <w:r>
        <w:t>جی۔ اور ڈاکٹر صاحب، مولانا یہ بھی کہتے تھے کہ جو فریق ثانی ہے، وہ کوئی پتھر نہیں، ان</w:t>
      </w:r>
    </w:p>
    <w:p>
      <w:r>
        <w:rPr>
          <w:b/>
        </w:rPr>
        <w:t xml:space="preserve">[23:43] </w:t>
      </w:r>
      <w:r>
        <w:t>san hai. haan. to jab agar aap is ki consciousness ko touch karenge to zaroor is mein badlao aayega, aur wahi hoga jo quran mein fussilat surah mein aaya hai ke your enemy will become your dearest friend</w:t>
      </w:r>
    </w:p>
    <w:p>
      <w:pPr>
        <w:jc w:val="right"/>
      </w:pPr>
      <w:r>
        <w:t>سان ہے۔ ہاں۔ تو جب اگر آپ اس کی کانشیس کو ٹچ کریں گے تو ضرور اس میں بدلاؤ آئے گا، اور وہی ہوگا جو قرآن میں فصلت سورہ میں آیا ہے کہ your enemy will become your dearest friend</w:t>
      </w:r>
    </w:p>
    <w:p>
      <w:r>
        <w:rPr>
          <w:b/>
        </w:rPr>
        <w:t xml:space="preserve">[23:57] </w:t>
      </w:r>
      <w:r>
        <w:t>. aur ek jagah doctor sahab, jaise aap abhi samjha rahe the consciousness ko le ke, aur ego ko le kar, to Maulana ne ek jagah bahut achha likha hai ke insaan ke andar khwahish hai, aur insaan ke andar hi,</w:t>
      </w:r>
    </w:p>
    <w:p>
      <w:pPr>
        <w:jc w:val="right"/>
      </w:pPr>
      <w:r>
        <w:t>۔ اور ایک جگہ ڈاکٹر صاحب، جیسے آپ ابھی سمجھا رہے تھے کانشیس کو لے کے، اور ایگو کو لے کر، تو مولانا نے ایک جگہ بہت اچھا لکھا ہے کہ انسان کے اندر خواہش ہے، اور انسان کے اندر ہی،</w:t>
      </w:r>
    </w:p>
    <w:p>
      <w:r>
        <w:rPr>
          <w:b/>
        </w:rPr>
        <w:t xml:space="preserve">[24:13] </w:t>
      </w:r>
      <w:r>
        <w:t>aap zamir hai, consciousness hai, jaise aap ne bataya, to hamesha is ke beech mein jo hai ek takrao rehta hai. aur aksar aisa hota hai ke jo khwahish hai, woh ghalib ho jati hai.</w:t>
      </w:r>
    </w:p>
    <w:p>
      <w:pPr>
        <w:jc w:val="right"/>
      </w:pPr>
      <w:r>
        <w:t>آپ ضمیر ہے، کانشیس ہے، جیسے آپ نے بتایا، تو ہمیشہ اس کے بیچ میں جو ہے ایک ٹکراؤ رہتا ہے۔ اور اکثر ایسا ہوتا ہے کہ جو خواہش ہے، وہ غالب ہو جاتی ہے۔</w:t>
      </w:r>
    </w:p>
    <w:p>
      <w:r>
        <w:rPr>
          <w:b/>
        </w:rPr>
        <w:t xml:space="preserve">[24:25] </w:t>
      </w:r>
      <w:r>
        <w:t>lekin yahan par jo cheez is ko rok sakti hai, woh hai sabr. to Maulana ne ek bahut achha example diya tha, doctor sahab, motor gaadi ka ke agar aap ek motor gaadi ko dekhen to is mein break hoti hai.</w:t>
      </w:r>
    </w:p>
    <w:p>
      <w:pPr>
        <w:jc w:val="right"/>
      </w:pPr>
      <w:r>
        <w:t>لیکن یہاں پر جو چیز اس کو روک سکتی ہے، وہ ہے صبر۔ تو مولانا نے ایک بہت اچھا ایگزامپل دیا تھا، ڈاکٹر صاحب، موٹر گاڑی کا کہ اگر آپ ایک موٹر گاڑی کو دیکھیں تو اس میں بریک ہوتی ہے۔</w:t>
      </w:r>
    </w:p>
    <w:p>
      <w:r>
        <w:rPr>
          <w:b/>
        </w:rPr>
        <w:t xml:space="preserve">[24:41] </w:t>
      </w:r>
      <w:r>
        <w:t>ab woh gaadi kitni bhi achhi ho, kitni bhi badi ho, lekin agar is mein break na ho to woh manzil tak nahi pahunch sakti. to theek isi tarah, insaan ke andar jo break required hai, woh sabr hai.</w:t>
      </w:r>
    </w:p>
    <w:p>
      <w:pPr>
        <w:jc w:val="right"/>
      </w:pPr>
      <w:r>
        <w:t>اب وہ گاڑی کتنی بھی اچھی ہو، کتنی بھی بڑی ہو، لیکن اگر اس میں بریک نہ ہو تو وہ منزل تک نہیں پہنچ سکتی۔ تو ٹھیک اسی طرح، انسان کے اندر جو بریک ریکوائرڈ ہے، وہ صبر ہے۔</w:t>
      </w:r>
    </w:p>
    <w:p>
      <w:r>
        <w:rPr>
          <w:b/>
        </w:rPr>
        <w:t xml:space="preserve">[24:54] </w:t>
      </w:r>
      <w:r>
        <w:t>agar</w:t>
      </w:r>
    </w:p>
    <w:p>
      <w:pPr>
        <w:jc w:val="right"/>
      </w:pPr>
      <w:r>
        <w:t>اگر</w:t>
      </w:r>
    </w:p>
    <w:p>
      <w:r>
        <w:rPr>
          <w:b/>
        </w:rPr>
        <w:t xml:space="preserve">[24:55] </w:t>
      </w:r>
      <w:r>
        <w:t>sabr insaan kare to yaqeenan us ko kamyabi hasil hogi. to yeh bahut important baat hai. bilkul. doctor sahab, there is one more kind of a soul which is nafs mutmainnah.</w:t>
      </w:r>
    </w:p>
    <w:p>
      <w:pPr>
        <w:jc w:val="right"/>
      </w:pPr>
      <w:r>
        <w:t>صبر انسان کرے تو یقینا اس کو کامیابی حاصل ہوگی۔ تو یہ بہت امپورٹنٹ بات ہے۔ بالکل۔ ڈاکٹر صاحب، there is one more kind of a soul which is نفس مطمئنہ۔</w:t>
      </w:r>
    </w:p>
    <w:p>
      <w:r>
        <w:rPr>
          <w:b/>
        </w:rPr>
        <w:t xml:space="preserve">[25:09] </w:t>
      </w:r>
      <w:r>
        <w:t>to hum chahenge is ke bare mein bhi aap hum sab ko bataen.</w:t>
      </w:r>
    </w:p>
    <w:p>
      <w:pPr>
        <w:jc w:val="right"/>
      </w:pPr>
      <w:r>
        <w:t>تو ہم چاہیں گے اس کے بارے میں بھی آپ ہم سب کو بتائیں۔</w:t>
      </w:r>
    </w:p>
    <w:p>
      <w:r>
        <w:rPr>
          <w:b/>
        </w:rPr>
        <w:t xml:space="preserve">[25:15] </w:t>
      </w:r>
      <w:r>
        <w:t>nafs mutmainnah ya mutmain rooh ka matlab hai satisfied soul ya being contented, yani a state of mind where it is satisfied and contented, and you have peace of mind, and you feel closeness to God.</w:t>
      </w:r>
    </w:p>
    <w:p>
      <w:pPr>
        <w:jc w:val="right"/>
      </w:pPr>
      <w:r>
        <w:t>نفس مطمئنہ یا مطمئن روح کا مطلب ہے سیٹسفائیڈ سول یا بینگ کنٹینٹ، یعنی اے سٹیٹ آف مائنڈ ویر اٹ از سیٹسفائیڈ اینڈ کنٹینٹڈ، اینڈ یو ہیو پیس آف مائنڈ، اینڈ یو فیل کلوزنس ٹو گاڈ۔</w:t>
      </w:r>
    </w:p>
    <w:p>
      <w:r>
        <w:rPr>
          <w:b/>
        </w:rPr>
        <w:t xml:space="preserve">[25:32] </w:t>
      </w:r>
      <w:r>
        <w:t>masha</w:t>
      </w:r>
    </w:p>
    <w:p>
      <w:pPr>
        <w:jc w:val="right"/>
      </w:pPr>
      <w:r>
        <w:t>ماشاء</w:t>
      </w:r>
    </w:p>
    <w:p>
      <w:r>
        <w:rPr>
          <w:b/>
        </w:rPr>
        <w:t xml:space="preserve">[25:33] </w:t>
      </w:r>
      <w:r>
        <w:t>Allah. chunke jab insaan Khuda ke qareeb hota hai, tabhi us ko yeh haqeeqi peace milta hai, aur quran mein bhi aata hai ala bi zikrillah tatmain al quloob ke Khuda ke zikr ke ilawa dilon ko itminan nahi milta.</w:t>
      </w:r>
    </w:p>
    <w:p>
      <w:pPr>
        <w:jc w:val="right"/>
      </w:pPr>
      <w:r>
        <w:t>اللہ۔ چونکہ جب انسان خدا کے قریب ہوتا ہے، تبھی اس کو یہ حقیقی پیس ملتا ہے، اور قرآن میں بھی آتا ہے علی بذکر اللہ تطمئن القلوب کہ خدا کے ذکر کے علاوہ دلوں کو اطمینان نہیں ملتا۔</w:t>
      </w:r>
    </w:p>
    <w:p>
      <w:r>
        <w:rPr>
          <w:b/>
        </w:rPr>
        <w:t xml:space="preserve">[25:52] </w:t>
      </w:r>
      <w:r>
        <w:t>ji.</w:t>
      </w:r>
    </w:p>
    <w:p>
      <w:pPr>
        <w:jc w:val="right"/>
      </w:pPr>
      <w:r>
        <w:t>جی۔</w:t>
      </w:r>
    </w:p>
    <w:p>
      <w:r>
        <w:rPr>
          <w:b/>
        </w:rPr>
        <w:t xml:space="preserve">[25:53] </w:t>
      </w:r>
      <w:r>
        <w:t>to Khuda ka zikr yahi jaise maine abhi bataya ke Khuda ki jo ata karda nematen hain, un ka adrak aur un pe Allah ka shukr ada kar</w:t>
      </w:r>
    </w:p>
    <w:p>
      <w:pPr>
        <w:jc w:val="right"/>
      </w:pPr>
      <w:r>
        <w:t>تو خدا کا ذکر یہی جیسے میں نے ابھی بتایا کہ خدا کی جو عطا کردہ نعمتیں ہیں، ان کا ادراک اور ان پہ اللہ کا شکر ادا کر</w:t>
      </w:r>
    </w:p>
    <w:p>
      <w:r>
        <w:rPr>
          <w:b/>
        </w:rPr>
        <w:t xml:space="preserve">[26:03] </w:t>
      </w:r>
      <w:r>
        <w:t>na. aur Maulana ne nafs mutmainnah ko likha hai ke woh insaan, woh shakhs jo Khuda ke creation plan par raazi hua, yani us ne apni zindagi ko Khuda ke creation plan par dhali aur apni zindagi ka naqsha isi ke isi ke mutabiq banaya, to wahi woh shakhs hai jo Allah taala ke yahan maqbool hoga, aur isi ke liye jannat hai.</w:t>
      </w:r>
    </w:p>
    <w:p>
      <w:pPr>
        <w:jc w:val="right"/>
      </w:pPr>
      <w:r>
        <w:t>نا۔ اور مولانا نے نفس مطمئنہ کو لکھا ہے کہ وہ انسان، وہ شخص جو خدا کے کریشن پلان پر راضی ہوا، یعنی اس نے اپنی زندگی کو خدا کے کریشن پلان پر ڈھالی اور اپنی زندگی کا نقشہ اسی کے اسی کے مطابق بنایا، تو وہی وہ شخص ہے جو اللہ تعالی کے یہاں مقبول ہوگا، اور اسی کے لیے جنت ہے۔</w:t>
      </w:r>
    </w:p>
    <w:p>
      <w:r>
        <w:rPr>
          <w:b/>
        </w:rPr>
        <w:t xml:space="preserve">[26:29] </w:t>
      </w:r>
      <w:r>
        <w:t>ji. yeh bahut important baat doctor sahab aap ne batai ke creation plan pe raazi ho jaen, matlab jab ek insaan ko kuch mile to shukr mein jhuk jae, aur jab na mile to humility mein jhuk jae.</w:t>
      </w:r>
    </w:p>
    <w:p>
      <w:pPr>
        <w:jc w:val="right"/>
      </w:pPr>
      <w:r>
        <w:t>جی۔ یہ بہت امپورٹنٹ بات ڈاکٹر صاحب آپ نے بتائی کہ کریشن پلان پہ راضی ہو جائیں، مطلب جب ایک انسان کو کچھ ملے تو شکر میں جھک جائے، اور جب نہ ملے تو ہیومیلٹی میں جھک جائے۔</w:t>
      </w:r>
    </w:p>
    <w:p>
      <w:r>
        <w:rPr>
          <w:b/>
        </w:rPr>
        <w:t xml:space="preserve">[26:42] </w:t>
      </w:r>
      <w:r>
        <w:t>bilkul. aur agar aisa clash aa jae between the self and the truth to woh self ko chhod ke truth ko ikhtiyar kare, aur kabhi bhi truth ko chhoden na.</w:t>
      </w:r>
    </w:p>
    <w:p>
      <w:pPr>
        <w:jc w:val="right"/>
      </w:pPr>
      <w:r>
        <w:t>بالکل۔ اور اگر ایسا کلیش آ جائے بٹوین دا سیلف اینڈ دا ٹرتھ تو وہ سیلف کو چھوڑ کے ٹرتھ کو اختیار کرے، اور کبھی بھی ٹرتھ کو چھوڑے نہ۔</w:t>
      </w:r>
    </w:p>
    <w:p>
      <w:r>
        <w:rPr>
          <w:b/>
        </w:rPr>
        <w:t xml:space="preserve">[26:54] </w:t>
      </w:r>
      <w:r>
        <w:t>to yeh bahut important baat doctor sahab aap ne batai</w:t>
      </w:r>
    </w:p>
    <w:p>
      <w:pPr>
        <w:jc w:val="right"/>
      </w:pPr>
      <w:r>
        <w:t>تو یہ بہت امپورٹنٹ بات ڈاکٹر صاحب آپ نے بتائی</w:t>
      </w:r>
    </w:p>
    <w:p>
      <w:r>
        <w:rPr>
          <w:b/>
        </w:rPr>
        <w:t xml:space="preserve">[26:57] </w:t>
      </w:r>
      <w:r>
        <w:t>. doctor sahab, to wapas kahani ki taraf rukh karte hain ke prophet Yusuf phir badshah se milte hain, aur badshah unhein ek important ministry ka uhda de dete hain.</w:t>
      </w:r>
    </w:p>
    <w:p>
      <w:pPr>
        <w:jc w:val="right"/>
      </w:pPr>
      <w:r>
        <w:t>۔ ڈاکٹر صاحب، تو واپس کہانی کی طرف رخ کرتے ہیں کہ پرافٹ یوسف پھر بادشاہ سے ملتے ہیں، اور بادشاہ انہیں ایک امپورٹنٹ منسٹری کا عہدہ دے دیتے ہیں۔</w:t>
      </w:r>
    </w:p>
    <w:p>
      <w:r>
        <w:rPr>
          <w:b/>
        </w:rPr>
        <w:t xml:space="preserve">[27:11] </w:t>
      </w:r>
      <w:r>
        <w:t>to yahan se kahani kaise aage badhti hai, is ke bare mein hamein bataen.</w:t>
      </w:r>
    </w:p>
    <w:p>
      <w:pPr>
        <w:jc w:val="right"/>
      </w:pPr>
      <w:r>
        <w:t>تو یہاں سے کہانی کیسے آگے بڑھتی ہے، اس کے بارے میں ہمیں بتائیں۔</w:t>
      </w:r>
    </w:p>
    <w:p>
      <w:r>
        <w:rPr>
          <w:b/>
        </w:rPr>
        <w:t xml:space="preserve">[27:17] </w:t>
      </w:r>
      <w:r>
        <w:t>ji. to yahan se jab Hazrat Yusuf علیہ السلام phir tashreef lae mahal mein, badshah se mulaqat hui to badshah bahut hi mutasir</w:t>
      </w:r>
    </w:p>
    <w:p>
      <w:pPr>
        <w:jc w:val="right"/>
      </w:pPr>
      <w:r>
        <w:t>جی۔ تو یہاں سے جب حضرت یوسف علیہ السلام پھر تشریف لائے محل میں، بادشاہ سے ملاقات ہوئی تو بادشاہ بہت ہی متاثر</w:t>
      </w:r>
    </w:p>
    <w:p>
      <w:r>
        <w:rPr>
          <w:b/>
        </w:rPr>
        <w:t xml:space="preserve">[27:28] </w:t>
      </w:r>
      <w:r>
        <w:t>hua un ki wisdom aur un ki sadaqat aur un ki danishmandi aur un ki jo shakhsiyat thi, bahut hi aala shakhsiyat, in sab cheezon se bahut hi mutasir hua, aur us ne offer kiya ke main aap ko minister banana chahta hoon.</w:t>
      </w:r>
    </w:p>
    <w:p>
      <w:pPr>
        <w:jc w:val="right"/>
      </w:pPr>
      <w:r>
        <w:t>ہوا ان کی وزڈم اور ان کی صداقت اور ان کی دانشمندی اور ان کی جو شخصیت تھی، بہت ہی اعلیٰ شخصیت، ان سب چیزوں سے بہت ہی متاثر ہوا، اور اس نے آفر کیا کہ میں آپ کو منسٹر بنانا چاہتا ہوں۔</w:t>
      </w:r>
    </w:p>
    <w:p>
      <w:r>
        <w:rPr>
          <w:b/>
        </w:rPr>
        <w:t xml:space="preserve">[27:48] </w:t>
      </w:r>
      <w:r>
        <w:t>ji. to Hazrat Yusuf علیہ السلام ne kaha ke ajalni ala khazain al ard yani jo zameen ke khazane hain, us zamane mein chunke sirf agriculture based economy thi to sab kuch wahi hota tha, agriculture se related.</w:t>
      </w:r>
    </w:p>
    <w:p>
      <w:pPr>
        <w:jc w:val="right"/>
      </w:pPr>
      <w:r>
        <w:t>جی۔ تو حضرت یوسف علیہ السلام نے کہا کہ اجعلنی علی خزائن الارض یعنی جو زمین کے خزانے ہیں، اس زمانے میں چونکہ صرف ایگریکلچر بیسڈ اکانومی تھی تو سب کچھ وہی ہوتا تھا، ایگریکلچر سے ریلیٹڈ۔</w:t>
      </w:r>
    </w:p>
    <w:p>
      <w:r>
        <w:rPr>
          <w:b/>
        </w:rPr>
        <w:t xml:space="preserve">[28:05] </w:t>
      </w:r>
      <w:r>
        <w:t>to Hazrat Yusuf علیہ السلام ne kaha ke mujhe tum store houses ka incharge bana do, yani in other words agriculture minister bana do.</w:t>
      </w:r>
    </w:p>
    <w:p>
      <w:pPr>
        <w:jc w:val="right"/>
      </w:pPr>
      <w:r>
        <w:t>تو حضرت یوسف علیہ السلام نے کہا کہ مجھے تم اسٹور ہاؤسز کا انچارج بنا دو، یعنی ان ادر ورڈز ایگریکلچر منسٹر بنا دو۔</w:t>
      </w:r>
    </w:p>
    <w:p>
      <w:r>
        <w:rPr>
          <w:b/>
        </w:rPr>
        <w:t xml:space="preserve">[28:14] </w:t>
      </w:r>
      <w:r>
        <w:t>ji.</w:t>
      </w:r>
    </w:p>
    <w:p>
      <w:pPr>
        <w:jc w:val="right"/>
      </w:pPr>
      <w:r>
        <w:t>جی۔</w:t>
      </w:r>
    </w:p>
    <w:p>
      <w:r>
        <w:rPr>
          <w:b/>
        </w:rPr>
        <w:t xml:space="preserve">[28:15] </w:t>
      </w:r>
      <w:r>
        <w:t>to kaha ke inni hafeez aleem ke main bahut hi skilled custodian hoon. ji. aisa lagta hai ke Hazrat Yusuf علیہ السلام ko is tarah ke kamon ka pehle se kuch tajurba bhi tha, isi liye unhon ne kaha ke main is kaam ko bahut achhi tarah se anjam de sakta hoon.</w:t>
      </w:r>
    </w:p>
    <w:p>
      <w:pPr>
        <w:jc w:val="right"/>
      </w:pPr>
      <w:r>
        <w:t>تو کہا کہ انی حفیظ علیم کہ میں بہت ہی سکلڈ کسٹوڈین ہوں۔ جی۔ ایسا لگتا ہے کہ حضرت یوسف علیہ السلام کو اس طرح کے کاموں کا پہلے سے کچھ تجربہ بھی تھا، اسی لیے انہوں نے کہا کہ میں اس کام کو بہت اچھی طرح سے انجام دے سکتا ہوں۔</w:t>
      </w:r>
    </w:p>
    <w:p>
      <w:r>
        <w:rPr>
          <w:b/>
        </w:rPr>
        <w:t xml:space="preserve">[28:30] </w:t>
      </w:r>
      <w:r>
        <w:t>to is jagah quran mein aata hai wa kadhalika makkanna li yusuf fil ardh ke is tarah se hum ne, Allah taala fermata hai ke is tarah se hum ne yusuf ko</w:t>
      </w:r>
    </w:p>
    <w:p>
      <w:pPr>
        <w:jc w:val="right"/>
      </w:pPr>
      <w:r>
        <w:t>تو اس جگہ قرآن میں آتا ہے وكذلك مكنا ليوسف فی الارض کہ اس طرح سے ہم نے، اللہ تعالی فرماتا ہے کہ اس طرح سے ہم نے یوسف کو</w:t>
      </w:r>
    </w:p>
    <w:p>
      <w:r>
        <w:rPr>
          <w:b/>
        </w:rPr>
        <w:t xml:space="preserve">[28:41] </w:t>
      </w:r>
      <w:r>
        <w:t>zameen misr mein, mulk misr mein aik ikhtiyar de diya. ji. aur yahi baat pehle bhi aayi thi jab yusuf alaihi assalam ko aziz le ke aaye the khareed ke aur apne ghar pe rakha tha, to exactly yahi ayat aayi thi wa kadhalika makkanna li yusuf fil ardh</w:t>
      </w:r>
    </w:p>
    <w:p>
      <w:pPr>
        <w:jc w:val="right"/>
      </w:pPr>
      <w:r>
        <w:t>زمین مصر میں، ملک مصر میں ایک اختیار دے دیا۔ جی۔ اور یہی بات پہلے بھی آئی تھی جب یوسف علیہ السلام کو عزیز لے کے آئے تھے خرید کے اور اپنے گھر پہ رکھا تھا، تو ایگزیکٹلی یہی آیت آئی تھی وكذلك مكنا ليوسف فی الارض</w:t>
      </w:r>
    </w:p>
    <w:p>
      <w:r>
        <w:rPr>
          <w:b/>
        </w:rPr>
        <w:t xml:space="preserve">[29:01] </w:t>
      </w:r>
      <w:r>
        <w:t>to yeh Allah taala ka aik tareeqa hai ke baz auqat mushkil halaat aate hain aur bazahir aisa lagta hai ke ab jaise yusuf alaihi assalam kunwein mein chale gaye.</w:t>
      </w:r>
    </w:p>
    <w:p>
      <w:pPr>
        <w:jc w:val="right"/>
      </w:pPr>
      <w:r>
        <w:t>تو یہ اللہ تعالی کا ایک طریقہ ہے کہ بعض اوقات مشکل حالات آتے ہیں اور بظاہر ایسا لگتا ہے کہ اب جیسے یوسف علیہ السلام کنویں میں چلے گئے۔</w:t>
      </w:r>
    </w:p>
    <w:p>
      <w:r>
        <w:rPr>
          <w:b/>
        </w:rPr>
        <w:t xml:space="preserve">[29:11] </w:t>
      </w:r>
      <w:r>
        <w:t>hmm. kunwein se phir un ko slave bana diya. ji. to yeh sab chuki Allah taala ka yeh aik nizam hai, woh chal raha hai. har cheez gardish mein hai, zameen o aasman gardish mein hai, zameen gardish mein hai, sayare sitare, to poori jo yeh jo zindagi hai, woh aik chal rah</w:t>
      </w:r>
    </w:p>
    <w:p>
      <w:pPr>
        <w:jc w:val="right"/>
      </w:pPr>
      <w:r>
        <w:t>ہمم۔ کنویں سے پھر ان کو سلیو بنا دیا۔ جی۔ تو یہ سب چونکہ اللہ تعالی کا یہ ایک نظام ہے، وہ چل رہا ہے۔ ہر چیز گردش میں ہے، زمین و آسمان گردش میں ہے، زمین گردش میں ہے، سیارے ستارے، تو پوری جو یہ جو زندگی ہے، وہ ایک چل رہ</w:t>
      </w:r>
    </w:p>
    <w:p>
      <w:r>
        <w:rPr>
          <w:b/>
        </w:rPr>
        <w:t xml:space="preserve">[29:29] </w:t>
      </w:r>
      <w:r>
        <w:t>i hai. isi isi ke isi ke beech mein, isi ke darmiyan Allah taala logon ki madad karta hai. aisa nahi hota ke koi alag se ho jaye to woh pata bhi nahi chalta, yani mehsoos nahi hota ke bazahir lag raha hai ke kunwein ke andar gaye, bohat hi museebat hai, lekin wahi aik stepping stone ban gaya aik aala maqam pe pohnchne ke, aur jail mein gaye, wahi aik stepping stone ban gaya, aur bare aala maqam pe takht pe taqreeban pahunch</w:t>
      </w:r>
    </w:p>
    <w:p>
      <w:pPr>
        <w:jc w:val="right"/>
      </w:pPr>
      <w:r>
        <w:t>ی ہے۔ اسی اسی کے اسی کے بیچ میں، اسی کے دوران اللہ تعالی لوگوں کی مدد کرتا ہے۔ ایسا نہیں ہوتا کہ کوئی الگ سے ہو جائے تو وہ پتہ بھی نہیں چلتا، یعنی محسوس نہیں ہوتا کہ بظاہر لگ رہا ہے کہ کنویں کے اندر گئے، بہت ہی مصیبت ہے، لیکن وہی ایک سٹیپنگ سٹون بن گیا ایک اعلیٰ مقام پہ پہنچنے کے، اور جیل میں گئے، وہی ایک سٹیپنگ سٹون بن گیا، اور بڑے اعلیٰ مقام پہ تخت پہ تقریباً پہنچ</w:t>
      </w:r>
    </w:p>
    <w:p>
      <w:r>
        <w:rPr>
          <w:b/>
        </w:rPr>
        <w:t xml:space="preserve">[29:58] </w:t>
      </w:r>
      <w:r>
        <w:t>gaye. to is tarah se har kisi ki zindagi mein hota hai. to yeh mushkil halaat aate hain to yeh is se pareshan nahi hona chahiye.</w:t>
      </w:r>
    </w:p>
    <w:p>
      <w:pPr>
        <w:jc w:val="right"/>
      </w:pPr>
      <w:r>
        <w:t>گئے۔ تو اس طرح سے ہر کسی کی زندگی میں ہوتا ہے۔ تو یہ مشکل حالات آتے ہیں تو یہ اس سے پریشان نہیں ہونا چاہیے۔</w:t>
      </w:r>
    </w:p>
    <w:p>
      <w:r>
        <w:rPr>
          <w:b/>
        </w:rPr>
        <w:t xml:space="preserve">[30:08] </w:t>
      </w:r>
      <w:r>
        <w:t>ho sakta hai ke Allah taala ne koi bohat hi bari success aap ke liye likhi ho, jo jis ka rasta yahi ho. ji. isi ke through. ji. aap is is success ko hasil kar sakte hain.</w:t>
      </w:r>
    </w:p>
    <w:p>
      <w:pPr>
        <w:jc w:val="right"/>
      </w:pPr>
      <w:r>
        <w:t>ہو سکتا ہے کہ اللہ تعالی نے کوئی بہت ہی بڑی سکسیس آپ کے لیے لکھی ہو، جو جس کا راستہ یہی ہو۔ جی۔ اسی کے تھرو۔ جی۔ آپ اس اس سکسیس کو حاصل کر سکتے ہیں۔</w:t>
      </w:r>
    </w:p>
    <w:p>
      <w:r>
        <w:rPr>
          <w:b/>
        </w:rPr>
        <w:t xml:space="preserve">[30:19] </w:t>
      </w:r>
      <w:r>
        <w:t>ji. yeh bohat important baat hai ke ji, yeh wahi baat aa jati hai ke creation plan pe raazi hona. ji</w:t>
      </w:r>
    </w:p>
    <w:p>
      <w:pPr>
        <w:jc w:val="right"/>
      </w:pPr>
      <w:r>
        <w:t>جی۔ یہ بہت امپورٹنٹ بات ہے کہ جی، یہ وہی بات آ جاتی ہے کہ کریشن پلان پہ راضی ہونا۔ جی</w:t>
      </w:r>
    </w:p>
    <w:p>
      <w:r>
        <w:rPr>
          <w:b/>
        </w:rPr>
        <w:t xml:space="preserve">[30:25] </w:t>
      </w:r>
      <w:r>
        <w:t>۔ kyunke insaan sochta hai apni limitation ke aitbaar se ke mere liye yeh sahi hai, lekin Allah taala ne kuch aur hi planning ki hui hai.</w:t>
      </w:r>
    </w:p>
    <w:p>
      <w:pPr>
        <w:jc w:val="right"/>
      </w:pPr>
      <w:r>
        <w:t>۔ کیونکہ انسان سوچتا ہے اپنی لیمیٹیشن کے اعتبار سے کہ میرے لیے یہ صحیح ہے، لیکن اللہ تعالی نے کچھ اور ہی پلاننگ کی ہوئی ہے۔</w:t>
      </w:r>
    </w:p>
    <w:p>
      <w:r>
        <w:rPr>
          <w:b/>
        </w:rPr>
        <w:t xml:space="preserve">[30:35] </w:t>
      </w:r>
      <w:r>
        <w:t>to doctor sahib, phir yeh hua ke unhon ne ministry of agriculture, agar hum aaj ki terms mein kahein, jaise aap samjha rahe hain, to profit yusuf ne woh charge le liya.</w:t>
      </w:r>
    </w:p>
    <w:p>
      <w:pPr>
        <w:jc w:val="right"/>
      </w:pPr>
      <w:r>
        <w:t>تو ڈاکٹر صاحب، پھر یہ ہوا کہ انہوں نے منسٹری آف ایگریکلچر، اگر ہم آج کی ٹرمز میں کہیں، جیسے آپ سمجھا رہے ہیں، تو پرافٹ یوسف نے وہ چارج لے لیا۔</w:t>
      </w:r>
    </w:p>
    <w:p>
      <w:r>
        <w:rPr>
          <w:b/>
        </w:rPr>
        <w:t xml:space="preserve">[30:45] </w:t>
      </w:r>
      <w:r>
        <w:t>to phir is ke baad kya hua? haan, to yusuf alaihi assalam ne woh kaam sambhal liya.</w:t>
      </w:r>
    </w:p>
    <w:p>
      <w:pPr>
        <w:jc w:val="right"/>
      </w:pPr>
      <w:r>
        <w:t>تو پھر اس کے بعد کیا ہوا؟ ہاں، تو یوسف علیہ السلام نے وہ کام سنبھال لیا۔</w:t>
      </w:r>
    </w:p>
    <w:p>
      <w:r>
        <w:rPr>
          <w:b/>
        </w:rPr>
        <w:t xml:space="preserve">[30:52] </w:t>
      </w:r>
      <w:r>
        <w:t>ji. aur bohat hi achhe tareeqe se is ko manage kiya, aur jo un ki shakhsiyat thi, us se log bohat hi mutasir hote the, jin se bhi koi kaam kehte the to woh bohat hi khushi se us ko foran anjam deta tha.</w:t>
      </w:r>
    </w:p>
    <w:p>
      <w:pPr>
        <w:jc w:val="right"/>
      </w:pPr>
      <w:r>
        <w:t>جی۔ اور بہت ہی اچھے طریقے سے اس کو مینج کیا، اور جو ان کی شخصیت تھی، اس سے لوگ بہت ہی متاثر ہوتے تھے، جن سے بھی کوئی کام کہتے تھے تو وہ بہت ہی خوشی سے اس کو فوراً انجام دیتا تھا۔</w:t>
      </w:r>
    </w:p>
    <w:p>
      <w:r>
        <w:rPr>
          <w:b/>
        </w:rPr>
        <w:t xml:space="preserve">[31:10] </w:t>
      </w:r>
      <w:r>
        <w:t>to sara jo extra grain tha, woh jama karna shuru kiya, bare bare store houses banwaye. j</w:t>
      </w:r>
    </w:p>
    <w:p>
      <w:pPr>
        <w:jc w:val="right"/>
      </w:pPr>
      <w:r>
        <w:t>تو سارا جو ایکسٹرا گرین تھا، وہ جمع کرنا شروع کیا، بڑے بڑے اسٹور ہاؤسز بنوائے۔ ج</w:t>
      </w:r>
    </w:p>
    <w:p>
      <w:r>
        <w:rPr>
          <w:b/>
        </w:rPr>
        <w:t xml:space="preserve">[31:18] </w:t>
      </w:r>
      <w:r>
        <w:t>i. aur travel kiya unhon ne aur shehron mein, aur jo bhi extra grain tha, woh farmers se unhon ne khareeda aur jama karna shuru kar diya, aur jahan jahan zaroorat thi, wahan pohanchaya,</w:t>
      </w:r>
    </w:p>
    <w:p>
      <w:pPr>
        <w:jc w:val="right"/>
      </w:pPr>
      <w:r>
        <w:t>ی۔ اور ٹریول کیا انہوں نے اور شہروں میں، اور جو بھی ایکسٹرا گرین تھا، وہ فارمرز سے انہوں نے خریدا اور جمع کرنا شروع کر دیا، اور جہاں جہاں ضرورت تھی، وہاں پہنچایا،</w:t>
      </w:r>
    </w:p>
    <w:p>
      <w:r>
        <w:rPr>
          <w:b/>
        </w:rPr>
        <w:t xml:space="preserve">[31:31] </w:t>
      </w:r>
      <w:r>
        <w:t>camels ke zariye, caravan ke zariye, bail gaadiyon ke zariye, ya jo river nile thi, us ke zariye, kashtiyon mein.</w:t>
      </w:r>
    </w:p>
    <w:p>
      <w:pPr>
        <w:jc w:val="right"/>
      </w:pPr>
      <w:r>
        <w:t>کیملز کے ذریعے، کیرواں کے ذریعے، بیل گاڑیوں کے ذریعے، یا جو ریور نائل تھی، اس کے ذریعے، کشتیوں میں۔</w:t>
      </w:r>
    </w:p>
    <w:p>
      <w:r>
        <w:rPr>
          <w:b/>
        </w:rPr>
        <w:t xml:space="preserve">[31:40] </w:t>
      </w:r>
      <w:r>
        <w:t>to is tareeqe se poore Egypt mein bare bare store houses banwaye, wahan grains jama ho gaya, yahan</w:t>
      </w:r>
    </w:p>
    <w:p>
      <w:pPr>
        <w:jc w:val="right"/>
      </w:pPr>
      <w:r>
        <w:t>تو اس طریقے سے پورے ایجپٹ میں بڑے بڑے اسٹور ہاؤسز بنوائے، وہاں گرینز جمع ہو گیا، یہاں</w:t>
      </w:r>
    </w:p>
    <w:p>
      <w:r>
        <w:rPr>
          <w:b/>
        </w:rPr>
        <w:t xml:space="preserve">[31:46] </w:t>
      </w:r>
      <w:r>
        <w:t>tak ke har taraf green hi green jama ho gaya, aik sehra wajood mein aa gaya green ka, aur yeh bohat hi hikmat ke sath, bohat hi danishmandi ke sath Hazrat yusuf alaihi assalam ne is kaam ko anjam diya.</w:t>
      </w:r>
    </w:p>
    <w:p>
      <w:pPr>
        <w:jc w:val="right"/>
      </w:pPr>
      <w:r>
        <w:t>تک کہ ہر طرف گرین ہی گرین جمع ہو گیا، ایک صحرا وجود میں آ گیا گرین کا، اور یہ بہت ہی حکمت کے ساتھ، بہت ہی دانشمندی کے ساتھ حضرت یوسف علیہ السلام نے اس کام کو انجام دیا۔</w:t>
      </w:r>
    </w:p>
    <w:p>
      <w:r>
        <w:rPr>
          <w:b/>
        </w:rPr>
        <w:t xml:space="preserve">[31:59] </w:t>
      </w:r>
      <w:r>
        <w:t>saat saal tak itna green jama ho gaya. ji. ke agle saat saal ke liye bohat hi aasani se kaam chal sake.</w:t>
      </w:r>
    </w:p>
    <w:p>
      <w:pPr>
        <w:jc w:val="right"/>
      </w:pPr>
      <w:r>
        <w:t>سات سال تک اتنا گرین جمع ہو گیا۔ جی۔ کہ اگلے سات سال کے لیے بہت ہی آسانی سے کام چل سکے۔</w:t>
      </w:r>
    </w:p>
    <w:p>
      <w:r>
        <w:rPr>
          <w:b/>
        </w:rPr>
        <w:t xml:space="preserve">[32:08] </w:t>
      </w:r>
      <w:r>
        <w:t>ji.</w:t>
      </w:r>
    </w:p>
    <w:p>
      <w:pPr>
        <w:jc w:val="right"/>
      </w:pPr>
      <w:r>
        <w:t>جی۔</w:t>
      </w:r>
    </w:p>
    <w:p>
      <w:r>
        <w:rPr>
          <w:b/>
        </w:rPr>
        <w:t xml:space="preserve">[32:10] </w:t>
      </w:r>
      <w:r>
        <w:t>aur doctor sahib, phir is ke baad, woh waqt aa gaya jis ka khwab badshah ne dekha tha ke jo famine aur jo sookha hai, woh saat saal tak chala, jis ki wajah se khane aur peene mein bohat zyada kami ho gayi.</w:t>
      </w:r>
    </w:p>
    <w:p>
      <w:pPr>
        <w:jc w:val="right"/>
      </w:pPr>
      <w:r>
        <w:t>اور ڈاکٹر صاحب، پھر اس کے بعد، وہ وقت آ گیا جس کا خواب بادشاہ نے دیکھا تھا کہ جو فیمین اور جو سوکھا ہے، وہ سات سال تک چلا، جس کی وجہ سے کھانے اور پینے میں بہت زیادہ کمی ہو گئی۔</w:t>
      </w:r>
    </w:p>
    <w:p>
      <w:r>
        <w:rPr>
          <w:b/>
        </w:rPr>
        <w:t xml:space="preserve">[32:24] </w:t>
      </w:r>
      <w:r>
        <w:t>to agar hum sochein to it must have been such a huge gigantic task for Prophet Yusuf to manage the situation.</w:t>
      </w:r>
    </w:p>
    <w:p>
      <w:pPr>
        <w:jc w:val="right"/>
      </w:pPr>
      <w:r>
        <w:t>تو اگر ہم سوچیں تو it must have been such a huge جائیگینٹک ٹاسک for Prophet Yusuf to manage the situation ۔</w:t>
      </w:r>
    </w:p>
    <w:p>
      <w:r>
        <w:rPr>
          <w:b/>
        </w:rPr>
        <w:t xml:space="preserve">[32:34] </w:t>
      </w:r>
      <w:r>
        <w:t>to kaise hua aur us ke baad kya hua, us ke bare mein batayein doctor sahib.</w:t>
      </w:r>
    </w:p>
    <w:p>
      <w:pPr>
        <w:jc w:val="right"/>
      </w:pPr>
      <w:r>
        <w:t>تو کیسے ہوا اور اس کے بعد کیا ہوا، اس کے بارے میں بتائیں ڈاکٹر صاحب۔</w:t>
      </w:r>
    </w:p>
    <w:p>
      <w:r>
        <w:rPr>
          <w:b/>
        </w:rPr>
        <w:t xml:space="preserve">[32:40] </w:t>
      </w:r>
      <w:r>
        <w:t>haan, to phir yeh saat saal dheere dheere khatam ho gaye, aur woh saat saal jo famine ke aane the, woh shuru ho gaye, aur bohat hi logon ko dushwari hui,</w:t>
      </w:r>
    </w:p>
    <w:p>
      <w:pPr>
        <w:jc w:val="right"/>
      </w:pPr>
      <w:r>
        <w:t>ہاں، تو پھر یہ سات سال دھیرے دھیرے ختم ہو گئے، اور وہ سات سال جو فیمین کے آنے تھے، وہ شروع ہو گئے، اور بہت ہی لوگوں کو دشواری ہوئی،</w:t>
      </w:r>
    </w:p>
    <w:p>
      <w:r>
        <w:rPr>
          <w:b/>
        </w:rPr>
        <w:t xml:space="preserve">[32:55] </w:t>
      </w:r>
      <w:r>
        <w:t>aasman se pani barsna band ho gaya, aasman bilkul safed ho gaya, jo zameen thi, woh crack hone lagi, maweshi marne lage, insan dam todne lage, aur garam hawaein chalne lagin.</w:t>
      </w:r>
    </w:p>
    <w:p>
      <w:pPr>
        <w:jc w:val="right"/>
      </w:pPr>
      <w:r>
        <w:t>آسمان سے پانی برسنا بند ہو گیا، آسمان بالکل سفید ہو گیا، جو زمین تھی، وہ کریک ہونے لگی، مویشی مرنے لگے، انسان دم توڑنے لگے، اور گرم ہوائیں چلنے لگیں۔</w:t>
      </w:r>
    </w:p>
    <w:p>
      <w:r>
        <w:rPr>
          <w:b/>
        </w:rPr>
        <w:t xml:space="preserve">[33:07] </w:t>
      </w:r>
      <w:r>
        <w:t>toh yani bahut hi bada ek masla paida ho gaya misr mein, sandstorm aane lage, aur tarah</w:t>
      </w:r>
    </w:p>
    <w:p>
      <w:pPr>
        <w:jc w:val="right"/>
      </w:pPr>
      <w:r>
        <w:t>تو یعنی بہت ہی بڑا ایک مسئلہ پیدا ہو گیا مصر میں، سینڈ سٹورم آنے لگے، اور طرح</w:t>
      </w:r>
    </w:p>
    <w:p>
      <w:r>
        <w:rPr>
          <w:b/>
        </w:rPr>
        <w:t xml:space="preserve">[33:14] </w:t>
      </w:r>
      <w:r>
        <w:t>tarah ki pareshaniyan.</w:t>
      </w:r>
    </w:p>
    <w:p>
      <w:pPr>
        <w:jc w:val="right"/>
      </w:pPr>
      <w:r>
        <w:t>طرح کی پریشانیاں۔</w:t>
      </w:r>
    </w:p>
    <w:p>
      <w:r>
        <w:rPr>
          <w:b/>
        </w:rPr>
        <w:t xml:space="preserve">[33:15] </w:t>
      </w:r>
      <w:r>
        <w:t>is waqt Hazrat Yusuf alaihi salam aur zyada pehle se masroof ho gaye, aur unhone yeh</w:t>
      </w:r>
    </w:p>
    <w:p>
      <w:pPr>
        <w:jc w:val="right"/>
      </w:pPr>
      <w:r>
        <w:t>اس وقت حضرت یوسف علیہ السلام اور زیادہ پہلے سے مصروف ہو گئے، اور انہوں نے یہ</w:t>
      </w:r>
    </w:p>
    <w:p>
      <w:r>
        <w:rPr>
          <w:b/>
        </w:rPr>
        <w:t xml:space="preserve">[33:24] </w:t>
      </w:r>
      <w:r>
        <w:t>dekha ke jahan jahan zaroorat hai, wahan green ko pohnchayen, aur logon logon tak anaaj sahi tarah se</w:t>
      </w:r>
    </w:p>
    <w:p>
      <w:pPr>
        <w:jc w:val="right"/>
      </w:pPr>
      <w:r>
        <w:t>دیکھا کہ جہاں جہاں ضرورت ہے، وہاں گرین کو پہنچائیں، اور لوگوں لوگوں تک اناج صحیح طرح سے</w:t>
      </w:r>
    </w:p>
    <w:p>
      <w:r>
        <w:rPr>
          <w:b/>
        </w:rPr>
        <w:t xml:space="preserve">[33:32] </w:t>
      </w:r>
      <w:r>
        <w:t>pohnche, aur anaaj ko unhon ne farokht kiya tha, yani free nahi distribute kar rahe the, balkeh woh</w:t>
      </w:r>
    </w:p>
    <w:p>
      <w:pPr>
        <w:jc w:val="right"/>
      </w:pPr>
      <w:r>
        <w:t>پہنچے، اور اناج کو انہوں نے فروخت کیا تھا، یعنی فری نہیں ڈسٹریبیوٹ کر رہے تھے، بلکہ وہ</w:t>
      </w:r>
    </w:p>
    <w:p>
      <w:r>
        <w:rPr>
          <w:b/>
        </w:rPr>
        <w:t xml:space="preserve">[33:38] </w:t>
      </w:r>
      <w:r>
        <w:t>sell kar rahe the bohat hi reasonable price pe.</w:t>
      </w:r>
    </w:p>
    <w:p>
      <w:pPr>
        <w:jc w:val="right"/>
      </w:pPr>
      <w:r>
        <w:t>سیل کر رہے تھے بہت ہی ریزنیبل پرائس پہ۔</w:t>
      </w:r>
    </w:p>
    <w:p>
      <w:r>
        <w:rPr>
          <w:b/>
        </w:rPr>
        <w:t xml:space="preserve">[33:41] </w:t>
      </w:r>
      <w:r>
        <w:t>to is tareeqay say unhon nay bohat hi acha manage kiya, aur poora mulk tha Egypt ka, woh bohat hi baray famine kay grip mein aa gaya, aur us waqt kaam aur ziyada un ka barh gaya, aur bohat hi masroof ho gaye, aur har taraf jahan jahan zaroorat zaroorat thi, wahan unhon nay green pohanchana shuru kiya.</w:t>
      </w:r>
    </w:p>
    <w:p>
      <w:pPr>
        <w:jc w:val="right"/>
      </w:pPr>
      <w:r>
        <w:t>تو اس طریقے سے انہوں نے بہت ہی اچھا مینج کیا، اور پورا ملک تھا ایجپٹ کا، وہ بہت ہی بڑے فیمین کے گرپ میں آ گیا، اور اس وقت کام اور زیادہ ان کا بڑھ گیا، اور بہت ہی مصروف ہو گئے، اور ہر طرف جہاں جہاں ضرورت ضرورت تھی، وہاں انہوں نے گرین پہنچانا شروع کیا۔</w:t>
      </w:r>
    </w:p>
    <w:p>
      <w:r>
        <w:rPr>
          <w:b/>
        </w:rPr>
        <w:t xml:space="preserve">[34:05] </w:t>
      </w:r>
      <w:r>
        <w:t>ji ji. aur doctor sahib, yeh bhi kahani mein aata hai kay aisa nahi kay sirf Misr tak famine ya sokha jo mehdood tha, balkay aas paas kay jo mulk hain, woh bhi is ki giraft mein aa gaye.</w:t>
      </w:r>
    </w:p>
    <w:p>
      <w:pPr>
        <w:jc w:val="right"/>
      </w:pPr>
      <w:r>
        <w:t>جی جی۔ اور ڈاکٹر صاحب، یہ بھی کہانی میں آتا ہے کہ ایسا نہیں کہ صرف مصر تک فیمین یا سوکھا جو محدود تھا، بلکہ آس پاس کے جو ملک ہیں، وہ بھی اس کی گرفت میں آ گئے۔</w:t>
      </w:r>
    </w:p>
    <w:p>
      <w:r>
        <w:rPr>
          <w:b/>
        </w:rPr>
        <w:t xml:space="preserve">[34:18] </w:t>
      </w:r>
      <w:r>
        <w:t>bilkul. to phir yeh honay laga kay wahan say jo log hain, woh Egypt Misr aanay lagay ghalla lenay kay liye. to woh sab kaisay manage hua, is say aagay kahani kaisay barhi, yeh is kay baray mein bataein.</w:t>
      </w:r>
    </w:p>
    <w:p>
      <w:pPr>
        <w:jc w:val="right"/>
      </w:pPr>
      <w:r>
        <w:t>بالکل۔ تو پھر یہ ہونے لگا کہ وہاں سے جو لوگ ہیں، وہ ایجپٹ مصر آنے لگے گلہ لینے کے لیے۔ تو وہ سب کیسے مینج ہوا، اس سے آگے کہانی کیسے بڑھی، یہ اس کے بارے میں بتائیں۔</w:t>
      </w:r>
    </w:p>
    <w:p>
      <w:r>
        <w:rPr>
          <w:b/>
        </w:rPr>
        <w:t xml:space="preserve">[34:32] </w:t>
      </w:r>
      <w:r>
        <w:t>haan, Yusuf علیہ السلام ko andaza tha kay Egypt kay aas paas ki jo countries hain, wahan bhi yeh masla paida hoga, woh bhi famine ki zad mein aaein gi.</w:t>
      </w:r>
    </w:p>
    <w:p>
      <w:pPr>
        <w:jc w:val="right"/>
      </w:pPr>
      <w:r>
        <w:t>ہاں، یوسف علیہ السلام کو اندازہ تھا کہ ایجپٹ کے آس پاس کی جو کنٹریز ہیں، وہاں بھی یہ مسئلہ پیدا ہوگا، وہ بھی فیمین کی زد میں آئیں گے۔</w:t>
      </w:r>
    </w:p>
    <w:p>
      <w:r>
        <w:rPr>
          <w:b/>
        </w:rPr>
        <w:t xml:space="preserve">[34:43] </w:t>
      </w:r>
      <w:r>
        <w:t>to unhon nay is ka bhi provision rakha tha, is ka bhi khayal kiya tha, aur is kay liye bhi anaaj ka intezam kiya tha. jo aas paas kay mulk thay, Syria hai, ab Syria to us waqt bohat bara tha, yani Jordan, Israel, Canaan, woh sab bohat bara ilaqa</w:t>
      </w:r>
    </w:p>
    <w:p>
      <w:pPr>
        <w:jc w:val="right"/>
      </w:pPr>
      <w:r>
        <w:t>تو انہوں نے اس کا بھی پروویژن رکھا تھا، اس کا بھی خیال کیا تھا، اور اس کے لیے بھی اناج کا انتظام کیا تھا۔ جو آس پاس کے ملک تھے، سیریا ہے، اب سیریا تو اس وقت بہت بڑا تھا، یعنی جارڈن، اسرائیل، کنان، وہ سب بہت بڑا علاق</w:t>
      </w:r>
    </w:p>
    <w:p>
      <w:r>
        <w:rPr>
          <w:b/>
        </w:rPr>
        <w:t xml:space="preserve">[35:00] </w:t>
      </w:r>
      <w:r>
        <w:t>h tha. kuch Arab countries, kuch African countries, jo Mediterranean Sea hai, is kay jo atraf mein jo countries thay, woh sab dekhnay lagay Egypt ki taraf, chounkay un ko pata chala kay Egypt mein anaaj mojood hai, aur bohat hi reasonable price pe mil raha hai.</w:t>
      </w:r>
    </w:p>
    <w:p>
      <w:pPr>
        <w:jc w:val="right"/>
      </w:pPr>
      <w:r>
        <w:t>ہ تھا۔ کچھ عرب کنٹریز، کچھ افریکن کنٹریز، جو میڈیٹرینین سی ہے، اس کے جو اطراف میں جو کنٹریز تھے، وہ سب دیکھنے لگے ایجپٹ کی طرف، چونکہ ان کو پتہ چلا کہ ایجپٹ میں اناج موجود ہے، اور بہت ہی ریزنیبل پرائس پہ مل رہا ہے۔</w:t>
      </w:r>
    </w:p>
    <w:p>
      <w:r>
        <w:rPr>
          <w:b/>
        </w:rPr>
        <w:t xml:space="preserve">[35:18] </w:t>
      </w:r>
      <w:r>
        <w:t>to wahan say qafley aanay lagay, aur lay kay janay lagay</w:t>
      </w:r>
    </w:p>
    <w:p>
      <w:pPr>
        <w:jc w:val="right"/>
      </w:pPr>
      <w:r>
        <w:t>تو وہاں سے قافلے آنے لگے، اور لے کے جانے لگے</w:t>
      </w:r>
    </w:p>
    <w:p>
      <w:r>
        <w:rPr>
          <w:b/>
        </w:rPr>
        <w:t xml:space="preserve">[35:24] </w:t>
      </w:r>
      <w:r>
        <w:t>, aur Yusuf علیہ السلام nay yeh kiya kay har aik shakhs ko aik camel load, yani rationing kar di kay jo bhi shakhs aaye ga, us ko aik camel load hum anaaj day detay hain.</w:t>
      </w:r>
    </w:p>
    <w:p>
      <w:pPr>
        <w:jc w:val="right"/>
      </w:pPr>
      <w:r>
        <w:t>، اور یوسف علیہ السلام نے یہ کیا کہ ہر ایک شخص کو ایک کیمل لوڈ، یعنی راشننگ کر دی کہ جو بھی شخص آئے گا، اس کو ایک کیمل لوڈ ہم اناج دے دے سکتے ہیں۔</w:t>
      </w:r>
    </w:p>
    <w:p>
      <w:r>
        <w:rPr>
          <w:b/>
        </w:rPr>
        <w:t xml:space="preserve">[35:39] </w:t>
      </w:r>
      <w:r>
        <w:t>to is tareeqay say baharhaal anaaj ka distribution shuru hua Egypt mein bhi, aur aas paas kay shehron mein, aas paas kay mulkon mein.</w:t>
      </w:r>
    </w:p>
    <w:p>
      <w:pPr>
        <w:jc w:val="right"/>
      </w:pPr>
      <w:r>
        <w:t>تو اس طریقے سے بہرحال اناج کا ڈسٹریبیوشن شروع ہوا ایجپٹ میں بھی، اور آس پاس کے شہروں میں، آس پاس کے ملکوں میں۔</w:t>
      </w:r>
    </w:p>
    <w:p>
      <w:r>
        <w:rPr>
          <w:b/>
        </w:rPr>
        <w:t xml:space="preserve">[35:50] </w:t>
      </w:r>
      <w:r>
        <w:t>ji ji. aur doctor sahib, phir jab yeh distribution shuru hua to kahani kay is aham morr par aa jatay hain kay jab Prophet Yusuf kay das bhai, woh bhi Misr jatay hain ghalla lenay kay liye, lekin woh Prophet Yusuf ko pehchan nahi patay kay yeh wahi Yusuf hai jo un ka bachpan mein un ka bhai tha, aur jis ko unhon nay sazish kay sazish kay tehat kanwein mein dhakail diya tha.</w:t>
      </w:r>
    </w:p>
    <w:p>
      <w:pPr>
        <w:jc w:val="right"/>
      </w:pPr>
      <w:r>
        <w:t>جی جی۔ اور ڈاکٹر صاحب، پھر جب یہ ڈسٹریبیوشن شروع ہوا تو کہانی کے اس اہم موڑ پر آ جاتے ہیں کہ جب پرافٹ یوسف کے دس بھائی، وہ بھی مصر جاتے ہیں گلہ لینے کے لیے، لیکن وہ پرافٹ یوسف کو پہچان نہیں پاتے کہ یہ وہی یوسف ہے جو ان کا بچپن میں ان کا بھائی تھا، اور جس کو انہوں نے سازش کے سازش کے تحت کنویں میں دھکیل دیا تھا۔</w:t>
      </w:r>
    </w:p>
    <w:p>
      <w:r>
        <w:rPr>
          <w:b/>
        </w:rPr>
        <w:t xml:space="preserve">[36:16] </w:t>
      </w:r>
      <w:r>
        <w:t>to is kay baray mein bhi bataein, is qissay kay baray mein.</w:t>
      </w:r>
    </w:p>
    <w:p>
      <w:pPr>
        <w:jc w:val="right"/>
      </w:pPr>
      <w:r>
        <w:t>تو اس کے بارے میں بھی بتائیں، اس قصے کے بارے میں۔</w:t>
      </w:r>
    </w:p>
    <w:p>
      <w:r>
        <w:rPr>
          <w:b/>
        </w:rPr>
        <w:t xml:space="preserve">[36:20] </w:t>
      </w:r>
      <w:r>
        <w:t>ji, Canaan mein Hazrat Yaqoob علیہ السلام thay, aur un ki family, wahan bhi anaaj ki kami ho gayi, cheezain khatam honay lagain.</w:t>
      </w:r>
    </w:p>
    <w:p>
      <w:pPr>
        <w:jc w:val="right"/>
      </w:pPr>
      <w:r>
        <w:t>جی، کنان میں حضرت یعقوب علیہ السلام تھے، اور ان کی فیملی، وہاں بھی اناج کی کمی ہو گئی، چیزیں ختم ہونے لگیں۔</w:t>
      </w:r>
    </w:p>
    <w:p>
      <w:r>
        <w:rPr>
          <w:b/>
        </w:rPr>
        <w:t xml:space="preserve">[36:31] </w:t>
      </w:r>
      <w:r>
        <w:t>to unhon nay apnay dason baton ko bulaya, aur kaha kay baton, tum jao Egypt, wahan par anaaj mil raha hai, bohat hi reasonable price pe mil raha hai, wahan say lao, chounkay yeh jo bhi anaaj hai, bohat jaldi khatam ho jaye ga hamaray liye,</w:t>
      </w:r>
    </w:p>
    <w:p>
      <w:pPr>
        <w:jc w:val="right"/>
      </w:pPr>
      <w:r>
        <w:t>تو انہوں نے اپنے دسوں بیٹوں کو بلایا، اور کہا کہ بیٹوں، تم جاؤ ایجپٹ، وہاں پر اناج مل رہا ہے، بہت ہی ریزنیبل پرائس پہ مل رہا ہے، وہاں سے لاؤ، چونکہ یہ جو بھی اناج ہے، بہت جلدی ختم ہو جائے گا ہمارے لیے،</w:t>
      </w:r>
    </w:p>
    <w:p>
      <w:r>
        <w:rPr>
          <w:b/>
        </w:rPr>
        <w:t xml:space="preserve">[36:49] </w:t>
      </w:r>
      <w:r>
        <w:t>ab khanay peenay ki cheezain bohat mushkil ho jayain gi. to saray bhaiyon nay apnay apnay oont tayyar kiye, das oont lay kay, woh thora bohat saman saman lay kay, kuch kuch us zamanay kay lihaz say jo currency hoti thi, chandi kay kuch sikkay hotay thay, chandi kay tukray kuch, to woh sab cheezain lay kay woh safar pe niklay.</w:t>
      </w:r>
    </w:p>
    <w:p>
      <w:pPr>
        <w:jc w:val="right"/>
      </w:pPr>
      <w:r>
        <w:t>اب کھانے پینے کی چیزیں بہت مشکل ہو جائیں گی۔ تو سارے بھائیوں نے اپنے اپنے اونٹ تیار کیے، دس اونٹ لے کے، وہ تھوڑا بہت سامان سامان لے کے، کچھ کچھ اس زمانے کے لحاظ سے جو کرنسی ہوتی تھی، چاندی کے کچھ سکے ہوتے تھے، چاندی کے ٹکڑے کچھ، تو وہ سب چیزیں لے کے وہ سفر پہ نکلے۔</w:t>
      </w:r>
    </w:p>
    <w:p>
      <w:r>
        <w:rPr>
          <w:b/>
        </w:rPr>
        <w:t xml:space="preserve">[37:12] </w:t>
      </w:r>
      <w:r>
        <w:t>taqreeban aath das din ka safar raha hoga, chounkay Canaan say Egypt 450 kilometer hai, to yeh rasta unhon nay tay kiya hoga taqreeban das din mein.</w:t>
      </w:r>
    </w:p>
    <w:p>
      <w:pPr>
        <w:jc w:val="right"/>
      </w:pPr>
      <w:r>
        <w:t>تقریباً آٹھ دس دن کا سفر رہا ہوگا، چونکہ کنان سے ایجپٹ 450 کلومیٹر ہے، تو یہ راستہ انہوں نے طے کیا ہوگا تقریباً دس دن میں۔</w:t>
      </w:r>
    </w:p>
    <w:p>
      <w:r>
        <w:rPr>
          <w:b/>
        </w:rPr>
        <w:t xml:space="preserve">[37:25] </w:t>
      </w:r>
      <w:r>
        <w:t>to aik lambay safar kay baad woh puhanchay, aur wahan jo store house tha, wahan puhanchay, aur jo store house ka incharge tha, yani Yusuf علیہ السلام, un say milay.</w:t>
      </w:r>
    </w:p>
    <w:p>
      <w:pPr>
        <w:jc w:val="right"/>
      </w:pPr>
      <w:r>
        <w:t>تو ایک لمبے سفر کے بعد وہ پہنچے، اور وہاں جو اسٹور ہاؤس تھا، وہاں پہنچے، اور جو اسٹور ہاؤس کا انچارج تھا، یعنی یوسف علیہ السلام، ان سے ملے۔</w:t>
      </w:r>
    </w:p>
    <w:p>
      <w:r>
        <w:rPr>
          <w:b/>
        </w:rPr>
        <w:t xml:space="preserve">[37:36] </w:t>
      </w:r>
      <w:r>
        <w:t>bhaiyon nay to pehchana nahi Yusuf علیہ السلام ko, Yusuf علیہ السلام nay foran pehchan liya bhaiyon ko. to chounkay woh jo bhai thay, woh kabhi soch bhi nahi saktay thay kay jis bhai ko unhon nay kanwein mein dala tha barson pehlay,</w:t>
      </w:r>
    </w:p>
    <w:p>
      <w:pPr>
        <w:jc w:val="right"/>
      </w:pPr>
      <w:r>
        <w:t>بھائیوں نے تو پہچانا نہیں یوسف علیہ السلام کو، یوسف علیہ السلام نے فوراً پہچان لیا بھائیوں کو۔ تو چونکہ وہ جو بھائی تھے، وہ کبھی سوچ بھی نہیں سکتے تھے کہ جس بھائی کو انہوں نے کنویں میں ڈالا تھا برسوں پہلے،</w:t>
      </w:r>
    </w:p>
    <w:p>
      <w:r>
        <w:rPr>
          <w:b/>
        </w:rPr>
        <w:t xml:space="preserve">[37:52] </w:t>
      </w:r>
      <w:r>
        <w:t>un kay lihaz say to yeh aik aakhri tadbeer thi Yusuf علیہ السلام ko halak karnay kay liye. to</w:t>
      </w:r>
    </w:p>
    <w:p>
      <w:pPr>
        <w:jc w:val="right"/>
      </w:pPr>
      <w:r>
        <w:t>ان کے لحاظ سے تو یہ ایک آخری تدبیر تھی یوسف علیہ السلام کو ہلاک کرنے کے لیے۔ تو</w:t>
      </w:r>
    </w:p>
    <w:p>
      <w:r>
        <w:rPr>
          <w:b/>
        </w:rPr>
        <w:t xml:space="preserve">[37:59] </w:t>
      </w:r>
      <w:r>
        <w:t>woh kabhi soch bhi nahi saktay thay kay jis ko unhon nay kanwein mein dala tha, aaj woh itna bara Egypt mein minister kaisay ban gaya.</w:t>
      </w:r>
    </w:p>
    <w:p>
      <w:pPr>
        <w:jc w:val="right"/>
      </w:pPr>
      <w:r>
        <w:t>وہ کبھی سوچ بھی نہیں سکتے تھے کہ جس کو انہوں نے کنویں میں ڈالا تھا، آج وہ اتنا بڑا ایجپٹ میں منسٹر کیسے بن گیا۔</w:t>
      </w:r>
    </w:p>
    <w:p>
      <w:r>
        <w:rPr>
          <w:b/>
        </w:rPr>
        <w:t xml:space="preserve">[38:08] </w:t>
      </w:r>
      <w:r>
        <w:t>to is tareeqay say woh puhanchay wahan, aur Yusuf علیہ السلام say milay. ji, aur Prophet Yusuf bhi, doctor sahib, agar kahani ko jab hum parhtay hain to dekhtay hain kay bohat hi achay say, generous way mein apnay bhaiyon say milay.</w:t>
      </w:r>
    </w:p>
    <w:p>
      <w:pPr>
        <w:jc w:val="right"/>
      </w:pPr>
      <w:r>
        <w:t>تو اس طریقے سے وہ پہنچے وہاں، اور یوسف علیہ السلام سے ملے۔ جی، اور پرافٹ یوسف بھی، ڈاکٹر صاحب، اگر کہانی کو جب ہم پڑھتے ہیں تو دیکھتے ہیں کہ بہت ہی اچھے سے، جینرس وے میں اپنے بھائیوں سے ملے۔</w:t>
      </w:r>
    </w:p>
    <w:p>
      <w:r>
        <w:rPr>
          <w:b/>
        </w:rPr>
        <w:t xml:space="preserve">[38:24] </w:t>
      </w:r>
      <w:r>
        <w:t>balkay yahan pe mujhe aik hadith bhi yaad aati hai kay</w:t>
      </w:r>
    </w:p>
    <w:p>
      <w:pPr>
        <w:jc w:val="right"/>
      </w:pPr>
      <w:r>
        <w:t>بلکہ یہاں پہ مجھے ایک حدیث بھی یاد آتی ہے کہ</w:t>
      </w:r>
    </w:p>
    <w:p>
      <w:r>
        <w:rPr>
          <w:b/>
        </w:rPr>
        <w:t xml:space="preserve">[38:27] </w:t>
      </w:r>
      <w:r>
        <w:t>Rasool Allah nay aik martaba farmaya kay tum aisay mat bano kay log agar tumharay sath acha karain to tum un kay sath acha karo, aur log agar tumharay sath bura karain to tum un kay sath bura karo.</w:t>
      </w:r>
    </w:p>
    <w:p>
      <w:pPr>
        <w:jc w:val="right"/>
      </w:pPr>
      <w:r>
        <w:t>رسول اللہ نے ایک مرتبہ فرمایا کہ تم ایسے مت بنو کہ لوگ اگر تمہارے ساتھ اچھا کریں تو تم ان کے ساتھ اچھا کرو، اور لوگ اگر تمہارے ساتھ برا کریں تو تم ان کے ساتھ برا کرو۔</w:t>
      </w:r>
    </w:p>
    <w:p>
      <w:r>
        <w:rPr>
          <w:b/>
        </w:rPr>
        <w:t xml:space="preserve">[38:39] </w:t>
      </w:r>
      <w:r>
        <w:t>balkay tum aisay bano kay log agar tumharay sath acha karain to tum un kay sath acha karo</w:t>
      </w:r>
    </w:p>
    <w:p>
      <w:pPr>
        <w:jc w:val="right"/>
      </w:pPr>
      <w:r>
        <w:t>بلکہ تم ایسے بنو کہ لوگ اگر تمہارے ساتھ اچھا کریں تو تم ان کے ساتھ اچھا کرو</w:t>
      </w:r>
    </w:p>
    <w:p>
      <w:r>
        <w:rPr>
          <w:b/>
        </w:rPr>
        <w:t xml:space="preserve">[38:44] </w:t>
      </w:r>
      <w:r>
        <w:t>, lekin agar woh tumharay sath unjust behavior karain, tumharay sath bura behaviour karain to tum waisa na karo. aur hum yahi dekhtay hain kay Prophet Yusuf ki zindagi say kay itna ziyada unhon nay,</w:t>
      </w:r>
    </w:p>
    <w:p>
      <w:pPr>
        <w:jc w:val="right"/>
      </w:pPr>
      <w:r>
        <w:t>، لیکن اگر وہ تمہارے ساتھ ان جسٹ بیہیویئر کریں، تمہارے ساتھ برا व्यवहार کریں تو تم ویسا نہ کرو۔ اور ہم یہی دیکھتے ہیں کہ پرافٹ یوسف کی زندگی سے کہ اتنا زیادہ انہوں نے،</w:t>
      </w:r>
    </w:p>
    <w:p>
      <w:r>
        <w:rPr>
          <w:b/>
        </w:rPr>
        <w:t xml:space="preserve">[38:58] </w:t>
      </w:r>
      <w:r>
        <w:t>matlab safar kiya, un ko itna pareshan kiya gaya, lekin is kay baad bhi woh inhi das bhaiyon say bohat achay say mil rahay hain. balkay unhon nay paisay bhi nahi liye.</w:t>
      </w:r>
    </w:p>
    <w:p>
      <w:pPr>
        <w:jc w:val="right"/>
      </w:pPr>
      <w:r>
        <w:t>مطلب سفر کیا، ان کو اتنا پریشان کیا گیا، لیکن اس کے بعد بھی وہ انہی دس بھائیوں سے بہت اچھے سے مل رہے ہیں۔ بلکہ انہوں نے پیسے بھی نہیں لیے۔</w:t>
      </w:r>
    </w:p>
    <w:p>
      <w:r>
        <w:rPr>
          <w:b/>
        </w:rPr>
        <w:t xml:space="preserve">[39:07] </w:t>
      </w:r>
      <w:r>
        <w:t>to doctor sahib, is ke bare mein aap kya kehna chahenge? bohat achhi hadith aap ne sunai, "imam mat bano". ji, aur yeh jo teaching hai, hum hum sab yahi samajhte hain ke jo hamare sath acha sulook kare, hum us ke sath acha sulook karen.</w:t>
      </w:r>
    </w:p>
    <w:p>
      <w:pPr>
        <w:jc w:val="right"/>
      </w:pPr>
      <w:r>
        <w:t>تو ڈاکٹر صاحب، اس کے بارے میں آپ کیا کہنا چاہیں گے؟ بہت اچھی حدیث آپ نے سنائی، "امام مت بنو"۔ جی، اور یہ جو ٹیچنگ ہے، ہم ہم سب یہی سمجھتے ہیں کہ جو ہمارے ساتھ اچھا سلوک کرے، ہم اس کے ساتھ اچھا سلوک کریں۔</w:t>
      </w:r>
    </w:p>
    <w:p>
      <w:r>
        <w:rPr>
          <w:b/>
        </w:rPr>
        <w:t xml:space="preserve">[39:20] </w:t>
      </w:r>
      <w:r>
        <w:t>ji, aur jo hamare sath bura kare to hum us ke sath bura sulook karen. lekin prophet ne kaha hai ke jo tumhare sath bura sulook kare, us ke sath bhi acha sulook karen. acha sulook karen. ji ji ji, bohat hi zabardast</w:t>
      </w:r>
    </w:p>
    <w:p>
      <w:pPr>
        <w:jc w:val="right"/>
      </w:pPr>
      <w:r>
        <w:t>جی، اور جو ہمارے ساتھ برا کرے تو ہم اس کے ساتھ برا سلوک کریں۔ لیکن پرافٹ نے کہا ہے کہ جو تمہارے ساتھ برا سلوک کرے، اس کے ساتھ بھی اچھا سلوک کریں۔ اچھا سلوک کریں۔ جی جی جی، بہت ہی زبردست</w:t>
      </w:r>
    </w:p>
    <w:p>
      <w:r>
        <w:rPr>
          <w:b/>
        </w:rPr>
        <w:t xml:space="preserve">[39:29] </w:t>
      </w:r>
      <w:r>
        <w:t>teaching hai rasool Allah sal Allah alaih wasalam ki. to jab bhai pahunche wahan Hazrat Yusuf alaih wasalam ke pas to bohat hi izzat se mile, bari khatir khatadari ki, aur family ke bare mein poocha to bhaiyon ne kaha ke hamare ghar mein boorhe maa baap hain, aur ek bhai hai.</w:t>
      </w:r>
    </w:p>
    <w:p>
      <w:pPr>
        <w:jc w:val="right"/>
      </w:pPr>
      <w:r>
        <w:t>ٹیچنگ ہے رسول اللہ صلی اللہ علیہ وسلم کی۔ تو جب بھائی پہنچے وہاں حضرت یوسف علیہ السلام کے پاس تو بہت ہی عزت سے ملے، بڑی خاطر خاطرداری کی، اور فیملی کے بارے میں پوچھا تو بھائیوں نے کہا کہ ہمارے گھر میں بوڑھے ماں باپ ہیں، اور ایک بھائی ہے۔</w:t>
      </w:r>
    </w:p>
    <w:p>
      <w:r>
        <w:rPr>
          <w:b/>
        </w:rPr>
        <w:t xml:space="preserve">[39:48] </w:t>
      </w:r>
      <w:r>
        <w:t>to unhone kaha ke hamein apne bhai ke liye bhi ek camel de dein, ek camel load. h</w:t>
      </w:r>
    </w:p>
    <w:p>
      <w:pPr>
        <w:jc w:val="right"/>
      </w:pPr>
      <w:r>
        <w:t>تو انہوں نے کہا کہ ہمیں اپنے بھائی کے لیے بھی ایک کیمل دے دیں، ایک کیمل لوڈ۔ ہ</w:t>
      </w:r>
    </w:p>
    <w:p>
      <w:r>
        <w:rPr>
          <w:b/>
        </w:rPr>
        <w:t xml:space="preserve">[39:57] </w:t>
      </w:r>
      <w:r>
        <w:t>mm ji, to unhone kaha ke tum agli bar bhai ko bhi lana, aur main us ko bhi doonga.</w:t>
      </w:r>
    </w:p>
    <w:p>
      <w:pPr>
        <w:jc w:val="right"/>
      </w:pPr>
      <w:r>
        <w:t>مم جی، تو انہوں نے کہا کہ تم اگلی بار بھائی کو بھی لانا، اور میں اس کو بھی دوں گا۔</w:t>
      </w:r>
    </w:p>
    <w:p>
      <w:r>
        <w:rPr>
          <w:b/>
        </w:rPr>
        <w:t xml:space="preserve">[40:06] </w:t>
      </w:r>
      <w:r>
        <w:t>tum ne dekha, main meri generosity bhi dekh li tum ne. ji, to behal woh kisi tarah baat is tarah ho gayi ke Yusuf alaih wasalam ne bohat sakhti se yeh baat keh di ke tum agar apne bhai ko nahi lao ge agli bar to main tum ko bhi nahi doonga koi saman</w:t>
      </w:r>
    </w:p>
    <w:p>
      <w:pPr>
        <w:jc w:val="right"/>
      </w:pPr>
      <w:r>
        <w:t>تم نے دیکھا، میں میری جینرسٹی بھی دیکھ لی تم نے۔ جی، تو بہرحال وہ کسی طریقے سے بات اس طرح ہو گئی کہ یوسف علیہ السلام نے بہت سختی سے یہ بات کہہ دی کہ تم اگر اپنے بھائی کو نہیں لاؤ گے اگلی بار تو میں تم کو بھی نہیں دوں گا کوئی سامان</w:t>
      </w:r>
    </w:p>
    <w:p>
      <w:r>
        <w:rPr>
          <w:b/>
        </w:rPr>
        <w:t xml:space="preserve">[40:21] </w:t>
      </w:r>
      <w:r>
        <w:t>۔ humm humm. to behal unhone kaha ke hum apne walid ko manane ki koshish karenge, aur apne chhote bhai ko sath lane ki koshish karenge.</w:t>
      </w:r>
    </w:p>
    <w:p>
      <w:pPr>
        <w:jc w:val="right"/>
      </w:pPr>
      <w:r>
        <w:t>۔ ہمم ہمم۔ تو بہرحال انہوں نے کہا کہ ہم اپنے والد کو منانے کی کوشش کریں گے، اور اپنے چھوٹے بھائی کو ساتھ لانے کی کوشش کریں گے۔</w:t>
      </w:r>
    </w:p>
    <w:p>
      <w:r>
        <w:rPr>
          <w:b/>
        </w:rPr>
        <w:t xml:space="preserve">[40:32] </w:t>
      </w:r>
      <w:r>
        <w:t>to woh log behal nikle wapas, aur jab ghar pahunche aur apna saman khola to jo bhi unhone chandi ke sikke wagera diye the, ji, woh un ko apne un ke saman mein mil gaye.</w:t>
      </w:r>
    </w:p>
    <w:p>
      <w:pPr>
        <w:jc w:val="right"/>
      </w:pPr>
      <w:r>
        <w:t>تو وہ لوگ بہرحال نکلے واپس، اور جب گھر پہنچے اور اپنا سامان کھولا تو جو بھی انہوں نے چاندی کے سکے وغیرہ دیے تھے، جی، وہ ان کو اپنے ان کے سامان میں مل گئے۔</w:t>
      </w:r>
    </w:p>
    <w:p>
      <w:r>
        <w:rPr>
          <w:b/>
        </w:rPr>
        <w:t xml:space="preserve">[40:44] </w:t>
      </w:r>
      <w:r>
        <w:t>ji, un ke jo bags the.</w:t>
      </w:r>
    </w:p>
    <w:p>
      <w:pPr>
        <w:jc w:val="right"/>
      </w:pPr>
      <w:r>
        <w:t>جی، ان کے جو بیگز تھے۔</w:t>
      </w:r>
    </w:p>
    <w:p>
      <w:r>
        <w:rPr>
          <w:b/>
        </w:rPr>
        <w:t xml:space="preserve">[40:46] </w:t>
      </w:r>
      <w:r>
        <w:t>ji, to woh aur un ki izzat barh gayi woh Egypt ke wazir ke bare mein ke itna us ne hamare sath izzat ka mamla kiya, itne sharifana andaaz se hamare sath pesh aaye.</w:t>
      </w:r>
    </w:p>
    <w:p>
      <w:pPr>
        <w:jc w:val="right"/>
      </w:pPr>
      <w:r>
        <w:t>جی، تو وہ اور ان کی عزت بڑھ گئی وہ ایجپٹ کے وزیر کے بارے میں کہ اتنا اس نے ہمارے ساتھ عزت کا معاملہ کیا، اتنے شریفانہ انداز سے ہمارے ساتھ پیش آئے۔</w:t>
      </w:r>
    </w:p>
    <w:p>
      <w:r>
        <w:rPr>
          <w:b/>
        </w:rPr>
        <w:t xml:space="preserve">[41:00] </w:t>
      </w:r>
      <w:r>
        <w:t>ji ji ji. acha, lekin doctor sahib, yahan pe prophet Yusuf ne jo plan banaya tha ke Benjamin, jo un ke chhote bhai hain, ji, woh kisi tarah aayen, aur jaise aap ne abhi bataya ke unhone condition rakhi,</w:t>
      </w:r>
    </w:p>
    <w:p>
      <w:pPr>
        <w:jc w:val="right"/>
      </w:pPr>
      <w:r>
        <w:t>جی جی جی۔ اچھا، لیکن ڈاکٹر صاحب، یہاں پہ پرافٹ یوسف نے جو پلان بنایا تھا کہ بنیامین، جو ان کے چھوٹے بھائی ہیں، جی، وہ کسی طریقے سے آئیں، اور جیسے آپ نے ابھی بتایا کہ انہوں نے کنڈیشن رکھی،</w:t>
      </w:r>
    </w:p>
    <w:p>
      <w:r>
        <w:rPr>
          <w:b/>
        </w:rPr>
        <w:t xml:space="preserve">[41:15] </w:t>
      </w:r>
      <w:r>
        <w:t>ji, ke agar tum agle trip mein aap un ko nahi le ke ao ge to tum jhoote qarar diye jao ge. to yeh ek un ke upar ek jo dabao dala unhone, us ki wajah se yeh hua ke bhai apne baap ke pas gaye, prophet Yaqoob, aur unhone kaha ke Benjamin ko un ke sath agle safar mein bhej dein, nahi to unhein gila nahi mile ga.</w:t>
      </w:r>
    </w:p>
    <w:p>
      <w:pPr>
        <w:jc w:val="right"/>
      </w:pPr>
      <w:r>
        <w:t>جی، کہ اگر تم اگلے ٹرپ میں آپ ان کو نہیں لے کے آؤ گے تو تم جھوٹے قرار دیے جاؤ گے۔ تو یہ ایک ان کے اوپر ایک جو دباؤ ڈالا انہوں نے، اس کی وجہ سے یہ ہوا کہ بھائی اپنے باپ کے پاس گئے، پرافٹ یعقوب، اور انہوں نے کہا کہ بنیامین کو ان کے ساتھ اگلے سفر میں بھیج دیں، نہیں تو انہیں گلہ نہیں ملے گا۔</w:t>
      </w:r>
    </w:p>
    <w:p>
      <w:r>
        <w:rPr>
          <w:b/>
        </w:rPr>
        <w:t xml:space="preserve">[41:38] </w:t>
      </w:r>
      <w:r>
        <w:t>ji ji. to phir doctor sahib, is situation mein kya hua, us ki baat ki kahani kya hai?</w:t>
      </w:r>
    </w:p>
    <w:p>
      <w:pPr>
        <w:jc w:val="right"/>
      </w:pPr>
      <w:r>
        <w:t>جی جی۔ تو پھر ڈاکٹر صاحب، اس سچوئیشن میں کیا ہوا، اس کی بات کی کہانی کیا ہے؟</w:t>
      </w:r>
    </w:p>
    <w:p>
      <w:r>
        <w:rPr>
          <w:b/>
        </w:rPr>
        <w:t xml:space="preserve">[41:45] </w:t>
      </w:r>
      <w:r>
        <w:t>haan, to kuch dinon mein woh anaaj khatam ho gaya. ji, to dobara zaroorat pari to Hazrat Yaqoob alaih wasalam ne kaha ke phir jao le ke ao.</w:t>
      </w:r>
    </w:p>
    <w:p>
      <w:pPr>
        <w:jc w:val="right"/>
      </w:pPr>
      <w:r>
        <w:t>ہاں، تو کچھ دنوں میں وہ اناج ختم ہو گیا۔ جی، تو دوبارہ ضرورت پڑی تو حضرت یعقوب علیہ السلام نے کہا کہ پھر جاؤ لے کے آؤ۔</w:t>
      </w:r>
    </w:p>
    <w:p>
      <w:r>
        <w:rPr>
          <w:b/>
        </w:rPr>
        <w:t xml:space="preserve">[41:56] </w:t>
      </w:r>
      <w:r>
        <w:t>to un bhaiyon ko yaad aaya ke wahan to unhone ek condition rakh di thi ke Benjamin ko sath layen layen ge, tabhi saman mile ga.</w:t>
      </w:r>
    </w:p>
    <w:p>
      <w:pPr>
        <w:jc w:val="right"/>
      </w:pPr>
      <w:r>
        <w:t>تو ان بھائیوں کو یاد آیا کہ وہاں تو انہوں نے ایک کنڈیشن رکھ دی تھی کہ بنیامین کو ساتھ لائیں لائیں گے، تبھی سامان ملے گا۔</w:t>
      </w:r>
    </w:p>
    <w:p>
      <w:r>
        <w:rPr>
          <w:b/>
        </w:rPr>
        <w:t xml:space="preserve">[42:06] </w:t>
      </w:r>
      <w:r>
        <w:t>to father se kaha unhone, to unhone kaha nahi, main hargiz ijazat nahi doonga, tum ne Yusuf ke sath kya kiya hai, woh tum ko maloom hai.</w:t>
      </w:r>
    </w:p>
    <w:p>
      <w:pPr>
        <w:jc w:val="right"/>
      </w:pPr>
      <w:r>
        <w:t>تو فادر سے کہا انہوں نے، تو انہوں نے کہا نہیں، میں ہرگز اجازت نہیں دوں گا، تم نے یوسف کے ساتھ کیا کیا ہے، وہ تم کو معلوم ہے۔</w:t>
      </w:r>
    </w:p>
    <w:p>
      <w:r>
        <w:rPr>
          <w:b/>
        </w:rPr>
        <w:t xml:space="preserve">[42:15] </w:t>
      </w:r>
      <w:r>
        <w:t>to unhone bohat zyada israr kiya, kaha ke bohat zaroorat hai, aur hum apne bhai ki hifazat karenge. nahfazu nahfazu akhana ke hum apne bhai ki hifazat karenge,</w:t>
      </w:r>
    </w:p>
    <w:p>
      <w:pPr>
        <w:jc w:val="right"/>
      </w:pPr>
      <w:r>
        <w:t>تو انہوں نے بہت زیادہ اصرار کیا، کہا کہ بہت ضرورت ہے، اور ہم اپنے بھائی کی حفاظت کریں گے۔ نحفظ نحفظ اخانا کہ ہم اپنے بھائی کی حفاظت کریں گے،</w:t>
      </w:r>
    </w:p>
    <w:p>
      <w:r>
        <w:rPr>
          <w:b/>
        </w:rPr>
        <w:t xml:space="preserve">[42:26] </w:t>
      </w:r>
      <w:r>
        <w:t>aur sahi salim layenge us ko wapas. to bohat jab israr kiya to unhone kaha theek hai, acha le jao, lekin tum ahad karo ke chhote bhai ko sahi salim mere pas wapas lao ge, illa yeh ke tum sab pe koi musibat aa jaye.</w:t>
      </w:r>
    </w:p>
    <w:p>
      <w:pPr>
        <w:jc w:val="right"/>
      </w:pPr>
      <w:r>
        <w:t>اور صحیح سالم لائیں گے اس کو واپس۔ تو بہت جب اصرار کیا تو انہوں نے کہا ٹھیک ہے، اچھا لے جاؤ، لیکن تم عہد کرو کہ چھوٹے بھائی کو صحیح سالم میرے پاس واپس لاؤ گے، الا یہ کہ تم سب پہ کوئی مصیبت آ جائے۔</w:t>
      </w:r>
    </w:p>
    <w:p>
      <w:r>
        <w:rPr>
          <w:b/>
        </w:rPr>
        <w:t xml:space="preserve">[42:44] </w:t>
      </w:r>
      <w:r>
        <w:t>to is tarah se unhone ijazat de di. jab unhone ahad kiya, pledge liye. aur ek aur baat, Yaqoob alaih wasalam ne apne beton se kahi ke mere beton, tum ek darwaze se mat enter karna.</w:t>
      </w:r>
    </w:p>
    <w:p>
      <w:pPr>
        <w:jc w:val="right"/>
      </w:pPr>
      <w:r>
        <w:t>تو اس طریقے سے انہوں نے اجازت دے دی۔ جب انہوں نے عہد کیا، پلیج لیے۔ اور ایک اور بات، یعقوب علیہ السلام نے اپنے بیٹوں سے کہی کہ میرے بیٹوں، تم ایک دروازے سے مت انٹر کرنا۔</w:t>
      </w:r>
    </w:p>
    <w:p>
      <w:r>
        <w:rPr>
          <w:b/>
        </w:rPr>
        <w:t xml:space="preserve">[43:04] </w:t>
      </w:r>
      <w:r>
        <w:t>lagta hai jis city mein Egypt mein gaye the, woh probably it was a walled city, jaise hamare old Delhi ki walled city thi, Kashmiri gate, Delhi gate wagera hai.</w:t>
      </w:r>
    </w:p>
    <w:p>
      <w:pPr>
        <w:jc w:val="right"/>
      </w:pPr>
      <w:r>
        <w:t>لگتا ہے جس سٹی میں ایجپٹ میں گئے تھے، وہ probably it was a walled city، جیسے ہمارے اولڈ دہلی کی walled city تھی، کشمیری گیٹ، دلی گیٹ وغیرہ ہے۔</w:t>
      </w:r>
    </w:p>
    <w:p>
      <w:r>
        <w:rPr>
          <w:b/>
        </w:rPr>
        <w:t xml:space="preserve">[43:15] </w:t>
      </w:r>
      <w:r>
        <w:t>to isi tarah se koi aise system hoga, wahan bhi shayad walled city rahi ho. to Yaqoob alaih wasalam ne kaha ke tum alag alag darwazon se jana, ek sath mat enter karna.</w:t>
      </w:r>
    </w:p>
    <w:p>
      <w:pPr>
        <w:jc w:val="right"/>
      </w:pPr>
      <w:r>
        <w:t>تو اسی طریقے سے کوئی ایسے سسٹم ہوگا، وہاں بھی شاید walled city رہی ہو۔ تو یعقوب علیہ السلام نے کہا کہ تم الگ الگ دروازوں سے جانا، ایک ساتھ مت انٹر کرنا۔</w:t>
      </w:r>
    </w:p>
    <w:p>
      <w:r>
        <w:rPr>
          <w:b/>
        </w:rPr>
        <w:t xml:space="preserve">[43:27] </w:t>
      </w:r>
      <w:r>
        <w:t>woh un ka shayad maqsad yeh tha ke ek sath das log, gyarah log jayenge to log samjhenge pata nahi yeh kis maqsad se aaye hain, koi reaction ho.</w:t>
      </w:r>
    </w:p>
    <w:p>
      <w:pPr>
        <w:jc w:val="right"/>
      </w:pPr>
      <w:r>
        <w:t>وہ ان کا شاید مقصد یہ تھا کہ ایک ساتھ دس لوگ، گیارہ لوگ جائیں گے تو لوگ سمجھیں گے پتہ نہیں یہ کس مقصد سے آئے ہیں، کوئی ری ایکشن ہو۔</w:t>
      </w:r>
    </w:p>
    <w:p>
      <w:r>
        <w:rPr>
          <w:b/>
        </w:rPr>
        <w:t xml:space="preserve">[43:38] </w:t>
      </w:r>
      <w:r>
        <w:t>balkeh Maulana bhi dawat ke mamle mein low profile ki baat karte the. ji ji ke dawat high profile kaam nahi hai ke aap stage pe karen aur yeh sab karen, balkeh khamoshi se karen taake koi pareshani na</w:t>
      </w:r>
    </w:p>
    <w:p>
      <w:pPr>
        <w:jc w:val="right"/>
      </w:pPr>
      <w:r>
        <w:t>بلکہ مولانا بھی دعوت کے معاملے میں لو پروفائل کی بات کرتے تھے۔ جی جی کہ دعوت ہائی پروفائل کام نہیں ہے کہ آپ اسٹیج پہ کریں اور یہ سب کریں، بلکہ خاموشی سے کریں تاکہ کوئی پریشانی نہ</w:t>
      </w:r>
    </w:p>
    <w:p>
      <w:r>
        <w:rPr>
          <w:b/>
        </w:rPr>
        <w:t xml:space="preserve">[43:55] </w:t>
      </w:r>
      <w:r>
        <w:t>paish aaye. to yeh ek bohat achhi advice di Yaqoob alaih wasalam ne apne beton ko. doctor sahib, kuch comments parhna chahoonga jo log program dekh rahe hain.</w:t>
      </w:r>
    </w:p>
    <w:p>
      <w:pPr>
        <w:jc w:val="right"/>
      </w:pPr>
      <w:r>
        <w:t>پیش آئے۔ تو یہ ایک بہت اچھی ایڈوائس دی یعقوب علیہ السلام نے اپنے بیٹوں کو۔ ڈاکٹر صاحب، کچھ کمنٹس پڑھنا چاہوں گا جو لوگ پروگرام دیکھ رہے ہیں۔</w:t>
      </w:r>
    </w:p>
    <w:p>
      <w:r>
        <w:rPr>
          <w:b/>
        </w:rPr>
        <w:t xml:space="preserve">[44:07] </w:t>
      </w:r>
      <w:r>
        <w:t>kafi log pasand kar rahe hain aap ke program ko. to main kuch comments loonga. aap aakhri sawal jo bacha hai, us se pehle.</w:t>
      </w:r>
    </w:p>
    <w:p>
      <w:pPr>
        <w:jc w:val="right"/>
      </w:pPr>
      <w:r>
        <w:t>کافی لوگ پسند کر رہے ہیں آپ کے پروگرام کو۔ تو میں کچھ کمنٹس لوں گا۔ آپ آخری سوال جو بچا ہے، اس سے پہلے۔</w:t>
      </w:r>
    </w:p>
    <w:p>
      <w:r>
        <w:rPr>
          <w:b/>
        </w:rPr>
        <w:t xml:space="preserve">[44:17] </w:t>
      </w:r>
      <w:r>
        <w:t>yeh comment bheja hai Rana Gulzaman sahib ne, unhon ne location nahi likhi hai,</w:t>
      </w:r>
    </w:p>
    <w:p>
      <w:pPr>
        <w:jc w:val="right"/>
      </w:pPr>
      <w:r>
        <w:t>یہ کمنٹ بھیجا ہے رانا گلزمن صاحب نے، انہوں نے لوکیشن نہیں لکھی ہے،</w:t>
      </w:r>
    </w:p>
    <w:p>
      <w:r>
        <w:rPr>
          <w:b/>
        </w:rPr>
        <w:t xml:space="preserve">[44:23] </w:t>
      </w:r>
      <w:r>
        <w:t>per unhon ne likha hai ke Assalam o Alaikum, I love this man so much, and new generation need this kind of things early in the morning.</w:t>
      </w:r>
    </w:p>
    <w:p>
      <w:pPr>
        <w:jc w:val="right"/>
      </w:pPr>
      <w:r>
        <w:t>پر انہوں نے لکھا ہے کہ السلام علیکم، آئی لو دس مین سو مچ، اینڈ نیو جنریشن نیڈ دس کائنڈ آف تھنگز ارلی ان دا مارننگ ۔</w:t>
      </w:r>
    </w:p>
    <w:p>
      <w:r>
        <w:rPr>
          <w:b/>
        </w:rPr>
        <w:t xml:space="preserve">[44:33] </w:t>
      </w:r>
      <w:r>
        <w:t>to yeh bohat hi pyara comment bheja hai unhon ne aap ke liye. Thank you. Is ke baad kai logon ne pasand kiya hai. Agla comment bheja hai Miss Reshma Parvez ne,</w:t>
      </w:r>
    </w:p>
    <w:p>
      <w:pPr>
        <w:jc w:val="right"/>
      </w:pPr>
      <w:r>
        <w:t>تو یہ بہت ہی پیارا کمنٹ بھیجا ہے انہوں نے آپ کے لیے۔ تھینک یو۔ اس کے بعد کئی لوگوں نے پسند کیا ہے۔ اگلا کمنٹ بھیجا ہے مس ریشما پرویز نے،</w:t>
      </w:r>
    </w:p>
    <w:p>
      <w:r>
        <w:rPr>
          <w:b/>
        </w:rPr>
        <w:t xml:space="preserve">[44:49] </w:t>
      </w:r>
      <w:r>
        <w:t>unhon ne likha hai ke We all sin, don't despa</w:t>
      </w:r>
    </w:p>
    <w:p>
      <w:pPr>
        <w:jc w:val="right"/>
      </w:pPr>
      <w:r>
        <w:t>انہوں نے لکھا ہے کہ We all sin, don't despa</w:t>
      </w:r>
    </w:p>
    <w:p>
      <w:r>
        <w:rPr>
          <w:b/>
        </w:rPr>
        <w:t xml:space="preserve">[44:52] </w:t>
      </w:r>
      <w:r>
        <w:t>ir, keep repenting and asking for his forgiveness, don't let droplets of sins become oceans of regret, be sincere and ask him wholeheartedly .</w:t>
      </w:r>
    </w:p>
    <w:p>
      <w:pPr>
        <w:jc w:val="right"/>
      </w:pPr>
      <w:r>
        <w:t>ir, keep repenting and asking for his forgiveness, don't let droplets of sins become oceans of regret, be sincere and ask him wholeheartedly ۔</w:t>
      </w:r>
    </w:p>
    <w:p>
      <w:r>
        <w:rPr>
          <w:b/>
        </w:rPr>
        <w:t xml:space="preserve">[45:04] </w:t>
      </w:r>
      <w:r>
        <w:t>Noor Khan ne likha hai Beautifully explained, Jazak Allah. Miss Krot Lein ne Srinagar se likha hai ke Maulana would always say ignore problems and avail opportunities,</w:t>
      </w:r>
    </w:p>
    <w:p>
      <w:pPr>
        <w:jc w:val="right"/>
      </w:pPr>
      <w:r>
        <w:t>نور خان نے لکھا ہے Beautifully explained, جزاک اللہ۔ مس کروت لین نے سری نگر سے لکھا ہے کہ مولانا would always say ignore problems and avail opportunities,</w:t>
      </w:r>
    </w:p>
    <w:p>
      <w:r>
        <w:rPr>
          <w:b/>
        </w:rPr>
        <w:t xml:space="preserve">[45:18] </w:t>
      </w:r>
      <w:r>
        <w:t>Yusuf Alaihi Salam is the best example, rather role model of this practice. He accepted the offer of being on an important post under a mushrik ruler.</w:t>
      </w:r>
    </w:p>
    <w:p>
      <w:pPr>
        <w:jc w:val="right"/>
      </w:pPr>
      <w:r>
        <w:t>یوسف علیہ السلام is the best example, rather role model of this practice. He accepted the offer of being on an important post under a مشرک ruler.</w:t>
      </w:r>
    </w:p>
    <w:p>
      <w:r>
        <w:rPr>
          <w:b/>
        </w:rPr>
        <w:t xml:space="preserve">[45:31] </w:t>
      </w:r>
      <w:r>
        <w:t>He, other than being an honest and able administrator, utilized the opportunity to spread the word of God. Moreover, his honesty, dedication, and urge to serve God's cause turned his dream into a reality.</w:t>
      </w:r>
    </w:p>
    <w:p>
      <w:pPr>
        <w:jc w:val="right"/>
      </w:pPr>
      <w:r>
        <w:t>He, other than being an honest and able administrator, utilized the opportunity to spread the word of God. Moreover, his honesty, dedication, and urge to serve God's cause turned his dream into a reality.</w:t>
      </w:r>
    </w:p>
    <w:p>
      <w:r>
        <w:rPr>
          <w:b/>
        </w:rPr>
        <w:t xml:space="preserve">[45:47] </w:t>
      </w:r>
      <w:r>
        <w:t>God is great and bestows his unlimited blessings who displace patience. To Doctor sahib, aakhri sawal yahi hai ke phir jo bhai hain, das bhai, Benjamin ko le kar Misr ki taraf apna travel shuru karte hain.</w:t>
      </w:r>
    </w:p>
    <w:p>
      <w:pPr>
        <w:jc w:val="right"/>
      </w:pPr>
      <w:r>
        <w:t>God is great and bestows his unlimited blessings who displace patience. تو ڈاکٹر صاحب، آخری سوال یہی ہے کہ پھر جو بھائی ہیں، دس بھائی، بنیامین کو لے کر مصر کی طرف اپنا ٹریول شروع کرتے ہیں۔</w:t>
      </w:r>
    </w:p>
    <w:p>
      <w:r>
        <w:rPr>
          <w:b/>
        </w:rPr>
        <w:t xml:space="preserve">[46:05] </w:t>
      </w:r>
      <w:r>
        <w:t>Aur yaqeenan Doctor sahib, aisa hua hoga ke Prophet Yusuf bohat hi zyada khush hue honge Benjamin ko dekh kar. To is qisse ke baray mein bhi hum sab ko batayein.</w:t>
      </w:r>
    </w:p>
    <w:p>
      <w:pPr>
        <w:jc w:val="right"/>
      </w:pPr>
      <w:r>
        <w:t>اور یقینا ڈاکٹر صاحب، ایسا ہوا ہوگا کہ پرافٹ یوسف بہت ہی زیادہ خوش ہوئے ہوں گے بنیامین کو دیکھ کر۔ تو اس قصے کے بارے میں بھی ہم سب کو بتائیں۔</w:t>
      </w:r>
    </w:p>
    <w:p>
      <w:r>
        <w:rPr>
          <w:b/>
        </w:rPr>
        <w:t xml:space="preserve">[46:17] </w:t>
      </w:r>
      <w:r>
        <w:t>To wo saaray bhai nikle, apne saman waghera le ke, oonton ko le ke. Is baar wo gyarah log thay, gyarah oont sath mein thay.</w:t>
      </w:r>
    </w:p>
    <w:p>
      <w:pPr>
        <w:jc w:val="right"/>
      </w:pPr>
      <w:r>
        <w:t>تو وہ سارے بھائی نکلے، اپنے سامان وغیرہ لے کے، اونٹوں کو لے کے۔ اس بار وہ گیارہ لوگ تھے، گیارہ اونٹ ساتھ میں تھے۔</w:t>
      </w:r>
    </w:p>
    <w:p>
      <w:r>
        <w:rPr>
          <w:b/>
        </w:rPr>
        <w:t xml:space="preserve">[46:27] </w:t>
      </w:r>
      <w:r>
        <w:t>To wo lambay safar ke baad pohanche, aur jaise un ke father ne mashwara diya tha ke ek darwazay se mat dakhil hona, to wo alag alag darwazon se gaye aur seedhe jo store house tha,</w:t>
      </w:r>
    </w:p>
    <w:p>
      <w:pPr>
        <w:jc w:val="right"/>
      </w:pPr>
      <w:r>
        <w:t>تو وہ لمبے سفر کے بعد پہنچے، اور جیسے ان کے فادر نے مشورہ دیا تھا کہ ایک دروازے سے مت داخل ہونا، تو وہ الگ الگ دروازوں سے گئے اور سیدھے جو اسٹور ہاؤس تھا،</w:t>
      </w:r>
    </w:p>
    <w:p>
      <w:r>
        <w:rPr>
          <w:b/>
        </w:rPr>
        <w:t xml:space="preserve">[46:42] </w:t>
      </w:r>
      <w:r>
        <w:t>grains ka, jahan par grain distribute ho raha tha, sell ho raha tha, wo</w:t>
      </w:r>
    </w:p>
    <w:p>
      <w:pPr>
        <w:jc w:val="right"/>
      </w:pPr>
      <w:r>
        <w:t>گرینز کا، جہاں پر گرین ڈسٹریبیوٹ ہو رہا تھا، سیل ہو رہا تھا، وہ</w:t>
      </w:r>
    </w:p>
    <w:p>
      <w:r>
        <w:rPr>
          <w:b/>
        </w:rPr>
        <w:t xml:space="preserve">[46:48] </w:t>
      </w:r>
      <w:r>
        <w:t>un pohanche. To Yusuf Alaihi Salam ne dekha dason bhaiyon ko, aur Benjamin ko bhi dekha sath mein, to foran pehchan gaye.</w:t>
      </w:r>
    </w:p>
    <w:p>
      <w:pPr>
        <w:jc w:val="right"/>
      </w:pPr>
      <w:r>
        <w:t>اں پہنچے۔ تو یوسف علیہ السلام نے دیکھا دسوں بھائیوں کو، اور بنیامین کو بھی دیکھا ساتھ میں، تو فوراً پہچان گئے۔</w:t>
      </w:r>
    </w:p>
    <w:p>
      <w:r>
        <w:rPr>
          <w:b/>
        </w:rPr>
        <w:t xml:space="preserve">[46:58] </w:t>
      </w:r>
      <w:r>
        <w:t>Halankay bees saal guzar gaye thay, tab to Benjamin chotay rahe honge, saat aath saal ke rahe honge</w:t>
      </w:r>
    </w:p>
    <w:p>
      <w:pPr>
        <w:jc w:val="right"/>
      </w:pPr>
      <w:r>
        <w:t>حالانکہ بیس سال گزر گئے تھے، تب تو بنیامین چھوٹے رہے ہوں گے، سات آٹھ سال کے رہے ہوں گے</w:t>
      </w:r>
    </w:p>
    <w:p>
      <w:r>
        <w:rPr>
          <w:b/>
        </w:rPr>
        <w:t xml:space="preserve">[47:05] </w:t>
      </w:r>
      <w:r>
        <w:t>, ab wo poori tarah se youth. To un ki aankhon mein aansu aa gaye, lekin wo khamoshi se alag ho gaye aur Benjamin ko le ke gaye ek taraf aur kaha ke main tumhara bhai hoon, tum ghamgeen mat ho jo log yeh log tumhare sath karte hain.</w:t>
      </w:r>
    </w:p>
    <w:p>
      <w:pPr>
        <w:jc w:val="right"/>
      </w:pPr>
      <w:r>
        <w:t>، اب وہ پوری طرح سے یوتھ۔ تو ان کی آنکھوں میں آنسو آ گئے، لیکن وہ خاموشی سے الگ ہو گئے اور بنیامین کو لے کے گئے ایک طرف اور کہا کہ میں تمہارا بھائی ہوں، تم غمگین مت ہو جو لوگ یہ لوگ تمہارے ساتھ کرتے ہیں۔</w:t>
      </w:r>
    </w:p>
    <w:p>
      <w:r>
        <w:rPr>
          <w:b/>
        </w:rPr>
        <w:t xml:space="preserve">[47:22] </w:t>
      </w:r>
      <w:r>
        <w:t>Aur kaha ke tum yeh baat un se batana nahi ke main tumhara bhai hoon, main ne yeh baat</w:t>
      </w:r>
    </w:p>
    <w:p>
      <w:pPr>
        <w:jc w:val="right"/>
      </w:pPr>
      <w:r>
        <w:t>اور کہا کہ تم یہ بات ان سے بتانا نہیں کہ میں تمہارا بھائی ہوں، میں نے یہ بات</w:t>
      </w:r>
    </w:p>
    <w:p>
      <w:r>
        <w:rPr>
          <w:b/>
        </w:rPr>
        <w:t xml:space="preserve">[47:28] </w:t>
      </w:r>
      <w:r>
        <w:t>batayi hai. To is tareeqay se yeh qissa yahan tak pohancha hai, aur bohat hi sabak آموز baatein hain. Jaise abhi Qurat ul Ain sahibah ne ek point bataya jo bohat hi aham hai ke ek non Muslim ruler ke under reh kar aap kaam kar sakte hain.</w:t>
      </w:r>
    </w:p>
    <w:p>
      <w:pPr>
        <w:jc w:val="right"/>
      </w:pPr>
      <w:r>
        <w:t>بتائی ہے۔ تو اس طریقے سے یہ قصہ یہاں تک پہنچا ہے، اور بہت ہی سبق آموز باتیں ہیں۔ جیسے ابھی قرت اللین صاحبہ نے ایک پوائنٹ بتایا جو بہت ہی اہم ہے کہ ایک نان مسلم رولر کے انڈر رہ کر آپ کام کر سکتے ہیں۔</w:t>
      </w:r>
    </w:p>
    <w:p>
      <w:r>
        <w:rPr>
          <w:b/>
        </w:rPr>
        <w:t xml:space="preserve">[47:48] </w:t>
      </w:r>
      <w:r>
        <w:t>Bohat important, bohat hi it's very important point. Yeh log sab is tarah ki baatein karte rehte hain.</w:t>
      </w:r>
    </w:p>
    <w:p>
      <w:pPr>
        <w:jc w:val="right"/>
      </w:pPr>
      <w:r>
        <w:t>بہت امپورٹنٹ، بہت ہی it's very important پوائنٹ۔ یہ لوگ سب اس طرح کی باتیں کرتے رہتے ہیں۔</w:t>
      </w:r>
    </w:p>
    <w:p>
      <w:r>
        <w:rPr>
          <w:b/>
        </w:rPr>
        <w:t xml:space="preserve">[47:54] </w:t>
      </w:r>
      <w:r>
        <w:t>To yeh bohat hi acha point hai ke aap kahin bhi hon, aur aap ko wo ijazat bhi de raha hai ruler ke aap da'wati kaam karein.</w:t>
      </w:r>
    </w:p>
    <w:p>
      <w:pPr>
        <w:jc w:val="right"/>
      </w:pPr>
      <w:r>
        <w:t>تو یہ بہت ہی اچھا پوائنٹ ہے کہ آپ کہیں بھی ہوں، اور آپ کو وہ اجازت بھی دے دے رہا ہے رولر کہ آپ دعوتی کام کریں۔</w:t>
      </w:r>
    </w:p>
    <w:p>
      <w:r>
        <w:rPr>
          <w:b/>
        </w:rPr>
        <w:t xml:space="preserve">[48:04] </w:t>
      </w:r>
      <w:r>
        <w:t>To hum hamari country mein bhi, hum yahan, hamein koi dikkat nahi hai.</w:t>
      </w:r>
    </w:p>
    <w:p>
      <w:pPr>
        <w:jc w:val="right"/>
      </w:pPr>
      <w:r>
        <w:t>تو ہم ہماری کنٹری میں بھی، ہم یہاں، ہمیں کوئی دقت نہیں ہے۔</w:t>
      </w:r>
    </w:p>
    <w:p>
      <w:r>
        <w:rPr>
          <w:b/>
        </w:rPr>
        <w:t xml:space="preserve">[48:08] </w:t>
      </w:r>
      <w:r>
        <w:t>Saray jo jo peaceful kaam hum karte hain, hum kar sakte hain, chahe da'wati kaam ho ya is tarah ka deeni kaam ho, saray mawaqay khule hue hain.</w:t>
      </w:r>
    </w:p>
    <w:p>
      <w:pPr>
        <w:jc w:val="right"/>
      </w:pPr>
      <w:r>
        <w:t>سارے جو جو پیس فل کام ہم کرتے ہیں، ہم کر سکتے ہیں، چاہے دعوتی کام ہو یا اس طرح کا دینی کام ہو، سارے مواقع کھلے ہوئے ہیں۔</w:t>
      </w:r>
    </w:p>
    <w:p>
      <w:r>
        <w:rPr>
          <w:b/>
        </w:rPr>
        <w:t xml:space="preserve">[48:20] </w:t>
      </w:r>
      <w:r>
        <w:t>To is ko avail karna chahiye, aur Allah se dua karna chahiye. To bohat hi sabak آموز waqia hai yeh ji, aur ab yeh inshallah aglay session mein umeed hai ke yeh story mukammal ho jayegi.</w:t>
      </w:r>
    </w:p>
    <w:p>
      <w:pPr>
        <w:jc w:val="right"/>
      </w:pPr>
      <w:r>
        <w:t>تو اس کو اویل کرنا چاہیے، اور اللہ سے دعا کرنا چاہیے۔ تو بہت ہی سبق آموز واقعہ ہے یہ جی، اور اب یہ انشاءاللہ اگلے سیشن میں امید ہے کہ یہ سٹوری مکمل ہو جائے گی۔</w:t>
      </w:r>
    </w:p>
    <w:p>
      <w:r>
        <w:rPr>
          <w:b/>
        </w:rPr>
        <w:t xml:space="preserve">[48:35] </w:t>
      </w:r>
      <w:r>
        <w:t>Inshallah. Doctor sahib, bohat bohat</w:t>
      </w:r>
    </w:p>
    <w:p>
      <w:pPr>
        <w:jc w:val="right"/>
      </w:pPr>
      <w:r>
        <w:t>انشاءاللہ۔ ڈاکٹر صاحب، بہت بہت</w:t>
      </w:r>
    </w:p>
    <w:p>
      <w:r>
        <w:rPr>
          <w:b/>
        </w:rPr>
        <w:t xml:space="preserve">[48:37] </w:t>
      </w:r>
      <w:r>
        <w:t>shukriya, aaj aap ne phir se bohat hi acha session Prophet Yusuf ki zindagi mein. Lekin aap ne bhi bohat achi baatein batayin beech beech mein, jo mujhe bhi is se bohat istefada hua hai.</w:t>
      </w:r>
    </w:p>
    <w:p>
      <w:pPr>
        <w:jc w:val="right"/>
      </w:pPr>
      <w:r>
        <w:t>شکریہ، آج آپ نے پھر سے بہت ہی اچھا سیشن پرافٹ یوسف کی زندگی میں۔ لیکن آپ نے بھی بہت اچھی باتیں بتائیں بیچ بیچ میں، جو مجھے بھی اس سے بہت استفادہ ہوا ہے۔</w:t>
      </w:r>
    </w:p>
    <w:p>
      <w:r>
        <w:rPr>
          <w:b/>
        </w:rPr>
        <w:t xml:space="preserve">[48:47] </w:t>
      </w:r>
      <w:r>
        <w:t>ji, ji, inshallah. to doctor sahib, bohat bohat shukriya, aur hamein be sabri se intezar rahega agle session ka in</w:t>
      </w:r>
    </w:p>
    <w:p>
      <w:pPr>
        <w:jc w:val="right"/>
      </w:pPr>
      <w:r>
        <w:t>جی، جی، انشاءاللہ۔ تو ڈاکٹر صاحب، بہت بہت شکریہ، اور ہمیں بے صبری سے انتظار رہے گا اگلے سیشن کا ان</w:t>
      </w:r>
    </w:p>
    <w:p>
      <w:r>
        <w:rPr>
          <w:b/>
        </w:rPr>
        <w:t xml:space="preserve">[48:56] </w:t>
      </w:r>
      <w:r>
        <w:t>shallah. aur hum logon ne sab ne bohat sabak liye, jis tarah doctor thaanistan khan sahib ne Prophet Yusuf ki zindagi se is ko contemporary level pe link kar ke hum sab logon ko bohat hi achhe se wazeh kiya aur samjhaya.</w:t>
      </w:r>
    </w:p>
    <w:p>
      <w:pPr>
        <w:jc w:val="right"/>
      </w:pPr>
      <w:r>
        <w:t>شاءاللہ۔ اور ہم لوگوں نے سب نے بہت سبق لیے، جس طرح ڈاکٹر ثانستان خان صاحب نے پرافٹ یوسف کی زندگی سے اس کو کنٹیمپریری لیول پہ لنک کر کے ہم سب لوگوں کو بہت ہی اچھے سے واضح کیا اور سمجھایا۔</w:t>
      </w:r>
    </w:p>
    <w:p>
      <w:r>
        <w:rPr>
          <w:b/>
        </w:rPr>
        <w:t xml:space="preserve">[49:10] </w:t>
      </w:r>
      <w:r>
        <w:t>to hum ne aaj jana ke kaise hum profit yusuf ki zindagi se seekh le sakte hain ke hum aswao al qasas ko kaise ahsan al qasas bana s</w:t>
      </w:r>
    </w:p>
    <w:p>
      <w:pPr>
        <w:jc w:val="right"/>
      </w:pPr>
      <w:r>
        <w:t>تو ہم نے آج جانا کہ کیسے ہم پرافٹ یوسف کی زندگی سے سیکھ لے سکتے ہیں کہ ہم اسواؤ القصص کو کیسے احسن القصص بنا س</w:t>
      </w:r>
    </w:p>
    <w:p>
      <w:r>
        <w:rPr>
          <w:b/>
        </w:rPr>
        <w:t xml:space="preserve">[49:21] </w:t>
      </w:r>
      <w:r>
        <w:t>akte hain. matlab, worst story ko best story banana hamare hath mein hai. quran ki surah yusuf mein yeh aata hai ke jo shakhs taqwa ikhtiyar kare aur sabr kare to allah is ke ajr ko zaya nahi karte.</w:t>
      </w:r>
    </w:p>
    <w:p>
      <w:pPr>
        <w:jc w:val="right"/>
      </w:pPr>
      <w:r>
        <w:t>کتے ہیں۔ مطلب، ورسٹ سٹوری کو بیسٹ سٹوری بنانا ہمارے ہاتھ میں ہے۔ قرآن کی سورہ یوسف میں یہ آتا ہے کہ جو شخص تقویٰ اختیار کرے اور صبر کرے تو اللہ اس کے اجر کو ضائع نہیں کرتے۔</w:t>
      </w:r>
    </w:p>
    <w:p>
      <w:r>
        <w:rPr>
          <w:b/>
        </w:rPr>
        <w:t xml:space="preserve">[49:37] </w:t>
      </w:r>
      <w:r>
        <w:t>agar hum dekhen to allah ne sab logon ke liye best future hi rakha hai, magar woh best future hamein kaise mil sakta hai?</w:t>
      </w:r>
    </w:p>
    <w:p>
      <w:pPr>
        <w:jc w:val="right"/>
      </w:pPr>
      <w:r>
        <w:t>اگر ہم دیکھیں تو اللہ نے سب لوگوں کے لیے بیسٹ فیوچر ہی رکھا ہے، مگر وہ بیسٹ فیوچر ہمیں کیسے مل سکتا ہے؟</w:t>
      </w:r>
    </w:p>
    <w:p>
      <w:r>
        <w:rPr>
          <w:b/>
        </w:rPr>
        <w:t xml:space="preserve">[49:46] </w:t>
      </w:r>
      <w:r>
        <w:t>woh hamein tabhi mil sakta hai jab hum zindagi ke test par poora utren. aur yeh test kya hai? hum ne doctor sahib ke teen sessions mein jana ke yeh test wahi hai ke agar aap ko negative situation aaye, difficult situation aaye, ya koi aap se revenge le to hamein us waqt sabr karna hai, hamein allah par bharosa karna hai, aur wahi karna hai jo profit yusuf ne kiya ke poora ka poora allah par daal diya.</w:t>
      </w:r>
    </w:p>
    <w:p>
      <w:pPr>
        <w:jc w:val="right"/>
      </w:pPr>
      <w:r>
        <w:t>وہ ہمیں تبھی مل سکتا ہے جب ہم زندگی کے ٹیسٹ پر پورا اتریں۔ اور یہ ٹیسٹ کیا ہے؟ ہم نے ڈاکٹر صاحب کے تین سیشنز میں جانا کہ یہ ٹیسٹ وہی ہے کہ اگر آپ کو نیگیٹیو سچوئیشن آئے، ڈیفیکلٹ سچوئیشن آئے، یا کوئی آپ سے ریونج لے تو ہمیں اس وقت صبر کرنا ہے، ہمیں اللہ پر بھروسہ کرنا ہے، اور وہی کرنا ہے جو پرافٹ یوسف نے کیا کہ پورا کا پورا اللہ پر ڈال دیا۔</w:t>
      </w:r>
    </w:p>
    <w:p>
      <w:r>
        <w:rPr>
          <w:b/>
        </w:rPr>
        <w:t xml:space="preserve">[50:13] </w:t>
      </w:r>
      <w:r>
        <w:t>yaad rakhiye, allah ke paas dene ke liye kami nahi, magar logon ke deserving candidates banne mein kami hai. to hum yeh dua karte hain ke hum sab log deserving candidates banen, aur hum sab logon ko jannat milay.</w:t>
      </w:r>
    </w:p>
    <w:p>
      <w:pPr>
        <w:jc w:val="right"/>
      </w:pPr>
      <w:r>
        <w:t>یاد رکھیے، اللہ کے پاس دینے کے لیے کمی نہیں، مگر لوگوں کے ڈیزرونگ کینڈیڈیٹس بننے میں کمی ہے۔ تو ہم یہ دعا کرتے ہیں کہ ہم سب لوگ ڈیزرونگ کینڈیڈیٹس بنیں، اور ہم سب لوگوں کو جنت ملے۔</w:t>
      </w:r>
    </w:p>
    <w:p>
      <w:r>
        <w:rPr>
          <w:b/>
        </w:rPr>
        <w:t xml:space="preserve">[50:29] </w:t>
      </w:r>
      <w:r>
        <w:t>ameen. ameen. ameen. aaj ka session yahi khatam karte hain. hum phir lotenge agle sunday saade das baje. thank you.</w:t>
      </w:r>
    </w:p>
    <w:p>
      <w:pPr>
        <w:jc w:val="right"/>
      </w:pPr>
      <w:r>
        <w:t>آمین۔ آمین۔ آمین۔ آج کا سیشن یہی ختم کرتے ہیں۔ ہم پھر لوٹیں گے اگلے سنڈے ساڑھے دس بجے۔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