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is the Best Feb 24, 2019 Maulana Wahiduddin Khan</w:t>
      </w:r>
    </w:p>
    <w:p>
      <w:r>
        <w:t>https://www.youtube.com/watch?v=_g-QEQwscFE</w:t>
      </w:r>
    </w:p>
    <w:p>
      <w:r>
        <w:rPr>
          <w:b/>
        </w:rPr>
        <w:t xml:space="preserve">[00:14] </w:t>
      </w:r>
      <w:r>
        <w:t>bismillah hir rahman nir rahim, wasallallahu ala nabiyyil karim.</w:t>
      </w:r>
    </w:p>
    <w:p>
      <w:pPr>
        <w:jc w:val="right"/>
      </w:pPr>
      <w:r>
        <w:t>بسم اللہ الرحمن الرحیم، وصلی اللہ علی نبی الکریم۔</w:t>
      </w:r>
    </w:p>
    <w:p>
      <w:r>
        <w:rPr>
          <w:b/>
        </w:rPr>
        <w:t xml:space="preserve">[00:24]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[00:43] </w:t>
      </w:r>
      <w:r>
        <w:t>dekhiye, yeh mere haath mein aaj ka Times of India hai, yani 24 February ka.</w:t>
      </w:r>
    </w:p>
    <w:p>
      <w:pPr>
        <w:jc w:val="right"/>
      </w:pPr>
      <w:r>
        <w:t>دیکھیے، یہ میرے ہاتھ میں آج کا ٹائمز آف انڈیا ہے، یعنی 24 فروری کا۔</w:t>
      </w:r>
    </w:p>
    <w:p>
      <w:r>
        <w:rPr>
          <w:b/>
        </w:rPr>
        <w:t xml:space="preserve">[00:56] </w:t>
      </w:r>
      <w:r>
        <w:t>is mein mera ek mazmoon chhaapa hai jo is ko unhon ne</w:t>
      </w:r>
    </w:p>
    <w:p>
      <w:pPr>
        <w:jc w:val="right"/>
      </w:pPr>
      <w:r>
        <w:t>اس میں میرا ایک مضمون چھپا ہے جو اس کو انہوں نے</w:t>
      </w:r>
    </w:p>
    <w:p>
      <w:r>
        <w:rPr>
          <w:b/>
        </w:rPr>
        <w:t xml:space="preserve">[01:07] </w:t>
      </w:r>
      <w:r>
        <w:t>first article banaya hai, first article. is ka title hai "no heaven for terrorists".</w:t>
      </w:r>
    </w:p>
    <w:p>
      <w:pPr>
        <w:jc w:val="right"/>
      </w:pPr>
      <w:r>
        <w:t>فرسٹ آرٹیکل بنایا ہے، فرسٹ آرٹیکل۔ اس کا ٹائٹل ہے "نو ہیون فار ٹیررسٹ"۔</w:t>
      </w:r>
    </w:p>
    <w:p>
      <w:r>
        <w:rPr>
          <w:b/>
        </w:rPr>
        <w:t xml:space="preserve">[01:25] </w:t>
      </w:r>
      <w:r>
        <w:t>No heaven for terrorists. Dekhiye, main aap ko zindagi ka ek raaz batata hoon, raaz.</w:t>
      </w:r>
    </w:p>
    <w:p>
      <w:pPr>
        <w:jc w:val="right"/>
      </w:pPr>
      <w:r>
        <w:t>نو ہیون فار ٹیررسٹ۔ دیکھیے، میں آپ کو زندگی کا ایک راز بتاتا ہوں، راز۔</w:t>
      </w:r>
    </w:p>
    <w:p>
      <w:r>
        <w:rPr>
          <w:b/>
        </w:rPr>
        <w:t xml:space="preserve">[01:35] </w:t>
      </w:r>
      <w:r>
        <w:t>duniya mein aap ko is tarah jeena padta hai ke cheezon ko own karna hai, owning culture chalana.</w:t>
      </w:r>
    </w:p>
    <w:p>
      <w:pPr>
        <w:jc w:val="right"/>
      </w:pPr>
      <w:r>
        <w:t>دنیا میں آپ کو اس طرح جینا پڑتا ہے کہ چیزوں کو اون کرنا ہے، اوننگ کلچر چلانا۔</w:t>
      </w:r>
    </w:p>
    <w:p>
      <w:r>
        <w:rPr>
          <w:b/>
        </w:rPr>
        <w:t xml:space="preserve">[01:48] </w:t>
      </w:r>
      <w:r>
        <w:t>duniya mein</w:t>
      </w:r>
    </w:p>
    <w:p>
      <w:pPr>
        <w:jc w:val="right"/>
      </w:pPr>
      <w:r>
        <w:t>دنیا میں</w:t>
      </w:r>
    </w:p>
    <w:p>
      <w:r>
        <w:rPr>
          <w:b/>
        </w:rPr>
        <w:t xml:space="preserve">[01:52] </w:t>
      </w:r>
      <w:r>
        <w:t>post ho, office ho, business ho, market ho, to woh</w:t>
      </w:r>
    </w:p>
    <w:p>
      <w:pPr>
        <w:jc w:val="right"/>
      </w:pPr>
      <w:r>
        <w:t>پوسٹ ہو، آفس ہو، بزنس ہو، مارکیٹ ہو، تو وہ</w:t>
      </w:r>
    </w:p>
    <w:p>
      <w:r>
        <w:rPr>
          <w:b/>
        </w:rPr>
        <w:t xml:space="preserve">[02:03] </w:t>
      </w:r>
      <w:r>
        <w:t>har ek ke liye hoti hai. lekin aap is ko own karte hain,</w:t>
      </w:r>
    </w:p>
    <w:p>
      <w:pPr>
        <w:jc w:val="right"/>
      </w:pPr>
      <w:r>
        <w:t>ہر ایک کے لیے ہوتی ہے۔ لیکن آپ اس کو اون کرتے ہیں،</w:t>
      </w:r>
    </w:p>
    <w:p>
      <w:r>
        <w:rPr>
          <w:b/>
        </w:rPr>
        <w:t xml:space="preserve">[02:10] </w:t>
      </w:r>
      <w:r>
        <w:t>aap is ko own karte hain. bade bade opportunities hoti hain, aap is ko own karte hain, tab aap ko milta hai woh.</w:t>
      </w:r>
    </w:p>
    <w:p>
      <w:pPr>
        <w:jc w:val="right"/>
      </w:pPr>
      <w:r>
        <w:t>آپ اس کو اون کرتے ہیں۔ بڑے بڑے اپرچونیٹیز ہوتی ہیں، آپ اس کو اون کرتے ہیں، تب آپ کو ملتا ہے وہ۔</w:t>
      </w:r>
    </w:p>
    <w:p>
      <w:r>
        <w:rPr>
          <w:b/>
        </w:rPr>
        <w:t xml:space="preserve">[02:23] </w:t>
      </w:r>
      <w:r>
        <w:t>jaise misaal deta hoon main aap ko ke India mein ek state hai jis ko kehte hain Jharkhand, pehle woh Bihar Bihar mashawar tha.</w:t>
      </w:r>
    </w:p>
    <w:p>
      <w:pPr>
        <w:jc w:val="right"/>
      </w:pPr>
      <w:r>
        <w:t>جیسے مثال دیتا ہوں میں آپ کو کہ انڈیا میں ایک اسٹیٹ ہے جس کو کہتے ہیں جھارکھنڈ، پہلے وہ بہار بہار مشاور تھا۔</w:t>
      </w:r>
    </w:p>
    <w:p>
      <w:r>
        <w:rPr>
          <w:b/>
        </w:rPr>
        <w:t xml:space="preserve">[02:39] </w:t>
      </w:r>
      <w:r>
        <w:t>to tata ne is ko own kiya,</w:t>
      </w:r>
    </w:p>
    <w:p>
      <w:pPr>
        <w:jc w:val="right"/>
      </w:pPr>
      <w:r>
        <w:t>تو ٹاٹا نے اس کو اون کیا،</w:t>
      </w:r>
    </w:p>
    <w:p>
      <w:r>
        <w:rPr>
          <w:b/>
        </w:rPr>
        <w:t xml:space="preserve">[02:45] </w:t>
      </w:r>
      <w:r>
        <w:t>own ka maani yeh hai ke apna interest is mein discover kiya. woh yeh ke wahan par loha tha, koylha tha, ke kaanein theen, kaanein,</w:t>
      </w:r>
    </w:p>
    <w:p>
      <w:pPr>
        <w:jc w:val="right"/>
      </w:pPr>
      <w:r>
        <w:t>اون کا معنی یہ ہے کہ اپنا انٹرسٹ اس میں ڈسکور کیا۔ وہ یہ کہ وہاں پر لوہا تھا، کوئلہ تھا، کہ کانیں تھیں، کانیں،</w:t>
      </w:r>
    </w:p>
    <w:p>
      <w:r>
        <w:rPr>
          <w:b/>
        </w:rPr>
        <w:t xml:space="preserve">[03:00] </w:t>
      </w:r>
      <w:r>
        <w:t>mines.</w:t>
      </w:r>
    </w:p>
    <w:p>
      <w:pPr>
        <w:jc w:val="right"/>
      </w:pPr>
      <w:r>
        <w:t>مائنز۔</w:t>
      </w:r>
    </w:p>
    <w:p>
      <w:r>
        <w:rPr>
          <w:b/>
        </w:rPr>
        <w:t xml:space="preserve">[03:03] </w:t>
      </w:r>
      <w:r>
        <w:t>to is ne lohe ki engineering, koyale ki engineering padhi Paris mein.</w:t>
      </w:r>
    </w:p>
    <w:p>
      <w:pPr>
        <w:jc w:val="right"/>
      </w:pPr>
      <w:r>
        <w:t>تو اس نے لوہے کی انجینئرنگ، کوئلے کی انجینئرنگ پڑھی پیرس میں۔</w:t>
      </w:r>
    </w:p>
    <w:p>
      <w:r>
        <w:rPr>
          <w:b/>
        </w:rPr>
        <w:t xml:space="preserve">[03:15] </w:t>
      </w:r>
      <w:r>
        <w:t>aur phir is ne India mein kya kiya</w:t>
      </w:r>
    </w:p>
    <w:p>
      <w:pPr>
        <w:jc w:val="right"/>
      </w:pPr>
      <w:r>
        <w:t>اور پھر اس نے انڈیا میں کیا کیا</w:t>
      </w:r>
    </w:p>
    <w:p>
      <w:r>
        <w:rPr>
          <w:b/>
        </w:rPr>
        <w:t xml:space="preserve">[03:22] </w:t>
      </w:r>
      <w:r>
        <w:t>ke ek duniya bana di is ne jharkhand mein, jis ko kehte hain tata nagar. tata nagar mein lohe ki industries hain, bade bade engine bante hain.</w:t>
      </w:r>
    </w:p>
    <w:p>
      <w:pPr>
        <w:jc w:val="right"/>
      </w:pPr>
      <w:r>
        <w:t>کہ ایک دنیا بنا دی اس نے جھارکھنڈ میں، جس کو کہتے ہیں ٹاٹا نگر۔ ٹاٹا نگر میں لوہے کی انڈسٹریز ہیں، بڑے بڑے انجن بنتے ہیں۔</w:t>
      </w:r>
    </w:p>
    <w:p>
      <w:r>
        <w:rPr>
          <w:b/>
        </w:rPr>
        <w:t xml:space="preserve">[03:38] </w:t>
      </w:r>
      <w:r>
        <w:t>isi ki wajah se hamara railway ka ki patriyon par railen daudti hain saare mulk mein.</w:t>
      </w:r>
    </w:p>
    <w:p>
      <w:pPr>
        <w:jc w:val="right"/>
      </w:pPr>
      <w:r>
        <w:t>اسی کی وجہ سے ہمارا ریلوے کا کی پٹریوں پر ریلیں دوڑتی ہیں سارے ملک میں۔</w:t>
      </w:r>
    </w:p>
    <w:p>
      <w:r>
        <w:rPr>
          <w:b/>
        </w:rPr>
        <w:t xml:space="preserve">[03:49] </w:t>
      </w:r>
      <w:r>
        <w:t>to yeh hai tareeqa.</w:t>
      </w:r>
    </w:p>
    <w:p>
      <w:pPr>
        <w:jc w:val="right"/>
      </w:pPr>
      <w:r>
        <w:t>تو یہ ہے طریقہ۔</w:t>
      </w:r>
    </w:p>
    <w:p>
      <w:r>
        <w:rPr>
          <w:b/>
        </w:rPr>
        <w:t xml:space="preserve">[03:53] </w:t>
      </w:r>
      <w:r>
        <w:t>yeh duniya opportunities se bhari hui hai. saari university mein opportunities khuli phaili hui hain.</w:t>
      </w:r>
    </w:p>
    <w:p>
      <w:pPr>
        <w:jc w:val="right"/>
      </w:pPr>
      <w:r>
        <w:t>یہ دنیا اپرچونیٹیز سے بھری ہوئی ہے۔ ساری یونیورسٹی میں اپرچونیٹیز کھلی پھیلی ہوئی ہیں۔</w:t>
      </w:r>
    </w:p>
    <w:p>
      <w:r>
        <w:rPr>
          <w:b/>
        </w:rPr>
        <w:t xml:space="preserve">[04:06] </w:t>
      </w:r>
      <w:r>
        <w:t>lekin is ko aap ko own karna padta hai. jab own karte hain aap, tab aap industrialist bante hain, tab aap afsar bante hain.</w:t>
      </w:r>
    </w:p>
    <w:p>
      <w:pPr>
        <w:jc w:val="right"/>
      </w:pPr>
      <w:r>
        <w:t>لیکن اس کو آپ کو اون کرنا پڑتا ہے۔ جب اون کرتے ہیں آپ، تب آپ انڈسٹریلسٹ بنتے ہیں، تب آپ افسر بنتے ہیں۔</w:t>
      </w:r>
    </w:p>
    <w:p>
      <w:r>
        <w:rPr>
          <w:b/>
        </w:rPr>
        <w:t xml:space="preserve">[04:16] </w:t>
      </w:r>
      <w:r>
        <w:t>jo banna chahtay hain woh bantay hain.</w:t>
      </w:r>
    </w:p>
    <w:p>
      <w:pPr>
        <w:jc w:val="right"/>
      </w:pPr>
      <w:r>
        <w:t>جو بننا چاہتے ہیں وہ بنتے ہیں۔</w:t>
      </w:r>
    </w:p>
    <w:p>
      <w:r>
        <w:rPr>
          <w:b/>
        </w:rPr>
        <w:t xml:space="preserve">[04:21] </w:t>
      </w:r>
      <w:r>
        <w:t>yahi maamla Allah ke,</w:t>
      </w:r>
    </w:p>
    <w:p>
      <w:pPr>
        <w:jc w:val="right"/>
      </w:pPr>
      <w:r>
        <w:t>یہی معاملہ اللہ کے،</w:t>
      </w:r>
    </w:p>
    <w:p>
      <w:r>
        <w:rPr>
          <w:b/>
        </w:rPr>
        <w:t xml:space="preserve">[04:27] </w:t>
      </w:r>
      <w:r>
        <w:t>Allah ki banai hui dunya ka hai. Aaj subah mein soch raha tha</w:t>
      </w:r>
    </w:p>
    <w:p>
      <w:pPr>
        <w:jc w:val="right"/>
      </w:pPr>
      <w:r>
        <w:t>اللہ کی بنائی ہوئی دنیا کا ہے۔ آج صبح میں سوچ رہا تھا</w:t>
      </w:r>
    </w:p>
    <w:p>
      <w:r>
        <w:rPr>
          <w:b/>
        </w:rPr>
        <w:t xml:space="preserve">[04:36] </w:t>
      </w:r>
      <w:r>
        <w:t>ke</w:t>
      </w:r>
    </w:p>
    <w:p>
      <w:pPr>
        <w:jc w:val="right"/>
      </w:pPr>
      <w:r>
        <w:t>کہ</w:t>
      </w:r>
    </w:p>
    <w:p>
      <w:r>
        <w:rPr>
          <w:b/>
        </w:rPr>
        <w:t xml:space="preserve">[04:39] </w:t>
      </w:r>
      <w:r>
        <w:t>poora poori alam jo hai, poora universe opportunities se bhara bhara hua hai. But how to avail these opportunities?</w:t>
      </w:r>
    </w:p>
    <w:p>
      <w:pPr>
        <w:jc w:val="right"/>
      </w:pPr>
      <w:r>
        <w:t>پورا پوری عالم جو ہے، پورا یونیورس اپرچونیٹیز سے بھرا بھرا ہوا ہے۔ بٹ ہاؤ ٹو اویل دیز اپرچونیٹیز؟</w:t>
      </w:r>
    </w:p>
    <w:p>
      <w:r>
        <w:rPr>
          <w:b/>
        </w:rPr>
        <w:t xml:space="preserve">[04:51] </w:t>
      </w:r>
      <w:r>
        <w:t>kaise?</w:t>
      </w:r>
    </w:p>
    <w:p>
      <w:pPr>
        <w:jc w:val="right"/>
      </w:pPr>
      <w:r>
        <w:t>کیسے؟</w:t>
      </w:r>
    </w:p>
    <w:p>
      <w:r>
        <w:rPr>
          <w:b/>
        </w:rPr>
        <w:t xml:space="preserve">[04:55] </w:t>
      </w:r>
      <w:r>
        <w:t>to mujhe sochte sochte yeh baat samajh aayi ke Rab-ul-Alameen ne saari university ko opportunity se bhar diya.</w:t>
      </w:r>
    </w:p>
    <w:p>
      <w:pPr>
        <w:jc w:val="right"/>
      </w:pPr>
      <w:r>
        <w:t>تو مجھے سوچتے سوچتے یہ بات سمجھ آئی کہ رب العالمین نے ساری یونیورسٹی کو اپرچونیٹی سے بھر دیا۔</w:t>
      </w:r>
    </w:p>
    <w:p>
      <w:r>
        <w:rPr>
          <w:b/>
        </w:rPr>
        <w:t xml:space="preserve">[05:13] </w:t>
      </w:r>
      <w:r>
        <w:t>Yaani computer ke upar, computer ki technology isi world of nature mein hai, aap jantay hain. Hawai jahaz ki technology isi world of nature mein hai.</w:t>
      </w:r>
    </w:p>
    <w:p>
      <w:pPr>
        <w:jc w:val="right"/>
      </w:pPr>
      <w:r>
        <w:t>یعنی کمپیوٹر کے اوپر، کمپیوٹر کی ٹیکنالوجی اسی ورلڈ آف نیچر میں ہے، آپ جانتے ہیں۔ ہوائی جہاز کی ٹیکنالوجی اسی ورلڈ آف نیچر میں ہے۔</w:t>
      </w:r>
    </w:p>
    <w:p>
      <w:r>
        <w:rPr>
          <w:b/>
        </w:rPr>
        <w:t xml:space="preserve">[05:29] </w:t>
      </w:r>
      <w:r>
        <w:t>jitni cheezein aap jantay hain,</w:t>
      </w:r>
    </w:p>
    <w:p>
      <w:pPr>
        <w:jc w:val="right"/>
      </w:pPr>
      <w:r>
        <w:t>جتنی چیزیں آپ جانتے ہیں،</w:t>
      </w:r>
    </w:p>
    <w:p>
      <w:r>
        <w:rPr>
          <w:b/>
        </w:rPr>
        <w:t xml:space="preserve">[05:33] </w:t>
      </w:r>
      <w:r>
        <w:t>hata ke mein bol raha hoon, aap sun rahe hain, saari dunya mein hamein yeh awaaz pahunch rahi hai, woh bhi kya hai?</w:t>
      </w:r>
    </w:p>
    <w:p>
      <w:pPr>
        <w:jc w:val="right"/>
      </w:pPr>
      <w:r>
        <w:t>حتیٰ کہ میں بول رہا ہوں، آپ سن رہے ہیں، ساری دنیا میں ہمیں یہ آواز پہنچ رہی ہے، وہ بھی کیا ہے؟</w:t>
      </w:r>
    </w:p>
    <w:p>
      <w:r>
        <w:rPr>
          <w:b/>
        </w:rPr>
        <w:t xml:space="preserve">[05:43] </w:t>
      </w:r>
      <w:r>
        <w:t>woh bhi opportunities ke taur par maujood thi dunya mein. Phir kuch logon ne is ko discover kiya aur ek poori technology bana dali.</w:t>
      </w:r>
    </w:p>
    <w:p>
      <w:pPr>
        <w:jc w:val="right"/>
      </w:pPr>
      <w:r>
        <w:t>وہ بھی اپرچونیٹیز کے طور پر موجود تھی دنیا میں۔ پھر کچھ لوگوں نے اس کو ڈسکور کیا اور ایک پوری ٹیکنالوجی بنا ڈالی۔</w:t>
      </w:r>
    </w:p>
    <w:p>
      <w:r>
        <w:rPr>
          <w:b/>
        </w:rPr>
        <w:t xml:space="preserve">[06:00] </w:t>
      </w:r>
      <w:r>
        <w:t>to aap ko kuch karna parta hai to dunya aap ko deti hai.</w:t>
      </w:r>
    </w:p>
    <w:p>
      <w:pPr>
        <w:jc w:val="right"/>
      </w:pPr>
      <w:r>
        <w:t>تو آپ کو کچھ کرنا پڑتا ہے تو دنیا آپ کو دیتی ہے۔</w:t>
      </w:r>
    </w:p>
    <w:p>
      <w:r>
        <w:rPr>
          <w:b/>
        </w:rPr>
        <w:t xml:space="preserve">[06:10] </w:t>
      </w:r>
      <w:r>
        <w:t>Wa ma an-nas fa hum kulluz. Pehle aap ko kuch karna parta hai. To kainaat ka jo khaliq hai, us ne kya kiya? Universe ko bhar diya opportunities se.</w:t>
      </w:r>
    </w:p>
    <w:p>
      <w:pPr>
        <w:jc w:val="right"/>
      </w:pPr>
      <w:r>
        <w:t>وما ما ان الناس فہم کلز۔ پہلے آپ کو کچھ کرنا پڑتا ہے۔ تو کائنات کا جو خالق ہے، اس نے کیا کیا؟ یونیورس کو بھر دیا اپرچونیٹیز سے۔</w:t>
      </w:r>
    </w:p>
    <w:p>
      <w:r>
        <w:rPr>
          <w:b/>
        </w:rPr>
        <w:t xml:space="preserve">[06:24] </w:t>
      </w:r>
      <w:r>
        <w:t>Aur phir universe ko bhar diya sitaron se, states se. Yeh world of my jo hai, woh kya hai?</w:t>
      </w:r>
    </w:p>
    <w:p>
      <w:pPr>
        <w:jc w:val="right"/>
      </w:pPr>
      <w:r>
        <w:t>اور پھر یونیورس کو بھر دیا ستاروں سے، اسٹیٹس سے۔ یہ ورلڈ آف مائی جو ہے، وہ کیا ہے؟</w:t>
      </w:r>
    </w:p>
    <w:p>
      <w:r>
        <w:rPr>
          <w:b/>
        </w:rPr>
        <w:t xml:space="preserve">[06:35] </w:t>
      </w:r>
      <w:r>
        <w:t>Starry universe hai yeh. Lekin tamam star chal rahe hain, move move kar rahe hain. Tamam stars.</w:t>
      </w:r>
    </w:p>
    <w:p>
      <w:pPr>
        <w:jc w:val="right"/>
      </w:pPr>
      <w:r>
        <w:t>اسٹاری یونیورس ہے یہ۔ لیکن تمام اسٹار چل رہے ہیں، موو موو کر رہے ہیں۔ تمام اسٹارز۔</w:t>
      </w:r>
    </w:p>
    <w:p>
      <w:r>
        <w:rPr>
          <w:b/>
        </w:rPr>
        <w:t xml:space="preserve">[06:45] </w:t>
      </w:r>
      <w:r>
        <w:t>Galaxy mein million billion sitare hote hain, sab chal rahe hain. Lekin woh chal rahe hain kaise?</w:t>
      </w:r>
    </w:p>
    <w:p>
      <w:pPr>
        <w:jc w:val="right"/>
      </w:pPr>
      <w:r>
        <w:t>گلیکسی میں ملین بلین ستارے ہوتے ہیں، سب چل رہے ہیں۔ لیکن وہ چل رہے ہیں کیسے؟</w:t>
      </w:r>
    </w:p>
    <w:p>
      <w:r>
        <w:rPr>
          <w:b/>
        </w:rPr>
        <w:t xml:space="preserve">[06:57] </w:t>
      </w:r>
      <w:r>
        <w:t>Kabhi in ke darmiyan takrao nahi hota. In ka saara movement peaceful hota hai. Peaceful.</w:t>
      </w:r>
    </w:p>
    <w:p>
      <w:pPr>
        <w:jc w:val="right"/>
      </w:pPr>
      <w:r>
        <w:t>کبھی ان کے درمیان ٹکراؤ نہیں ہوتا۔ ان کا سارا موومنٹ پیس فل ہوتا ہے۔ پیس فل۔</w:t>
      </w:r>
    </w:p>
    <w:p>
      <w:r>
        <w:rPr>
          <w:b/>
        </w:rPr>
        <w:t xml:space="preserve">[07:10] </w:t>
      </w:r>
      <w:r>
        <w:t>Yaani constantly woh move karte hain. But there is no clash.</w:t>
      </w:r>
    </w:p>
    <w:p>
      <w:pPr>
        <w:jc w:val="right"/>
      </w:pPr>
      <w:r>
        <w:t>یعنی کانسٹنٹلی وہ موو کرتے ہیں۔ بٹ دیر از نو کلیش۔</w:t>
      </w:r>
    </w:p>
    <w:p>
      <w:r>
        <w:rPr>
          <w:b/>
        </w:rPr>
        <w:t xml:space="preserve">[07:20] </w:t>
      </w:r>
      <w:r>
        <w:t>Starry wars to insaan ne banai, jaisa ke aap jantay hain. America ke ek president ne ek plan banaya tha starry wars ka.</w:t>
      </w:r>
    </w:p>
    <w:p>
      <w:pPr>
        <w:jc w:val="right"/>
      </w:pPr>
      <w:r>
        <w:t>اسٹاری وارز تو انسان نے بنائی، جیسا کہ آپ جانتے ہیں۔ امریکہ کے ایک پریزیڈنٹ نے ایک پلان بنایا تھا اسٹاری وارز کا۔</w:t>
      </w:r>
    </w:p>
    <w:p>
      <w:r>
        <w:rPr>
          <w:b/>
        </w:rPr>
        <w:t xml:space="preserve">[07:36] </w:t>
      </w:r>
      <w:r>
        <w:t>Lekin nature ne kabhi nahi banaya. Woh nature jo God Almighty ne banai hai, wahan kahin starry wars ka lafz nahi hai.</w:t>
      </w:r>
    </w:p>
    <w:p>
      <w:pPr>
        <w:jc w:val="right"/>
      </w:pPr>
      <w:r>
        <w:t>لیکن نیچر نے کبھی نہیں بنایا۔ وہ نیچر جو گاڈ المائٹی نے بنائی ہے، وہاں کہیں اسٹاری وارز کا لفظ نہیں ہے۔</w:t>
      </w:r>
    </w:p>
    <w:p>
      <w:r>
        <w:rPr>
          <w:b/>
        </w:rPr>
        <w:t xml:space="preserve">[07:47] </w:t>
      </w:r>
      <w:r>
        <w:t>Wahan universe ki jo indus jo dictionary hai, universe ki dictionary mein kahin starry war nahi hai.</w:t>
      </w:r>
    </w:p>
    <w:p>
      <w:pPr>
        <w:jc w:val="right"/>
      </w:pPr>
      <w:r>
        <w:t>وہاں یونیورس کی جو انڈس جو ڈکشنری ہے، یونیورس کی ڈکشنری میں کہیں اسٹاری وار نہیں ہے۔</w:t>
      </w:r>
    </w:p>
    <w:p>
      <w:r>
        <w:rPr>
          <w:b/>
        </w:rPr>
        <w:t xml:space="preserve">[08:06] </w:t>
      </w:r>
      <w:r>
        <w:t>America ke ek president ke dictionary mein thi starry war.</w:t>
      </w:r>
    </w:p>
    <w:p>
      <w:pPr>
        <w:jc w:val="right"/>
      </w:pPr>
      <w:r>
        <w:t>امریکہ کے ایک پریزیڈنٹ کے ڈکشنری میں تھی اسٹاری وار۔</w:t>
      </w:r>
    </w:p>
    <w:p>
      <w:r>
        <w:rPr>
          <w:b/>
        </w:rPr>
        <w:t xml:space="preserve">[08:14] </w:t>
      </w:r>
      <w:r>
        <w:t>To jab mein soch raha tha yeh</w:t>
      </w:r>
    </w:p>
    <w:p>
      <w:pPr>
        <w:jc w:val="right"/>
      </w:pPr>
      <w:r>
        <w:t>تو جب میں سوچ رہا تھا یہ</w:t>
      </w:r>
    </w:p>
    <w:p>
      <w:r>
        <w:rPr>
          <w:b/>
        </w:rPr>
        <w:t xml:space="preserve">[08:20] </w:t>
      </w:r>
      <w:r>
        <w:t>to mujhe Quran ki ek ayat yaad aayi. Quran ki ek ayat: "Asl khair".</w:t>
      </w:r>
    </w:p>
    <w:p>
      <w:pPr>
        <w:jc w:val="right"/>
      </w:pPr>
      <w:r>
        <w:t>تو مجھے قرآن کی ایک آیت یاد آئی۔ قرآن کی ایک آیت: "اصل خیر"۔</w:t>
      </w:r>
    </w:p>
    <w:p>
      <w:r>
        <w:rPr>
          <w:b/>
        </w:rPr>
        <w:t xml:space="preserve">[08:30] </w:t>
      </w:r>
      <w:r>
        <w:t>"Asl khair" ka matlab hai "peace is the best". Is ka matlab kya hua? Quran ki wisdom jo hai, Quran ki wisdom ko extract karne ke liye, samajhne ke liye</w:t>
      </w:r>
    </w:p>
    <w:p>
      <w:pPr>
        <w:jc w:val="right"/>
      </w:pPr>
      <w:r>
        <w:t>"اصل خیر" کا مطلب ہے "پیس از دا بیسٹ"۔ اس کا مطلب کیا ہوا؟ قرآن کی وزڈم جو ہے، قرآن کی وزڈم کو ایکسٹریکٹ کرنے کے لیے، سمجھنے کے لیے</w:t>
      </w:r>
    </w:p>
    <w:p>
      <w:r>
        <w:rPr>
          <w:b/>
        </w:rPr>
        <w:t xml:space="preserve">[08:49] </w:t>
      </w:r>
      <w:r>
        <w:t>aap ko sochna parta hai, isay dhoond ke nikalna parta hai. to yeh jo ayat hai "asal khair", is ka matlab hai "peace is the best".</w:t>
      </w:r>
    </w:p>
    <w:p>
      <w:pPr>
        <w:jc w:val="right"/>
      </w:pPr>
      <w:r>
        <w:t>آپ کو سوچنا پڑتا ہے، اسے ڈھونڈ کے نکالنا پڑتا ہے۔ تو یہ جو آیت ہے "اصل خیر"، اس کا مطلب ہے "پیس از دا بیسٹ"۔</w:t>
      </w:r>
    </w:p>
    <w:p>
      <w:r>
        <w:rPr>
          <w:b/>
        </w:rPr>
        <w:t xml:space="preserve">[09:06] </w:t>
      </w:r>
      <w:r>
        <w:t>is ka matlab kya hai? "peaceful activism is the best activism". quran ki ayat ko convert kijiye.</w:t>
      </w:r>
    </w:p>
    <w:p>
      <w:pPr>
        <w:jc w:val="right"/>
      </w:pPr>
      <w:r>
        <w:t>اس کا مطلب کیا ہے؟ "پیس فل ایکٹیوزم از دا بیسٹ ایکٹیوزم"۔ قرآن کی آیت کو کنورٹ کیجئے۔</w:t>
      </w:r>
    </w:p>
    <w:p>
      <w:r>
        <w:rPr>
          <w:b/>
        </w:rPr>
        <w:t xml:space="preserve">[09:22] </w:t>
      </w:r>
      <w:r>
        <w:t>quran ko samajhne ke liye yahi qaleed hai, shah qaleed ke aap ko art of conversion aata ho, art of conversion.</w:t>
      </w:r>
    </w:p>
    <w:p>
      <w:pPr>
        <w:jc w:val="right"/>
      </w:pPr>
      <w:r>
        <w:t>قرآن کو سمجھنے کے لیے یہی کلید ہے، شاہ کلید کہ آپ کو آرٹ آف کنورژن آتا ہو، آرٹ آف کنورژن۔</w:t>
      </w:r>
    </w:p>
    <w:p>
      <w:r>
        <w:rPr>
          <w:b/>
        </w:rPr>
        <w:t xml:space="preserve">[09:39] </w:t>
      </w:r>
      <w:r>
        <w:t>to quran mein to lafz yeh hai ke "asal khair".</w:t>
      </w:r>
    </w:p>
    <w:p>
      <w:pPr>
        <w:jc w:val="right"/>
      </w:pPr>
      <w:r>
        <w:t>تو قرآن میں تو لفظ یہ ہے کہ "اصل خیر"۔</w:t>
      </w:r>
    </w:p>
    <w:p>
      <w:r>
        <w:rPr>
          <w:b/>
        </w:rPr>
        <w:t xml:space="preserve">[09:47] </w:t>
      </w:r>
      <w:r>
        <w:t>"sulh is the best". aap convert karen ke "sulh is the best" ke maani hain "peace is the best". phir aap convert karen ke "peaceful activism is the best activism".</w:t>
      </w:r>
    </w:p>
    <w:p>
      <w:pPr>
        <w:jc w:val="right"/>
      </w:pPr>
      <w:r>
        <w:t>"صلح از دا بیسٹ"۔ آپ کنورٹ کریں کہ "صلح از دا بیسٹ" کے معنی ہیں "پیس از دا بیسٹ"۔ پھر آپ کنورٹ کریں کہ "پیس فل ایکٹیوزم از دا بیسٹ ایکٹیوزم"۔</w:t>
      </w:r>
    </w:p>
    <w:p>
      <w:r>
        <w:rPr>
          <w:b/>
        </w:rPr>
        <w:t xml:space="preserve">[10:01] </w:t>
      </w:r>
      <w:r>
        <w:t>tab aap ko woh master formula milta hai.</w:t>
      </w:r>
    </w:p>
    <w:p>
      <w:pPr>
        <w:jc w:val="right"/>
      </w:pPr>
      <w:r>
        <w:t>تب آپ کو وہ ماسٹر فارمولا ملتا ہے۔</w:t>
      </w:r>
    </w:p>
    <w:p>
      <w:r>
        <w:rPr>
          <w:b/>
        </w:rPr>
        <w:t xml:space="preserve">[10:11] </w:t>
      </w:r>
      <w:r>
        <w:t>master formula</w:t>
      </w:r>
    </w:p>
    <w:p>
      <w:pPr>
        <w:jc w:val="right"/>
      </w:pPr>
      <w:r>
        <w:t>ماسٹر فارمولا</w:t>
      </w:r>
    </w:p>
    <w:p>
      <w:r>
        <w:rPr>
          <w:b/>
        </w:rPr>
        <w:t xml:space="preserve">[10:16] </w:t>
      </w:r>
      <w:r>
        <w:t>woh kya hai? ke quran mein hai, dekhiye ke sari dunya tumhare musakhkhar kar di. quran mein hai ke sari dunya tumhare musakhkhar kar di.</w:t>
      </w:r>
    </w:p>
    <w:p>
      <w:pPr>
        <w:jc w:val="right"/>
      </w:pPr>
      <w:r>
        <w:t>وہ کیا ہے؟ کہ قرآن میں ہے، دیکھیے کہ ساری دنیا تمہارے مسخر کر دی۔ قرآن میں ہے کہ ساری دنیا تمہارے مسخر کر دی۔</w:t>
      </w:r>
    </w:p>
    <w:p>
      <w:r>
        <w:rPr>
          <w:b/>
        </w:rPr>
        <w:t xml:space="preserve">[10:28] </w:t>
      </w:r>
      <w:r>
        <w:t>lekin ab master formula kya hai is ka?</w:t>
      </w:r>
    </w:p>
    <w:p>
      <w:pPr>
        <w:jc w:val="right"/>
      </w:pPr>
      <w:r>
        <w:t>لیکن اب ماسٹر فارمولا کیا ہے اس کا؟</w:t>
      </w:r>
    </w:p>
    <w:p>
      <w:r>
        <w:rPr>
          <w:b/>
        </w:rPr>
        <w:t xml:space="preserve">[10:33] </w:t>
      </w:r>
      <w:r>
        <w:t>jo allah taala ne ailaan kar diya ke sari universe tumhare musakhkhar kar di gayi. to is ka formula kya hai?</w:t>
      </w:r>
    </w:p>
    <w:p>
      <w:pPr>
        <w:jc w:val="right"/>
      </w:pPr>
      <w:r>
        <w:t>جو اللہ تعالی نے اعلان کر دیا کہ ساری یونیورس تمہارے مسخر کر دی گئی۔ تو اس کا فارمولا کیا ہے؟</w:t>
      </w:r>
    </w:p>
    <w:p>
      <w:r>
        <w:rPr>
          <w:b/>
        </w:rPr>
        <w:t xml:space="preserve">[10:44] </w:t>
      </w:r>
      <w:r>
        <w:t>"how to avail this universal opportunity"? woh hai "peaceful activism". is ka matlab kya hua?</w:t>
      </w:r>
    </w:p>
    <w:p>
      <w:pPr>
        <w:jc w:val="right"/>
      </w:pPr>
      <w:r>
        <w:t>"ہاؤ ٹو اویل دس یونیورسل اپرچونیٹی"؟ وہ ہے "پیس فل ایکٹیوزم"۔ اس کا مطلب کیا ہوا؟</w:t>
      </w:r>
    </w:p>
    <w:p>
      <w:r>
        <w:rPr>
          <w:b/>
        </w:rPr>
        <w:t xml:space="preserve">[10:54] </w:t>
      </w:r>
      <w:r>
        <w:t>ke quran yani allah rab ul alameen ki kitab ailaan kar rahi hai, ek master key de rahi hai aap ko ke jo khaliq ne jo universal opportunities di hain,</w:t>
      </w:r>
    </w:p>
    <w:p>
      <w:pPr>
        <w:jc w:val="right"/>
      </w:pPr>
      <w:r>
        <w:t>کہ قرآن یعنی اللہ رب العالمین کی کتاب اعلان کر رہی ہے، ایک ماسٹر کی دے رہی ہے آپ کو کہ جو خالق نے جو یونیورسل اپرچونیٹیز دی ہیں،</w:t>
      </w:r>
    </w:p>
    <w:p>
      <w:r>
        <w:rPr>
          <w:b/>
        </w:rPr>
        <w:t xml:space="preserve">[11:11] </w:t>
      </w:r>
      <w:r>
        <w:t>is ki sare hi universe ko, sari galaxies ko, sare solar system ko, sab ko tumhare mathat kar diya, tumhare musakhkhar kar diya.</w:t>
      </w:r>
    </w:p>
    <w:p>
      <w:pPr>
        <w:jc w:val="right"/>
      </w:pPr>
      <w:r>
        <w:t>اس کی سارے ہی یونیورس کو، ساری گلیکسیز کو، سارے سولر سسٹم کو، سب کو تمہارے ماتحت کر دیا، تمہارے مسخر کر دیا۔</w:t>
      </w:r>
    </w:p>
    <w:p>
      <w:r>
        <w:rPr>
          <w:b/>
        </w:rPr>
        <w:t xml:space="preserve">[11:25] </w:t>
      </w:r>
      <w:r>
        <w:t>magar "how to avail this universal opportunity"? woh hai "learn the art of peaceful activism".</w:t>
      </w:r>
    </w:p>
    <w:p>
      <w:pPr>
        <w:jc w:val="right"/>
      </w:pPr>
      <w:r>
        <w:t>مگر "ہاؤ ٹو اویل دس یونیورسل اپرچونیٹی"؟ وہ ہے "لرن دا آرٹ آف پیس فل ایکٹیوزم"۔</w:t>
      </w:r>
    </w:p>
    <w:p>
      <w:r>
        <w:rPr>
          <w:b/>
        </w:rPr>
        <w:t xml:space="preserve">[11:40] </w:t>
      </w:r>
      <w:r>
        <w:t>"learn the art of peaceful activism". yeh hai woh baat jo maine is is is mein likhi hai.</w:t>
      </w:r>
    </w:p>
    <w:p>
      <w:pPr>
        <w:jc w:val="right"/>
      </w:pPr>
      <w:r>
        <w:t>"لرن دا آرٹ آف پیس فل ایکٹیوزم"۔ یہ ہے وہ بات جو میں نے اس اس اس میں لکھی ہے۔</w:t>
      </w:r>
    </w:p>
    <w:p>
      <w:r>
        <w:rPr>
          <w:b/>
        </w:rPr>
        <w:t xml:space="preserve">[11:51] </w:t>
      </w:r>
      <w:r>
        <w:t>yeh jo hai "no heaven for terrorists". yeh tak yahi bol rahe hain ji "no heaven for terrorists".</w:t>
      </w:r>
    </w:p>
    <w:p>
      <w:pPr>
        <w:jc w:val="right"/>
      </w:pPr>
      <w:r>
        <w:t>یہ جو ہے "نو ہیون فار ٹیررسٹ"۔ یہ تک یہی بول رہے ہیں جی "نو ہیون فار ٹیررسٹ"۔</w:t>
      </w:r>
    </w:p>
    <w:p>
      <w:r>
        <w:rPr>
          <w:b/>
        </w:rPr>
        <w:t xml:space="preserve">[12:04] </w:t>
      </w:r>
      <w:r>
        <w:t>is ko maine convert kiya hai quran ki ayat ko</w:t>
      </w:r>
    </w:p>
    <w:p>
      <w:pPr>
        <w:jc w:val="right"/>
      </w:pPr>
      <w:r>
        <w:t>اس کو میں نے کنورٹ کیا ہے قرآن کی آیت کو</w:t>
      </w:r>
    </w:p>
    <w:p>
      <w:r>
        <w:rPr>
          <w:b/>
        </w:rPr>
        <w:t xml:space="preserve">[12:09] </w:t>
      </w:r>
      <w:r>
        <w:t>ke aap chahte hain ke</w:t>
      </w:r>
    </w:p>
    <w:p>
      <w:pPr>
        <w:jc w:val="right"/>
      </w:pPr>
      <w:r>
        <w:t>کہ آپ چاہتے ہیں کہ</w:t>
      </w:r>
    </w:p>
    <w:p>
      <w:r>
        <w:rPr>
          <w:b/>
        </w:rPr>
        <w:t xml:space="preserve">[12:15] </w:t>
      </w:r>
      <w:r>
        <w:t>bomb ka, bomb ki tactics, bomb banane ki tactics seekhen. aap chahte hain ke terrorist culture chalaen.</w:t>
      </w:r>
    </w:p>
    <w:p>
      <w:pPr>
        <w:jc w:val="right"/>
      </w:pPr>
      <w:r>
        <w:t>بم کا، بم کی ٹیکٹکس، بم بنانے کی ٹیکٹکس سیکھیں۔ آپ چاہتے ہیں کہ ٹیررسٹ کلچر چلائیں۔</w:t>
      </w:r>
    </w:p>
    <w:p>
      <w:r>
        <w:rPr>
          <w:b/>
        </w:rPr>
        <w:t xml:space="preserve">[12:29] </w:t>
      </w:r>
      <w:r>
        <w:t>aap chahte hain ke logon ke upar pathar maaren. yani doosre lafzon mein "violent activism".</w:t>
      </w:r>
    </w:p>
    <w:p>
      <w:pPr>
        <w:jc w:val="right"/>
      </w:pPr>
      <w:r>
        <w:t>آپ چاہتے ہیں کہ لوگوں کے اوپر پتھر ماریں۔ یعنی دوسرے لفظوں میں "وائلنٹ ایکٹیوزم"۔</w:t>
      </w:r>
    </w:p>
    <w:p>
      <w:r>
        <w:rPr>
          <w:b/>
        </w:rPr>
        <w:t xml:space="preserve">[12:42] </w:t>
      </w:r>
      <w:r>
        <w:t>aap seekh rahe hain "art of violent activism" taake achieve karen apne maqsad ko. aur quran kya ailaan kar raha hai?</w:t>
      </w:r>
    </w:p>
    <w:p>
      <w:pPr>
        <w:jc w:val="right"/>
      </w:pPr>
      <w:r>
        <w:t>آپ سیکھ رہے ہیں "آرٹ آف وائلنٹ ایکٹیوزم" تاکہ اچیو کریں اپنے مقصد کو۔ اور قرآن کیا اعلان کر رہا ہے؟</w:t>
      </w:r>
    </w:p>
    <w:p>
      <w:r>
        <w:rPr>
          <w:b/>
        </w:rPr>
        <w:t xml:space="preserve">[12:54] </w:t>
      </w:r>
      <w:r>
        <w:t>"learn the art of peaceful activism".</w:t>
      </w:r>
    </w:p>
    <w:p>
      <w:pPr>
        <w:jc w:val="right"/>
      </w:pPr>
      <w:r>
        <w:t>"لرن دی آرٹ آف پیس فل ایکٹیوزم"۔</w:t>
      </w:r>
    </w:p>
    <w:p>
      <w:r>
        <w:rPr>
          <w:b/>
        </w:rPr>
        <w:t xml:space="preserve">[13:00] </w:t>
      </w:r>
      <w:r>
        <w:t>kitna farq hai? yaad rakhiye yahi baat hai quran mein ke "in qawm al quran".</w:t>
      </w:r>
    </w:p>
    <w:p>
      <w:pPr>
        <w:jc w:val="right"/>
      </w:pPr>
      <w:r>
        <w:t>کتنا فرق ہے؟ یاد رکھیے یہی بات ہے قرآن میں کہ "ان قوم القرآن"۔</w:t>
      </w:r>
    </w:p>
    <w:p>
      <w:r>
        <w:rPr>
          <w:b/>
        </w:rPr>
        <w:t xml:space="preserve">[13:14] </w:t>
      </w:r>
      <w:r>
        <w:t>yahan qawm se murad hai ummat, aam nahi hai. meri ummat. rasool allah sallallahu alaihi wasallam keh rahe hain ke waqt aaye ga,</w:t>
      </w:r>
    </w:p>
    <w:p>
      <w:pPr>
        <w:jc w:val="right"/>
      </w:pPr>
      <w:r>
        <w:t>یہاں قوم سے مراد ہے امت، عام نہیں ہے۔ میری امت۔ رسول اللہ صلی اللہ علیہ وسلم کہہ رہے ہیں کہ وقت آئے گا،</w:t>
      </w:r>
    </w:p>
    <w:p>
      <w:r>
        <w:rPr>
          <w:b/>
        </w:rPr>
        <w:t xml:space="preserve">[13:26] </w:t>
      </w:r>
      <w:r>
        <w:t>yeh waqt aaye ga ke jab meri ummat</w:t>
      </w:r>
    </w:p>
    <w:p>
      <w:pPr>
        <w:jc w:val="right"/>
      </w:pPr>
      <w:r>
        <w:t>یہ وقت آئے گا کہ جب میری امت</w:t>
      </w:r>
    </w:p>
    <w:p>
      <w:r>
        <w:rPr>
          <w:b/>
        </w:rPr>
        <w:t xml:space="preserve">[13:31] </w:t>
      </w:r>
      <w:r>
        <w:t>quran ko chhod degi, quran ko abandoned book bana degi. surah furqan mein aap padhiye</w:t>
      </w:r>
    </w:p>
    <w:p>
      <w:pPr>
        <w:jc w:val="right"/>
      </w:pPr>
      <w:r>
        <w:t>قرآن کو چھوڑ دے گی، قرآن کو ابینڈنٹ بک بنا دے گی۔ سورہ الفرقان میں آپ پڑھیے</w:t>
      </w:r>
    </w:p>
    <w:p>
      <w:r>
        <w:rPr>
          <w:b/>
        </w:rPr>
        <w:t xml:space="preserve">[13:42] </w:t>
      </w:r>
      <w:r>
        <w:t>ke meri qaum ne quran ko abandoned book bana diya.</w:t>
      </w:r>
    </w:p>
    <w:p>
      <w:pPr>
        <w:jc w:val="right"/>
      </w:pPr>
      <w:r>
        <w:t>کہ میری قوم نے قرآن کو ابینڈڈ بک بنا دیا۔</w:t>
      </w:r>
    </w:p>
    <w:p>
      <w:r>
        <w:rPr>
          <w:b/>
        </w:rPr>
        <w:t xml:space="preserve">[13:50] </w:t>
      </w:r>
      <w:r>
        <w:t>"hazir quran". "mahjoorah". "abandoned book". to kya matlab hai is ka? ab aap sochiye ke kya kabhi quran ko padhna band hua?</w:t>
      </w:r>
    </w:p>
    <w:p>
      <w:pPr>
        <w:jc w:val="right"/>
      </w:pPr>
      <w:r>
        <w:t>"حاضر قرآن"۔ "مہجورہ"۔ "ابینڈڈ بک"۔ تو کیا مطلب ہے اس کا؟ اب آپ سوچیے کہ کیا کبھی قرآن کو پڑھنا بند ہوا؟</w:t>
      </w:r>
    </w:p>
    <w:p>
      <w:r>
        <w:rPr>
          <w:b/>
        </w:rPr>
        <w:t xml:space="preserve">[14:03] </w:t>
      </w:r>
      <w:r>
        <w:t>kya kabhi quran ke madaris jo hain, madaris hazaron, lakhon, karoron, in mein tala laga diya gaya? tala laga.</w:t>
      </w:r>
    </w:p>
    <w:p>
      <w:pPr>
        <w:jc w:val="right"/>
      </w:pPr>
      <w:r>
        <w:t>کیا کبھی قرآن کے مدرسے جو ہیں، مدرسے ہزاروں، لاکھوں، کروڑوں، ان میں تالا لگا دیا گیا؟ تالا لگا۔</w:t>
      </w:r>
    </w:p>
    <w:p>
      <w:r>
        <w:rPr>
          <w:b/>
        </w:rPr>
        <w:t xml:space="preserve">[14:13] </w:t>
      </w:r>
      <w:r>
        <w:t>kya logon ne quran ko hifz karna chhod diya? kya quran ko chhapna band hoga? kya taraveeh mein quran padhna khatm nahin raha?</w:t>
      </w:r>
    </w:p>
    <w:p>
      <w:pPr>
        <w:jc w:val="right"/>
      </w:pPr>
      <w:r>
        <w:t>کیا لوگوں نے قرآن کو حفظ کرنا چھوڑ دیا؟ کیا قرآن کو چھاپنا بند ہوگا؟ کیا تراویح میں قرآن پڑھنا ختم نہیں رہا؟</w:t>
      </w:r>
    </w:p>
    <w:p>
      <w:r>
        <w:rPr>
          <w:b/>
        </w:rPr>
        <w:t xml:space="preserve">[14:24] </w:t>
      </w:r>
      <w:r>
        <w:t>yeh sab kuch nahin hai. yeh sab kuch ho raha hai.</w:t>
      </w:r>
    </w:p>
    <w:p>
      <w:pPr>
        <w:jc w:val="right"/>
      </w:pPr>
      <w:r>
        <w:t>یہ سب کچھ نہیں ہے۔ یہ سب کچھ ہو رہا ہے۔</w:t>
      </w:r>
    </w:p>
    <w:p>
      <w:r>
        <w:rPr>
          <w:b/>
        </w:rPr>
        <w:t xml:space="preserve">[14:29] </w:t>
      </w:r>
      <w:r>
        <w:t>taraveeh mein khoob quran padha ja raha hai, quran khoob chhapa ja raha hai, quran khoob is ka text jo hai, text arabic text, khoob banta ja raha hai.</w:t>
      </w:r>
    </w:p>
    <w:p>
      <w:pPr>
        <w:jc w:val="right"/>
      </w:pPr>
      <w:r>
        <w:t>تراویح میں خوب قرآن پڑھا جا رہا ہے، قرآن خوب چھاپا جا رہا ہے، قرآن خوب اس کا ٹیکسٹ جو ہے، ٹیکسٹ عربک ٹیکسٹ، خوب بانٹا جا رہا ہے۔</w:t>
      </w:r>
    </w:p>
    <w:p>
      <w:r>
        <w:rPr>
          <w:b/>
        </w:rPr>
        <w:t xml:space="preserve">[14:42] </w:t>
      </w:r>
      <w:r>
        <w:t>libraries mein bhara hua hai,</w:t>
      </w:r>
    </w:p>
    <w:p>
      <w:pPr>
        <w:jc w:val="right"/>
      </w:pPr>
      <w:r>
        <w:t>لائبریریوں میں بھرا ہوا ہے،</w:t>
      </w:r>
    </w:p>
    <w:p>
      <w:r>
        <w:rPr>
          <w:b/>
        </w:rPr>
        <w:t xml:space="preserve">[14:48] </w:t>
      </w:r>
      <w:r>
        <w:t>quran ki tafseer ho rahi hai, quran pe kitaben chhap rahi hain. lekin phir bhi quran abandoned book bana diya gaya.</w:t>
      </w:r>
    </w:p>
    <w:p>
      <w:pPr>
        <w:jc w:val="right"/>
      </w:pPr>
      <w:r>
        <w:t>قرآن کی تفسیر ہو رہی ہے، قرآن پہ کتابیں چھپ رہی ہیں۔ لیکن پھر بھی قرآن ابینڈڈ بک بنا دیا گیا۔</w:t>
      </w:r>
    </w:p>
    <w:p>
      <w:r>
        <w:rPr>
          <w:b/>
        </w:rPr>
        <w:t xml:space="preserve">[15:02] </w:t>
      </w:r>
      <w:r>
        <w:t>to kis maani mein? kis maani mein? is maani mein ke quran ne jo formula diya hai, us ko chhod diya ummat.</w:t>
      </w:r>
    </w:p>
    <w:p>
      <w:pPr>
        <w:jc w:val="right"/>
      </w:pPr>
      <w:r>
        <w:t>تو کس معنی میں؟ کس معنی میں؟ اس معنی میں کہ قرآن نے جو فارمولا دیا ہے، اس کو چھوڑ دیا امت۔</w:t>
      </w:r>
    </w:p>
    <w:p>
      <w:r>
        <w:rPr>
          <w:b/>
        </w:rPr>
        <w:t xml:space="preserve">[15:12] </w:t>
      </w:r>
      <w:r>
        <w:t>ummat ne quran ne formula diya tha ke agar tum</w:t>
      </w:r>
    </w:p>
    <w:p>
      <w:pPr>
        <w:jc w:val="right"/>
      </w:pPr>
      <w:r>
        <w:t>امت نے قرآن نے فارمولا دیا تھا کہ اگر تم</w:t>
      </w:r>
    </w:p>
    <w:p>
      <w:r>
        <w:rPr>
          <w:b/>
        </w:rPr>
        <w:t xml:space="preserve">[15:21] </w:t>
      </w:r>
      <w:r>
        <w:t>"God-given opportunities" ko avail karna chahte ho to "peaceful activism" ko ikhtiyar karo.</w:t>
      </w:r>
    </w:p>
    <w:p>
      <w:pPr>
        <w:jc w:val="right"/>
      </w:pPr>
      <w:r>
        <w:t>"گاڈ گیون اپرچونیٹیز" کو اویل کرنا چاہتے ہو تو "پیس فل ایکٹیوزم" کو اختیار کرو۔</w:t>
      </w:r>
    </w:p>
    <w:p>
      <w:r>
        <w:rPr>
          <w:b/>
        </w:rPr>
        <w:t xml:space="preserve">[15:33] </w:t>
      </w:r>
      <w:r>
        <w:t>"peaceful activism". lekin ummat ne kya kiya? ummat ne kya kiya? ummat ne violent activism ko daryaft kar kar rakha hai.</w:t>
      </w:r>
    </w:p>
    <w:p>
      <w:pPr>
        <w:jc w:val="right"/>
      </w:pPr>
      <w:r>
        <w:t>"پیس فل ایکٹیوزم"۔ لیکن امت نے کیا کیا؟ امت نے کیا کیا؟ امت نے وائلنٹ ایکٹیوزم کو دریافت کر کر رکھا ہے۔</w:t>
      </w:r>
    </w:p>
    <w:p>
      <w:r>
        <w:rPr>
          <w:b/>
        </w:rPr>
        <w:t xml:space="preserve">[15:47] </w:t>
      </w:r>
      <w:r>
        <w:t>kaisi ajib baat hai?</w:t>
      </w:r>
    </w:p>
    <w:p>
      <w:pPr>
        <w:jc w:val="right"/>
      </w:pPr>
      <w:r>
        <w:t>کیسی عجیب بات ہے؟</w:t>
      </w:r>
    </w:p>
    <w:p>
      <w:r>
        <w:rPr>
          <w:b/>
        </w:rPr>
        <w:t xml:space="preserve">[15:52] </w:t>
      </w:r>
      <w:r>
        <w:t>yeh aise hi hai jaise koi aadmi nikle dunya ke safar par aur koi use kahe ke jeeb mein money rakh lo, money to sari dunya ka market tumhare liye hai.</w:t>
      </w:r>
    </w:p>
    <w:p>
      <w:pPr>
        <w:jc w:val="right"/>
      </w:pPr>
      <w:r>
        <w:t>یہ ایسے ہی ہے جیسے کوئی آدمی نکلے دنیا کے سفر پر اور کوئی اسے کہے کہ جیب میں منی رکھ لو، منی تو ساری دنیا کا مارکیٹ تمہارے لیے ہے۔</w:t>
      </w:r>
    </w:p>
    <w:p>
      <w:r>
        <w:rPr>
          <w:b/>
        </w:rPr>
        <w:t xml:space="preserve">[16:07] </w:t>
      </w:r>
      <w:r>
        <w:t>misal de raha hoon mein ke ek shakhs safar par jata hai, travel par, aur koi batata hai us ko ke bas jeeb mein money hona chahiye,</w:t>
      </w:r>
    </w:p>
    <w:p>
      <w:pPr>
        <w:jc w:val="right"/>
      </w:pPr>
      <w:r>
        <w:t>مثال دے رہا ہوں میں کہ ایک شخص سفر پر جاتا ہے، ٹریول پر، اور کوئی بتاتا ہے اس کو کہ بس جیب میں منی ہونا چاہیے،</w:t>
      </w:r>
    </w:p>
    <w:p>
      <w:r>
        <w:rPr>
          <w:b/>
        </w:rPr>
        <w:t xml:space="preserve">[16:21] </w:t>
      </w:r>
      <w:r>
        <w:t>sari dunya ka market tumhare liye hai. achha, ab woh kya karta hai? ke Indian notes se apne jeebon ko bhar leta hai, bhar leta hai.</w:t>
      </w:r>
    </w:p>
    <w:p>
      <w:pPr>
        <w:jc w:val="right"/>
      </w:pPr>
      <w:r>
        <w:t>ساری دنیا کا مارکیٹ تمہارے لیے ہے۔ اچھا، اب وہ کیا کرتا ہے؟ کہ انڈین نوٹس سے اپنے جیبوں کو بھر لیتا ہے، بھر لیتا ہے۔</w:t>
      </w:r>
    </w:p>
    <w:p>
      <w:r>
        <w:rPr>
          <w:b/>
        </w:rPr>
        <w:t xml:space="preserve">[16:32] </w:t>
      </w:r>
      <w:r>
        <w:t>apne tamam jeeb is ke jo hain, sab ko indian notes se bhar leta hai.</w:t>
      </w:r>
    </w:p>
    <w:p>
      <w:pPr>
        <w:jc w:val="right"/>
      </w:pPr>
      <w:r>
        <w:t>اپنے تمام جیب اس کے جو ہیں، سب کو انڈین نوٹس سے بھر لیتا ہے۔</w:t>
      </w:r>
    </w:p>
    <w:p>
      <w:r>
        <w:rPr>
          <w:b/>
        </w:rPr>
        <w:t xml:space="preserve">[16:41] </w:t>
      </w:r>
      <w:r>
        <w:t>ab kya hota hai? kahin us ko kuch koi cheez milti nahin. jis dukan par jata hai, woh kehta hai ke nahin bhai, yeh note to nahin chalega.</w:t>
      </w:r>
    </w:p>
    <w:p>
      <w:pPr>
        <w:jc w:val="right"/>
      </w:pPr>
      <w:r>
        <w:t>اب کیا ہوتا ہے؟ کہیں اس کو کچھ کوئی چیز ملتی نہیں۔ جس دکان پر جاتا ہے، وہ کہتا ہے کہ نہیں بھئی، یہ نوٹ تو نہیں چلے گا۔</w:t>
      </w:r>
    </w:p>
    <w:p>
      <w:r>
        <w:rPr>
          <w:b/>
        </w:rPr>
        <w:t xml:space="preserve">[16:53] </w:t>
      </w:r>
      <w:r>
        <w:t>aap ko dollar laiye, main khud mujh par bataoon. jab main pehli baar gaya tha America to main ne meri jeeb mein Indian notes thay.</w:t>
      </w:r>
    </w:p>
    <w:p>
      <w:pPr>
        <w:jc w:val="right"/>
      </w:pPr>
      <w:r>
        <w:t>آپ کو ڈالر لائیے، میں خود مجھ پر بتاؤں۔ جب میں پہلی بار گیا تھا امریکہ تو میں نے میری جیب میں انڈین نوٹ تھے۔</w:t>
      </w:r>
    </w:p>
    <w:p>
      <w:r>
        <w:rPr>
          <w:b/>
        </w:rPr>
        <w:t xml:space="preserve">[17:11] </w:t>
      </w:r>
      <w:r>
        <w:t>pehli baar ki baat hai. to main ne kahin taxi ki, taxi kahin jaane ke liye to meri jeeb mein ittefaq se Indian notes thay, woh main ne diya us ko.</w:t>
      </w:r>
    </w:p>
    <w:p>
      <w:pPr>
        <w:jc w:val="right"/>
      </w:pPr>
      <w:r>
        <w:t>پہلی بار کی بات ہے۔ تو میں نے کہیں ٹیکسی کی، ٹیکسی کہیں جانے کے لیے تو میری جیب میں اتفاق سے انڈین نوٹ تھے، وہ میں نے دیا اس کو۔</w:t>
      </w:r>
    </w:p>
    <w:p>
      <w:r>
        <w:rPr>
          <w:b/>
        </w:rPr>
        <w:t xml:space="preserve">[17:28] </w:t>
      </w:r>
      <w:r>
        <w:t>to taxi wala kya karta hai? muskuraya us ne. woh log muskara kar kehte hain, un ko opposition hota hai to muskarate hain.</w:t>
      </w:r>
    </w:p>
    <w:p>
      <w:pPr>
        <w:jc w:val="right"/>
      </w:pPr>
      <w:r>
        <w:t>تو ٹیکسی والا کیا کرتا ہے؟ مسکرایا اس نے۔ وہ لوگ مسکرا کر کہتے ہیں، ان کو اپوزیشن ہوتا ہے تو مسکراتے ہیں۔</w:t>
      </w:r>
    </w:p>
    <w:p>
      <w:r>
        <w:rPr>
          <w:b/>
        </w:rPr>
        <w:t xml:space="preserve">[17:38] </w:t>
      </w:r>
      <w:r>
        <w:t>us ne kaha, "no sir, dollar</w:t>
      </w:r>
    </w:p>
    <w:p>
      <w:pPr>
        <w:jc w:val="right"/>
      </w:pPr>
      <w:r>
        <w:t>اس نے کہا، "نو سر، ڈالر</w:t>
      </w:r>
    </w:p>
    <w:p>
      <w:r>
        <w:rPr>
          <w:b/>
        </w:rPr>
        <w:t xml:space="preserve">[17:42] </w:t>
      </w:r>
      <w:r>
        <w:t>". "no sir, dollar." do tajruba hua mujhe. to meri jeeb mein dollar bhi tha.</w:t>
      </w:r>
    </w:p>
    <w:p>
      <w:pPr>
        <w:jc w:val="right"/>
      </w:pPr>
      <w:r>
        <w:t>۔" "نو سر، ڈالر۔" دو تجربہ ہوا مجھے۔ تو میری جیب میں ڈالر بھی تھا۔</w:t>
      </w:r>
    </w:p>
    <w:p>
      <w:r>
        <w:rPr>
          <w:b/>
        </w:rPr>
        <w:t xml:space="preserve">[17:56] </w:t>
      </w:r>
      <w:r>
        <w:t>to main ne jo dollar diya to us ne mujhe taxi pahuncha diya. jaana jaana tha wahan</w:t>
      </w:r>
    </w:p>
    <w:p>
      <w:pPr>
        <w:jc w:val="right"/>
      </w:pPr>
      <w:r>
        <w:t>تو میں نے جو ڈالر دیا تو اس نے مجھے ٹیکسی پہنچا دیا۔ جانا جانا تھا وہاں</w:t>
      </w:r>
    </w:p>
    <w:p>
      <w:r>
        <w:rPr>
          <w:b/>
        </w:rPr>
        <w:t xml:space="preserve">[18:04] </w:t>
      </w:r>
      <w:r>
        <w:t>to sari universe aise musalmanon se keh rahi hai, "no sir,</w:t>
      </w:r>
    </w:p>
    <w:p>
      <w:pPr>
        <w:jc w:val="right"/>
      </w:pPr>
      <w:r>
        <w:t>تو ساری یونیورس ایسے مسلمانوں سے کہہ رہی ہے، "نو سر،</w:t>
      </w:r>
    </w:p>
    <w:p>
      <w:r>
        <w:rPr>
          <w:b/>
        </w:rPr>
        <w:t xml:space="preserve">[18:11] </w:t>
      </w:r>
      <w:r>
        <w:t>peace." Musalman duniya ke mawaqe ko avail karne ke liye pathar, bam, tashaddud ki currency pesh pesh kar rahe hain.</w:t>
      </w:r>
    </w:p>
    <w:p>
      <w:pPr>
        <w:jc w:val="right"/>
      </w:pPr>
      <w:r>
        <w:t>پیس۔" مسلمان دنیا کے مواقع کو اویل کرنے کے لیے پتھر، بم، تشدد کی کرنسی پیش پیش کر رہے ہیں۔</w:t>
      </w:r>
    </w:p>
    <w:p>
      <w:r>
        <w:rPr>
          <w:b/>
        </w:rPr>
        <w:t xml:space="preserve">[18:28] </w:t>
      </w:r>
      <w:r>
        <w:t>pathar aur bam aur aur tashaddud ki currency pesh kar rahe hain. har ek khirki par use kaha jata hai ke "no sir, peace." currency of peace</w:t>
      </w:r>
    </w:p>
    <w:p>
      <w:pPr>
        <w:jc w:val="right"/>
      </w:pPr>
      <w:r>
        <w:t>پتھر اور بم اور اور تشدد کی کرنسی پیش کر رہے ہیں۔ ہر ایک کھڑکی پر اسے کہا جاتا ہے کہ "نو سر، پیس۔" کرنسی آف پیس</w:t>
      </w:r>
    </w:p>
    <w:p>
      <w:r>
        <w:rPr>
          <w:b/>
        </w:rPr>
        <w:t xml:space="preserve">[18:42] </w:t>
      </w:r>
      <w:r>
        <w:t>. yeh hai masla India nahi balkeh dunya ke musalmanon ka.</w:t>
      </w:r>
    </w:p>
    <w:p>
      <w:pPr>
        <w:jc w:val="right"/>
      </w:pPr>
      <w:r>
        <w:t>۔ یہ ہے مسئلہ انڈیا نہیں بلکہ دنیا کے مسلمانوں کا۔</w:t>
      </w:r>
    </w:p>
    <w:p>
      <w:r>
        <w:rPr>
          <w:b/>
        </w:rPr>
        <w:t xml:space="preserve">[18:49] </w:t>
      </w:r>
      <w:r>
        <w:t>bachpan mein jab mein parhta tha, sab se pehle maine arabi se pehle farsi parhi thi. arabi se parhe farsi to us mein sheikh saadi jo thay, un ka ek she'r tha,</w:t>
      </w:r>
    </w:p>
    <w:p>
      <w:pPr>
        <w:jc w:val="right"/>
      </w:pPr>
      <w:r>
        <w:t>بچپن میں جب میں پڑھتا تھا، سب سے پہلے میں نے عربی سے پہلے فارسی پڑھی تھی۔ عربی سے پڑھے فارسی تو اس میں شیخ سعدی جو تھے، ان کا ایک شعر تھا،</w:t>
      </w:r>
    </w:p>
    <w:p>
      <w:r>
        <w:rPr>
          <w:b/>
        </w:rPr>
        <w:t xml:space="preserve">[19:07] </w:t>
      </w:r>
      <w:r>
        <w:t>ab tak mujhe yaad hai: "ameer</w:t>
      </w:r>
    </w:p>
    <w:p>
      <w:pPr>
        <w:jc w:val="right"/>
      </w:pPr>
      <w:r>
        <w:t>اب تک مجھے یاد ہے: "امیر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