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People of Paradise February 17, 2019 Maulana Wahiduddin Khan</w:t>
      </w:r>
    </w:p>
    <w:p>
      <w:r>
        <w:t>https://www.youtube.com/watch?v=zAJQJjX2PCI</w:t>
      </w:r>
    </w:p>
    <w:p>
      <w:r>
        <w:rPr>
          <w:b/>
        </w:rPr>
        <w:t xml:space="preserve">[00:11] </w:t>
      </w:r>
      <w:r>
        <w:t>bismillah rahman rahim,</w:t>
      </w:r>
    </w:p>
    <w:p>
      <w:pPr>
        <w:jc w:val="right"/>
      </w:pPr>
      <w:r>
        <w:t>بسم اللہ الرحمن الرحیم،</w:t>
      </w:r>
    </w:p>
    <w:p>
      <w:r>
        <w:rPr>
          <w:b/>
        </w:rPr>
        <w:t xml:space="preserve">[00:16] </w:t>
      </w:r>
      <w:r>
        <w:t>wasallahu ala nabiyil karim.</w:t>
      </w:r>
    </w:p>
    <w:p>
      <w:pPr>
        <w:jc w:val="right"/>
      </w:pPr>
      <w:r>
        <w:t>وصلی اللہ علی نبی الکریم۔</w:t>
      </w:r>
    </w:p>
    <w:p>
      <w:r>
        <w:rPr>
          <w:b/>
        </w:rPr>
        <w:t xml:space="preserve">[00:21]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[00:33] </w:t>
      </w:r>
      <w:r>
        <w:t>aaj mein</w:t>
      </w:r>
    </w:p>
    <w:p>
      <w:pPr>
        <w:jc w:val="right"/>
      </w:pPr>
      <w:r>
        <w:t>آج میں</w:t>
      </w:r>
    </w:p>
    <w:p>
      <w:r>
        <w:rPr>
          <w:b/>
        </w:rPr>
        <w:t xml:space="preserve">[00:37] </w:t>
      </w:r>
      <w:r>
        <w:t>jannat ke bare mein soch raha tha,</w:t>
      </w:r>
    </w:p>
    <w:p>
      <w:pPr>
        <w:jc w:val="right"/>
      </w:pPr>
      <w:r>
        <w:t>جنت کے بارے میں سوچ رہا تھا،</w:t>
      </w:r>
    </w:p>
    <w:p>
      <w:r>
        <w:rPr>
          <w:b/>
        </w:rPr>
        <w:t xml:space="preserve">[00:42] </w:t>
      </w:r>
      <w:r>
        <w:t>yani Who are people of Paradise?</w:t>
      </w:r>
    </w:p>
    <w:p>
      <w:pPr>
        <w:jc w:val="right"/>
      </w:pPr>
      <w:r>
        <w:t>یعنی Who are people of Paradise؟</w:t>
      </w:r>
    </w:p>
    <w:p>
      <w:r>
        <w:rPr>
          <w:b/>
        </w:rPr>
        <w:t xml:space="preserve">[00:49] </w:t>
      </w:r>
      <w:r>
        <w:t>to aam taur par yeh</w:t>
      </w:r>
    </w:p>
    <w:p>
      <w:pPr>
        <w:jc w:val="right"/>
      </w:pPr>
      <w:r>
        <w:t>تو عام طور پر یہ</w:t>
      </w:r>
    </w:p>
    <w:p>
      <w:r>
        <w:rPr>
          <w:b/>
        </w:rPr>
        <w:t xml:space="preserve">[00:54] </w:t>
      </w:r>
      <w:r>
        <w:t>soch hai logon mein ke</w:t>
      </w:r>
    </w:p>
    <w:p>
      <w:pPr>
        <w:jc w:val="right"/>
      </w:pPr>
      <w:r>
        <w:t>سوچ ہے لوگوں میں کہ</w:t>
      </w:r>
    </w:p>
    <w:p>
      <w:r>
        <w:rPr>
          <w:b/>
        </w:rPr>
        <w:t xml:space="preserve">[01:01] </w:t>
      </w:r>
      <w:r>
        <w:t>jannat group wise hai, group wise.</w:t>
      </w:r>
    </w:p>
    <w:p>
      <w:pPr>
        <w:jc w:val="right"/>
      </w:pPr>
      <w:r>
        <w:t>جنت گروپ وائز ہے، گروپ وائز۔</w:t>
      </w:r>
    </w:p>
    <w:p>
      <w:r>
        <w:rPr>
          <w:b/>
        </w:rPr>
        <w:t xml:space="preserve">[01:09] </w:t>
      </w:r>
      <w:r>
        <w:t>yani yeh ummat, woh ummat, yeh groh, woh groh. yani har ek ne apne groh ko</w:t>
      </w:r>
    </w:p>
    <w:p>
      <w:pPr>
        <w:jc w:val="right"/>
      </w:pPr>
      <w:r>
        <w:t>یعنی یہ امت، وہ امت، یہ گروہ، وہ گروہ۔ یعنی ہر ایک نے اپنے گروہ کو</w:t>
      </w:r>
    </w:p>
    <w:p>
      <w:r>
        <w:rPr>
          <w:b/>
        </w:rPr>
        <w:t xml:space="preserve">[01:19] </w:t>
      </w:r>
      <w:r>
        <w:t>maan liya hai, samajh liya hai ke is groh se jo</w:t>
      </w:r>
    </w:p>
    <w:p>
      <w:pPr>
        <w:jc w:val="right"/>
      </w:pPr>
      <w:r>
        <w:t>مان لیا ہے، سمجھ لیا ہے کہ اس گروہ سے جو</w:t>
      </w:r>
    </w:p>
    <w:p>
      <w:r>
        <w:rPr>
          <w:b/>
        </w:rPr>
        <w:t xml:space="preserve">[01:25] </w:t>
      </w:r>
      <w:r>
        <w:t>wasta ho, us ke liye jannat hai.</w:t>
      </w:r>
    </w:p>
    <w:p>
      <w:pPr>
        <w:jc w:val="right"/>
      </w:pPr>
      <w:r>
        <w:t>وابستہ ہو، اس کے لیے جنت ہے۔</w:t>
      </w:r>
    </w:p>
    <w:p>
      <w:r>
        <w:rPr>
          <w:b/>
        </w:rPr>
        <w:t xml:space="preserve">[01:33] </w:t>
      </w:r>
      <w:r>
        <w:t>to yaad rakhiye, jannat group wise ya community wise nahi hai, balkeh person wise hai.</w:t>
      </w:r>
    </w:p>
    <w:p>
      <w:pPr>
        <w:jc w:val="right"/>
      </w:pPr>
      <w:r>
        <w:t>تو یاد رکھیے، جنت گروپ وائز یا کمیونٹی وائز نہیں ہے، بلکہ پرسن وائز ہے۔</w:t>
      </w:r>
    </w:p>
    <w:p>
      <w:r>
        <w:rPr>
          <w:b/>
        </w:rPr>
        <w:t xml:space="preserve">[01:48] </w:t>
      </w:r>
      <w:r>
        <w:t>yani individual based hai, na ke community based.</w:t>
      </w:r>
    </w:p>
    <w:p>
      <w:pPr>
        <w:jc w:val="right"/>
      </w:pPr>
      <w:r>
        <w:t>یعنی انڈیویجول بیسڈ ہے، نہ کہ کمیونٹی بیسڈ۔</w:t>
      </w:r>
    </w:p>
    <w:p>
      <w:r>
        <w:rPr>
          <w:b/>
        </w:rPr>
        <w:t xml:space="preserve">[01:55] </w:t>
      </w:r>
      <w:r>
        <w:t>yeh baat quran ki ek ayat mein kahi gayi hai, is ka aap ko pehle isi ko suniye aap</w:t>
      </w:r>
    </w:p>
    <w:p>
      <w:pPr>
        <w:jc w:val="right"/>
      </w:pPr>
      <w:r>
        <w:t>یہ بات قرآن کی ایک آیت میں کہی گئی ہے، اس کا آپ کو پہلے اسی کو سنیے آپ</w:t>
      </w:r>
    </w:p>
    <w:p>
      <w:r>
        <w:rPr>
          <w:b/>
        </w:rPr>
        <w:t xml:space="preserve">[02:05] </w:t>
      </w:r>
      <w:r>
        <w:t>. bismillah rahman rahim. innallazina amanu wallazina hadu wannasara wassabieena man amana billahi wal yawmil akhiri wa amila salihan faluhum ajruhum inda rabbihim wala khawfun alaihim wala hum yahzanun.</w:t>
      </w:r>
    </w:p>
    <w:p>
      <w:pPr>
        <w:jc w:val="right"/>
      </w:pPr>
      <w:r>
        <w:t>۔ بسم اللہ الرحمن الرحیم۔ ان الذین آمنوا والذین ہادوا والنصاری والصابئین من آمن باللہ والیوم الآخر وعمل صالحا فلہم اجرہم عند ربہم ولا خوف علیہم ولاہم یحزنون۔</w:t>
      </w:r>
    </w:p>
    <w:p>
      <w:r>
        <w:rPr>
          <w:b/>
        </w:rPr>
        <w:t xml:space="preserve">[02:25] </w:t>
      </w:r>
      <w:r>
        <w:t>Surah Al-Baqarah chapter number 2 verse number 62.</w:t>
      </w:r>
    </w:p>
    <w:p>
      <w:pPr>
        <w:jc w:val="right"/>
      </w:pPr>
      <w:r>
        <w:t>سورہ البقرہ چیپٹر نمبر ٹو ورس نمبر 62۔</w:t>
      </w:r>
    </w:p>
    <w:p>
      <w:r>
        <w:rPr>
          <w:b/>
        </w:rPr>
        <w:t xml:space="preserve">[02:31] </w:t>
      </w:r>
      <w:r>
        <w:t>yun hai ke jo log iman laye aur jo log Yahudi hue aur Nasara aur Sabiy, in mein</w:t>
      </w:r>
    </w:p>
    <w:p>
      <w:pPr>
        <w:jc w:val="right"/>
      </w:pPr>
      <w:r>
        <w:t>یوں ہے کہ جو لوگ ایمان لائے اور جو لوگ یہودی ہوئے اور نصاری اور صحابی، ان میں</w:t>
      </w:r>
    </w:p>
    <w:p>
      <w:r>
        <w:rPr>
          <w:b/>
        </w:rPr>
        <w:t xml:space="preserve">[02:39] </w:t>
      </w:r>
      <w:r>
        <w:t>se jo shakhs iman laya Allah par aur aakhirat ke din par aur usne nek kaam kiya</w:t>
      </w:r>
    </w:p>
    <w:p>
      <w:pPr>
        <w:jc w:val="right"/>
      </w:pPr>
      <w:r>
        <w:t>سے جو شخص ایمان لایا اللہ پر اور آخرت کے دن پر اور اس نے نیک کام کیا</w:t>
      </w:r>
    </w:p>
    <w:p>
      <w:r>
        <w:rPr>
          <w:b/>
        </w:rPr>
        <w:t xml:space="preserve">[02:44] </w:t>
      </w:r>
      <w:r>
        <w:t>to uske liye uske Rab ke paas ajar hai aur unke liye na koi darr</w:t>
      </w:r>
    </w:p>
    <w:p>
      <w:pPr>
        <w:jc w:val="right"/>
      </w:pPr>
      <w:r>
        <w:t>تو اس کے لیے اس کے رب کے پاس اجر ہے اور ان کے لیے نہ کوئی ڈر</w:t>
      </w:r>
    </w:p>
    <w:p>
      <w:r>
        <w:rPr>
          <w:b/>
        </w:rPr>
        <w:t xml:space="preserve">[02:49] </w:t>
      </w:r>
      <w:r>
        <w:t>hai aur na woh ghamgeen honge.</w:t>
      </w:r>
    </w:p>
    <w:p>
      <w:pPr>
        <w:jc w:val="right"/>
      </w:pPr>
      <w:r>
        <w:t>ہے اور نہ وہ غمگین ہوں گے۔</w:t>
      </w:r>
    </w:p>
    <w:p>
      <w:r>
        <w:rPr>
          <w:b/>
        </w:rPr>
        <w:t xml:space="preserve">[02:56] </w:t>
      </w:r>
      <w:r>
        <w:t>is ki tafsir tazkirul quran mein is tarah hai.</w:t>
      </w:r>
    </w:p>
    <w:p>
      <w:pPr>
        <w:jc w:val="right"/>
      </w:pPr>
      <w:r>
        <w:t>اس کی تفسیر تذکر القرآن میں اس طرح ہے۔</w:t>
      </w:r>
    </w:p>
    <w:p>
      <w:r>
        <w:rPr>
          <w:b/>
        </w:rPr>
        <w:t xml:space="preserve">[03:02] </w:t>
      </w:r>
      <w:r>
        <w:t>is ayat mein char grohon ka zikr hai: ek musalman jo hazrat Muhammad sallallahu alaihi wasallam ki ummat hain, doosre yahudi, doosre yehud jo apne ko hazrat musa ki ummat kehte hain,</w:t>
      </w:r>
    </w:p>
    <w:p>
      <w:pPr>
        <w:jc w:val="right"/>
      </w:pPr>
      <w:r>
        <w:t>اس آیت میں چار گروہوں کا ذکر ہے: ایک مسلمان جو حضرت محمد صلی اللہ علیہ وسلم کی امت ہیں، دوسرے یہودی، دوسرے یہود جو اپنے کو حضرت موسیٰ کی امت کہتے ہیں،</w:t>
      </w:r>
    </w:p>
    <w:p>
      <w:r>
        <w:rPr>
          <w:b/>
        </w:rPr>
        <w:t xml:space="preserve">[03:16] </w:t>
      </w:r>
      <w:r>
        <w:t>tissre nasara jo hazrat maseeh ki ummat hone ke daavedaar hain, chauthe sahabi jo apne ko hazrat yahya ki ummat batate thay aur qadeem zamana mein iraq ke ilaqay mein abad thay.</w:t>
      </w:r>
    </w:p>
    <w:p>
      <w:pPr>
        <w:jc w:val="right"/>
      </w:pPr>
      <w:r>
        <w:t>تیسرے نصاری جو حضرت مسیح کی امت ہونے کے دعویدار ہیں، چوتھے صحابی جو اپنے کو حضرت یحییٰ کی امت بتاتے تھے اور قدیم زمانہ میں عراق کے علاقے میں آباد تھے۔</w:t>
      </w:r>
    </w:p>
    <w:p>
      <w:r>
        <w:rPr>
          <w:b/>
        </w:rPr>
        <w:t xml:space="preserve">[03:30] </w:t>
      </w:r>
      <w:r>
        <w:t>woh ahl-e-kitaab thay aur kaaba ki taraf rukh kar ke namaz parhte thay, magar ab sahabi firqa khatm ho chuka, dunya mein ab is ka kahin wajood nahi.</w:t>
      </w:r>
    </w:p>
    <w:p>
      <w:pPr>
        <w:jc w:val="right"/>
      </w:pPr>
      <w:r>
        <w:t>وہ اہل کتاب تھے اور کعبہ کی طرف رخ کر کے نماز پڑھتے تھے، مگر اب صحابی فرقہ ختم ہو چکا، دنیا میں اب اس کا کہیں وجود نہیں۔</w:t>
      </w:r>
    </w:p>
    <w:p>
      <w:r>
        <w:rPr>
          <w:b/>
        </w:rPr>
        <w:t xml:space="preserve">[03:42] </w:t>
      </w:r>
      <w:r>
        <w:t>yahan musalmanon ko alag nahi kiya hai, balkay un ka aur doosre paighambaron se nisbat rakhne wali ummaton ka zikr ek saath kiya gaya hai.</w:t>
      </w:r>
    </w:p>
    <w:p>
      <w:pPr>
        <w:jc w:val="right"/>
      </w:pPr>
      <w:r>
        <w:t>یہاں مسلمانوں کو الگ نہیں کیا ہے، بلکہ ان کا اور دوسرے پیغمبروں سے نسبت رکھنے والی امتوں کا ذکر ایک ساتھ کیا گیا ہے۔</w:t>
      </w:r>
    </w:p>
    <w:p>
      <w:r>
        <w:rPr>
          <w:b/>
        </w:rPr>
        <w:t xml:space="preserve">[03:52] </w:t>
      </w:r>
      <w:r>
        <w:t>is ka matlab yeh hai ke giroh hone ke aitbaar se Allah ke nazdeek sab barabar ka darja rakhte hain. giroh ke aitbaar se ek giroh aur doosre giroh mein koi farq nahi.</w:t>
      </w:r>
    </w:p>
    <w:p>
      <w:pPr>
        <w:jc w:val="right"/>
      </w:pPr>
      <w:r>
        <w:t>اس کا مطلب یہ ہے کہ گروہ ہونے کے اعتبار سے اللہ کے نزدیک سب برابر کا درجہ رکھتے ہیں۔ گروہ کے اعتبار سے ایک گروہ اور دوسرے گروہ میں کوئی فرق نہیں۔</w:t>
      </w:r>
    </w:p>
    <w:p>
      <w:r>
        <w:rPr>
          <w:b/>
        </w:rPr>
        <w:t xml:space="preserve">[04:04] </w:t>
      </w:r>
      <w:r>
        <w:t>sab ki nijaat ka ek hi muhkam usool hai aur woh hai imaan aur amal saleh. koi giroh apne ko khwah musalman kehta ho ya woh apne ko yahoodi ya maseehi ya sahabi kahe,</w:t>
      </w:r>
    </w:p>
    <w:p>
      <w:pPr>
        <w:jc w:val="right"/>
      </w:pPr>
      <w:r>
        <w:t>سب کی نجات کا ایک ہی محکم اصول ہے اور وہ ہے ایمان اور عمل صالح۔ کوئی گروہ اپنے کو خواہ مسلمان کہتا ہو یا وہ اپنے کو یہودی یا مسیحی یا صحابی کہے،</w:t>
      </w:r>
    </w:p>
    <w:p>
      <w:r>
        <w:rPr>
          <w:b/>
        </w:rPr>
        <w:t xml:space="preserve">[04:18] </w:t>
      </w:r>
      <w:r>
        <w:t>in mein se koi bhi mahaz ek مخصوص giroh hone ki bina par Khuda ke haan koi khaas darja nahi rakhta. darja ka aitbaar is par hai ke kis ne Khuda ki mansha ke mutabiq apni zindagi, apni amli zindagi ko dhala.</w:t>
      </w:r>
    </w:p>
    <w:p>
      <w:pPr>
        <w:jc w:val="right"/>
      </w:pPr>
      <w:r>
        <w:t>ان میں سے کوئی بھی محض ایک مخصوص گروہ ہونے کی بنا پر خدا کے ہاں کوئی خصوصی درجہ نہیں رکھتا۔ درجہ کا اعتبار اس پر ہے کہ کس نے خدا کی منشا کے مطابق اپنی زندگی، اپنی عملی زندگی کو ڈھالا۔</w:t>
      </w:r>
    </w:p>
    <w:p>
      <w:r>
        <w:rPr>
          <w:b/>
        </w:rPr>
        <w:t xml:space="preserve">[04:34] </w:t>
      </w:r>
      <w:r>
        <w:t>nabi ke zamane mein jab is ke mannay walay, mannay walon ka giroh banta hai to is ki buniyad hamesha imaan aur amal saleh par hoti hai.</w:t>
      </w:r>
    </w:p>
    <w:p>
      <w:pPr>
        <w:jc w:val="right"/>
      </w:pPr>
      <w:r>
        <w:t>نبی کے زمانے میں جب اس کے ماننے والے، ماننے والوں کا گروہ بنتا ہے تو اس کی بنیاد ہمیشہ ایمان اور عمل صالح پر ہوتی ہے۔</w:t>
      </w:r>
    </w:p>
    <w:p>
      <w:r>
        <w:rPr>
          <w:b/>
        </w:rPr>
        <w:t xml:space="preserve">[04:45] </w:t>
      </w:r>
      <w:r>
        <w:t>is waqt aisa hota hai ke nabi ki pukaar ko sun kar kuch logon ke andar zehni aur fikri inqilaab aata hai. un ke andar ek naya azm jaagta hai.</w:t>
      </w:r>
    </w:p>
    <w:p>
      <w:pPr>
        <w:jc w:val="right"/>
      </w:pPr>
      <w:r>
        <w:t>اس وقت ایسا ہوتا ہے کہ نبی کی پکار کو سن کر کچھ لوگوں کے اندر ذہنی اور فکری انقلاب آتا ہے۔ ان کے اندر ایک نیا عزم جاگتا ہے۔</w:t>
      </w:r>
    </w:p>
    <w:p>
      <w:r>
        <w:rPr>
          <w:b/>
        </w:rPr>
        <w:t xml:space="preserve">[04:55] </w:t>
      </w:r>
      <w:r>
        <w:t>unki zindagi ka naqsha jo ab tak zaati khwahishon ki buniyad par chal raha tha, woh khudai taleemat ki buniyad par qaim hota hai. yahi log haqeeqi maanon mein nabi ki ummat hotay hain.</w:t>
      </w:r>
    </w:p>
    <w:p>
      <w:pPr>
        <w:jc w:val="right"/>
      </w:pPr>
      <w:r>
        <w:t>ان کی زندگی کا نقشہ جو اب تک ذاتی خواہشوں کی بنیاد پر چل رہا تھا، وہ خدائی تعلیمات کی بنیاد پر قائم ہوتا ہے۔ یہی لوگ حقیقی معنوں میں نبی کی امت ہوتے ہیں۔</w:t>
      </w:r>
    </w:p>
    <w:p>
      <w:r>
        <w:rPr>
          <w:b/>
        </w:rPr>
        <w:t xml:space="preserve">[05:08] </w:t>
      </w:r>
      <w:r>
        <w:t>un ke liye nabi ki zabaan se aakhirat ki nemat'on ki basharat di jati hai, magar baad ki naslon mein soorat-e-haal badal jati hai.</w:t>
      </w:r>
    </w:p>
    <w:p>
      <w:pPr>
        <w:jc w:val="right"/>
      </w:pPr>
      <w:r>
        <w:t>ان کے لیے نبی کی زبان سے آخرت کی نعمتوں کی بشارت دی جاتی ہے، مگر بعد کی نسلوں میں صورتحال بدل جاتی ہے۔</w:t>
      </w:r>
    </w:p>
    <w:p>
      <w:r>
        <w:rPr>
          <w:b/>
        </w:rPr>
        <w:t xml:space="preserve">[05:18] </w:t>
      </w:r>
      <w:r>
        <w:t>ab Khuda ka deen un ke liye ek qism ki qaumi riwayat ban jata hai. jo basharatain imaan o amal ki buniyad par di gayi theen, un ko mahaz girohi ta'alluq ka nateeja samajh liya jata hai.</w:t>
      </w:r>
    </w:p>
    <w:p>
      <w:pPr>
        <w:jc w:val="right"/>
      </w:pPr>
      <w:r>
        <w:t>اب خدا کا دین ان کے لیے ایک قسم کی قومی روایت بن جاتا ہے۔ جو بشارتیں ایمان و عمل کی بنیاد پر دی گئی تھیں، ان کو محض گروہی تعلق کا نتیجہ سمجھ لیا جاتا ہے۔</w:t>
      </w:r>
    </w:p>
    <w:p>
      <w:r>
        <w:rPr>
          <w:b/>
        </w:rPr>
        <w:t xml:space="preserve">[05:31] </w:t>
      </w:r>
      <w:r>
        <w:t>woh gumaan kar letay hain ke un ke giroh ka Allah se koi khaas rishta hai jo doosre logon se nahi hai. jo shakhs is مخصوص giroh se ta'alluq rakhe, khwah aqeedah aur amal ke aitbaar se woh kaisa hi ho, baharhal us ki nijaat ho kar rahay gi.</w:t>
      </w:r>
    </w:p>
    <w:p>
      <w:pPr>
        <w:jc w:val="right"/>
      </w:pPr>
      <w:r>
        <w:t>وہ گمان کر لیتے ہیں کہ ان کے گروہ کا اللہ سے کوئی خاص رشتہ ہے جو دوسرے لوگوں سے نہیں ہے۔ جو شخص اس مخصوص گروہ سے تعلق رکھے، خواہ عقیدہ اور عمل کے اعتبار سے وہ کیسا ہی ہو، بہرحال اس کی نجات ہو کر رہے گی۔</w:t>
      </w:r>
    </w:p>
    <w:p>
      <w:r>
        <w:rPr>
          <w:b/>
        </w:rPr>
        <w:t xml:space="preserve">[05:49] </w:t>
      </w:r>
      <w:r>
        <w:t>jannat is ke apnay giroh ke liye hai aur jahannum sirf doosre girohon ke liye, magar Allah ka kisi giroh se khaas rishta nahi.</w:t>
      </w:r>
    </w:p>
    <w:p>
      <w:pPr>
        <w:jc w:val="right"/>
      </w:pPr>
      <w:r>
        <w:t>جنت اس کے اپنے گروہ کے لیے ہے اور جہنم صرف دوسرے گروہوں کے لیے، مگر اللہ کا کسی گروہ سے خصوصی رشتہ نہیں۔</w:t>
      </w:r>
    </w:p>
    <w:p>
      <w:r>
        <w:rPr>
          <w:b/>
        </w:rPr>
        <w:t xml:space="preserve">[05:58] </w:t>
      </w:r>
      <w:r>
        <w:t>Allah ke haan jo kuch aitbaar hai, woh sirf is baat ka hai ke aadmi apne fikr aur amal mein kaisa hai. aakhirat mein aadmi ke anjaam ka faisla us ke haqeeqi kirdaar ki buniyad par hoga, na ke girohi nisbaton ki buniyad par.</w:t>
      </w:r>
    </w:p>
    <w:p>
      <w:pPr>
        <w:jc w:val="right"/>
      </w:pPr>
      <w:r>
        <w:t>اللہ کے ہاں جو کچھ اعتبار ہے، وہ صرف اس بات کا ہے کہ آدمی اپنے فکر اور عمل میں کیسا ہے۔ آخرت میں آدمی کے انجام کا فیصلہ اس کے حقیقی کردار کی بنیاد پر ہوگا، نہ کہ گروہی نسبتوں کی بنیاد پر۔</w:t>
      </w:r>
    </w:p>
    <w:p>
      <w:r>
        <w:rPr>
          <w:b/>
        </w:rPr>
        <w:t xml:space="preserve">[06:15] </w:t>
      </w:r>
      <w:r>
        <w:t>dekhiye, is ka khulasa yeh hai ke Paradise</w:t>
      </w:r>
    </w:p>
    <w:p>
      <w:pPr>
        <w:jc w:val="right"/>
      </w:pPr>
      <w:r>
        <w:t>دیکھیے، اس کا خلاصہ یہ ہے کہ Paradise</w:t>
      </w:r>
    </w:p>
    <w:p>
      <w:r>
        <w:rPr>
          <w:b/>
        </w:rPr>
        <w:t xml:space="preserve">[06:28] </w:t>
      </w:r>
      <w:r>
        <w:t>individual based hai, na ke community based. yaani mabni par fard hai, na ke mabni par community.</w:t>
      </w:r>
    </w:p>
    <w:p>
      <w:pPr>
        <w:jc w:val="right"/>
      </w:pPr>
      <w:r>
        <w:t>انڈیویجول بیسڈ ہے، نہ کہ کمیونٹی بیسڈ۔ یعنی مبنی پر فرد ہے، نہ کہ مبنی پر کمیونٹی۔</w:t>
      </w:r>
    </w:p>
    <w:p>
      <w:r>
        <w:rPr>
          <w:b/>
        </w:rPr>
        <w:t xml:space="preserve">[06:49] </w:t>
      </w:r>
      <w:r>
        <w:t>jannat ek aisi cheez hai jis mein fard fard ka</w:t>
      </w:r>
    </w:p>
    <w:p>
      <w:pPr>
        <w:jc w:val="right"/>
      </w:pPr>
      <w:r>
        <w:t>جنت ایک ایسی چیز ہے جس میں فرد فرد کا</w:t>
      </w:r>
    </w:p>
    <w:p>
      <w:r>
        <w:rPr>
          <w:b/>
        </w:rPr>
        <w:t xml:space="preserve">[06:56] </w:t>
      </w:r>
      <w:r>
        <w:t>mutala kiya ja raha hai, do do farishtay ke zariye.</w:t>
      </w:r>
    </w:p>
    <w:p>
      <w:pPr>
        <w:jc w:val="right"/>
      </w:pPr>
      <w:r>
        <w:t>مطالعہ کیا جا رہا ہے، دو دو فرشتے کے ذریعے۔</w:t>
      </w:r>
    </w:p>
    <w:p>
      <w:r>
        <w:rPr>
          <w:b/>
        </w:rPr>
        <w:t xml:space="preserve">[07:06] </w:t>
      </w:r>
      <w:r>
        <w:t>yeh Quran mein maujood hai, is ko aap parh saktay hain ke har aadmi ke saath do angel, do farishtay lagay hue hain.</w:t>
      </w:r>
    </w:p>
    <w:p>
      <w:pPr>
        <w:jc w:val="right"/>
      </w:pPr>
      <w:r>
        <w:t>یہ قرآن میں موجود ہے، اس کو آپ پڑھ سکتے ہیں کہ ہر آدمی کے ساتھ دو اینجل، دو فرشتے لگے ہوئے ہیں۔</w:t>
      </w:r>
    </w:p>
    <w:p>
      <w:r>
        <w:rPr>
          <w:b/>
        </w:rPr>
        <w:t xml:space="preserve">[07:17] </w:t>
      </w:r>
      <w:r>
        <w:t>woh har haal mein is ka record le rahay hain. isi record ke, isi infiradi record ke mutabiq,</w:t>
      </w:r>
    </w:p>
    <w:p>
      <w:pPr>
        <w:jc w:val="right"/>
      </w:pPr>
      <w:r>
        <w:t>وہ ہر حال میں اس کا ریکارڈ لے رہے ہیں۔ اسی ریکارڈ کے، اسی انفرادی ریکارڈ کے مطابق،</w:t>
      </w:r>
    </w:p>
    <w:p>
      <w:r>
        <w:rPr>
          <w:b/>
        </w:rPr>
        <w:t xml:space="preserve">[07:28] </w:t>
      </w:r>
      <w:r>
        <w:t>isi infiradi record ke mutabiq har aadmi ka faisla hoga</w:t>
      </w:r>
    </w:p>
    <w:p>
      <w:pPr>
        <w:jc w:val="right"/>
      </w:pPr>
      <w:r>
        <w:t>اسی انفرادی ریکارڈ کے مطابق ہر آدمی کا فیصلہ ہوگا</w:t>
      </w:r>
    </w:p>
    <w:p>
      <w:r>
        <w:rPr>
          <w:b/>
        </w:rPr>
        <w:t xml:space="preserve">[07:36] </w:t>
      </w:r>
      <w:r>
        <w:t>ke woh jannat mein dakhil honay ke qabil hai ya otherwise.</w:t>
      </w:r>
    </w:p>
    <w:p>
      <w:pPr>
        <w:jc w:val="right"/>
      </w:pPr>
      <w:r>
        <w:t>کہ وہ جنت میں داخل ہونے کے قابل ہے یا ادروائز۔</w:t>
      </w:r>
    </w:p>
    <w:p>
      <w:r>
        <w:rPr>
          <w:b/>
        </w:rPr>
        <w:t xml:space="preserve">[07:48] </w:t>
      </w:r>
      <w:r>
        <w:t>ab sawal yeh hai ke ek individual, ek fard ke andar woh kaun si sifat honi chahiye</w:t>
      </w:r>
    </w:p>
    <w:p>
      <w:pPr>
        <w:jc w:val="right"/>
      </w:pPr>
      <w:r>
        <w:t>اب سوال یہ ہے کہ ایک انڈیویجول، ایک فرد کے اندر وہ کون سی صفت ہونی چاہیے</w:t>
      </w:r>
    </w:p>
    <w:p>
      <w:r>
        <w:rPr>
          <w:b/>
        </w:rPr>
        <w:t xml:space="preserve">[08:01] </w:t>
      </w:r>
      <w:r>
        <w:t>jo</w:t>
      </w:r>
    </w:p>
    <w:p>
      <w:pPr>
        <w:jc w:val="right"/>
      </w:pPr>
      <w:r>
        <w:t>جو</w:t>
      </w:r>
    </w:p>
    <w:p>
      <w:r>
        <w:rPr>
          <w:b/>
        </w:rPr>
        <w:t xml:space="preserve">[08:04] </w:t>
      </w:r>
      <w:r>
        <w:t>is aitbaar se matloob sifat hai? aaj ke akhbar mein ek bari</w:t>
      </w:r>
    </w:p>
    <w:p>
      <w:pPr>
        <w:jc w:val="right"/>
      </w:pPr>
      <w:r>
        <w:t>اس اعتبار سے مطلوب صفت ہے؟ آج کے اخبار میں ایک بڑی</w:t>
      </w:r>
    </w:p>
    <w:p>
      <w:r>
        <w:rPr>
          <w:b/>
        </w:rPr>
        <w:t xml:space="preserve">[08:15] </w:t>
      </w:r>
      <w:r>
        <w:t>ajeeb report chhapi hai.</w:t>
      </w:r>
    </w:p>
    <w:p>
      <w:pPr>
        <w:jc w:val="right"/>
      </w:pPr>
      <w:r>
        <w:t>عجیب رپورٹ چھپی ہے۔</w:t>
      </w:r>
    </w:p>
    <w:p>
      <w:r>
        <w:rPr>
          <w:b/>
        </w:rPr>
        <w:t xml:space="preserve">[08:22] </w:t>
      </w:r>
      <w:r>
        <w:t>is report mein bataya gaya hai ke medical science mein aik shobah hai jis ko kehte hain NDE.</w:t>
      </w:r>
    </w:p>
    <w:p>
      <w:pPr>
        <w:jc w:val="right"/>
      </w:pPr>
      <w:r>
        <w:t>اس رپورٹ میں بتایا گیا ہے کہ میڈیکل سائنس میں ایک شعبہ ہے جس کو کہتے ہیں این ڈی ای۔</w:t>
      </w:r>
    </w:p>
    <w:p>
      <w:r>
        <w:rPr>
          <w:b/>
        </w:rPr>
        <w:t xml:space="preserve">[08:35] </w:t>
      </w:r>
      <w:r>
        <w:t>NDE ka matlab hai Near Death Experience.</w:t>
      </w:r>
    </w:p>
    <w:p>
      <w:pPr>
        <w:jc w:val="right"/>
      </w:pPr>
      <w:r>
        <w:t>این ڈی ای کا مطلب ہے نیئر ڈیتھ ایکسپیرینس۔</w:t>
      </w:r>
    </w:p>
    <w:p>
      <w:r>
        <w:rPr>
          <w:b/>
        </w:rPr>
        <w:t xml:space="preserve">[08:43] </w:t>
      </w:r>
      <w:r>
        <w:t>to sari dunya ke mukhtalif hospitalon mein kai saal ke andar</w:t>
      </w:r>
    </w:p>
    <w:p>
      <w:pPr>
        <w:jc w:val="right"/>
      </w:pPr>
      <w:r>
        <w:t>تو ساری دنیا کے مختلف ہسپتالوں میں کئی سال کے اندر</w:t>
      </w:r>
    </w:p>
    <w:p>
      <w:r>
        <w:rPr>
          <w:b/>
        </w:rPr>
        <w:t xml:space="preserve">[08:53] </w:t>
      </w:r>
      <w:r>
        <w:t>expert, achhe expert doctoron ne kuch aise logon ko study ki, hazaron ki tadad mein jo thay, jo marne wale thay,</w:t>
      </w:r>
    </w:p>
    <w:p>
      <w:pPr>
        <w:jc w:val="right"/>
      </w:pPr>
      <w:r>
        <w:t>ایکسپرٹ، اچھے ایکسپرٹ ڈاکٹروں نے کچھ ایسے لوگوں کو اسٹڈی کی، ہزاروں کی تعداد میں جو تھے، جو مرنے والے تھے،</w:t>
      </w:r>
    </w:p>
    <w:p>
      <w:r>
        <w:rPr>
          <w:b/>
        </w:rPr>
        <w:t xml:space="preserve">[09:07] </w:t>
      </w:r>
      <w:r>
        <w:t>yani Near Death Experience un ko hua, jis ko NDE kehte hain. NDE.</w:t>
      </w:r>
    </w:p>
    <w:p>
      <w:pPr>
        <w:jc w:val="right"/>
      </w:pPr>
      <w:r>
        <w:t>یعنی نیئر ڈیتھ ایکسپیرینس ان کو ہوا، جس کو این ڈی ای کہتے ہیں۔ این ڈی ای۔</w:t>
      </w:r>
    </w:p>
    <w:p>
      <w:r>
        <w:rPr>
          <w:b/>
        </w:rPr>
        <w:t xml:space="preserve">[09:18] </w:t>
      </w:r>
      <w:r>
        <w:t>to un ke mutale se jo baat samne aai hai, main samajhta hoon ke woh Islam ke tasawwur ke bohat qareeb hai. is tarah Allah hum is ke baray mein aik article chhapen ge.</w:t>
      </w:r>
    </w:p>
    <w:p>
      <w:pPr>
        <w:jc w:val="right"/>
      </w:pPr>
      <w:r>
        <w:t>تو ان کے مطالعے سے جو بات سامنے آئی ہے، میں سمجھتا ہوں کہ وہ اسلام کے تصور کے بہت قریب ہے۔ اس طرح اللہ ہم اس کے بارے میں ایک آرٹیکل چھاپیں گے۔</w:t>
      </w:r>
    </w:p>
    <w:p>
      <w:r>
        <w:rPr>
          <w:b/>
        </w:rPr>
        <w:t xml:space="preserve">[09:33] </w:t>
      </w:r>
      <w:r>
        <w:t>abhi to aaj hi maine dekha is ko. yahan main sirf yeh kehna chahta hoon ke yeh jo Near Death Experience hai, woh mere liye zaati hai.</w:t>
      </w:r>
    </w:p>
    <w:p>
      <w:pPr>
        <w:jc w:val="right"/>
      </w:pPr>
      <w:r>
        <w:t>ابھی تو آج ہی میں نے دیکھا اس کو۔ یہاں میں صرف یہ کہنا چاہتا ہوں کہ یہ جو نیئر ڈیتھ ایکسپیرینس ہے، وہ میرے لیے ذاتی ہے۔</w:t>
      </w:r>
    </w:p>
    <w:p>
      <w:r>
        <w:rPr>
          <w:b/>
        </w:rPr>
        <w:t xml:space="preserve">[09:47] </w:t>
      </w:r>
      <w:r>
        <w:t>yeh bohat hi ajeeb bari zindagi ka waqia hai ke mujhe, mujh ko zaati taur par Near Death Experience hua aur aaj bhi woh memory mein, meri vivid memory mein maujood maujood hai aur us ko maine detail ke sath 20 safhon mein isi waqt likha tha,</w:t>
      </w:r>
    </w:p>
    <w:p>
      <w:pPr>
        <w:jc w:val="right"/>
      </w:pPr>
      <w:r>
        <w:t>یہ بہت ہی عجیب بڑی زندگی کا واقعہ ہے کہ مجھے، مجھ کو ذاتی طور پر نیئر ڈیتھ ایکسپیرینس ہوا اور آج بھی وہ میموری میں، میری ویوڈ میموری میں موجود موجود ہے اور اس کو میں نے ڈیٹیل کے ساتھ 20 صفحات میں اسی وقت لکھا تھا،</w:t>
      </w:r>
    </w:p>
    <w:p>
      <w:r>
        <w:rPr>
          <w:b/>
        </w:rPr>
        <w:t xml:space="preserve">[10:11] </w:t>
      </w:r>
      <w:r>
        <w:t>jo chhaapa tha Urdu Risala mein.</w:t>
      </w:r>
    </w:p>
    <w:p>
      <w:pPr>
        <w:jc w:val="right"/>
      </w:pPr>
      <w:r>
        <w:t>جو چھپا تھا اردو ارسالہ میں۔</w:t>
      </w:r>
    </w:p>
    <w:p>
      <w:r>
        <w:rPr>
          <w:b/>
        </w:rPr>
        <w:t xml:space="preserve">[10:17] </w:t>
      </w:r>
      <w:r>
        <w:t>is tajrube mein maine dekha tha, yeh tajruba dekhiye, yeh jo mere hath mein hua tha, aik electric burn ka waqia.</w:t>
      </w:r>
    </w:p>
    <w:p>
      <w:pPr>
        <w:jc w:val="right"/>
      </w:pPr>
      <w:r>
        <w:t>اس تجربے میں میں نے دیکھا تھا، یہ تجربہ دیکھیے، یہ جو میرے ہاتھ میں ہوا تھا، ایک الیکٹرک برن کا واقعہ۔</w:t>
      </w:r>
    </w:p>
    <w:p>
      <w:r>
        <w:rPr>
          <w:b/>
        </w:rPr>
        <w:t xml:space="preserve">[10:28] </w:t>
      </w:r>
      <w:r>
        <w:t>electric burn.</w:t>
      </w:r>
    </w:p>
    <w:p>
      <w:pPr>
        <w:jc w:val="right"/>
      </w:pPr>
      <w:r>
        <w:t>الیکٹرک برن۔</w:t>
      </w:r>
    </w:p>
    <w:p>
      <w:r>
        <w:rPr>
          <w:b/>
        </w:rPr>
        <w:t xml:space="preserve">[10:33] </w:t>
      </w:r>
      <w:r>
        <w:t>to electric burn aisi cheez hai jis ko tamam doctor yeh kehte hain ke aadmi mar jata hai.</w:t>
      </w:r>
    </w:p>
    <w:p>
      <w:pPr>
        <w:jc w:val="right"/>
      </w:pPr>
      <w:r>
        <w:t>تو الیکٹرک برن ایسی چیز ہے جس کو تمام ڈاکٹر یہ کہتے ہیں کہ آدمی مر جاتا ہے۔</w:t>
      </w:r>
    </w:p>
    <w:p>
      <w:r>
        <w:rPr>
          <w:b/>
        </w:rPr>
        <w:t xml:space="preserve">[10:42] </w:t>
      </w:r>
      <w:r>
        <w:t>electric burn ke baad koi zinda nahi rehta.</w:t>
      </w:r>
    </w:p>
    <w:p>
      <w:pPr>
        <w:jc w:val="right"/>
      </w:pPr>
      <w:r>
        <w:t>الیکٹرک برن کے بعد کوئی زندہ نہیں رہتا۔</w:t>
      </w:r>
    </w:p>
    <w:p>
      <w:r>
        <w:rPr>
          <w:b/>
        </w:rPr>
        <w:t xml:space="preserve">[10:48] </w:t>
      </w:r>
      <w:r>
        <w:t>to waqatan mere sath aise hi hua</w:t>
      </w:r>
    </w:p>
    <w:p>
      <w:pPr>
        <w:jc w:val="right"/>
      </w:pPr>
      <w:r>
        <w:t>تو واقعتا میرے ساتھ ایسے ہی ہوا</w:t>
      </w:r>
    </w:p>
    <w:p>
      <w:r>
        <w:rPr>
          <w:b/>
        </w:rPr>
        <w:t xml:space="preserve">[10:55] </w:t>
      </w:r>
      <w:r>
        <w:t>ke main aik road par chal raha tha,</w:t>
      </w:r>
    </w:p>
    <w:p>
      <w:pPr>
        <w:jc w:val="right"/>
      </w:pPr>
      <w:r>
        <w:t>کہ میں ایک روڈ پر چل رہا تھا،</w:t>
      </w:r>
    </w:p>
    <w:p>
      <w:r>
        <w:rPr>
          <w:b/>
        </w:rPr>
        <w:t xml:space="preserve">[11:03] </w:t>
      </w:r>
      <w:r>
        <w:t>is road par bijli ka khamba tha,</w:t>
      </w:r>
    </w:p>
    <w:p>
      <w:pPr>
        <w:jc w:val="right"/>
      </w:pPr>
      <w:r>
        <w:t>اس روڈ پر بجلی کا کھمبا تھا،</w:t>
      </w:r>
    </w:p>
    <w:p>
      <w:r>
        <w:rPr>
          <w:b/>
        </w:rPr>
        <w:t xml:space="preserve">[11:10] </w:t>
      </w:r>
      <w:r>
        <w:t>wahan barsaat ka mausam tha, wahan par khodai hui thi to qad adam ke taqreeban qad adam ke barabar wahan par garha ho gaya tha aur woh</w:t>
      </w:r>
    </w:p>
    <w:p>
      <w:pPr>
        <w:jc w:val="right"/>
      </w:pPr>
      <w:r>
        <w:t>وہاں برسات کا موسم تھا، وہاں پر کھدائی ہوئی تھی تو قد آدم کے تقریباً قد آدم کے برابر وہاں پر گڑھا ہو گیا تھا اور وہ</w:t>
      </w:r>
    </w:p>
    <w:p>
      <w:r>
        <w:rPr>
          <w:b/>
        </w:rPr>
        <w:t xml:space="preserve">[11:29] </w:t>
      </w:r>
      <w:r>
        <w:t>barsaat ke mausam ki wajah se is mein pani bhar gaya tha. pani. ab main raat ko chal raha tha, maghrib baad, is road par.</w:t>
      </w:r>
    </w:p>
    <w:p>
      <w:pPr>
        <w:jc w:val="right"/>
      </w:pPr>
      <w:r>
        <w:t>برسات کے موسم کی وجہ سے اس میں پانی بھر گیا تھا۔ پانی۔ اب میں رات کو چل رہا تھا، مغرب بعد، اس روڈ پر۔</w:t>
      </w:r>
    </w:p>
    <w:p>
      <w:r>
        <w:rPr>
          <w:b/>
        </w:rPr>
        <w:t xml:space="preserve">[11:42] </w:t>
      </w:r>
      <w:r>
        <w:t>main ja raha tha All India Radio, wahan par is zamanay mein hamara program hua karta tha. to main samjha nahi ke yahan par garha hai.</w:t>
      </w:r>
    </w:p>
    <w:p>
      <w:pPr>
        <w:jc w:val="right"/>
      </w:pPr>
      <w:r>
        <w:t>میں جا رہا تھا آل انڈیا ریڈیو، وہاں پر اس زمانے میں ہمارا پروگرام ہو کرتا تھا۔ تو میں سمجھا نہیں کہ یہاں پر گڑھا ہے۔</w:t>
      </w:r>
    </w:p>
    <w:p>
      <w:r>
        <w:rPr>
          <w:b/>
        </w:rPr>
        <w:t xml:space="preserve">[11:55] </w:t>
      </w:r>
      <w:r>
        <w:t>to chalte chalte main achaanak is qadar chala gaya</w:t>
      </w:r>
    </w:p>
    <w:p>
      <w:pPr>
        <w:jc w:val="right"/>
      </w:pPr>
      <w:r>
        <w:t>تو چلتے چلتے میں اچانک اس قدر چلا گیا</w:t>
      </w:r>
    </w:p>
    <w:p>
      <w:r>
        <w:rPr>
          <w:b/>
        </w:rPr>
        <w:t xml:space="preserve">[12:01] </w:t>
      </w:r>
      <w:r>
        <w:t>is garhay mein aur doob gaya yahan se yahan tak. aur mere dayen taraf khamba jo tha, woh tha junction box.</w:t>
      </w:r>
    </w:p>
    <w:p>
      <w:pPr>
        <w:jc w:val="right"/>
      </w:pPr>
      <w:r>
        <w:t>اس گڑھے میں اور ڈوب گیا یہاں سے یہاں تک۔ اور میرے دائیں طرف کھمبا جو تھا، وہ تھا جنکشن باکس۔</w:t>
      </w:r>
    </w:p>
    <w:p>
      <w:r>
        <w:rPr>
          <w:b/>
        </w:rPr>
        <w:t xml:space="preserve">[12:15] </w:t>
      </w:r>
      <w:r>
        <w:t>mera poora hath junction box mein chala gaya</w:t>
      </w:r>
    </w:p>
    <w:p>
      <w:pPr>
        <w:jc w:val="right"/>
      </w:pPr>
      <w:r>
        <w:t>میرا پورا ہاتھ جنکشن باکس میں چلا گیا</w:t>
      </w:r>
    </w:p>
    <w:p>
      <w:r>
        <w:rPr>
          <w:b/>
        </w:rPr>
        <w:t xml:space="preserve">[12:21] </w:t>
      </w:r>
      <w:r>
        <w:t>aur doctory hisab se meri study death ho gai.</w:t>
      </w:r>
    </w:p>
    <w:p>
      <w:pPr>
        <w:jc w:val="right"/>
      </w:pPr>
      <w:r>
        <w:t>اور ڈاکٹری حساب سے میری سٹڈ ڈیتھ ہو گئی۔</w:t>
      </w:r>
    </w:p>
    <w:p>
      <w:r>
        <w:rPr>
          <w:b/>
        </w:rPr>
        <w:t xml:space="preserve">[12:31] </w:t>
      </w:r>
      <w:r>
        <w:t>temporary. woh death temporary thi. phir main alive ho gaya aur phir main is ke baad ghar aaya,</w:t>
      </w:r>
    </w:p>
    <w:p>
      <w:pPr>
        <w:jc w:val="right"/>
      </w:pPr>
      <w:r>
        <w:t>ٹیمپریری۔ وہ ڈیتھ ٹیمپریری تھی۔ پھر میں الائیو ہو گیا اور پھر میں اس کے بعد گھر آیا،</w:t>
      </w:r>
    </w:p>
    <w:p>
      <w:r>
        <w:rPr>
          <w:b/>
        </w:rPr>
        <w:t xml:space="preserve">[12:44] </w:t>
      </w:r>
      <w:r>
        <w:t>hospital gaya, mera ilaaj hua aur phir main Allah ke fazl se theek ho gaya.</w:t>
      </w:r>
    </w:p>
    <w:p>
      <w:pPr>
        <w:jc w:val="right"/>
      </w:pPr>
      <w:r>
        <w:t>ہاسپٹل گیا، میرا علاج ہوا اور پھر میں اللہ کے فضل سے ٹھیک ہو گیا۔</w:t>
      </w:r>
    </w:p>
    <w:p>
      <w:r>
        <w:rPr>
          <w:b/>
        </w:rPr>
        <w:t xml:space="preserve">[12:54] </w:t>
      </w:r>
      <w:r>
        <w:t>to is waqt jo hai jab main garhe mein pada hua tha aur mera haath junction box mein tha, is par mujhe death ka tajurba hua.</w:t>
      </w:r>
    </w:p>
    <w:p>
      <w:pPr>
        <w:jc w:val="right"/>
      </w:pPr>
      <w:r>
        <w:t>تو اس وقت جو ہے جب میں گڑھے میں پڑا ہوا تھا اور میرا ہاتھ جنکشن باکس میں تھا، اس پر مجھے ڈیتھ کا تجربہ ہوا۔</w:t>
      </w:r>
    </w:p>
    <w:p>
      <w:r>
        <w:rPr>
          <w:b/>
        </w:rPr>
        <w:t xml:space="preserve">[13:05] </w:t>
      </w:r>
      <w:r>
        <w:t>near near death ka tajurba.</w:t>
      </w:r>
    </w:p>
    <w:p>
      <w:pPr>
        <w:jc w:val="right"/>
      </w:pPr>
      <w:r>
        <w:t>نیئر نیئر ڈیتھ کا تجربہ۔</w:t>
      </w:r>
    </w:p>
    <w:p>
      <w:r>
        <w:rPr>
          <w:b/>
        </w:rPr>
        <w:t xml:space="preserve">[13:10] </w:t>
      </w:r>
      <w:r>
        <w:t>to mujhe ab tak yaad hai ke is waqt main apne aap ko wahan se dekh raha tha. mera body yahan pada hua hai aur main wahan hoon.</w:t>
      </w:r>
    </w:p>
    <w:p>
      <w:pPr>
        <w:jc w:val="right"/>
      </w:pPr>
      <w:r>
        <w:t>تو مجھے اب تک یاد ہے کہ اس وقت میں اپنے آپ کو وہاں سے دیکھ رہا تھا۔ میرا باڈی یہاں پڑا ہوا ہے اور میں وہاں ہوں۔</w:t>
      </w:r>
    </w:p>
    <w:p>
      <w:r>
        <w:rPr>
          <w:b/>
        </w:rPr>
        <w:t xml:space="preserve">[13:24] </w:t>
      </w:r>
      <w:r>
        <w:t>mera body yahan pada hua hai, main wahan hoon. wahan se main apne aap ko dekh raha hoon. yeh mujhe ab tak yaad hai.</w:t>
      </w:r>
    </w:p>
    <w:p>
      <w:pPr>
        <w:jc w:val="right"/>
      </w:pPr>
      <w:r>
        <w:t>میرا باڈی یہاں پڑا ہوا ہے، میں وہاں ہوں۔ وہاں سے میں اپنے آپ کو دیکھ رہا ہوں۔ یہ مجھے اب تک یاد ہے۔</w:t>
      </w:r>
    </w:p>
    <w:p>
      <w:r>
        <w:rPr>
          <w:b/>
        </w:rPr>
        <w:t xml:space="preserve">[13:34] </w:t>
      </w:r>
      <w:r>
        <w:t>is waqt main soch jo soch raha tha, woh bhi mujhe yaad hai.</w:t>
      </w:r>
    </w:p>
    <w:p>
      <w:pPr>
        <w:jc w:val="right"/>
      </w:pPr>
      <w:r>
        <w:t>اس وقت میں سوچ جو سوچ رہا تھا، وہ بھی مجھے یاد ہے۔</w:t>
      </w:r>
    </w:p>
    <w:p>
      <w:r>
        <w:rPr>
          <w:b/>
        </w:rPr>
        <w:t xml:space="preserve">[13:41] </w:t>
      </w:r>
      <w:r>
        <w:t>idhar mujhe is waqt mujhe kisi pain ka ehsaas nahi tha.</w:t>
      </w:r>
    </w:p>
    <w:p>
      <w:pPr>
        <w:jc w:val="right"/>
      </w:pPr>
      <w:r>
        <w:t>ادھر مجھے اس وقت مجھے کسی پین کا احساس نہیں تھا۔</w:t>
      </w:r>
    </w:p>
    <w:p>
      <w:r>
        <w:rPr>
          <w:b/>
        </w:rPr>
        <w:t xml:space="preserve">[13:47] </w:t>
      </w:r>
      <w:r>
        <w:t>pain ka ehsaas nahi tha. sirf yeh main soch raha tha ke main to mar gaya aur yeh waqt hai kab hai jab ke main tazkir al quran,</w:t>
      </w:r>
    </w:p>
    <w:p>
      <w:pPr>
        <w:jc w:val="right"/>
      </w:pPr>
      <w:r>
        <w:t>پین کا احساس نہیں تھا۔ صرف یہ میں سوچ رہا تھا کہ میں تو مر گیا اور یہ وقت ہے کب ہے جب کہ میں تذکر القرآن،</w:t>
      </w:r>
    </w:p>
    <w:p>
      <w:r>
        <w:rPr>
          <w:b/>
        </w:rPr>
        <w:t xml:space="preserve">[14:03] </w:t>
      </w:r>
      <w:r>
        <w:t>jo quran ki tasweer hai, us ko likh raha tha.</w:t>
      </w:r>
    </w:p>
    <w:p>
      <w:pPr>
        <w:jc w:val="right"/>
      </w:pPr>
      <w:r>
        <w:t>جو قرآن کی تصویر ہے، اس کو لکھ رہا تھا۔</w:t>
      </w:r>
    </w:p>
    <w:p>
      <w:r>
        <w:rPr>
          <w:b/>
        </w:rPr>
        <w:t xml:space="preserve">[14:08] </w:t>
      </w:r>
      <w:r>
        <w:t>to abhi poori nahi hui thi, woh beech mein main aisa hua mere saath. to wahan main hoon aur yahan meri body hai.</w:t>
      </w:r>
    </w:p>
    <w:p>
      <w:pPr>
        <w:jc w:val="right"/>
      </w:pPr>
      <w:r>
        <w:t>تو ابھی پوری نہیں ہوئی تھی، وہ بیچ میں میں ایسا ہوا میرے ساتھ۔ تو وہاں میں ہوں اور یہاں میری باڈی ہے۔</w:t>
      </w:r>
    </w:p>
    <w:p>
      <w:r>
        <w:rPr>
          <w:b/>
        </w:rPr>
        <w:t xml:space="preserve">[14:21] </w:t>
      </w:r>
      <w:r>
        <w:t>abhi tak mujhe yaad hai ke main soch raha hoon ke</w:t>
      </w:r>
    </w:p>
    <w:p>
      <w:pPr>
        <w:jc w:val="right"/>
      </w:pPr>
      <w:r>
        <w:t>ابھی تک مجھے یاد ہے کہ میں سوچ رہا ہوں کہ</w:t>
      </w:r>
    </w:p>
    <w:p>
      <w:r>
        <w:rPr>
          <w:b/>
        </w:rPr>
        <w:t xml:space="preserve">[14:28] </w:t>
      </w:r>
      <w:r>
        <w:t>main tazkir al quran likhna chahta tha, mukammal tafseer. to main to mar gaya. ab is ko kaun mukammal karega?</w:t>
      </w:r>
    </w:p>
    <w:p>
      <w:pPr>
        <w:jc w:val="right"/>
      </w:pPr>
      <w:r>
        <w:t>میں تذکر القرآن لکھنا چاہتا تھا، مکمل تفسیر۔ تو میں تو مر گیا۔ اب اس کو کون مکمل کرے گا؟</w:t>
      </w:r>
    </w:p>
    <w:p>
      <w:r>
        <w:rPr>
          <w:b/>
        </w:rPr>
        <w:t xml:space="preserve">[14:40] </w:t>
      </w:r>
      <w:r>
        <w:t>kaun mukammal karega?</w:t>
      </w:r>
    </w:p>
    <w:p>
      <w:pPr>
        <w:jc w:val="right"/>
      </w:pPr>
      <w:r>
        <w:t>کون مکمل کرے گا؟</w:t>
      </w:r>
    </w:p>
    <w:p>
      <w:r>
        <w:rPr>
          <w:b/>
        </w:rPr>
        <w:t xml:space="preserve">[14:46] </w:t>
      </w:r>
      <w:r>
        <w:t>isi soch mein hoon main. ab to yeh hamesha ke liye</w:t>
      </w:r>
    </w:p>
    <w:p>
      <w:pPr>
        <w:jc w:val="right"/>
      </w:pPr>
      <w:r>
        <w:t>اسی سوچ میں ہوں میں۔ اب تو یہ ہمیشہ کے لیے</w:t>
      </w:r>
    </w:p>
    <w:p>
      <w:r>
        <w:rPr>
          <w:b/>
        </w:rPr>
        <w:t xml:space="preserve">[14:53] </w:t>
      </w:r>
      <w:r>
        <w:t>adhoori ho kar reh jayegi.</w:t>
      </w:r>
    </w:p>
    <w:p>
      <w:pPr>
        <w:jc w:val="right"/>
      </w:pPr>
      <w:r>
        <w:t>ادھوری ہو کر رہ جائے گی۔</w:t>
      </w:r>
    </w:p>
    <w:p>
      <w:r>
        <w:rPr>
          <w:b/>
        </w:rPr>
        <w:t xml:space="preserve">[15:00] </w:t>
      </w:r>
      <w:r>
        <w:t>yeh main is waqt soch raha hoon jab ke main near death experience ke tajurbe se guzar raha tha.</w:t>
      </w:r>
    </w:p>
    <w:p>
      <w:pPr>
        <w:jc w:val="right"/>
      </w:pPr>
      <w:r>
        <w:t>یہ میں اس وقت سوچ رہا ہوں جب کہ میں نیئر ڈیتھ ایکسپیرینس کے تجربے سے گزر رہا تھا۔</w:t>
      </w:r>
    </w:p>
    <w:p>
      <w:r>
        <w:rPr>
          <w:b/>
        </w:rPr>
        <w:t xml:space="preserve">[15:12] </w:t>
      </w:r>
      <w:r>
        <w:t>achha, is ke baad log mujhe le gaye hospital aur mera ilaaj hua wahan.</w:t>
      </w:r>
    </w:p>
    <w:p>
      <w:pPr>
        <w:jc w:val="right"/>
      </w:pPr>
      <w:r>
        <w:t>اچھا، اس کے بعد لوگ مجھے لے گئے ہاسپٹل اور میرا علاج ہوا وہاں۔</w:t>
      </w:r>
    </w:p>
    <w:p>
      <w:r>
        <w:rPr>
          <w:b/>
        </w:rPr>
        <w:t xml:space="preserve">[15:20] </w:t>
      </w:r>
      <w:r>
        <w:t>kaafi waqt laga is ilaaj mein. phir sabza jang hospital mein meri process surgery hui.</w:t>
      </w:r>
    </w:p>
    <w:p>
      <w:pPr>
        <w:jc w:val="right"/>
      </w:pPr>
      <w:r>
        <w:t>کافی وقت لگا اس علاج میں۔ پھر سبزہ جنگ ہاسپٹل میں میری پراسس سرجری ہوئی۔</w:t>
      </w:r>
    </w:p>
    <w:p>
      <w:r>
        <w:rPr>
          <w:b/>
        </w:rPr>
        <w:t xml:space="preserve">[15:31] </w:t>
      </w:r>
      <w:r>
        <w:t>to is waqt yeh mere haal yeh thi ke mera angotha ek dam, yani is mein non alive ho gaya tha.</w:t>
      </w:r>
    </w:p>
    <w:p>
      <w:pPr>
        <w:jc w:val="right"/>
      </w:pPr>
      <w:r>
        <w:t>تو اس وقت یہ میرے حال یہ تھی کہ میرا انگوٹھا ایک دم، یعنی اس میں نان الائیو ہو گیا تھا۔</w:t>
      </w:r>
    </w:p>
    <w:p>
      <w:r>
        <w:rPr>
          <w:b/>
        </w:rPr>
        <w:t xml:space="preserve">[15:44] </w:t>
      </w:r>
      <w:r>
        <w:t>main ne qalam nahi pakar sakta tha.</w:t>
      </w:r>
    </w:p>
    <w:p>
      <w:pPr>
        <w:jc w:val="right"/>
      </w:pPr>
      <w:r>
        <w:t>میں نے قلب نہیں پکڑ سکتا تھا۔</w:t>
      </w:r>
    </w:p>
    <w:p>
      <w:r>
        <w:rPr>
          <w:b/>
        </w:rPr>
        <w:t xml:space="preserve">[15:49] </w:t>
      </w:r>
      <w:r>
        <w:t>is haath se main qalam nahi pakar sakta tha. qalam pakarta tha, woh gir gir padta tha.</w:t>
      </w:r>
    </w:p>
    <w:p>
      <w:pPr>
        <w:jc w:val="right"/>
      </w:pPr>
      <w:r>
        <w:t>اس ہاتھ سے میں قلب نہیں پکڑ سکتا تھا۔ قلب پکڑتا تھا، وہ گر گر پڑتا تھا۔</w:t>
      </w:r>
    </w:p>
    <w:p>
      <w:r>
        <w:rPr>
          <w:b/>
        </w:rPr>
        <w:t xml:space="preserve">[15:59] </w:t>
      </w:r>
      <w:r>
        <w:t>to is waqt main hospital ke bed par tha. doctor aaya</w:t>
      </w:r>
    </w:p>
    <w:p>
      <w:pPr>
        <w:jc w:val="right"/>
      </w:pPr>
      <w:r>
        <w:t>تو اس وقت میں ہاسپٹل کے بیڈ پر تھا۔ ڈاکٹر آیا</w:t>
      </w:r>
    </w:p>
    <w:p>
      <w:r>
        <w:rPr>
          <w:b/>
        </w:rPr>
        <w:t xml:space="preserve">[16:08] </w:t>
      </w:r>
      <w:r>
        <w:t>mujh ko dekhne ke liye.</w:t>
      </w:r>
    </w:p>
    <w:p>
      <w:pPr>
        <w:jc w:val="right"/>
      </w:pPr>
      <w:r>
        <w:t>مجھ کو دیکھنے کے لیے۔</w:t>
      </w:r>
    </w:p>
    <w:p>
      <w:r>
        <w:rPr>
          <w:b/>
        </w:rPr>
        <w:t xml:space="preserve">[16:14] </w:t>
      </w:r>
      <w:r>
        <w:t>to doctor ne kaha,</w:t>
      </w:r>
    </w:p>
    <w:p>
      <w:pPr>
        <w:jc w:val="right"/>
      </w:pPr>
      <w:r>
        <w:t>تو ڈاکٹر نے کہا،</w:t>
      </w:r>
    </w:p>
    <w:p>
      <w:r>
        <w:rPr>
          <w:b/>
        </w:rPr>
        <w:t xml:space="preserve">[16:19] </w:t>
      </w:r>
      <w:r>
        <w:t>main ne is se kaha ke main to writer tha, likh likhta tha. ab main mera haath kaam nahi karta. yeh is se kaha main ne.</w:t>
      </w:r>
    </w:p>
    <w:p>
      <w:pPr>
        <w:jc w:val="right"/>
      </w:pPr>
      <w:r>
        <w:t>میں نے اس سے کہا کہ میں تو رائٹر تھا، لکھ لکھتا تھا۔ اب میں میرا ہاتھ کام نہیں کرتا۔ یہ اس سے کہا میں نے۔</w:t>
      </w:r>
    </w:p>
    <w:p>
      <w:r>
        <w:rPr>
          <w:b/>
        </w:rPr>
        <w:t xml:space="preserve">[16:30] </w:t>
      </w:r>
      <w:r>
        <w:t>to woh</w:t>
      </w:r>
    </w:p>
    <w:p>
      <w:pPr>
        <w:jc w:val="right"/>
      </w:pPr>
      <w:r>
        <w:t>تو وہ</w:t>
      </w:r>
    </w:p>
    <w:p>
      <w:r>
        <w:rPr>
          <w:b/>
        </w:rPr>
        <w:t xml:space="preserve">[16:34] </w:t>
      </w:r>
      <w:r>
        <w:t>surgeon tha.</w:t>
      </w:r>
    </w:p>
    <w:p>
      <w:pPr>
        <w:jc w:val="right"/>
      </w:pPr>
      <w:r>
        <w:t>سرجن تھا۔</w:t>
      </w:r>
    </w:p>
    <w:p>
      <w:r>
        <w:rPr>
          <w:b/>
        </w:rPr>
        <w:t xml:space="preserve">[16:38] </w:t>
      </w:r>
      <w:r>
        <w:t>us ne kaha ke ab aap likh nahi sakte hamesha ke liye</w:t>
      </w:r>
    </w:p>
    <w:p>
      <w:pPr>
        <w:jc w:val="right"/>
      </w:pPr>
      <w:r>
        <w:t>اس نے کہا کہ اب آپ لکھ نہیں سکتے ہمیشہ کے لیے</w:t>
      </w:r>
    </w:p>
    <w:p>
      <w:r>
        <w:rPr>
          <w:b/>
        </w:rPr>
        <w:t xml:space="preserve">[16:45] </w:t>
      </w:r>
      <w:r>
        <w:t>kyunke yeh yeh angootha jo aap ka hai, yeh revive ho jaye, is ki koi history nahi hai.</w:t>
      </w:r>
    </w:p>
    <w:p>
      <w:pPr>
        <w:jc w:val="right"/>
      </w:pPr>
      <w:r>
        <w:t>کیونکہ یہ یہ انگوٹھا جو آپ کا ہے، یہ ریوائیو ہو جائے، اس کی کوئی ہسٹری نہیں ہے۔</w:t>
      </w:r>
    </w:p>
    <w:p>
      <w:r>
        <w:rPr>
          <w:b/>
        </w:rPr>
        <w:t xml:space="preserve">[16:55] </w:t>
      </w:r>
      <w:r>
        <w:t>aisi aisi koi history nahi hai.</w:t>
      </w:r>
    </w:p>
    <w:p>
      <w:pPr>
        <w:jc w:val="right"/>
      </w:pPr>
      <w:r>
        <w:t>ایسی ایسی کوئی ہسٹری نہیں ہے۔</w:t>
      </w:r>
    </w:p>
    <w:p>
      <w:r>
        <w:rPr>
          <w:b/>
        </w:rPr>
        <w:t xml:space="preserve">[17:01] </w:t>
      </w:r>
      <w:r>
        <w:t>yeh angootha aap ka revive nahi ho sakta.</w:t>
      </w:r>
    </w:p>
    <w:p>
      <w:pPr>
        <w:jc w:val="right"/>
      </w:pPr>
      <w:r>
        <w:t>یہ انگوٹھا آپ کا ریوائیو نہیں ہو سکتا۔</w:t>
      </w:r>
    </w:p>
    <w:p>
      <w:r>
        <w:rPr>
          <w:b/>
        </w:rPr>
        <w:t xml:space="preserve">[17:08] </w:t>
      </w:r>
      <w:r>
        <w:t>to us ne kaha ke aap baayein haath se likhne ki koshish kijiye.</w:t>
      </w:r>
    </w:p>
    <w:p>
      <w:pPr>
        <w:jc w:val="right"/>
      </w:pPr>
      <w:r>
        <w:t>تو اس نے کہا کہ آپ بائیں ہاتھ سے لکھنے کی کوشش کیجئے۔</w:t>
      </w:r>
    </w:p>
    <w:p>
      <w:r>
        <w:rPr>
          <w:b/>
        </w:rPr>
        <w:t xml:space="preserve">[17:16] </w:t>
      </w:r>
      <w:r>
        <w:t>baayein haath se likhne ki koshish kijiye kyunke daayein haath to gaya aap ka. to jab yeh keh ke chala gaya, main bed par baitha hua tha.</w:t>
      </w:r>
    </w:p>
    <w:p>
      <w:pPr>
        <w:jc w:val="right"/>
      </w:pPr>
      <w:r>
        <w:t>بائیں ہاتھ سے لکھنے کی کوشش کیجئے کیونکہ دائیں ہاتھ تو گیا آپ کا۔ تو جب یہ کہہ کے چلا گیا، میں بیڈ پر بیٹھا ہوا تھا۔</w:t>
      </w:r>
    </w:p>
    <w:p>
      <w:r>
        <w:rPr>
          <w:b/>
        </w:rPr>
        <w:t xml:space="preserve">[17:30] </w:t>
      </w:r>
      <w:r>
        <w:t>mujhe yaad hai woh poora manzar meri vivid memory mein hai abhi bhi.</w:t>
      </w:r>
    </w:p>
    <w:p>
      <w:pPr>
        <w:jc w:val="right"/>
      </w:pPr>
      <w:r>
        <w:t>مجھے یاد ہے وہ پورا منظر میری ویوڈ میموری میں ہے ابھی بھی۔</w:t>
      </w:r>
    </w:p>
    <w:p>
      <w:r>
        <w:rPr>
          <w:b/>
        </w:rPr>
        <w:t xml:space="preserve">[17:42] </w:t>
      </w:r>
      <w:r>
        <w:t>to main baitha hua laga rone,</w:t>
      </w:r>
    </w:p>
    <w:p>
      <w:pPr>
        <w:jc w:val="right"/>
      </w:pPr>
      <w:r>
        <w:t>تو میں بیٹھا ہوا لگا رونے،</w:t>
      </w:r>
    </w:p>
    <w:p>
      <w:r>
        <w:rPr>
          <w:b/>
        </w:rPr>
        <w:t xml:space="preserve">[17:48] </w:t>
      </w:r>
      <w:r>
        <w:t>ladone laga hoon main.</w:t>
      </w:r>
    </w:p>
    <w:p>
      <w:pPr>
        <w:jc w:val="right"/>
      </w:pPr>
      <w:r>
        <w:t>لڑونے لگا ہوں میں۔</w:t>
      </w:r>
    </w:p>
    <w:p>
      <w:r>
        <w:rPr>
          <w:b/>
        </w:rPr>
        <w:t xml:space="preserve">[17:55] </w:t>
      </w:r>
      <w:r>
        <w:t>main ne kaha ke khudaaya</w:t>
      </w:r>
    </w:p>
    <w:p>
      <w:pPr>
        <w:jc w:val="right"/>
      </w:pPr>
      <w:r>
        <w:t>میں نے کہا کہ خدایا</w:t>
      </w:r>
    </w:p>
    <w:p>
      <w:r>
        <w:rPr>
          <w:b/>
        </w:rPr>
        <w:t xml:space="preserve">[17:58] </w:t>
      </w:r>
      <w:r>
        <w:t>mujhe baayein haath se quran ki tafseer likhna hai. main is par raazi nahi hoon ke main quran ki tafseer baayein haath se likhoon.</w:t>
      </w:r>
    </w:p>
    <w:p>
      <w:pPr>
        <w:jc w:val="right"/>
      </w:pPr>
      <w:r>
        <w:t>مجھے بائیں ہاتھ سے قرآن کی تفسیر لکھنا ہے۔ میں اس پر راضی نہیں ہوں کہ میں قرآن کی تفسیر بائیں ہاتھ سے لکھوں۔</w:t>
      </w:r>
    </w:p>
    <w:p>
      <w:r>
        <w:rPr>
          <w:b/>
        </w:rPr>
        <w:t xml:space="preserve">[18:12] </w:t>
      </w:r>
      <w:r>
        <w:t>daayein haath se likhna hai mujh ko. mujh ko quran ki tafseer daayein haath se likhna hai. main quran ki tafseer baayein haath se likhoon, yeh mujh par raazi nahi hua hoon.</w:t>
      </w:r>
    </w:p>
    <w:p>
      <w:pPr>
        <w:jc w:val="right"/>
      </w:pPr>
      <w:r>
        <w:t>دائیں ہاتھ سے لکھنا ہے مجھ کو۔ مجھ کو قرآن کی تفسیر دائیں ہاتھ سے لکھنا ہے۔ میں قرآن کی تفسیر بائیں ہاتھ سے لکھوں، یہ مجھ پر راضی نہیں ہوا ہوں۔</w:t>
      </w:r>
    </w:p>
    <w:p>
      <w:r>
        <w:rPr>
          <w:b/>
        </w:rPr>
        <w:t xml:space="preserve">[18:25] </w:t>
      </w:r>
      <w:r>
        <w:t>yeh keh raha tha, main ro raha tha.</w:t>
      </w:r>
    </w:p>
    <w:p>
      <w:pPr>
        <w:jc w:val="right"/>
      </w:pPr>
      <w:r>
        <w:t>یہ کہہ رہا تھا، میں رو رہا تھا۔</w:t>
      </w:r>
    </w:p>
    <w:p>
      <w:r>
        <w:rPr>
          <w:b/>
        </w:rPr>
        <w:t xml:space="preserve">[18:32] </w:t>
      </w:r>
      <w:r>
        <w:t>is ke baad bilkul break lesli aisa hua ke mera haath taqreeban normal ho gaya aur phir tafseer likhi main ne isi haath se.</w:t>
      </w:r>
    </w:p>
    <w:p>
      <w:pPr>
        <w:jc w:val="right"/>
      </w:pPr>
      <w:r>
        <w:t>اس کے بعد بالکل بریک لیسلی ایسا ہوا کہ میرا ہاتھ تقریباً نارمل ہو گیا اور پھر تفسیر لکھی میں نے اسی ہاتھ سے۔</w:t>
      </w:r>
    </w:p>
    <w:p>
      <w:r>
        <w:rPr>
          <w:b/>
        </w:rPr>
        <w:t xml:space="preserve">[18:46] </w:t>
      </w:r>
      <w:r>
        <w:t>yeh 1986 ki baat hai.</w:t>
      </w:r>
    </w:p>
    <w:p>
      <w:pPr>
        <w:jc w:val="right"/>
      </w:pPr>
      <w:r>
        <w:t>یہ 1986 کی بات ہے۔</w:t>
      </w:r>
    </w:p>
    <w:p>
      <w:r>
        <w:rPr>
          <w:b/>
        </w:rPr>
        <w:t xml:space="preserve">[18:53] </w:t>
      </w:r>
      <w:r>
        <w:t>to yeh near death experience jis ko kehte hain, woh mera zaati tajurba hai.</w:t>
      </w:r>
    </w:p>
    <w:p>
      <w:pPr>
        <w:jc w:val="right"/>
      </w:pPr>
      <w:r>
        <w:t>تو یہ نیئر ڈیتھ ایکسپیرینس جس کو کہتے ہیں، وہ میرا ذاتی تجربہ ہے۔</w:t>
      </w:r>
    </w:p>
    <w:p>
      <w:r>
        <w:rPr>
          <w:b/>
        </w:rPr>
        <w:t xml:space="preserve">[19:02] </w:t>
      </w:r>
      <w:r>
        <w:t>main ne apne aap ko dekha hai, khud apne aap ko ke kaise mujhe death ka tajurba hua, phir kaise main alive ho gaya.</w:t>
      </w:r>
    </w:p>
    <w:p>
      <w:pPr>
        <w:jc w:val="right"/>
      </w:pPr>
      <w:r>
        <w:t>میں نے اپنے آپ کو دیکھا ہے، خود اپنے آپ کو کہ کیسے مجھے ڈیتھ کا تجربہ ہوا، پھر کیسے میں الائیو ہو گیا۔</w:t>
      </w:r>
    </w:p>
    <w:p>
      <w:r>
        <w:rPr>
          <w:b/>
        </w:rPr>
        <w:t xml:space="preserve">[19:22] </w:t>
      </w:r>
      <w:r>
        <w:t>to yeh inshallah main jo likha, us waqt jo likha tha, main ne us ko add kar ke main inshallah likhoon ga, woh aaye ga.</w:t>
      </w:r>
    </w:p>
    <w:p>
      <w:pPr>
        <w:jc w:val="right"/>
      </w:pPr>
      <w:r>
        <w:t>تو یہ انشاءاللہ میں جو لکھا، اس وقت جو لکھا تھا، میں نے اس کو ایڈ کر کے میں انشاءاللہ لکھوں گا، وہ آئے گا۔</w:t>
      </w:r>
    </w:p>
    <w:p>
      <w:r>
        <w:rPr>
          <w:b/>
        </w:rPr>
        <w:t xml:space="preserve">[19:36] </w:t>
      </w:r>
      <w:r>
        <w:t>us waqt to main yeh kehna chahta hoon ke mere apne tajurbe mein jo science se saabit hua, abhi jo chupa hai akhbar mein, woh bohat zyada islam ke tasawwur ke mutabiq hai aur mere apne experience ke mutabiq hai.</w:t>
      </w:r>
    </w:p>
    <w:p>
      <w:pPr>
        <w:jc w:val="right"/>
      </w:pPr>
      <w:r>
        <w:t>اس وقت تو میں یہ کہنا چاہتا ہوں کہ میرے اپنے تجربے میں جو سائنس سے ثابت ہوا، ابھی جو چھپا ہے اخبار میں، وہ بہت زیادہ اسلام کے تصور کے مطابق ہے اور میرے اپنے ایکسپیرینس کے مطابق ہے۔</w:t>
      </w:r>
    </w:p>
    <w:p>
      <w:r>
        <w:rPr>
          <w:b/>
        </w:rPr>
        <w:t xml:space="preserve">[19:59] </w:t>
      </w:r>
      <w:r>
        <w:t>mera jo experience hua us waqt, woh yeh tha ke main ek dual being hoon.</w:t>
      </w:r>
    </w:p>
    <w:p>
      <w:pPr>
        <w:jc w:val="right"/>
      </w:pPr>
      <w:r>
        <w:t>میرا جو ایکسپیرینس ہوا اس وقت، وہ یہ تھا کہ میں ایک ڈول بینگ بینگ ہوں۔</w:t>
      </w:r>
    </w:p>
    <w:p>
      <w:r>
        <w:rPr>
          <w:b/>
        </w:rPr>
        <w:t xml:space="preserve">[20:12] </w:t>
      </w:r>
      <w:r>
        <w:t>mere do personality hain. ek hai physical personality, ek hai spiritual personality. physical personality yahan padi hui hai aur spiritual personality wahan mujhe dekh rahi khadi hogi.</w:t>
      </w:r>
    </w:p>
    <w:p>
      <w:pPr>
        <w:jc w:val="right"/>
      </w:pPr>
      <w:r>
        <w:t>میرے دو پرسنیلٹی ہیں۔ ایک ہے فزیکل پرسنیلٹی، ایک ہے اسپیریچول پرسنیلٹی۔ فزیکل پرسنیلٹی یہاں پڑی ہوئی ہے اور اسپیریچول پرسنیلٹی وہاں مجھے دیکھ رہی کھڑی ہوگی۔</w:t>
      </w:r>
    </w:p>
    <w:p>
      <w:r>
        <w:rPr>
          <w:b/>
        </w:rPr>
        <w:t xml:space="preserve">[20:32] </w:t>
      </w:r>
      <w:r>
        <w:t>to khulasa yeh ke is tajurbe ko le kar aur science ki study ko le kar jo meri soch bani hai, woh yeh hai ke insaan paida hota hai to bazahir woh sirf ek physical being hota hai,</w:t>
      </w:r>
    </w:p>
    <w:p>
      <w:pPr>
        <w:jc w:val="right"/>
      </w:pPr>
      <w:r>
        <w:t>تو خلاصہ یہ کہ اس تجربے کو لے کر اور سائنس کی اسٹڈی کو لے کر جو میری سوچ بنی ہے، وہ یہ ہے کہ انسان پیدا ہوتا ہے تو بظاہر وہ صرف ایک فزیکل بینگ ہوتا ہے،</w:t>
      </w:r>
    </w:p>
    <w:p>
      <w:r>
        <w:rPr>
          <w:b/>
        </w:rPr>
        <w:t xml:space="preserve">[20:54] </w:t>
      </w:r>
      <w:r>
        <w:t>ek physical wajood hota hai. bachcha hota hai, phir badhte badhte badhte poora insaan banta hai. woh hai physical being.</w:t>
      </w:r>
    </w:p>
    <w:p>
      <w:pPr>
        <w:jc w:val="right"/>
      </w:pPr>
      <w:r>
        <w:t>ایک فزیکل وجود ہوتا ہے۔ بچہ ہوتا ہے، پھر بڑھتے بڑھتے بڑھتے پورا انسان بنتا ہے۔ وہ ہے فزیکل بینگ۔</w:t>
      </w:r>
    </w:p>
    <w:p>
      <w:r>
        <w:rPr>
          <w:b/>
        </w:rPr>
        <w:t xml:space="preserve">[21:05] </w:t>
      </w:r>
      <w:r>
        <w:t>isi ke sath insan apni ek spiritual being banata hai.</w:t>
      </w:r>
    </w:p>
    <w:p>
      <w:pPr>
        <w:jc w:val="right"/>
      </w:pPr>
      <w:r>
        <w:t>اسی کے ساتھ انسان اپنی ایک اسپیریچول بینگ بناتا ہے۔</w:t>
      </w:r>
    </w:p>
    <w:p>
      <w:r>
        <w:rPr>
          <w:b/>
        </w:rPr>
        <w:t xml:space="preserve">[21:14] </w:t>
      </w:r>
      <w:r>
        <w:t>is dunya mein jo experience hote hain, is dunya mein jo guzarta hai is ke sath, to is ke response ke mutabiq kabhi response deta hai positive,</w:t>
      </w:r>
    </w:p>
    <w:p>
      <w:pPr>
        <w:jc w:val="right"/>
      </w:pPr>
      <w:r>
        <w:t>اس دنیا میں جو ایکسپیرینس ہوتے ہیں، اس دنیا میں جو گزرتا ہے اس کے ساتھ، تو اس کے رسپانس کے مطابق کبھی رسپانس دیتا ہے پازیٹیو،</w:t>
      </w:r>
    </w:p>
    <w:p>
      <w:r>
        <w:rPr>
          <w:b/>
        </w:rPr>
        <w:t xml:space="preserve">[21:30] </w:t>
      </w:r>
      <w:r>
        <w:t>kabhi negative.</w:t>
      </w:r>
    </w:p>
    <w:p>
      <w:pPr>
        <w:jc w:val="right"/>
      </w:pPr>
      <w:r>
        <w:t>کبھی نیگیٹیو۔</w:t>
      </w:r>
    </w:p>
    <w:p>
      <w:r>
        <w:rPr>
          <w:b/>
        </w:rPr>
        <w:t xml:space="preserve">[21:35] </w:t>
      </w:r>
      <w:r>
        <w:t>to in dunya ke</w:t>
      </w:r>
    </w:p>
    <w:p>
      <w:pPr>
        <w:jc w:val="right"/>
      </w:pPr>
      <w:r>
        <w:t>تو ان دنیا کے</w:t>
      </w:r>
    </w:p>
    <w:p>
      <w:r>
        <w:rPr>
          <w:b/>
        </w:rPr>
        <w:t xml:space="preserve">[21:40] </w:t>
      </w:r>
      <w:r>
        <w:t>dunya ke tajribat, dunya ke waqiat, dunya ki happening, is ke darmiyan is ki ek aur hasti banti hai.</w:t>
      </w:r>
    </w:p>
    <w:p>
      <w:pPr>
        <w:jc w:val="right"/>
      </w:pPr>
      <w:r>
        <w:t>دنیا کے تجربات، دنیا کے واقعات، دنیا کی ہیپننگ، اس کے درمیان اس کی ایک اور ہستی بنتی ہے۔</w:t>
      </w:r>
    </w:p>
    <w:p>
      <w:r>
        <w:rPr>
          <w:b/>
        </w:rPr>
        <w:t xml:space="preserve">[21:50] </w:t>
      </w:r>
      <w:r>
        <w:t>ek to yeh hasti jo paida hui hai, is ko main kahunga ke physical hasti. Is physical hasti ke sath sath jo tajribat hote hain, is mein main koi response deta hoon.</w:t>
      </w:r>
    </w:p>
    <w:p>
      <w:pPr>
        <w:jc w:val="right"/>
      </w:pPr>
      <w:r>
        <w:t>ایک تو یہ ہستی جو پیدا ہوئی ہے، اس کو میں کہوں گا کہ فزیکل ہستی۔ اس فزیکل ہستی کے ساتھ ساتھ جو تجربات ہوتے ہیں، اس میں میں کوئی رسپانس دیتا ہوں۔</w:t>
      </w:r>
    </w:p>
    <w:p>
      <w:r>
        <w:rPr>
          <w:b/>
        </w:rPr>
        <w:t xml:space="preserve">[22:04] </w:t>
      </w:r>
      <w:r>
        <w:t>is response ko le kar ek aur hasti banti rehti hai, banti rehti hai, banti rehti hai.</w:t>
      </w:r>
    </w:p>
    <w:p>
      <w:pPr>
        <w:jc w:val="right"/>
      </w:pPr>
      <w:r>
        <w:t>اس رسپانس کو لے کر ایک اور ہستی بنتی رہتی ہے، بنتی رہتی ہے، بنتی رہتی ہے۔</w:t>
      </w:r>
    </w:p>
    <w:p>
      <w:r>
        <w:rPr>
          <w:b/>
        </w:rPr>
        <w:t xml:space="preserve">[22:14] </w:t>
      </w:r>
      <w:r>
        <w:t>yani woh doosri hasti jo hai, woh spiritual hasti hoti hai. Misal ke taur par kisi ne mujhe takleef pahunchai aur main us ke liye dua kar raha hoon to meri ek hasti ban rahi hai.</w:t>
      </w:r>
    </w:p>
    <w:p>
      <w:pPr>
        <w:jc w:val="right"/>
      </w:pPr>
      <w:r>
        <w:t>یعنی وہ دوسری ہستی جو ہے، وہ اسپیریچول ہستی ہوتی ہے۔ مثلاً کسی نے مجھے تکلیف بچائی اور میں اس کے لیے دعا کر رہا ہوں تو میری ایک ہستی بن رہی ہے۔</w:t>
      </w:r>
    </w:p>
    <w:p>
      <w:r>
        <w:rPr>
          <w:b/>
        </w:rPr>
        <w:t xml:space="preserve">[22:34] </w:t>
      </w:r>
      <w:r>
        <w:t>takleef ek physical waqia hai. Us ne pathar mara aur mera choot lagi hai mujhe. To that is physical event.</w:t>
      </w:r>
    </w:p>
    <w:p>
      <w:pPr>
        <w:jc w:val="right"/>
      </w:pPr>
      <w:r>
        <w:t>تکلیف ایک فزیکل واقعہ ہے۔ اس نے پتھر مارا اور میرا چوٹ لگی ہے مجھے۔ تو دیٹ از فزیکل ایونٹ۔</w:t>
      </w:r>
    </w:p>
    <w:p>
      <w:r>
        <w:rPr>
          <w:b/>
        </w:rPr>
        <w:t xml:space="preserve">[22:46] </w:t>
      </w:r>
      <w:r>
        <w:t>isi ke sath main kya response deta hoon, woh banta rehta hai ke ghussa aaya to main ne maaf kar diya.</w:t>
      </w:r>
    </w:p>
    <w:p>
      <w:pPr>
        <w:jc w:val="right"/>
      </w:pPr>
      <w:r>
        <w:t>اسی کے ساتھ میں کیا رسپانس دیتا ہوں، وہ بنتا رہتا ہے کہ غصہ آیا تو میں نے معاف کر دیا۔</w:t>
      </w:r>
    </w:p>
    <w:p>
      <w:r>
        <w:rPr>
          <w:b/>
        </w:rPr>
        <w:t xml:space="preserve">[22:57] </w:t>
      </w:r>
      <w:r>
        <w:t>pathar mara to main ne us ki duain keen.</w:t>
      </w:r>
    </w:p>
    <w:p>
      <w:pPr>
        <w:jc w:val="right"/>
      </w:pPr>
      <w:r>
        <w:t>پتھر مارا تو میں نے اس کی دعائیں کیں۔</w:t>
      </w:r>
    </w:p>
    <w:p>
      <w:r>
        <w:rPr>
          <w:b/>
        </w:rPr>
        <w:t xml:space="preserve">[23:04] </w:t>
      </w:r>
      <w:r>
        <w:t>us ne zulm kiya to main ne us ko inna lakum nas. Main us ke liye khair khwah banna laga.</w:t>
      </w:r>
    </w:p>
    <w:p>
      <w:pPr>
        <w:jc w:val="right"/>
      </w:pPr>
      <w:r>
        <w:t>اس نے ظلم کیا تو میں نے اس کو انی لکم ناسے۔ میں اس کے لیے خیر خواہ بننے لگا۔</w:t>
      </w:r>
    </w:p>
    <w:p>
      <w:r>
        <w:rPr>
          <w:b/>
        </w:rPr>
        <w:t xml:space="preserve">[23:16] </w:t>
      </w:r>
      <w:r>
        <w:t>jo sifat Quran mein batai gayi hain, dozaq ke bhi aur aur jannat ke bhi, woh isi isi isi par guzarti hain spiritual insan par.</w:t>
      </w:r>
    </w:p>
    <w:p>
      <w:pPr>
        <w:jc w:val="right"/>
      </w:pPr>
      <w:r>
        <w:t>جو صفات قرآن میں بتائی گئی ہیں، دوزخ کے بھی اور اور جنت کے بھی، وہ اسی اسی اسی اس پر گزرتی ہیں اسپیریچول انسان پر۔</w:t>
      </w:r>
    </w:p>
    <w:p>
      <w:r>
        <w:rPr>
          <w:b/>
        </w:rPr>
        <w:t xml:space="preserve">[23:33] </w:t>
      </w:r>
      <w:r>
        <w:t>yani agar aap doosre ko doosre se nafrat karen, us ko pathar maren, us ko bomb se urayen, to chahe aap daawa kar rahe hon jannat ka, aap ja rahe hain jahannum mein.</w:t>
      </w:r>
    </w:p>
    <w:p>
      <w:pPr>
        <w:jc w:val="right"/>
      </w:pPr>
      <w:r>
        <w:t>یعنی اگر آپ دوسرے کو دوسرے سے نفرت کریں، اس کو پتھر ماریں، اس کو بم سے اڑائیں، تو چاہے آپ ڈائر لگا رہے ہوں جنت کا، آپ جا رہے ہیں جہنم میں۔</w:t>
      </w:r>
    </w:p>
    <w:p>
      <w:r>
        <w:rPr>
          <w:b/>
        </w:rPr>
        <w:t xml:space="preserve">[23:54] </w:t>
      </w:r>
      <w:r>
        <w:t>yani negative response aur positive response ka farq hota hai ke jo kuch guzra aap ke upar,</w:t>
      </w:r>
    </w:p>
    <w:p>
      <w:pPr>
        <w:jc w:val="right"/>
      </w:pPr>
      <w:r>
        <w:t>یعنی نیگیٹیو رسپانس اور پازیٹیو رسپانس کا فرق ہوتا ہے کہ جو کچھ گزرا آپ کے اوپر،</w:t>
      </w:r>
    </w:p>
    <w:p>
      <w:r>
        <w:rPr>
          <w:b/>
        </w:rPr>
        <w:t xml:space="preserve">[24:06] </w:t>
      </w:r>
      <w:r>
        <w:t>woh aap ko farz kijiye ke negative experience hai lekin response aap ka positive aap de rahe hain.</w:t>
      </w:r>
    </w:p>
    <w:p>
      <w:pPr>
        <w:jc w:val="right"/>
      </w:pPr>
      <w:r>
        <w:t>وہ آپ کو فرض کیجئے کہ نیگیٹیو ایکسپیرینس ہے لیکن رسپانس آپ کا پازیٹیو آپ دے رہے ہیں۔</w:t>
      </w:r>
    </w:p>
    <w:p>
      <w:r>
        <w:rPr>
          <w:b/>
        </w:rPr>
        <w:t xml:space="preserve">[24:21] </w:t>
      </w:r>
      <w:r>
        <w:t>yani ghussa ke jawab mein maafi, zulm ke jawab mein dua.</w:t>
      </w:r>
    </w:p>
    <w:p>
      <w:pPr>
        <w:jc w:val="right"/>
      </w:pPr>
      <w:r>
        <w:t>یعنی غصہ کے جواب میں معافی، ظلم کے جواب میں دعائیں۔</w:t>
      </w:r>
    </w:p>
    <w:p>
      <w:r>
        <w:rPr>
          <w:b/>
        </w:rPr>
        <w:t xml:space="preserve">[24:31] </w:t>
      </w:r>
      <w:r>
        <w:t>jaise peghambar ko pathar mara gaya, khoon beh raha hai aur peghambar keh raha hai: "Rabbighfir li qaumi fa-innahum la ya'lamoon".</w:t>
      </w:r>
    </w:p>
    <w:p>
      <w:pPr>
        <w:jc w:val="right"/>
      </w:pPr>
      <w:r>
        <w:t>جیسے پیغمبر کو پتھر مارا گیا، خون بہہ رہا ہے اور پیغمبر کہہ رہا ہے: "ربت قومی فانہم لا علمون"۔</w:t>
      </w:r>
    </w:p>
    <w:p>
      <w:r>
        <w:rPr>
          <w:b/>
        </w:rPr>
        <w:t xml:space="preserve">[24:45] </w:t>
      </w:r>
      <w:r>
        <w:t>ae mere rab</w:t>
      </w:r>
    </w:p>
    <w:p>
      <w:pPr>
        <w:jc w:val="right"/>
      </w:pPr>
      <w:r>
        <w:t>اے میرے رب</w:t>
      </w:r>
    </w:p>
    <w:p>
      <w:r>
        <w:rPr>
          <w:b/>
        </w:rPr>
        <w:t xml:space="preserve">[24:46] </w:t>
      </w:r>
      <w:r>
        <w:t>, meri meri qaum ko phir bhi aap meri qaum bol rahe hain. Yeh nahi ke yeh zalim,</w:t>
      </w:r>
    </w:p>
    <w:p>
      <w:pPr>
        <w:jc w:val="right"/>
      </w:pPr>
      <w:r>
        <w:t>، میری میری قوم کو پھر بھی آپ میری قوم بول رہے ہیں۔ یہ نہیں کہ یہ ظالم،</w:t>
      </w:r>
    </w:p>
    <w:p>
      <w:r>
        <w:rPr>
          <w:b/>
        </w:rPr>
        <w:t xml:space="preserve">[24:57] </w:t>
      </w:r>
      <w:r>
        <w:t>ae ae mere</w:t>
      </w:r>
    </w:p>
    <w:p>
      <w:pPr>
        <w:jc w:val="right"/>
      </w:pPr>
      <w:r>
        <w:t>اے اے میرے</w:t>
      </w:r>
    </w:p>
    <w:p>
      <w:r>
        <w:rPr>
          <w:b/>
        </w:rPr>
        <w:t xml:space="preserve">[24:59] </w:t>
      </w:r>
      <w:r>
        <w:t>rab, meri qaum ko hidayat de. Yeh nahi kahe ke us ko barbaad kar de kyunke woh jante nahi.</w:t>
      </w:r>
    </w:p>
    <w:p>
      <w:pPr>
        <w:jc w:val="right"/>
      </w:pPr>
      <w:r>
        <w:t>رب، میری قوم کو ہدایت دے۔ یہ نہیں کہے کہ اس کو برباد کر دے کیونکہ وہ جانتے نہیں۔</w:t>
      </w:r>
    </w:p>
    <w:p>
      <w:r>
        <w:rPr>
          <w:b/>
        </w:rPr>
        <w:t xml:space="preserve">[25:11] </w:t>
      </w:r>
      <w:r>
        <w:t>us ko in awareness ke khane mein daal diya peghambar ne, zulm ke khane mein nahi dala. Yani jin logon ne us ko pathar mara tha aur khoon beh raha tha aur peghambar gir pada tha,</w:t>
      </w:r>
    </w:p>
    <w:p>
      <w:pPr>
        <w:jc w:val="right"/>
      </w:pPr>
      <w:r>
        <w:t>اس کو ان اویرنس کے خانے میں ڈال دیا پیغمبر نے، ظلم کے خانے میں نہیں ڈالا۔ یعنی جن لوگوں نے اس کو پتھر مارا تھا اور خون بہہ رہا تھا اور پیغمبر گر پڑا تھا،</w:t>
      </w:r>
    </w:p>
    <w:p>
      <w:r>
        <w:rPr>
          <w:b/>
        </w:rPr>
        <w:t xml:space="preserve">[25:27] </w:t>
      </w:r>
      <w:r>
        <w:t>tab bhi peghambar us ke jo kiya hai, us ne us ke us ko us ke in awareness ke khane mein daal raha hai, zulm ke khane mein nahi.</w:t>
      </w:r>
    </w:p>
    <w:p>
      <w:pPr>
        <w:jc w:val="right"/>
      </w:pPr>
      <w:r>
        <w:t>تب بھی پیغمبر اس کے جو کیا ہے، اس نے اس کے اس کو اس کے ان اویرنس کے خانے میں ڈال رہا ہے، ظلم کے خانے میں نہیں۔</w:t>
      </w:r>
    </w:p>
    <w:p>
      <w:r>
        <w:rPr>
          <w:b/>
        </w:rPr>
        <w:t xml:space="preserve">[25:41] </w:t>
      </w:r>
      <w:r>
        <w:t>yeh hai waqiat ka, yeh hai waqiat ke darmiyan personality ka banna. In waqiat ke darmiyan agar negative personality ban rahi hai to woh jahannami personality hai.</w:t>
      </w:r>
    </w:p>
    <w:p>
      <w:pPr>
        <w:jc w:val="right"/>
      </w:pPr>
      <w:r>
        <w:t>یہ ہے واقعات کا، یہ ہے واقعات کے درمیان پرسنیلٹی کا بننا۔ ان واقعات کے درمیان اگر نیگیٹیو پرسنیلٹی بن رہی ہے تو وہ جہنمی پرسنیلٹی ہے۔</w:t>
      </w:r>
    </w:p>
    <w:p>
      <w:r>
        <w:rPr>
          <w:b/>
        </w:rPr>
        <w:t xml:space="preserve">[25:57] </w:t>
      </w:r>
      <w:r>
        <w:t>aur in waqiat ke darmiyan agar positive personality ban rahi hai to woh jannati personality hai. yeh sab bilkul irrelevant baatein hain ke is ummat ke liye jannat hai, is is ummat ke liye yani kafiron ke liye jahannum hai,</w:t>
      </w:r>
    </w:p>
    <w:p>
      <w:pPr>
        <w:jc w:val="right"/>
      </w:pPr>
      <w:r>
        <w:t>اور ان واقعات کے درمیان اگر پازیٹیو پرسنیلٹی بن رہی ہے تو وہ جنتی پرسنیلٹی ہے۔ یہ سب بالکل اریلیونٹ باتیں ہیں کہ اس امت کے لیے جنت ہے، اس اس امت کے لیے یعنی کافروں کے لیے جہنم ہے،</w:t>
      </w:r>
    </w:p>
    <w:p>
      <w:r>
        <w:rPr>
          <w:b/>
        </w:rPr>
        <w:t xml:space="preserve">[26:17] </w:t>
      </w:r>
      <w:r>
        <w:t>musalmanon ke liye jannat. yeh sab irrelevant baatein hain. qaum yeh community wise yeh baat nahi hai.</w:t>
      </w:r>
    </w:p>
    <w:p>
      <w:pPr>
        <w:jc w:val="right"/>
      </w:pPr>
      <w:r>
        <w:t>مسلمانوں کے لیے جنت۔ یہ سب اریلیونٹ باتیں ہیں۔ قوم یہ کمیونٹی وائز یہ بات نہیں ہے۔</w:t>
      </w:r>
    </w:p>
    <w:p>
      <w:r>
        <w:rPr>
          <w:b/>
        </w:rPr>
        <w:t xml:space="preserve">[26:30] </w:t>
      </w:r>
      <w:r>
        <w:t>yeh experience, yeh personality building wise hai.</w:t>
      </w:r>
    </w:p>
    <w:p>
      <w:pPr>
        <w:jc w:val="right"/>
      </w:pPr>
      <w:r>
        <w:t>یہ ایکسپیرینس، یہ پرسنیلٹی بلڈنگ وائز ہے۔</w:t>
      </w:r>
    </w:p>
    <w:p>
      <w:r>
        <w:rPr>
          <w:b/>
        </w:rPr>
        <w:t xml:space="preserve">[26:38] </w:t>
      </w:r>
      <w:r>
        <w:t>yeh jo selection ho raha hai jannat ka aur jahannum ka, yeh community wise nahi ho raha hai. yeh personality building wise ho raha hai.</w:t>
      </w:r>
    </w:p>
    <w:p>
      <w:pPr>
        <w:jc w:val="right"/>
      </w:pPr>
      <w:r>
        <w:t>یہ جو سلیکشن ہو رہا ہے جنت کا اور جہنم کا، یہ کمیونٹی وائز نہیں ہو رہا ہے۔ یہ پرسنیلٹی بلڈنگ وائز ہو رہا ہے۔</w:t>
      </w:r>
    </w:p>
    <w:p>
      <w:r>
        <w:rPr>
          <w:b/>
        </w:rPr>
        <w:t xml:space="preserve">[27:04] </w:t>
      </w:r>
      <w:r>
        <w:t>to jannat ka faisla</w:t>
      </w:r>
    </w:p>
    <w:p>
      <w:pPr>
        <w:jc w:val="right"/>
      </w:pPr>
      <w:r>
        <w:t>تو جنت کا فیصلہ</w:t>
      </w:r>
    </w:p>
    <w:p>
      <w:r>
        <w:rPr>
          <w:b/>
        </w:rPr>
        <w:t xml:space="preserve">[27:09] </w:t>
      </w:r>
      <w:r>
        <w:t>individual wise hoga, community wise nahi hoga. kyun?</w:t>
      </w:r>
    </w:p>
    <w:p>
      <w:pPr>
        <w:jc w:val="right"/>
      </w:pPr>
      <w:r>
        <w:t>انڈیویجول وائز ہوگا، کمیونٹی وائز نہیں ہوگا۔ کیوں؟</w:t>
      </w:r>
    </w:p>
    <w:p>
      <w:r>
        <w:rPr>
          <w:b/>
        </w:rPr>
        <w:t xml:space="preserve">[27:19] </w:t>
      </w:r>
      <w:r>
        <w:t>kyunki dekhein Quran mein hai: "wahusna oolay ka rafeeqah".</w:t>
      </w:r>
    </w:p>
    <w:p>
      <w:pPr>
        <w:jc w:val="right"/>
      </w:pPr>
      <w:r>
        <w:t>کیونکہ دیکھیں قرآن میں ہے: "وحسن اولائے کا رفیقہ"۔</w:t>
      </w:r>
    </w:p>
    <w:p>
      <w:r>
        <w:rPr>
          <w:b/>
        </w:rPr>
        <w:t xml:space="preserve">[27:33] </w:t>
      </w:r>
      <w:r>
        <w:t>"oolay ka maani nabiyyin wa siddiqeen wa shuhadae wa saleheen". "wahusna wa husna oolay ka rafeeqah".</w:t>
      </w:r>
    </w:p>
    <w:p>
      <w:pPr>
        <w:jc w:val="right"/>
      </w:pPr>
      <w:r>
        <w:t>"ولائے کا معن نبیین و صدیقین و شہدائے وصالحین"۔ "وحسن و حسن اولائے کا رفیقہ"۔</w:t>
      </w:r>
    </w:p>
    <w:p>
      <w:r>
        <w:rPr>
          <w:b/>
        </w:rPr>
        <w:t xml:space="preserve">[27:43] </w:t>
      </w:r>
      <w:r>
        <w:t>yani dunya mein selection ho raha hai. selection yeh dunya aik aik peace society hai, jannat se pehle ki aik society hai.</w:t>
      </w:r>
    </w:p>
    <w:p>
      <w:pPr>
        <w:jc w:val="right"/>
      </w:pPr>
      <w:r>
        <w:t>یعنی دنیا میں سلیکشن ہو رہا ہے۔ سلیکشن یہ دنیا ایک ایک پیسی سوسائٹی ہے، جنت سے پہلے کی ایک سوسائٹی ہے۔</w:t>
      </w:r>
    </w:p>
    <w:p>
      <w:r>
        <w:rPr>
          <w:b/>
        </w:rPr>
        <w:t xml:space="preserve">[27:56] </w:t>
      </w:r>
      <w:r>
        <w:t>yahan log reh rahe hain aur tarah tarah ke waqiat, tarah tarah ke event, tarah tarah ke tajrubaat pesh aa rahe hain.</w:t>
      </w:r>
    </w:p>
    <w:p>
      <w:pPr>
        <w:jc w:val="right"/>
      </w:pPr>
      <w:r>
        <w:t>یہاں لوگ رہ رہے ہیں اور طرح طرح کے واقعات، طرح طرح کے ایونٹ، طرح طرح کے تجربات پیش آ رہے ہیں۔</w:t>
      </w:r>
    </w:p>
    <w:p>
      <w:r>
        <w:rPr>
          <w:b/>
        </w:rPr>
        <w:t xml:space="preserve">[28:09] </w:t>
      </w:r>
      <w:r>
        <w:t>to kahin farishtay dekhte hain aur farishtay watch kar rahe hain. farishtay dekh rahe hain ke koi hai jo ghusse mein aa kar ke pathar maar raha hai aur koi dua kar raha hai ke: "ae rab,</w:t>
      </w:r>
    </w:p>
    <w:p>
      <w:pPr>
        <w:jc w:val="right"/>
      </w:pPr>
      <w:r>
        <w:t>تو کہیں فرشتے دیکھتے ہیں اور فرشتے واچ کر رہے ہیں۔ فرشتے دیکھ رہے ہیں کہ کوئی ہے جو غصے میں آ کر کے پتھر مار رہا ہے اور کوئی دعا کر رہا ہے کہ: "اے رب،</w:t>
      </w:r>
    </w:p>
    <w:p>
      <w:r>
        <w:rPr>
          <w:b/>
        </w:rPr>
        <w:t xml:space="preserve">[28:26] </w:t>
      </w:r>
      <w:r>
        <w:t>yeh jante nahi, yeh log, in ko hidayat de". "rabb qomi fa'annahum la ya'lamoon". yani yeh aik insaan woh hai, dono taraf insani hain.</w:t>
      </w:r>
    </w:p>
    <w:p>
      <w:pPr>
        <w:jc w:val="right"/>
      </w:pPr>
      <w:r>
        <w:t>یہ جانتے نہیں، یہ لوگ، ان کو ہدایت دے"۔ "ربت قومی فانہم لا علمون"۔ یعنی یہ ایک انسان وہ ہے، دونوں طرف انسانی ہیں۔</w:t>
      </w:r>
    </w:p>
    <w:p>
      <w:r>
        <w:rPr>
          <w:b/>
        </w:rPr>
        <w:t xml:space="preserve">[28:40] </w:t>
      </w:r>
      <w:r>
        <w:t>aik insaan woh hai jo ghusse mein aaya, bura bhala kaha, pathar uthaya, yeh bomb uthaya, ab mara is ko,</w:t>
      </w:r>
    </w:p>
    <w:p>
      <w:pPr>
        <w:jc w:val="right"/>
      </w:pPr>
      <w:r>
        <w:t>ایک انسان وہ ہے جو غصے میں آیا، برا بھلا کہا، پتھر اٹھایا، یہ بم اٹھایا، اب مارا اس کو،</w:t>
      </w:r>
    </w:p>
    <w:p>
      <w:r>
        <w:rPr>
          <w:b/>
        </w:rPr>
        <w:t xml:space="preserve">[28:55] </w:t>
      </w:r>
      <w:r>
        <w:t>is ko khatam kar diya. aik insaan woh hai. doosra insaan woh hai ke same waqia guzra, same waqia</w:t>
      </w:r>
    </w:p>
    <w:p>
      <w:pPr>
        <w:jc w:val="right"/>
      </w:pPr>
      <w:r>
        <w:t>اس کو ختم کر دیا۔ ایک انسان وہ ہے۔ دوسرا انسان وہ ہے کہ سیم واقعہ گزرا، سیم واقعہ</w:t>
      </w:r>
    </w:p>
    <w:p>
      <w:r>
        <w:rPr>
          <w:b/>
        </w:rPr>
        <w:t xml:space="preserve">[29:10] </w:t>
      </w:r>
      <w:r>
        <w:t>ke kisi ne pathar mara aur paighambar ko khoon behne laga, woh gir pada. yahan tak ke aap dekhiye Uhud mein kya hua tha.</w:t>
      </w:r>
    </w:p>
    <w:p>
      <w:pPr>
        <w:jc w:val="right"/>
      </w:pPr>
      <w:r>
        <w:t>کہ کسی نے پتھر مارا اور پیغمبر کو خون بہنے لگا، وہ گر پڑا۔ یہاں تک کہ آپ دیکھیے احد میں کیا ہوا تھا۔</w:t>
      </w:r>
    </w:p>
    <w:p>
      <w:r>
        <w:rPr>
          <w:b/>
        </w:rPr>
        <w:t xml:space="preserve">[29:23] </w:t>
      </w:r>
      <w:r>
        <w:t>Uhud mein jo Ghazwa Uhud tha, us mein Rasool Allah ko pathar mara gaya aur itna zyada chot laai aap ko ke aap ka daant toot gaya aur bleeding hui.</w:t>
      </w:r>
    </w:p>
    <w:p>
      <w:pPr>
        <w:jc w:val="right"/>
      </w:pPr>
      <w:r>
        <w:t>احد میں جو غزوہ احد تھا، اس میں رسول اللہ کو پتھر مارا گیا اور اتنا زیادہ چوٹ لائی آپ کو کہ آپ کا دانت ٹوٹ گیا اور بلیڈنگ ہوئی۔</w:t>
      </w:r>
    </w:p>
    <w:p>
      <w:r>
        <w:rPr>
          <w:b/>
        </w:rPr>
        <w:t xml:space="preserve">[29:39] </w:t>
      </w:r>
      <w:r>
        <w:t>bleeding itni bleeding, bleeding hui ke aap garhe mein gir pade. is ko, is ko yani jis ko kehte hain chashm-e-tasawwur,</w:t>
      </w:r>
    </w:p>
    <w:p>
      <w:pPr>
        <w:jc w:val="right"/>
      </w:pPr>
      <w:r>
        <w:t>بلیڈنگ اتنی بلیڈنگ، بلیڈنگ ہوئی کہ آپ گڑھے میں گر پڑے۔ اس کو، اس کو یعنی جس کو کہتے ہیں چشم تصور،</w:t>
      </w:r>
    </w:p>
    <w:p>
      <w:r>
        <w:rPr>
          <w:b/>
        </w:rPr>
        <w:t xml:space="preserve">[29:55] </w:t>
      </w:r>
      <w:r>
        <w:t>is tasawwur ki jiye us waqt ka jab ke paighambar khada hai, duaen de raha hai,</w:t>
      </w:r>
    </w:p>
    <w:p>
      <w:pPr>
        <w:jc w:val="right"/>
      </w:pPr>
      <w:r>
        <w:t>اس تصور کیجئے اس وقت کا جب کہ پیغمبر کھڑا ہے، دعائیں دے رہا ہے،</w:t>
      </w:r>
    </w:p>
    <w:p>
      <w:r>
        <w:rPr>
          <w:b/>
        </w:rPr>
        <w:t xml:space="preserve">[30:07] </w:t>
      </w:r>
      <w:r>
        <w:t>rehmat ka pekar bana hua hai. phir is par pathar mara gaya itne zor se ke is ka daant toot gaya, woh gir pada garhe mein aur bleeding hone lagi.</w:t>
      </w:r>
    </w:p>
    <w:p>
      <w:pPr>
        <w:jc w:val="right"/>
      </w:pPr>
      <w:r>
        <w:t>رحمت کا پیکر بنا ہوا ہے۔ پھر اس پر پتھر مارا گیا اتنے زور سے کہ اس کا دانت ٹوٹ گیا، وہ گر پڑا گڑھے میں اور بلیڈنگ ہونے لگی۔</w:t>
      </w:r>
    </w:p>
    <w:p>
      <w:r>
        <w:rPr>
          <w:b/>
        </w:rPr>
        <w:t xml:space="preserve">[30:26] </w:t>
      </w:r>
      <w:r>
        <w:t>wahan koi first aid tha nahi. aap jante hain ke Uhud ke mauqe par wahan koi first aid ka intezam nahi hota. to itni bleeding hui ke aap gir pade.</w:t>
      </w:r>
    </w:p>
    <w:p>
      <w:pPr>
        <w:jc w:val="right"/>
      </w:pPr>
      <w:r>
        <w:t>وہاں کوئی فرسٹ ایڈ تھا نہیں۔ آپ جانتے ہیں کہ احد کے موقع پر وہاں کوئی فرسٹ ایڈ کا انتظام نہیں ہوتا۔ تو اتنی بلیڈنگ ہوئی کہ آپ گر پڑے۔</w:t>
      </w:r>
    </w:p>
    <w:p>
      <w:r>
        <w:rPr>
          <w:b/>
        </w:rPr>
        <w:t xml:space="preserve">[30:40] </w:t>
      </w:r>
      <w:r>
        <w:t>to waqia saare waqiat history mein record nahi hue, lekin itna record hua hai. to aap ke munh se kya nikla?</w:t>
      </w:r>
    </w:p>
    <w:p>
      <w:pPr>
        <w:jc w:val="right"/>
      </w:pPr>
      <w:r>
        <w:t>تو واقعہ سارے واقعات ہسٹری میں ریکارڈ نہیں ہوئے، لیکن اتنا ریکارڈ ہوا ہے۔ تو آپ کے منہ سے کیا نکلا؟</w:t>
      </w:r>
    </w:p>
    <w:p>
      <w:r>
        <w:rPr>
          <w:b/>
        </w:rPr>
        <w:t xml:space="preserve">[30:53] </w:t>
      </w:r>
      <w:r>
        <w:t>"rabb qomi fa'annahum la ya'lamoon".</w:t>
      </w:r>
    </w:p>
    <w:p>
      <w:pPr>
        <w:jc w:val="right"/>
      </w:pPr>
      <w:r>
        <w:t>"ربت قومی فانہم لا علمون"۔</w:t>
      </w:r>
    </w:p>
    <w:p>
      <w:r>
        <w:rPr>
          <w:b/>
        </w:rPr>
        <w:t xml:space="preserve">[30:59] </w:t>
      </w:r>
      <w:r>
        <w:t>ae mere rab,</w:t>
      </w:r>
    </w:p>
    <w:p>
      <w:pPr>
        <w:jc w:val="right"/>
      </w:pPr>
      <w:r>
        <w:t>اے میرے رب،</w:t>
      </w:r>
    </w:p>
    <w:p>
      <w:r>
        <w:rPr>
          <w:b/>
        </w:rPr>
        <w:t xml:space="preserve">[31:01] </w:t>
      </w:r>
      <w:r>
        <w:t>in logon ko hidayat de kyunke woh jante nahi hain.</w:t>
      </w:r>
    </w:p>
    <w:p>
      <w:pPr>
        <w:jc w:val="right"/>
      </w:pPr>
      <w:r>
        <w:t>ان لوگوں کو ہدایت دے کیونکہ وہ جانتے نہیں ہیں۔</w:t>
      </w:r>
    </w:p>
    <w:p>
      <w:r>
        <w:rPr>
          <w:b/>
        </w:rPr>
        <w:t xml:space="preserve">[31:07] </w:t>
      </w:r>
      <w:r>
        <w:t>ab farishtay jo record kar rahe hain,</w:t>
      </w:r>
    </w:p>
    <w:p>
      <w:pPr>
        <w:jc w:val="right"/>
      </w:pPr>
      <w:r>
        <w:t>اب فرشتے جو ریکارڈ کر رہے ہیں،</w:t>
      </w:r>
    </w:p>
    <w:p>
      <w:r>
        <w:rPr>
          <w:b/>
        </w:rPr>
        <w:t xml:space="preserve">[31:13] </w:t>
      </w:r>
      <w:r>
        <w:t>isi isi record ke douran ek insaan jahannami qarar pata hai, ek insaan jahannam jannati qarar pata hai. jis ne positive response diya, woh jannati qarar paya.</w:t>
      </w:r>
    </w:p>
    <w:p>
      <w:pPr>
        <w:jc w:val="right"/>
      </w:pPr>
      <w:r>
        <w:t>اسی اسی ریکارڈ کے دوران ایک انسان جہنمی قرار پاتا ہے، ایک انسان جہنم جنتی قرار پاتا ہے۔ جس نے پازیٹیو رسپانس دیا، وہ جنتی قرار پایا۔</w:t>
      </w:r>
    </w:p>
    <w:p>
      <w:r>
        <w:rPr>
          <w:b/>
        </w:rPr>
        <w:t xml:space="preserve">[31:28] </w:t>
      </w:r>
      <w:r>
        <w:t>jis ne negative response diya,</w:t>
      </w:r>
    </w:p>
    <w:p>
      <w:pPr>
        <w:jc w:val="right"/>
      </w:pPr>
      <w:r>
        <w:t>جس نے نیگیٹیو رسپانس 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