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Character for Paradise Feb. 16, 2019</w:t>
      </w:r>
    </w:p>
    <w:p>
      <w:r>
        <w:t>https://www.youtube.com/watch?v=kMURA2gUDN8</w:t>
      </w:r>
    </w:p>
    <w:p>
      <w:r>
        <w:rPr>
          <w:b/>
        </w:rPr>
        <w:t xml:space="preserve">[00:14] </w:t>
      </w:r>
      <w:r>
        <w:t>bismillah rehman rehim,</w:t>
      </w:r>
    </w:p>
    <w:p>
      <w:pPr>
        <w:jc w:val="right"/>
      </w:pPr>
      <w:r>
        <w:t>بسم اللہ الرحمن الرحیم،</w:t>
      </w:r>
    </w:p>
    <w:p>
      <w:r>
        <w:rPr>
          <w:b/>
        </w:rPr>
        <w:t xml:space="preserve">[00:20] </w:t>
      </w:r>
      <w:r>
        <w:t>wasalli allah ala nabiyil karim. quran ko aap padhiye, shuru se aakhir tak,</w:t>
      </w:r>
    </w:p>
    <w:p>
      <w:pPr>
        <w:jc w:val="right"/>
      </w:pPr>
      <w:r>
        <w:t>وصلی اللہ علی النبی الکریم۔ قرآن کو آپ پڑھیے، شروع سے آخر تک،</w:t>
      </w:r>
    </w:p>
    <w:p>
      <w:r>
        <w:rPr>
          <w:b/>
        </w:rPr>
        <w:t xml:space="preserve">[00:30] </w:t>
      </w:r>
      <w:r>
        <w:t>to aap payenge</w:t>
      </w:r>
    </w:p>
    <w:p>
      <w:pPr>
        <w:jc w:val="right"/>
      </w:pPr>
      <w:r>
        <w:t>تو آپ پائیں گے</w:t>
      </w:r>
    </w:p>
    <w:p>
      <w:r>
        <w:rPr>
          <w:b/>
        </w:rPr>
        <w:t xml:space="preserve">[00:35] </w:t>
      </w:r>
      <w:r>
        <w:t>ke quran</w:t>
      </w:r>
    </w:p>
    <w:p>
      <w:pPr>
        <w:jc w:val="right"/>
      </w:pPr>
      <w:r>
        <w:t>کہ قرآن</w:t>
      </w:r>
    </w:p>
    <w:p>
      <w:r>
        <w:rPr>
          <w:b/>
        </w:rPr>
        <w:t xml:space="preserve">[00:40] </w:t>
      </w:r>
      <w:r>
        <w:t>ek aisi kitab hai</w:t>
      </w:r>
    </w:p>
    <w:p>
      <w:pPr>
        <w:jc w:val="right"/>
      </w:pPr>
      <w:r>
        <w:t>ایک ایسی کتاب ہے</w:t>
      </w:r>
    </w:p>
    <w:p>
      <w:r>
        <w:rPr>
          <w:b/>
        </w:rPr>
        <w:t xml:space="preserve">[00:47] </w:t>
      </w:r>
      <w:r>
        <w:t>jo logon ko</w:t>
      </w:r>
    </w:p>
    <w:p>
      <w:pPr>
        <w:jc w:val="right"/>
      </w:pPr>
      <w:r>
        <w:t>جو لوگوں کو</w:t>
      </w:r>
    </w:p>
    <w:p>
      <w:r>
        <w:rPr>
          <w:b/>
        </w:rPr>
        <w:t xml:space="preserve">[00:52] </w:t>
      </w:r>
      <w:r>
        <w:t>jannat ki taraf bulata hai. aao jannat ki taraf, aao jannat ki taraf.</w:t>
      </w:r>
    </w:p>
    <w:p>
      <w:pPr>
        <w:jc w:val="right"/>
      </w:pPr>
      <w:r>
        <w:t>جنت کی طرف بلاتا ہے۔ آؤ جنت کی طرف، آؤ جنت کی طرف۔</w:t>
      </w:r>
    </w:p>
    <w:p>
      <w:r>
        <w:rPr>
          <w:b/>
        </w:rPr>
        <w:t xml:space="preserve">[00:59] </w:t>
      </w:r>
      <w:r>
        <w:t>wasareu ila magfiratin min rabbikum wa jannatin arduha samawatu wal ard, uiddat lil muttaqin. haan, tarjuma padhiye is ka.</w:t>
      </w:r>
    </w:p>
    <w:p>
      <w:pPr>
        <w:jc w:val="right"/>
      </w:pPr>
      <w:r>
        <w:t>وصارعوا إلى مغفرة من ربكم وجنة أرضها السماوات والأرض، وعدة للمتقين. ہاں، ترجمہ پڑھیے اس کا۔</w:t>
      </w:r>
    </w:p>
    <w:p>
      <w:r>
        <w:rPr>
          <w:b/>
        </w:rPr>
        <w:t xml:space="preserve">[01:08] </w:t>
      </w:r>
      <w:r>
        <w:t>aur doro us jannat ki, aur doro allah ki magfirat ki taraf aur jannat ki taraf jis ki chorai aasman aur zameen ki hai, jo tayyar ki gayi hai muttaqiyon ke liye.</w:t>
      </w:r>
    </w:p>
    <w:p>
      <w:pPr>
        <w:jc w:val="right"/>
      </w:pPr>
      <w:r>
        <w:t>اور دوڑو اس جنت کی، اور دوڑو اللہ کی مغفرت کی طرف اور جنت کی طرف جس کی چوڑائی آسمان اور زمین کی ہے، جو تیار کی گئی ہے متقیوں کے لیے۔</w:t>
      </w:r>
    </w:p>
    <w:p>
      <w:r>
        <w:rPr>
          <w:b/>
        </w:rPr>
        <w:t xml:space="preserve">[01:29] </w:t>
      </w:r>
      <w:r>
        <w:t>to quran ka</w:t>
      </w:r>
    </w:p>
    <w:p>
      <w:pPr>
        <w:jc w:val="right"/>
      </w:pPr>
      <w:r>
        <w:t>تو قرآن کا</w:t>
      </w:r>
    </w:p>
    <w:p>
      <w:r>
        <w:rPr>
          <w:b/>
        </w:rPr>
        <w:t xml:space="preserve">[01:33] </w:t>
      </w:r>
      <w:r>
        <w:t>jo paigham hai</w:t>
      </w:r>
    </w:p>
    <w:p>
      <w:pPr>
        <w:jc w:val="right"/>
      </w:pPr>
      <w:r>
        <w:t>جو پیغام ہے</w:t>
      </w:r>
    </w:p>
    <w:p>
      <w:r>
        <w:rPr>
          <w:b/>
        </w:rPr>
        <w:t xml:space="preserve">[01:41] </w:t>
      </w:r>
      <w:r>
        <w:t>ke doro jannat ki taraf,</w:t>
      </w:r>
    </w:p>
    <w:p>
      <w:pPr>
        <w:jc w:val="right"/>
      </w:pPr>
      <w:r>
        <w:t>کہ دوڑو جنت کی طرف،</w:t>
      </w:r>
    </w:p>
    <w:p>
      <w:r>
        <w:rPr>
          <w:b/>
        </w:rPr>
        <w:t xml:space="preserve">[01:46] </w:t>
      </w:r>
      <w:r>
        <w:t>ab sawal yeh hai ke jannat kis ke liye? woh kon log hain jo jannat ke</w:t>
      </w:r>
    </w:p>
    <w:p>
      <w:pPr>
        <w:jc w:val="right"/>
      </w:pPr>
      <w:r>
        <w:t>اب سوال یہ ہے کہ جنت کس کے لیے؟ وہ کون لوگ ہیں جو جنت کے</w:t>
      </w:r>
    </w:p>
    <w:p>
      <w:r>
        <w:rPr>
          <w:b/>
        </w:rPr>
        <w:t xml:space="preserve">[01:59] </w:t>
      </w:r>
      <w:r>
        <w:t>liye deserving candidate</w:t>
      </w:r>
    </w:p>
    <w:p>
      <w:pPr>
        <w:jc w:val="right"/>
      </w:pPr>
      <w:r>
        <w:t>لیے ڈیزرونگ کینڈیڈیٹ</w:t>
      </w:r>
    </w:p>
    <w:p>
      <w:r>
        <w:rPr>
          <w:b/>
        </w:rPr>
        <w:t xml:space="preserve">[02:04] </w:t>
      </w:r>
      <w:r>
        <w:t>qarar payenge?</w:t>
      </w:r>
    </w:p>
    <w:p>
      <w:pPr>
        <w:jc w:val="right"/>
      </w:pPr>
      <w:r>
        <w:t>قرار پائیں گے؟</w:t>
      </w:r>
    </w:p>
    <w:p>
      <w:r>
        <w:rPr>
          <w:b/>
        </w:rPr>
        <w:t xml:space="preserve">[02:18] </w:t>
      </w:r>
      <w:r>
        <w:t>to mujhe yeh sochte hue ek waqia yaad aya.</w:t>
      </w:r>
    </w:p>
    <w:p>
      <w:pPr>
        <w:jc w:val="right"/>
      </w:pPr>
      <w:r>
        <w:t>تو مجھے یہ سوچتے ہوئے ایک واقعہ یاد آیا۔</w:t>
      </w:r>
    </w:p>
    <w:p>
      <w:r>
        <w:rPr>
          <w:b/>
        </w:rPr>
        <w:t xml:space="preserve">[02:36] </w:t>
      </w:r>
      <w:r>
        <w:t>europe mein ek movement hai, christian movement,</w:t>
      </w:r>
    </w:p>
    <w:p>
      <w:pPr>
        <w:jc w:val="right"/>
      </w:pPr>
      <w:r>
        <w:t>یورپ میں ایک موومنٹ ہے، کرسچن موومنٹ،</w:t>
      </w:r>
    </w:p>
    <w:p>
      <w:r>
        <w:rPr>
          <w:b/>
        </w:rPr>
        <w:t xml:space="preserve">[02:45] </w:t>
      </w:r>
      <w:r>
        <w:t>iska naam hai community of saint egidio.</w:t>
      </w:r>
    </w:p>
    <w:p>
      <w:pPr>
        <w:jc w:val="right"/>
      </w:pPr>
      <w:r>
        <w:t>اس کا نام ہے کمیونٹی آف سینٹ ایجیڈیو۔</w:t>
      </w:r>
    </w:p>
    <w:p>
      <w:r>
        <w:rPr>
          <w:b/>
        </w:rPr>
        <w:t xml:space="preserve">[02:53] </w:t>
      </w:r>
      <w:r>
        <w:t>community of saint egidio.</w:t>
      </w:r>
    </w:p>
    <w:p>
      <w:pPr>
        <w:jc w:val="right"/>
      </w:pPr>
      <w:r>
        <w:t>کمیونٹی آف سینٹ ایجیڈیو۔</w:t>
      </w:r>
    </w:p>
    <w:p>
      <w:r>
        <w:rPr>
          <w:b/>
        </w:rPr>
        <w:t xml:space="preserve">[02:59] </w:t>
      </w:r>
      <w:r>
        <w:t>to woh har saal different jagahon par apna program karte hain.</w:t>
      </w:r>
    </w:p>
    <w:p>
      <w:pPr>
        <w:jc w:val="right"/>
      </w:pPr>
      <w:r>
        <w:t>تو وہ ہر سال ڈفرنٹ جگہوں پر اپنا پروگرام کرتے ہیں۔</w:t>
      </w:r>
    </w:p>
    <w:p>
      <w:r>
        <w:rPr>
          <w:b/>
        </w:rPr>
        <w:t xml:space="preserve">[03:10] </w:t>
      </w:r>
      <w:r>
        <w:t xml:space="preserve">program jab khatam hota hai to log ek doosre se milte hain, aur milte hue woh kehte hain kya? </w:t>
      </w:r>
    </w:p>
    <w:p>
      <w:pPr>
        <w:jc w:val="right"/>
      </w:pPr>
      <w:r>
        <w:t>پروگرام جب ختم ہوتا ہے تو لوگ ایک دوسرے سے ملتے ہیں، اور ملتے ہوئے وہ کہتے کیا ہیں؟</w:t>
      </w:r>
    </w:p>
    <w:p>
      <w:r>
        <w:rPr>
          <w:b/>
        </w:rPr>
        <w:t xml:space="preserve">[03:28] </w:t>
      </w:r>
      <w:r>
        <w:t>peace, peace.</w:t>
      </w:r>
    </w:p>
    <w:p>
      <w:pPr>
        <w:jc w:val="right"/>
      </w:pPr>
      <w:r>
        <w:t>پیس، پیس۔</w:t>
      </w:r>
    </w:p>
    <w:p>
      <w:r>
        <w:rPr>
          <w:b/>
        </w:rPr>
        <w:t xml:space="preserve">[03:32] </w:t>
      </w:r>
      <w:r>
        <w:t>peace be upon you, peace be upon you.</w:t>
      </w:r>
    </w:p>
    <w:p>
      <w:pPr>
        <w:jc w:val="right"/>
      </w:pPr>
      <w:r>
        <w:t>پیس بی اپان یو، پیس بی اپان یو۔</w:t>
      </w:r>
    </w:p>
    <w:p>
      <w:r>
        <w:rPr>
          <w:b/>
        </w:rPr>
        <w:t xml:space="preserve">[03:39] </w:t>
      </w:r>
      <w:r>
        <w:t>to yeh mein kai baar gaya hoon, to maine dekha ke jab woh kehte hain, ek doosre se milte hain aur kehte hain ke peace be upon you, to mujhe laga ke yeh to jannat ka scene hai.</w:t>
      </w:r>
    </w:p>
    <w:p>
      <w:pPr>
        <w:jc w:val="right"/>
      </w:pPr>
      <w:r>
        <w:t>تو یہ میں کئی بار گیا ہوں، تو میں نے دیکھا کہ جب وہ کہتے ہیں، ایک دوسرے سے ملتے ہیں اور کہتے ہیں کہ پیس بی اپان یو، تو مجھے لگا کہ یہ تو جنت کا سین ہے۔</w:t>
      </w:r>
    </w:p>
    <w:p>
      <w:r>
        <w:rPr>
          <w:b/>
        </w:rPr>
        <w:t xml:space="preserve">[03:58] </w:t>
      </w:r>
      <w:r>
        <w:t>quran mein jo tasawwur diya gaya hai yeh hai ke jannati ek doosre ko peace peace kahenge.</w:t>
      </w:r>
    </w:p>
    <w:p>
      <w:pPr>
        <w:jc w:val="right"/>
      </w:pPr>
      <w:r>
        <w:t>قرآن میں جو تصور دیا گیا ہے یہ ہے کہ جنتی ایک دوسرے کو پیس پیس کہیں گے۔</w:t>
      </w:r>
    </w:p>
    <w:p>
      <w:r>
        <w:rPr>
          <w:b/>
        </w:rPr>
        <w:t xml:space="preserve">[04:08] </w:t>
      </w:r>
      <w:r>
        <w:t>bohat ajeeb baat hai.</w:t>
      </w:r>
    </w:p>
    <w:p>
      <w:pPr>
        <w:jc w:val="right"/>
      </w:pPr>
      <w:r>
        <w:t>بہت عجیب بات ہے۔</w:t>
      </w:r>
    </w:p>
    <w:p>
      <w:r>
        <w:rPr>
          <w:b/>
        </w:rPr>
        <w:t xml:space="preserve">[04:14] </w:t>
      </w:r>
      <w:r>
        <w:t>peace be upon you, peace be upon you. is ka matlab kya hai? is ka matlab yeh nahi ke zuban se yeh kalma bolenge.</w:t>
      </w:r>
    </w:p>
    <w:p>
      <w:pPr>
        <w:jc w:val="right"/>
      </w:pPr>
      <w:r>
        <w:t>پیس بی اپان یو، پیس بی اپان یو۔ اس کا مطلب کیا ہے؟ اس کا مطلب یہ نہیں کہ زبان سے یہ کلمہ بولیں گے۔</w:t>
      </w:r>
    </w:p>
    <w:p>
      <w:r>
        <w:rPr>
          <w:b/>
        </w:rPr>
        <w:t xml:space="preserve">[04:28] </w:t>
      </w:r>
      <w:r>
        <w:t>is ka matlab yeh hai ke jannat mein entry un logon ko milegi jo dunya mein</w:t>
      </w:r>
    </w:p>
    <w:p>
      <w:pPr>
        <w:jc w:val="right"/>
      </w:pPr>
      <w:r>
        <w:t>اس کا مطلب یہ ہے کہ جنت میں انٹری ان لوگوں کو ملے گی جو دنیا میں</w:t>
      </w:r>
    </w:p>
    <w:p>
      <w:r>
        <w:rPr>
          <w:b/>
        </w:rPr>
        <w:t xml:space="preserve">[04:42] </w:t>
      </w:r>
      <w:r>
        <w:t>apne ko trained kiya ho. muqaddah ka matlab yahi hai ke har qism ki negativity se pak hon.</w:t>
      </w:r>
    </w:p>
    <w:p>
      <w:pPr>
        <w:jc w:val="right"/>
      </w:pPr>
      <w:r>
        <w:t>اپنے کو ٹرینڈ کیا ہو۔ مدقہ کا مطلب یہی ہے کہ ہر قسم کی نیگیٹیوٹی سے پاک ہوں۔</w:t>
      </w:r>
    </w:p>
    <w:p>
      <w:r>
        <w:rPr>
          <w:b/>
        </w:rPr>
        <w:t xml:space="preserve">[04:55] </w:t>
      </w:r>
      <w:r>
        <w:t>un ke dil mein doosron ke liye siwa peace ke kuch na ho.</w:t>
      </w:r>
    </w:p>
    <w:p>
      <w:pPr>
        <w:jc w:val="right"/>
      </w:pPr>
      <w:r>
        <w:t>ان کے دل میں دوسروں کے لیے سوا پیس کا کچھ نہ ہو۔</w:t>
      </w:r>
    </w:p>
    <w:p>
      <w:r>
        <w:rPr>
          <w:b/>
        </w:rPr>
        <w:t xml:space="preserve">[05:04] </w:t>
      </w:r>
      <w:r>
        <w:t>dekhen, quran mein peghambaron ki zuban se aaya hai ke</w:t>
      </w:r>
    </w:p>
    <w:p>
      <w:pPr>
        <w:jc w:val="right"/>
      </w:pPr>
      <w:r>
        <w:t>دیکھیں، قرآن میں پیغمبروں کی زبان سے آیا ہے کہ</w:t>
      </w:r>
    </w:p>
    <w:p>
      <w:r>
        <w:rPr>
          <w:b/>
        </w:rPr>
        <w:t xml:space="preserve">[05:12] </w:t>
      </w:r>
      <w:r>
        <w:t>inni lakum nasun ameenun. peghambar apni qomon se kehte hain</w:t>
      </w:r>
    </w:p>
    <w:p>
      <w:pPr>
        <w:jc w:val="right"/>
      </w:pPr>
      <w:r>
        <w:t>إنّي لكم ناسٌ أمينٌ۔ پیغمبر اپنی قوموں سے کہتے ہیں</w:t>
      </w:r>
    </w:p>
    <w:p>
      <w:r>
        <w:rPr>
          <w:b/>
        </w:rPr>
        <w:t xml:space="preserve">[05:26] </w:t>
      </w:r>
      <w:r>
        <w:t>ke</w:t>
      </w:r>
    </w:p>
    <w:p>
      <w:pPr>
        <w:jc w:val="right"/>
      </w:pPr>
      <w:r>
        <w:t>کہ</w:t>
      </w:r>
    </w:p>
    <w:p>
      <w:r>
        <w:rPr>
          <w:b/>
        </w:rPr>
        <w:t xml:space="preserve">[05:30] </w:t>
      </w:r>
      <w:r>
        <w:t>mein tumhare liye naseh hoon. naseh ke mani khair khwah, khair khwah.</w:t>
      </w:r>
    </w:p>
    <w:p>
      <w:pPr>
        <w:jc w:val="right"/>
      </w:pPr>
      <w:r>
        <w:t>میں تمہارے لیے ناسے ہوں۔ ناسے کے معنی خیر خواہ، خیر خواہ۔</w:t>
      </w:r>
    </w:p>
    <w:p>
      <w:r>
        <w:rPr>
          <w:b/>
        </w:rPr>
        <w:t xml:space="preserve">[05:42] </w:t>
      </w:r>
      <w:r>
        <w:t>yani mujh se tum ko peace milega, koi doosri cheez nahi milegi.</w:t>
      </w:r>
    </w:p>
    <w:p>
      <w:pPr>
        <w:jc w:val="right"/>
      </w:pPr>
      <w:r>
        <w:t>یعنی مجھ سے تم کو پیس ملے گا، کوئی دوسری چیز نہیں ملے گی۔</w:t>
      </w:r>
    </w:p>
    <w:p>
      <w:r>
        <w:rPr>
          <w:b/>
        </w:rPr>
        <w:t xml:space="preserve">[05:53] </w:t>
      </w:r>
      <w:r>
        <w:t>isi baat ki training hai dunya.</w:t>
      </w:r>
    </w:p>
    <w:p>
      <w:pPr>
        <w:jc w:val="right"/>
      </w:pPr>
      <w:r>
        <w:t>اسی بات کی ٹریننگ ہے دنیا۔</w:t>
      </w:r>
    </w:p>
    <w:p>
      <w:r>
        <w:rPr>
          <w:b/>
        </w:rPr>
        <w:t xml:space="preserve">[06:03] </w:t>
      </w:r>
      <w:r>
        <w:t>to dunya ko</w:t>
      </w:r>
    </w:p>
    <w:p>
      <w:pPr>
        <w:jc w:val="right"/>
      </w:pPr>
      <w:r>
        <w:t>تو دنیا کو</w:t>
      </w:r>
    </w:p>
    <w:p>
      <w:r>
        <w:rPr>
          <w:b/>
        </w:rPr>
        <w:t xml:space="preserve">[06:08] </w:t>
      </w:r>
      <w:r>
        <w:t>people of paradise ki training ke liye kyun rakha gaya? yeh maine socha. yeh dunya, quran ke mukhtalif jaghon par aisi baatein kahi gayi hain, is ke liye ke aap sochen.</w:t>
      </w:r>
    </w:p>
    <w:p>
      <w:pPr>
        <w:jc w:val="right"/>
      </w:pPr>
      <w:r>
        <w:t>پیپل آف پیراڈائز کی ٹریننگ کے لیے کیوں رکھا گیا؟ یہ میں نے سوچا۔ یہ دنیا، قرآن کے مختلف جگہوں پر ایسی باتیں کہی گئی ہیں، اس کے لیے کہ آپ سوچیں۔</w:t>
      </w:r>
    </w:p>
    <w:p>
      <w:r>
        <w:rPr>
          <w:b/>
        </w:rPr>
        <w:t xml:space="preserve">[06:24] </w:t>
      </w:r>
      <w:r>
        <w:t>to yeh dunya people of paradise ki ka training center hai.</w:t>
      </w:r>
    </w:p>
    <w:p>
      <w:pPr>
        <w:jc w:val="right"/>
      </w:pPr>
      <w:r>
        <w:t>تو یہ دنیا پیپل آف پیراڈائز کی کا ٹریننگ سینٹر ہے۔</w:t>
      </w:r>
    </w:p>
    <w:p>
      <w:r>
        <w:rPr>
          <w:b/>
        </w:rPr>
        <w:t xml:space="preserve">[06:37] </w:t>
      </w:r>
      <w:r>
        <w:t>yeh dunya</w:t>
      </w:r>
    </w:p>
    <w:p>
      <w:pPr>
        <w:jc w:val="right"/>
      </w:pPr>
      <w:r>
        <w:t>یہ دنیا</w:t>
      </w:r>
    </w:p>
    <w:p>
      <w:r>
        <w:rPr>
          <w:b/>
        </w:rPr>
        <w:t xml:space="preserve">[06:44] </w:t>
      </w:r>
      <w:r>
        <w:t>people of paradise ki training ka center hai. yani yahan log trained ho gaye hain,</w:t>
      </w:r>
    </w:p>
    <w:p>
      <w:pPr>
        <w:jc w:val="right"/>
      </w:pPr>
      <w:r>
        <w:t>پیپل آف پیراڈائز کی ٹریننگ کا سینٹر ہے۔ یعنی یہاں لوگ ٹرینڈ ہو گئے ہیں،</w:t>
      </w:r>
    </w:p>
    <w:p>
      <w:r>
        <w:rPr>
          <w:b/>
        </w:rPr>
        <w:t xml:space="preserve">[06:56] </w:t>
      </w:r>
      <w:r>
        <w:t>is baat ke liye training di ja rahi hai ke doosre insanon ke liye un ke dil mein mohabbat hai, un ke woh har ek ke liye evolusher hain.</w:t>
      </w:r>
    </w:p>
    <w:p>
      <w:pPr>
        <w:jc w:val="right"/>
      </w:pPr>
      <w:r>
        <w:t>اس بات کے لیے ٹریننگ دی جا رہی ہے کہ دوسرے انسانوں کے لیے ان کے دل میں محبت ہے، ان کے وہ ہر ایک کے لیے ایولویشر ہیں۔</w:t>
      </w:r>
    </w:p>
    <w:p>
      <w:r>
        <w:rPr>
          <w:b/>
        </w:rPr>
        <w:t xml:space="preserve">[07:15] </w:t>
      </w:r>
      <w:r>
        <w:t>peace ke siwa koi aur cheez un ke dil mein doosre insanon ke liye nahi hai,</w:t>
      </w:r>
    </w:p>
    <w:p>
      <w:pPr>
        <w:jc w:val="right"/>
      </w:pPr>
      <w:r>
        <w:t>پیس کے سوا کوئی اور چیز ان کے دل میں دوسرے انسانوں کے لیے نہیں ہے،</w:t>
      </w:r>
    </w:p>
    <w:p>
      <w:r>
        <w:rPr>
          <w:b/>
        </w:rPr>
        <w:t xml:space="preserve">[07:24] </w:t>
      </w:r>
      <w:r>
        <w:t>is ki training ke liye. to ab aap sochen ke</w:t>
      </w:r>
    </w:p>
    <w:p>
      <w:pPr>
        <w:jc w:val="right"/>
      </w:pPr>
      <w:r>
        <w:t>اس کی ٹریننگ کے لیے۔ تو اب آپ سوچیے کہ</w:t>
      </w:r>
    </w:p>
    <w:p>
      <w:r>
        <w:rPr>
          <w:b/>
        </w:rPr>
        <w:t xml:space="preserve">[07:33] </w:t>
      </w:r>
      <w:r>
        <w:t>peace aur mohabbat wale logon ki training kahan ki jayegi?</w:t>
      </w:r>
    </w:p>
    <w:p>
      <w:pPr>
        <w:jc w:val="right"/>
      </w:pPr>
      <w:r>
        <w:t>پیس اور محبت والے لوگوں کی ٹریننگ کہاں کی جائے گی؟</w:t>
      </w:r>
    </w:p>
    <w:p>
      <w:r>
        <w:rPr>
          <w:b/>
        </w:rPr>
        <w:t xml:space="preserve">[07:44] </w:t>
      </w:r>
      <w:r>
        <w:t>kahan ki jayegi?</w:t>
      </w:r>
    </w:p>
    <w:p>
      <w:pPr>
        <w:jc w:val="right"/>
      </w:pPr>
      <w:r>
        <w:t>کہاں کی جائے گی؟</w:t>
      </w:r>
    </w:p>
    <w:p>
      <w:r>
        <w:rPr>
          <w:b/>
        </w:rPr>
        <w:t xml:space="preserve">[07:50] </w:t>
      </w:r>
      <w:r>
        <w:t>wahan ki jayegi jahan aise asbab hon jo insaan ko bharkayen, jo insaan ke dil mein negative thought paida karen.</w:t>
      </w:r>
    </w:p>
    <w:p>
      <w:pPr>
        <w:jc w:val="right"/>
      </w:pPr>
      <w:r>
        <w:t>وہاں کی جائے گی جہاں ایسے اسباب ہوں جو انسان کو بھڑکائیں، جو انسان کے دل میں نیگیٹیو تھاٹ پیدا کریں۔</w:t>
      </w:r>
    </w:p>
    <w:p>
      <w:r>
        <w:rPr>
          <w:b/>
        </w:rPr>
        <w:t xml:space="preserve">[08:05] </w:t>
      </w:r>
      <w:r>
        <w:t>to is ke is ko aap door tak sochen, is ko aap door tak sochen.</w:t>
      </w:r>
    </w:p>
    <w:p>
      <w:pPr>
        <w:jc w:val="right"/>
      </w:pPr>
      <w:r>
        <w:t>تو اس کے اس کو آپ دور تک سوچیے، اس کو آپ دور تک سوچیے۔</w:t>
      </w:r>
    </w:p>
    <w:p>
      <w:r>
        <w:rPr>
          <w:b/>
        </w:rPr>
        <w:t xml:space="preserve">[08:16] </w:t>
      </w:r>
      <w:r>
        <w:t>to is ka matlab yeh nikle ga</w:t>
      </w:r>
    </w:p>
    <w:p>
      <w:pPr>
        <w:jc w:val="right"/>
      </w:pPr>
      <w:r>
        <w:t>تو اس کا مطلب یہ نکلے گا</w:t>
      </w:r>
    </w:p>
    <w:p>
      <w:r>
        <w:rPr>
          <w:b/>
        </w:rPr>
        <w:t xml:space="preserve">[08:21] </w:t>
      </w:r>
      <w:r>
        <w:t>keh jannat ki training ke liye dunya jo rakhi gayi hai, isi rakhi gayi hai keh yahan</w:t>
      </w:r>
    </w:p>
    <w:p>
      <w:pPr>
        <w:jc w:val="right"/>
      </w:pPr>
      <w:r>
        <w:t>کہ جنت کی ٹریننگ کے لیے دنیا جو رکھی گئی ہے، اسی رکھی گئی ہے کہ یہاں</w:t>
      </w:r>
    </w:p>
    <w:p>
      <w:r>
        <w:rPr>
          <w:b/>
        </w:rPr>
        <w:t xml:space="preserve">[08:30] </w:t>
      </w:r>
      <w:r>
        <w:t>bhaRkne ke asbab hain,</w:t>
      </w:r>
    </w:p>
    <w:p>
      <w:pPr>
        <w:jc w:val="right"/>
      </w:pPr>
      <w:r>
        <w:t>بھڑکنے کے اسباب ہیں،</w:t>
      </w:r>
    </w:p>
    <w:p>
      <w:r>
        <w:rPr>
          <w:b/>
        </w:rPr>
        <w:t xml:space="preserve">[08:36] </w:t>
      </w:r>
      <w:r>
        <w:t>is mushtael ho jaane ke asbab hain, ghussa hone ke asbab hain.</w:t>
      </w:r>
    </w:p>
    <w:p>
      <w:pPr>
        <w:jc w:val="right"/>
      </w:pPr>
      <w:r>
        <w:t>اس مشتعل ہو جانے کے اسباب ہیں، غصہ ہونے کے اسباب ہیں۔</w:t>
      </w:r>
    </w:p>
    <w:p>
      <w:r>
        <w:rPr>
          <w:b/>
        </w:rPr>
        <w:t xml:space="preserve">[08:44] </w:t>
      </w:r>
      <w:r>
        <w:t>to aisi dunya mein rakh kar ke</w:t>
      </w:r>
    </w:p>
    <w:p>
      <w:pPr>
        <w:jc w:val="right"/>
      </w:pPr>
      <w:r>
        <w:t>تو ایسی دنیا میں رکھ کر کے</w:t>
      </w:r>
    </w:p>
    <w:p>
      <w:r>
        <w:rPr>
          <w:b/>
        </w:rPr>
        <w:t xml:space="preserve">[08:52] </w:t>
      </w:r>
      <w:r>
        <w:t>in ko trend kiya ja raha hai</w:t>
      </w:r>
    </w:p>
    <w:p>
      <w:pPr>
        <w:jc w:val="right"/>
      </w:pPr>
      <w:r>
        <w:t>ان کو ٹرینڈ کیا جا رہا ہے</w:t>
      </w:r>
    </w:p>
    <w:p>
      <w:r>
        <w:rPr>
          <w:b/>
        </w:rPr>
        <w:t xml:space="preserve">[09:00] </w:t>
      </w:r>
      <w:r>
        <w:t>keh woh</w:t>
      </w:r>
    </w:p>
    <w:p>
      <w:pPr>
        <w:jc w:val="right"/>
      </w:pPr>
      <w:r>
        <w:t>کہ وہ</w:t>
      </w:r>
    </w:p>
    <w:p>
      <w:r>
        <w:rPr>
          <w:b/>
        </w:rPr>
        <w:t xml:space="preserve">[09:07] </w:t>
      </w:r>
      <w:r>
        <w:t>provocation ke bawajood provok na ho. aisi dunya dunya mein rakha gaya hai. yahan provocation ke asbab hon,</w:t>
      </w:r>
    </w:p>
    <w:p>
      <w:pPr>
        <w:jc w:val="right"/>
      </w:pPr>
      <w:r>
        <w:t>پرووکیشن کے باوجود پرووک نہ ہوں۔ ایسی دنیا دنیا میں رکھا گیا ہے۔ یہاں پرووکیشن کے اسباب ہوں،</w:t>
      </w:r>
    </w:p>
    <w:p>
      <w:r>
        <w:rPr>
          <w:b/>
        </w:rPr>
        <w:t xml:space="preserve">[09:20] </w:t>
      </w:r>
      <w:r>
        <w:t>phir bhi woh provok na ho. yeh training hai.</w:t>
      </w:r>
    </w:p>
    <w:p>
      <w:pPr>
        <w:jc w:val="right"/>
      </w:pPr>
      <w:r>
        <w:t>پھر بھی وہ پرووک نہ ہوں۔ یہ ٹریننگ ہے۔</w:t>
      </w:r>
    </w:p>
    <w:p>
      <w:r>
        <w:rPr>
          <w:b/>
        </w:rPr>
        <w:t xml:space="preserve">[09:28] </w:t>
      </w:r>
      <w:r>
        <w:t>is ko dekhna hai.</w:t>
      </w:r>
    </w:p>
    <w:p>
      <w:pPr>
        <w:jc w:val="right"/>
      </w:pPr>
      <w:r>
        <w:t>اس کو دیکھنا ہے۔</w:t>
      </w:r>
    </w:p>
    <w:p>
      <w:r>
        <w:rPr>
          <w:b/>
        </w:rPr>
        <w:t xml:space="preserve">[09:45] </w:t>
      </w:r>
      <w:r>
        <w:t>misal ke taur par dekhiye keh koi aisi dunya mein jahan aise log hon jo aap ko ulta seedha keh dein, kuch ghussa dila dein,</w:t>
      </w:r>
    </w:p>
    <w:p>
      <w:pPr>
        <w:jc w:val="right"/>
      </w:pPr>
      <w:r>
        <w:t>مثلاً دیکھیے کہ کوئی ایسی دنیا میں جہاں ایسے لوگ ہوں جو آپ کو الٹا سیدھا کہہ دیں، کچھ غصہ دلا دیں،</w:t>
      </w:r>
    </w:p>
    <w:p>
      <w:r>
        <w:rPr>
          <w:b/>
        </w:rPr>
        <w:t xml:space="preserve">[09:59] </w:t>
      </w:r>
      <w:r>
        <w:t>lekin aap ghussa na hon.</w:t>
      </w:r>
    </w:p>
    <w:p>
      <w:pPr>
        <w:jc w:val="right"/>
      </w:pPr>
      <w:r>
        <w:t>لیکن آپ غصہ نہ ہوں۔</w:t>
      </w:r>
    </w:p>
    <w:p>
      <w:r>
        <w:rPr>
          <w:b/>
        </w:rPr>
        <w:t xml:space="preserve">[10:06] </w:t>
      </w:r>
      <w:r>
        <w:t>bhaRkne wali baat kahein keh lekin aap bhaRkein nahin.</w:t>
      </w:r>
    </w:p>
    <w:p>
      <w:pPr>
        <w:jc w:val="right"/>
      </w:pPr>
      <w:r>
        <w:t>بھڑکنے والی بات کہیں کہ لیکن آپ بھڑکیں نہیں۔</w:t>
      </w:r>
    </w:p>
    <w:p>
      <w:r>
        <w:rPr>
          <w:b/>
        </w:rPr>
        <w:t xml:space="preserve">[10:21] </w:t>
      </w:r>
      <w:r>
        <w:t>to is ke maani kya hue? is ka maani yeh hai keh aap agar kisi ko pathar marein, bam marein, yeh keh kar keh unhon ne hamare sath dushmani ki hai,</w:t>
      </w:r>
    </w:p>
    <w:p>
      <w:pPr>
        <w:jc w:val="right"/>
      </w:pPr>
      <w:r>
        <w:t>تو اس کے معنی کیا ہوئے؟ اس کا معنی یہ ہے کہ آپ اگر کسی کو پتھر ماریں، بم ماریں، یہ کہہ کر کہ انہوں نے ہمارے ساتھ دشمنی کی ہے،</w:t>
      </w:r>
    </w:p>
    <w:p>
      <w:r>
        <w:rPr>
          <w:b/>
        </w:rPr>
        <w:t xml:space="preserve">[10:36] </w:t>
      </w:r>
      <w:r>
        <w:t>to is ke maani kya honge? aap ailaan kar rahe hain keh main jannat mein entry paane ke qabil nahin hoon.</w:t>
      </w:r>
    </w:p>
    <w:p>
      <w:pPr>
        <w:jc w:val="right"/>
      </w:pPr>
      <w:r>
        <w:t>تو اس کے معنی کیا ہوں گے؟ آپ اعلان کر رہے ہیں کہ میں جنت میں انٹری پانے کے قابل نہیں ہوں۔</w:t>
      </w:r>
    </w:p>
    <w:p>
      <w:r>
        <w:rPr>
          <w:b/>
        </w:rPr>
        <w:t xml:space="preserve">[10:50] </w:t>
      </w:r>
      <w:r>
        <w:t>main jannat mein entry paane ke qabil nahin hoon kyunke main to bhaRkne wala insan hoon.</w:t>
      </w:r>
    </w:p>
    <w:p>
      <w:pPr>
        <w:jc w:val="right"/>
      </w:pPr>
      <w:r>
        <w:t>میں جنت میں انٹری پانے کے قابل نہیں ہوں کیونکہ میں تو بھڑکنے والا انسان ہوں۔</w:t>
      </w:r>
    </w:p>
    <w:p>
      <w:r>
        <w:rPr>
          <w:b/>
        </w:rPr>
        <w:t xml:space="preserve">[11:00] </w:t>
      </w:r>
      <w:r>
        <w:t>mujh ko chhaato, mujh ko chhaat do. main is qabil nahin hoon keh mujhe jannat mein entry mile.</w:t>
      </w:r>
    </w:p>
    <w:p>
      <w:pPr>
        <w:jc w:val="right"/>
      </w:pPr>
      <w:r>
        <w:t>مجھ کو چھاٹو، مجھ کو چھاٹ دو۔ میں اس قابل نہیں ہوں کہ مجھے جنت میں انٹری ملے۔</w:t>
      </w:r>
    </w:p>
    <w:p>
      <w:r>
        <w:rPr>
          <w:b/>
        </w:rPr>
        <w:t xml:space="preserve">[11:10] </w:t>
      </w:r>
      <w:r>
        <w:t>ab is se samajh mein aata hai keh keh har insan ke sath do farishte lage hue hain.</w:t>
      </w:r>
    </w:p>
    <w:p>
      <w:pPr>
        <w:jc w:val="right"/>
      </w:pPr>
      <w:r>
        <w:t>اب اس سے سمجھ میں آتا ہے کہ کہ ہر انسان کے ساتھ دو فرشتے لگے ہوئے ہیں۔</w:t>
      </w:r>
    </w:p>
    <w:p>
      <w:r>
        <w:rPr>
          <w:b/>
        </w:rPr>
        <w:t xml:space="preserve">[11:23] </w:t>
      </w:r>
      <w:r>
        <w:t>do farishte un ka record lene ke liye.</w:t>
      </w:r>
    </w:p>
    <w:p>
      <w:pPr>
        <w:jc w:val="right"/>
      </w:pPr>
      <w:r>
        <w:t>دو فرشتے ان کا ریکارڈ لینے کے لیے۔</w:t>
      </w:r>
    </w:p>
    <w:p>
      <w:r>
        <w:rPr>
          <w:b/>
        </w:rPr>
        <w:t xml:space="preserve">[11:32] </w:t>
      </w:r>
      <w:r>
        <w:t>to main samajhta hoon keh do farishte kyun? main sochta tha keh do farishte kyun? ek farishta kafi hai, ek farishta kafi hai.</w:t>
      </w:r>
    </w:p>
    <w:p>
      <w:pPr>
        <w:jc w:val="right"/>
      </w:pPr>
      <w:r>
        <w:t>تو میں سمجھتا ہوں کہ دو فرشتے کیوں؟ میں سوچتا تھا کہ دو فرشتے کیوں؟ ایک فرشتہ کافی ہے، ایک فرشتہ کافی ہے۔</w:t>
      </w:r>
    </w:p>
    <w:p>
      <w:r>
        <w:rPr>
          <w:b/>
        </w:rPr>
        <w:t xml:space="preserve">[11:52] </w:t>
      </w:r>
      <w:r>
        <w:t>har insan ke sath do do farishte observer ke taur par kyun hain? ek hi kafi tha.</w:t>
      </w:r>
    </w:p>
    <w:p>
      <w:pPr>
        <w:jc w:val="right"/>
      </w:pPr>
      <w:r>
        <w:t>ہر انسان کے ساتھ دو دو فرشتے ابزروور کے طور پر کیوں ہیں؟ ایک ہی کافی تھا۔</w:t>
      </w:r>
    </w:p>
    <w:p>
      <w:r>
        <w:rPr>
          <w:b/>
        </w:rPr>
        <w:t xml:space="preserve">[12:03] </w:t>
      </w:r>
      <w:r>
        <w:t>to do is liye hain keh ek aadmi, ek farishta is liye hai keh woh yeh record kare keh yeh insan jo hai, is ko bhaRkaya gaya, woh bhaRka nahin.</w:t>
      </w:r>
    </w:p>
    <w:p>
      <w:pPr>
        <w:jc w:val="right"/>
      </w:pPr>
      <w:r>
        <w:t>تو دو اس لیے ہیں کہ ایک آدمی، ایک فرشتہ اس لیے ہے کہ وہ یہ ریکارڈ کرے کہ یہ انسان جو ہے، اس کو بھڑکایا گیا، وہ بھڑکا نہیں۔</w:t>
      </w:r>
    </w:p>
    <w:p>
      <w:r>
        <w:rPr>
          <w:b/>
        </w:rPr>
        <w:t xml:space="preserve">[12:16] </w:t>
      </w:r>
      <w:r>
        <w:t>is ke liye</w:t>
      </w:r>
    </w:p>
    <w:p>
      <w:pPr>
        <w:jc w:val="right"/>
      </w:pPr>
      <w:r>
        <w:t>اس کے لیے</w:t>
      </w:r>
    </w:p>
    <w:p>
      <w:r>
        <w:rPr>
          <w:b/>
        </w:rPr>
        <w:t xml:space="preserve">[12:20] </w:t>
      </w:r>
      <w:r>
        <w:t>nafrat ke asbab paida hue, lekin is ne nafrat nahin ki.</w:t>
      </w:r>
    </w:p>
    <w:p>
      <w:pPr>
        <w:jc w:val="right"/>
      </w:pPr>
      <w:r>
        <w:t>نفرت کے اسباب پیدا ہوئے، لیکن اس نے نفرت نہیں کی۔</w:t>
      </w:r>
    </w:p>
    <w:p>
      <w:r>
        <w:rPr>
          <w:b/>
        </w:rPr>
        <w:t xml:space="preserve">[12:26] </w:t>
      </w:r>
      <w:r>
        <w:t>is ke sath dushmani ke mamlaat hue, is lekin is ne dushmani nahin ki.</w:t>
      </w:r>
    </w:p>
    <w:p>
      <w:pPr>
        <w:jc w:val="right"/>
      </w:pPr>
      <w:r>
        <w:t>اس کے ساتھ دشمنی کے معاملات ہوئے، اس لیکن اس نے دشمنی نہیں کی۔</w:t>
      </w:r>
    </w:p>
    <w:p>
      <w:r>
        <w:rPr>
          <w:b/>
        </w:rPr>
        <w:t xml:space="preserve">[12:34] </w:t>
      </w:r>
      <w:r>
        <w:t>yani negative,</w:t>
      </w:r>
    </w:p>
    <w:p>
      <w:pPr>
        <w:jc w:val="right"/>
      </w:pPr>
      <w:r>
        <w:t>یعنی نیگیٹیو،</w:t>
      </w:r>
    </w:p>
    <w:p>
      <w:r>
        <w:rPr>
          <w:b/>
        </w:rPr>
        <w:t xml:space="preserve">[12:38] </w:t>
      </w:r>
      <w:r>
        <w:t>negative halaat mein positive response dena.</w:t>
      </w:r>
    </w:p>
    <w:p>
      <w:pPr>
        <w:jc w:val="right"/>
      </w:pPr>
      <w:r>
        <w:t>نیگیٹیو حالات میں پازیٹیو رسپانس دینا۔</w:t>
      </w:r>
    </w:p>
    <w:p>
      <w:r>
        <w:rPr>
          <w:b/>
        </w:rPr>
        <w:t xml:space="preserve">[12:48] </w:t>
      </w:r>
      <w:r>
        <w:t>negative halaat mein positive response dena. is yeh hai tazkiya.</w:t>
      </w:r>
    </w:p>
    <w:p>
      <w:pPr>
        <w:jc w:val="right"/>
      </w:pPr>
      <w:r>
        <w:t>نیگیٹیو حالات میں پازیٹیو رسپانس دینا۔ اس یہ ہے تزکیہ۔</w:t>
      </w:r>
    </w:p>
    <w:p>
      <w:r>
        <w:rPr>
          <w:b/>
        </w:rPr>
        <w:t xml:space="preserve">[12:57] </w:t>
      </w:r>
      <w:r>
        <w:t>to ek farishta is liye hai ke woh dekh raha hai ke woh kaun insaan hai jo negative halaat mein positive response deta hai.</w:t>
      </w:r>
    </w:p>
    <w:p>
      <w:pPr>
        <w:jc w:val="right"/>
      </w:pPr>
      <w:r>
        <w:t>تو ایک فرشتہ اس لیے ہے کہ وہ دیکھ رہا ہے کہ وہ کون انسان ہے جو نیگیٹیو حالات میں پازیٹیو رسپانس دیتا ہے۔</w:t>
      </w:r>
    </w:p>
    <w:p>
      <w:r>
        <w:rPr>
          <w:b/>
        </w:rPr>
        <w:t xml:space="preserve">[13:10] </w:t>
      </w:r>
      <w:r>
        <w:t>aur doosra farishta is liye hai ke woh dekhe kaun sabr nahi kar pata, react karta hai.</w:t>
      </w:r>
    </w:p>
    <w:p>
      <w:pPr>
        <w:jc w:val="right"/>
      </w:pPr>
      <w:r>
        <w:t>اور دوسرا فرشتہ اس لیے ہے کہ وہ دیکھے کون صبر نہیں کر پاتا، ری ایکٹ کرتا ہے۔</w:t>
      </w:r>
    </w:p>
    <w:p>
      <w:r>
        <w:rPr>
          <w:b/>
        </w:rPr>
        <w:t xml:space="preserve">[13:24] </w:t>
      </w:r>
      <w:r>
        <w:t>react karta hai. yani pathar marta hai, bomb marta hai, bura bhala kehta hai, ladai chherhta hai.</w:t>
      </w:r>
    </w:p>
    <w:p>
      <w:pPr>
        <w:jc w:val="right"/>
      </w:pPr>
      <w:r>
        <w:t>ری ایکٹ کرتا ہے۔ یعنی پتھر مارتا ہے، بم مارتا ہے، برا بھلا کہتا ہے، لڑائی چھیڑتا ہے۔</w:t>
      </w:r>
    </w:p>
    <w:p>
      <w:r>
        <w:rPr>
          <w:b/>
        </w:rPr>
        <w:t xml:space="preserve">[13:37] </w:t>
      </w:r>
      <w:r>
        <w:t>to ek farishta insaan ke andar yeh sifat hai ke nahi hai, yeh record karta hai.</w:t>
      </w:r>
    </w:p>
    <w:p>
      <w:pPr>
        <w:jc w:val="right"/>
      </w:pPr>
      <w:r>
        <w:t>تو ایک فرشتہ انسان کے اندر یہ صفت ہے کہ نہیں ہے، یہ ریکارڈ کرتا ہے۔</w:t>
      </w:r>
    </w:p>
    <w:p>
      <w:r>
        <w:rPr>
          <w:b/>
        </w:rPr>
        <w:t xml:space="preserve">[13:48] </w:t>
      </w:r>
      <w:r>
        <w:t>aur doosra farishta yeh nahi ke yeh to dunya mein fail ho gaya, us ne</w:t>
      </w:r>
    </w:p>
    <w:p>
      <w:pPr>
        <w:jc w:val="right"/>
      </w:pPr>
      <w:r>
        <w:t>اور دوسرا فرشتہ یہ نہیں کہ یہ تو دنیا میں فیل ہو گیا، اس نے</w:t>
      </w:r>
    </w:p>
    <w:p>
      <w:r>
        <w:rPr>
          <w:b/>
        </w:rPr>
        <w:t xml:space="preserve">[13:57] </w:t>
      </w:r>
      <w:r>
        <w:t>react kiya, us ne negative halaat mein negative response diya.</w:t>
      </w:r>
    </w:p>
    <w:p>
      <w:pPr>
        <w:jc w:val="right"/>
      </w:pPr>
      <w:r>
        <w:t>ری ایکٹ کیا، اس نے نیگیٹیو حالات میں نیگیٹیو رسپانس دیا۔</w:t>
      </w:r>
    </w:p>
    <w:p>
      <w:r>
        <w:rPr>
          <w:b/>
        </w:rPr>
        <w:t xml:space="preserve">[14:07] </w:t>
      </w:r>
      <w:r>
        <w:t>to is se is se kya nikla hai? is se hamein kya lesson mila? lesson yeh mila ke is dunya mein har insaan ko bohat zyada alert hona chahiye</w:t>
      </w:r>
    </w:p>
    <w:p>
      <w:pPr>
        <w:jc w:val="right"/>
      </w:pPr>
      <w:r>
        <w:t>تو اس سے اس سے کیا نکلا ہے؟ اس سے ہمیں کیا لیسن ملا؟ لیسن یہ ملا کہ اس دنیا میں ہر انسان کو بہت زیادہ الرٹ ہونا چاہیے</w:t>
      </w:r>
    </w:p>
    <w:p>
      <w:r>
        <w:rPr>
          <w:b/>
        </w:rPr>
        <w:t xml:space="preserve">[14:27] </w:t>
      </w:r>
      <w:r>
        <w:t>ke kahin mein reaction ka andaza ho jaye. mera</w:t>
      </w:r>
    </w:p>
    <w:p>
      <w:pPr>
        <w:jc w:val="right"/>
      </w:pPr>
      <w:r>
        <w:t>کہ کہیں میں ری ایکشن کا اندازہ ہو جائے۔ میرا</w:t>
      </w:r>
    </w:p>
    <w:p>
      <w:r>
        <w:rPr>
          <w:b/>
        </w:rPr>
        <w:t xml:space="preserve">[14:35] </w:t>
      </w:r>
      <w:r>
        <w:t>jab bhi reaction ka koi</w:t>
      </w:r>
    </w:p>
    <w:p>
      <w:pPr>
        <w:jc w:val="right"/>
      </w:pPr>
      <w:r>
        <w:t>جب بھی ری ایکشن کا کوئی</w:t>
      </w:r>
    </w:p>
    <w:p>
      <w:r>
        <w:rPr>
          <w:b/>
        </w:rPr>
        <w:t xml:space="preserve">[14:42] </w:t>
      </w:r>
      <w:r>
        <w:t>fael us ke samne samajh aaye to woh bohat hi zyada,</w:t>
      </w:r>
    </w:p>
    <w:p>
      <w:pPr>
        <w:jc w:val="right"/>
      </w:pPr>
      <w:r>
        <w:t>فعل اس کے سامنے سمجھ آئے تو وہ بہت ہی زیادہ،</w:t>
      </w:r>
    </w:p>
    <w:p>
      <w:r>
        <w:rPr>
          <w:b/>
        </w:rPr>
        <w:t xml:space="preserve">[14:54] </w:t>
      </w:r>
      <w:r>
        <w:t>bohat hi zyada</w:t>
      </w:r>
    </w:p>
    <w:p>
      <w:pPr>
        <w:jc w:val="right"/>
      </w:pPr>
      <w:r>
        <w:t>بہت ہی زیادہ</w:t>
      </w:r>
    </w:p>
    <w:p>
      <w:r>
        <w:rPr>
          <w:b/>
        </w:rPr>
        <w:t xml:space="preserve">[14:58] </w:t>
      </w:r>
      <w:r>
        <w:t>sensitive ho jaye is baat ke liye ke use react nahi karna hai. woh to inna lakum nasun ameen ka jo</w:t>
      </w:r>
    </w:p>
    <w:p>
      <w:pPr>
        <w:jc w:val="right"/>
      </w:pPr>
      <w:r>
        <w:t>سینسٹیو ہو جائے اس بات کے لیے کہ اسے ری ایکٹ نہیں کرنا ہے۔ وہ تو انی لکم ناسون امین کا جو</w:t>
      </w:r>
    </w:p>
    <w:p>
      <w:r>
        <w:rPr>
          <w:b/>
        </w:rPr>
        <w:t xml:space="preserve">[15:12] </w:t>
      </w:r>
      <w:r>
        <w:t>paighambaron ka jo tareeqa tha, us par qaim rehna hai.</w:t>
      </w:r>
    </w:p>
    <w:p>
      <w:pPr>
        <w:jc w:val="right"/>
      </w:pPr>
      <w:r>
        <w:t>پیغمبروں کا جو طریقہ تھا، اس پر قائم رہنا ہے۔</w:t>
      </w:r>
    </w:p>
    <w:p>
      <w:r>
        <w:rPr>
          <w:b/>
        </w:rPr>
        <w:t xml:space="preserve">[15:21] </w:t>
      </w:r>
      <w:r>
        <w:t>to jo log ek excuse le kar ke, jo log excuse le kar ke bomb marte hain, bomb marte hain, pathar marte hain, bura bhala kehte hain, nare lagate hain,</w:t>
      </w:r>
    </w:p>
    <w:p>
      <w:pPr>
        <w:jc w:val="right"/>
      </w:pPr>
      <w:r>
        <w:t>تو جو لوگ ایک ایکسکیوز لے کر کے، جو لوگ ایکسکیوز لے کر کے بم مارتے ہیں، بم مارتے ہیں، پتھر مارتے ہیں، برا بھلا کہتے ہیں، نعرے لگاتے ہیں،</w:t>
      </w:r>
    </w:p>
    <w:p>
      <w:r>
        <w:rPr>
          <w:b/>
        </w:rPr>
        <w:t xml:space="preserve">[15:39] </w:t>
      </w:r>
      <w:r>
        <w:t>to woh</w:t>
      </w:r>
    </w:p>
    <w:p>
      <w:pPr>
        <w:jc w:val="right"/>
      </w:pPr>
      <w:r>
        <w:t>تو وہ</w:t>
      </w:r>
    </w:p>
    <w:p>
      <w:r>
        <w:rPr>
          <w:b/>
        </w:rPr>
        <w:t xml:space="preserve">[15:43] </w:t>
      </w:r>
      <w:r>
        <w:t>yeh sabit kar rahe hain, balkeh elaan kar rahe hain is baat ka</w:t>
      </w:r>
    </w:p>
    <w:p>
      <w:pPr>
        <w:jc w:val="right"/>
      </w:pPr>
      <w:r>
        <w:t>یہ ثابت کر رہے ہیں، بلکہ اعلان کر رہے ہیں اس بات کا</w:t>
      </w:r>
    </w:p>
    <w:p>
      <w:r>
        <w:rPr>
          <w:b/>
        </w:rPr>
        <w:t xml:space="preserve">[15:49] </w:t>
      </w:r>
      <w:r>
        <w:t>ke woh Allah ki dunya ke liye, Allah ki jannat ke liye,</w:t>
      </w:r>
    </w:p>
    <w:p>
      <w:pPr>
        <w:jc w:val="right"/>
      </w:pPr>
      <w:r>
        <w:t>کہ وہ اللہ کی دنیا کے لیے، اللہ کی جنت کے لیے،</w:t>
      </w:r>
    </w:p>
    <w:p>
      <w:r>
        <w:rPr>
          <w:b/>
        </w:rPr>
        <w:t xml:space="preserve">[16:01] </w:t>
      </w:r>
      <w:r>
        <w:t>woh invalid hain. is qabil hi nahi ke un ko jannat ki khushbu bhi milay. hadees mein aata hai ke aise logon ke, kuch logon ke baray mein ke unhein jannat ki khushbu bhi nahi mile gi.</w:t>
      </w:r>
    </w:p>
    <w:p>
      <w:pPr>
        <w:jc w:val="right"/>
      </w:pPr>
      <w:r>
        <w:t>وہ ان ویلڈ ہیں۔ اس قابل ہی نہیں کہ ان کو جنت کی خوشبو بھی ملے۔ حدیث میں آتا ہے کہ ایسے لوگوں کے، کچھ لوگوں کے بارے میں کہ انہیں جنت کی خوشبو بھی نہیں ملے گی۔</w:t>
      </w:r>
    </w:p>
    <w:p>
      <w:r>
        <w:rPr>
          <w:b/>
        </w:rPr>
        <w:t xml:space="preserve">[16:18] </w:t>
      </w:r>
      <w:r>
        <w:t>yeh to, yahi to hain woh log jinhone react kiya, jo ghussa hue, jinhone nafrat ki, jinhone pathar mare, jinhone bomb mare.</w:t>
      </w:r>
    </w:p>
    <w:p>
      <w:pPr>
        <w:jc w:val="right"/>
      </w:pPr>
      <w:r>
        <w:t>یہ تو، یہی تو ہیں وہ لوگ جنہوں نے ری ایکٹ کیا، جو غصہ ہوئے، جنہوں نے نفرت کی، جنہوں نے پتھر مارے، جنہوں نے بم مارے۔</w:t>
      </w:r>
    </w:p>
    <w:p>
      <w:r>
        <w:rPr>
          <w:b/>
        </w:rPr>
        <w:t xml:space="preserve">[16:32] </w:t>
      </w:r>
      <w:r>
        <w:t>to is ka matlab hai ke jab kabhi jin logon ko log bator excuse pesh karte hain, jin waqeyat ko log bator excuse pesh karte hain, woh to more alert hone ki baat hai.</w:t>
      </w:r>
    </w:p>
    <w:p>
      <w:pPr>
        <w:jc w:val="right"/>
      </w:pPr>
      <w:r>
        <w:t>تو اس کا معنی ہے کہ جب کبھی جن لوگوں کو لوگ بطور ایکسکیوز پیش کرتے ہیں، جن واقعات کو لوگ بطور ایکسکیوز پیش کرتے ہیں، وہ تو مور الرٹ ہونے کی بات ہے۔</w:t>
      </w:r>
    </w:p>
    <w:p>
      <w:r>
        <w:rPr>
          <w:b/>
        </w:rPr>
        <w:t xml:space="preserve">[16:51] </w:t>
      </w:r>
      <w:r>
        <w:t>jab aap kahein ke hamein, hamare sath aisa kiya tha, yeh jab aisa kar rahe hain to yeh ulti boli. kyunke woh waqt tha ke aap aur alert hote, aur zyada positive ho jatay.</w:t>
      </w:r>
    </w:p>
    <w:p>
      <w:pPr>
        <w:jc w:val="right"/>
      </w:pPr>
      <w:r>
        <w:t>جب آپ کہیں کہ ہمیں، ہمارے ساتھ ایسا کیا تھا، یہ جب ایسا کر رہے ہیں تو یہ الٹی بولی۔ کیونکہ وہ وقت تھا کہ آپ اور الرٹ ہوتے، اور زیادہ پازیٹیو ہو جاتے۔</w:t>
      </w:r>
    </w:p>
    <w:p>
      <w:r>
        <w:rPr>
          <w:b/>
        </w:rPr>
        <w:t xml:space="preserve">[17:08] </w:t>
      </w:r>
      <w:r>
        <w:t>kyunke woh aap ka imtehan ka waqt tha.</w:t>
      </w:r>
    </w:p>
    <w:p>
      <w:pPr>
        <w:jc w:val="right"/>
      </w:pPr>
      <w:r>
        <w:t>کیونکہ وہ آپ کا امتحان کا وقت تھا۔</w:t>
      </w:r>
    </w:p>
    <w:p>
      <w:r>
        <w:rPr>
          <w:b/>
        </w:rPr>
        <w:t xml:space="preserve">[17:14] </w:t>
      </w:r>
      <w:r>
        <w:t>zahir hai ke imtehan is tarah ke imtehan aise halaat mein nahi diya jayega ke aap par phool barsaye jayen, aap ko shabashiyan di jayen.</w:t>
      </w:r>
    </w:p>
    <w:p>
      <w:pPr>
        <w:jc w:val="right"/>
      </w:pPr>
      <w:r>
        <w:t>ظاہر ہے کہ امتحان اس طرح کے امتحان ایسے حالات میں نہیں دیا جائے کہ آپ پر پھول برسائے جائیں، آپ کو شاباشیاں دی جائیں۔</w:t>
      </w:r>
    </w:p>
    <w:p>
      <w:r>
        <w:rPr>
          <w:b/>
        </w:rPr>
        <w:t xml:space="preserve">[17:29] </w:t>
      </w:r>
      <w:r>
        <w:t>aisa kaise ho sakta hai? provocative halaat hi mein aap ka selection hoga ke aap jaane ke qabil hain ke nahi hain.</w:t>
      </w:r>
    </w:p>
    <w:p>
      <w:pPr>
        <w:jc w:val="right"/>
      </w:pPr>
      <w:r>
        <w:t>ایسا کیسے ہو سکتا ہے؟ پرووکیٹیو حالات ہی میں آپ کا سلیکشن ہوگا کہ آپ جانے کے قابل ہیں کہ نہیں ہیں۔</w:t>
      </w:r>
    </w:p>
    <w:p>
      <w:r>
        <w:rPr>
          <w:b/>
        </w:rPr>
        <w:t xml:space="preserve">[17:47] </w:t>
      </w:r>
      <w:r>
        <w:t>to is ko main agar lafz badal ke kahoon to main yeh kahoon ga ke akhirat ki jahannam, akhirat ki jahannam in logon ke liye hai jo dunya mein</w:t>
      </w:r>
    </w:p>
    <w:p>
      <w:pPr>
        <w:jc w:val="right"/>
      </w:pPr>
      <w:r>
        <w:t>تو اس کو میں اگر لفظ بدل کے کہوں تو میں یہ کہوں گا کہ آخرت کی جہنم، آخرت کی جہنم ان لوگوں کے لیے ہے جو دنیا میں</w:t>
      </w:r>
    </w:p>
    <w:p>
      <w:r>
        <w:rPr>
          <w:b/>
        </w:rPr>
        <w:t xml:space="preserve">[18:08] </w:t>
      </w:r>
      <w:r>
        <w:t>negative</w:t>
      </w:r>
    </w:p>
    <w:p>
      <w:pPr>
        <w:jc w:val="right"/>
      </w:pPr>
      <w:r>
        <w:t>نیگیٹیو</w:t>
      </w:r>
    </w:p>
    <w:p>
      <w:r>
        <w:rPr>
          <w:b/>
        </w:rPr>
        <w:t xml:space="preserve">[18:11] </w:t>
      </w:r>
      <w:r>
        <w:t>soch mein jeeyen, negative reaction mein jeeyen.</w:t>
      </w:r>
    </w:p>
    <w:p>
      <w:pPr>
        <w:jc w:val="right"/>
      </w:pPr>
      <w:r>
        <w:t>سوچ میں جیئیں، نیگیٹیو ری ایکشن میں جیئیں۔</w:t>
      </w:r>
    </w:p>
    <w:p>
      <w:r>
        <w:rPr>
          <w:b/>
        </w:rPr>
        <w:t xml:space="preserve">[18:20] </w:t>
      </w:r>
      <w:r>
        <w:t>aur akhirat ki jannat, ki jannat in logon ke liye hai, akhirat ki paradise in logon ke liye hai jo dunya mein</w:t>
      </w:r>
    </w:p>
    <w:p>
      <w:pPr>
        <w:jc w:val="right"/>
      </w:pPr>
      <w:r>
        <w:t>اور آخرت کی جنت، کی جنت ان لوگوں کے لیے ہے، آخرت کی پیراڈائز ان لوگوں کے لیے ہے جو دنیا میں</w:t>
      </w:r>
    </w:p>
    <w:p>
      <w:r>
        <w:rPr>
          <w:b/>
        </w:rPr>
        <w:t xml:space="preserve">[18:34] </w:t>
      </w:r>
      <w:r>
        <w:t>positive behavior ke sath rahen,</w:t>
      </w:r>
    </w:p>
    <w:p>
      <w:pPr>
        <w:jc w:val="right"/>
      </w:pPr>
      <w:r>
        <w:t>پازیٹیو بیہیویئر کے ساتھ رہیں،</w:t>
      </w:r>
    </w:p>
    <w:p>
      <w:r>
        <w:rPr>
          <w:b/>
        </w:rPr>
        <w:t xml:space="preserve">[18:40] </w:t>
      </w:r>
      <w:r>
        <w:t>positive behavior ke sath rahen.</w:t>
      </w:r>
    </w:p>
    <w:p>
      <w:pPr>
        <w:jc w:val="right"/>
      </w:pPr>
      <w:r>
        <w:t>پازیٹیو بیہیویئر کے ساتھ رہیں۔</w:t>
      </w:r>
    </w:p>
    <w:p>
      <w:r>
        <w:rPr>
          <w:b/>
        </w:rPr>
        <w:t xml:space="preserve">[18:49] </w:t>
      </w:r>
      <w:r>
        <w:t>to main dua karta hoon apne liye, aap sab logon ke liye ke aap is Allah taala ki is scheme ko janiye.</w:t>
      </w:r>
    </w:p>
    <w:p>
      <w:pPr>
        <w:jc w:val="right"/>
      </w:pPr>
      <w:r>
        <w:t>تو میں دعا کرتا ہوں اپنے لیے، آپ سب لوگوں کے لیے کہ آپ اس اللہ تعالی کی اس اسکیم کو جانیں۔</w:t>
      </w:r>
    </w:p>
    <w:p>
      <w:r>
        <w:rPr>
          <w:b/>
        </w:rPr>
        <w:t xml:space="preserve">[19:05] </w:t>
      </w:r>
      <w:r>
        <w:t>Allah taala ki is scheme ko janiye ke dunya banai hai Allah taala ne kis liye. khalq al maut wa al hayat li yubluakum ayukum ahsan amala</w:t>
      </w:r>
    </w:p>
    <w:p>
      <w:pPr>
        <w:jc w:val="right"/>
      </w:pPr>
      <w:r>
        <w:t>اللہ تعالی کی اس اسکیم کو جانیں کہ دنیا بنائی ہے اللہ تعالی نے کس لیے۔ خلق الموت ولا جاتا لیولکم علیکم اصل عملا</w:t>
      </w:r>
    </w:p>
    <w:p>
      <w:r>
        <w:rPr>
          <w:b/>
        </w:rPr>
        <w:t xml:space="preserve">[19:20] </w:t>
      </w:r>
      <w:r>
        <w:t>ke yeh dunya selection ke liye hai.</w:t>
      </w:r>
    </w:p>
    <w:p>
      <w:pPr>
        <w:jc w:val="right"/>
      </w:pPr>
      <w:r>
        <w:t>کہ یہ دنیا سلیکشن کے لیے ہے۔</w:t>
      </w:r>
    </w:p>
    <w:p>
      <w:r>
        <w:rPr>
          <w:b/>
        </w:rPr>
        <w:t xml:space="preserve">[19:29] </w:t>
      </w:r>
      <w:r>
        <w:t>main apne liye, aap sab logon ke liye dua karta hoon ke hamein janiye ke yeh dunya selection ke liye hai,</w:t>
      </w:r>
    </w:p>
    <w:p>
      <w:pPr>
        <w:jc w:val="right"/>
      </w:pPr>
      <w:r>
        <w:t>میں اپنے لیے، آپ سب لوگوں کے لیے دعا کرتا ہوں کہ ہمیں جانیں کہ یہ دنیا سلیکشن کے لیے ہے،</w:t>
      </w:r>
    </w:p>
    <w:p>
      <w:r>
        <w:rPr>
          <w:b/>
        </w:rPr>
        <w:t xml:space="preserve">[19:41] </w:t>
      </w:r>
      <w:r>
        <w:t>apne aap ko negative behavior se bachane ke liye taake farishte hamara naam likhen jannat ke deserving candidate ke logon mein.</w:t>
      </w:r>
    </w:p>
    <w:p>
      <w:pPr>
        <w:jc w:val="right"/>
      </w:pPr>
      <w:r>
        <w:t>اپنے آپ کو نیگیٹیو بیہیویئر سے بچانے کے لیے تاکہ فرشتے ہمارا نام لکھیں جنت کے ڈیزروی کینڈیڈیٹ کے لوگوں میں۔</w:t>
      </w:r>
    </w:p>
    <w:p>
      <w:r>
        <w:rPr>
          <w:b/>
        </w:rPr>
        <w:t xml:space="preserve">[19:57] </w:t>
      </w:r>
      <w:r>
        <w:t>to main dua karta hoon apne liye aur aap sab logon ke liye ke aap is imtehan mein hum fail hone se bachen aur is mein hum</w:t>
      </w:r>
    </w:p>
    <w:p>
      <w:pPr>
        <w:jc w:val="right"/>
      </w:pPr>
      <w:r>
        <w:t>تو میں دعا کرتا ہوں اپنے لیے اور آپ سب لوگوں کے لیے کہ آپ اس امتحان میں ہم فیل ہونے سے بچیں اور اس میں ہم</w:t>
      </w:r>
    </w:p>
    <w:p>
      <w:r>
        <w:rPr>
          <w:b/>
        </w:rPr>
        <w:t xml:space="preserve">[20:14] </w:t>
      </w:r>
      <w:r>
        <w:t>is selection mein kamyab qarar payen.</w:t>
      </w:r>
    </w:p>
    <w:p>
      <w:pPr>
        <w:jc w:val="right"/>
      </w:pPr>
      <w:r>
        <w:t>اس سلیکشن میں کامیاب قرار پائیں۔</w:t>
      </w:r>
    </w:p>
    <w:p>
      <w:r>
        <w:rPr>
          <w:b/>
        </w:rPr>
        <w:t xml:space="preserve">[20:26] </w:t>
      </w:r>
      <w:r>
        <w:t>Allah taala hum sab ko jahannam ki aag se bachaye aur jannat ke baghon mein dakhil kare.</w:t>
      </w:r>
    </w:p>
    <w:p>
      <w:pPr>
        <w:jc w:val="right"/>
      </w:pPr>
      <w:r>
        <w:t>اللہ تعالی ہم سب کو جہنم کی آگ سے بچائے اور جنت کے باغوں میں داخل کرے۔</w:t>
      </w:r>
    </w:p>
    <w:p>
      <w:r>
        <w:rPr>
          <w:b/>
        </w:rPr>
        <w:t xml:space="preserve">[20:37] </w:t>
      </w:r>
      <w:r>
        <w:t>Allah taala hum sab ko</w:t>
      </w:r>
    </w:p>
    <w:p>
      <w:pPr>
        <w:jc w:val="right"/>
      </w:pPr>
      <w:r>
        <w:t>اللہ تعالی ہم سب کو</w:t>
      </w:r>
    </w:p>
    <w:p>
      <w:r>
        <w:rPr>
          <w:b/>
        </w:rPr>
        <w:t xml:space="preserve">[20:41] </w:t>
      </w:r>
      <w:r>
        <w:t>jahannam ki aag se bachaye aur hum ko jannat ke baghon mein dakhil kare. Assalamu alaikum wa rahmatullah.</w:t>
      </w:r>
    </w:p>
    <w:p>
      <w:pPr>
        <w:jc w:val="right"/>
      </w:pPr>
      <w:r>
        <w:t>جہنم کی آگ سے بچائے اور ہم کو جنت کے باغوں میں داخل کرے۔ السلام علیکم ورحمۃ اللہ۔</w:t>
      </w:r>
    </w:p>
    <w:p>
      <w:r>
        <w:rPr>
          <w:b/>
        </w:rPr>
        <w:t xml:space="preserve">[21:08] </w:t>
      </w:r>
      <w:r>
        <w:t>molana, my question is that, ah why is the test different for different people?</w:t>
      </w:r>
    </w:p>
    <w:p>
      <w:pPr>
        <w:jc w:val="right"/>
      </w:pPr>
      <w:r>
        <w:t>مولانا، مائی کوئسچن از دیٹ، اہ وائی از دا ٹیسٹ ڈفرنٹ فار ڈفرنٹ پیپل؟</w:t>
      </w:r>
    </w:p>
    <w:p>
      <w:r>
        <w:rPr>
          <w:b/>
        </w:rPr>
        <w:t xml:space="preserve">[21:16] </w:t>
      </w:r>
      <w:r>
        <w:t>jin ka test bohat ziyada kada hai, kya un ko, un ko, un ko, un ka level higher hoega, ah, ah, akhirat mein?</w:t>
      </w:r>
    </w:p>
    <w:p>
      <w:pPr>
        <w:jc w:val="right"/>
      </w:pPr>
      <w:r>
        <w:t>جن کا ٹیسٹ بہت زیادہ کڑا ہے، کیا ان کو، ان کو، ان کو، ان کا لیول ہائر ہوئے گا، اہ، اہ، آخرت میں؟</w:t>
      </w:r>
    </w:p>
    <w:p>
      <w:r>
        <w:rPr>
          <w:b/>
        </w:rPr>
        <w:t xml:space="preserve">[21:28] </w:t>
      </w:r>
      <w:r>
        <w:t>in other, in other words, what I am trying to say, molana, is that, should we, should we ask for a tougher test for our self to get a higher place in jannat?</w:t>
      </w:r>
    </w:p>
    <w:p>
      <w:pPr>
        <w:jc w:val="right"/>
      </w:pPr>
      <w:r>
        <w:t>ان ادر، ان ادر ورڈز، واٹ آئی ایم ٹرائینگ ٹو سے، مولانا، از دیٹ، شوڈ وی، شوڈ وی اسک فار ا ٹفر ٹیسٹ فار اور سیلف ٹو گیٹ ا ہائر پلیس ان جنت؟</w:t>
      </w:r>
    </w:p>
    <w:p>
      <w:r>
        <w:rPr>
          <w:b/>
        </w:rPr>
        <w:t xml:space="preserve">[21:37] </w:t>
      </w:r>
      <w:r>
        <w:t>nahi, dekhen, difficulty aur facility yeh koi criteria nahi hai. difficulty mein hum hain ya facility mein hain, yeh koi criteria nahi hai.</w:t>
      </w:r>
    </w:p>
    <w:p>
      <w:pPr>
        <w:jc w:val="right"/>
      </w:pPr>
      <w:r>
        <w:t>نہیں، دیکھیں، ڈیفیکلٹی اور فیسلیٹی یہ کوئی کرائٹیریا نہیں ہے۔ ڈیفیکلٹی میں ہم ہیں یا فیسلیٹی میں ہیں، یہ کوئی کرائٹیریا نہیں ہے۔</w:t>
      </w:r>
    </w:p>
    <w:p>
      <w:r>
        <w:rPr>
          <w:b/>
        </w:rPr>
        <w:t xml:space="preserve">[21:50] </w:t>
      </w:r>
      <w:r>
        <w:t>yeh irrelevant baat hai, irrelevant baat hai. asal baat yeh hai ke aap soch ke level pe kya hain?</w:t>
      </w:r>
    </w:p>
    <w:p>
      <w:pPr>
        <w:jc w:val="right"/>
      </w:pPr>
      <w:r>
        <w:t>یہ اریلیونٹ بات ہے، اریلیونٹ بات ہے۔ اصل بات یہ ہے کہ آپ سوچ کے لیول پہ کیا ہیں؟</w:t>
      </w:r>
    </w:p>
    <w:p>
      <w:r>
        <w:rPr>
          <w:b/>
        </w:rPr>
        <w:t xml:space="preserve">[22:01] </w:t>
      </w:r>
      <w:r>
        <w:t>insanon ke liye, aap is se jo peghamabar ne kaha, inni lakum nazir, main tumhara khair khwah hoon.</w:t>
      </w:r>
    </w:p>
    <w:p>
      <w:pPr>
        <w:jc w:val="right"/>
      </w:pPr>
      <w:r>
        <w:t>انسانوں کے لیے، آپ اس سے جو پیغمبر نے کہا، انی لکم ناس، میں تمہارا خیر خواہ ہوں۔</w:t>
      </w:r>
    </w:p>
    <w:p>
      <w:r>
        <w:rPr>
          <w:b/>
        </w:rPr>
        <w:t xml:space="preserve">[22:13] </w:t>
      </w:r>
      <w:r>
        <w:t>aap jante hain ke patharon, peghamabaron ko pathar mare gaye, peghamabaron ko musibat dali gayi. to woh that is not criteria, response criteria hai.</w:t>
      </w:r>
    </w:p>
    <w:p>
      <w:pPr>
        <w:jc w:val="right"/>
      </w:pPr>
      <w:r>
        <w:t>آپ جانتے ہیں کہ پتھروں، پیغمبروں کو پتھر مارے گئے، پیغمبروں کو مصیبت ڈالی گئی۔ تو وہ دیٹ از ناٹ کرائٹیریا، رسپانس کرائٹیریا ہے۔</w:t>
      </w:r>
    </w:p>
    <w:p>
      <w:r>
        <w:rPr>
          <w:b/>
        </w:rPr>
        <w:t xml:space="preserve">[22:27] </w:t>
      </w:r>
      <w:r>
        <w:t>yeh halaat hon, woh halaat hon ke aap ke dil mein nafrat na ho, aap ke dil mein reaction na ho.</w:t>
      </w:r>
    </w:p>
    <w:p>
      <w:pPr>
        <w:jc w:val="right"/>
      </w:pPr>
      <w:r>
        <w:t>یہ حالات ہوں، وہ حالات ہوں کہ آپ کے دل میں نفرت نہ ہو، آپ کے دل میں ری ایکشن نہ ہو۔</w:t>
      </w:r>
    </w:p>
    <w:p>
      <w:r>
        <w:rPr>
          <w:b/>
        </w:rPr>
        <w:t xml:space="preserve">[22:39] </w:t>
      </w:r>
      <w:r>
        <w:t>doosre insanon ke liye</w:t>
      </w:r>
    </w:p>
    <w:p>
      <w:pPr>
        <w:jc w:val="right"/>
      </w:pPr>
      <w:r>
        <w:t>دوسرے انسانوں کے لیے</w:t>
      </w:r>
    </w:p>
    <w:p>
      <w:r>
        <w:rPr>
          <w:b/>
        </w:rPr>
        <w:t xml:space="preserve">[22:44] </w:t>
      </w:r>
      <w:r>
        <w:t>halaat kuch bhi hon, achhe halaat hain to aap ke andar gharoor aa jayega, ghamand aa jayega.</w:t>
      </w:r>
    </w:p>
    <w:p>
      <w:pPr>
        <w:jc w:val="right"/>
      </w:pPr>
      <w:r>
        <w:t>حالات کچھ بھی ہوں، اچھے حالات ہیں تو آپ کے اندر غرور آ جائے گا، گھمنڈ آ جائے گا۔</w:t>
      </w:r>
    </w:p>
    <w:p>
      <w:r>
        <w:rPr>
          <w:b/>
        </w:rPr>
        <w:t xml:space="preserve">[22:54] </w:t>
      </w:r>
      <w:r>
        <w:t>woh bhi pathar jaisa cheez. gharoor ke mani hain ke pathar maarna, jo aadmi ke andar barhai ka ehsas ho, pride ka ehsas ho, gharoor ka ehsas ho, woh doosron ko</w:t>
      </w:r>
    </w:p>
    <w:p>
      <w:pPr>
        <w:jc w:val="right"/>
      </w:pPr>
      <w:r>
        <w:t>وہ بھی پتھر جیسا چیز۔ غرور کے معنی ہیں کہ پتھر مارنا، جو آدمی کے اندر بڑائی کا احساس ہو، پرائیڈ کا احساس ہو، غرور کا احساس ہو، وہ دوسروں کو</w:t>
      </w:r>
    </w:p>
    <w:p>
      <w:r>
        <w:rPr>
          <w:b/>
        </w:rPr>
        <w:t xml:space="preserve">[23:13] </w:t>
      </w:r>
      <w:r>
        <w:t>psychological pathar maar raha hai.</w:t>
      </w:r>
    </w:p>
    <w:p>
      <w:pPr>
        <w:jc w:val="right"/>
      </w:pPr>
      <w:r>
        <w:t>سائیکالوجیکل پتھر مار رہا ہے۔</w:t>
      </w:r>
    </w:p>
    <w:p>
      <w:r>
        <w:rPr>
          <w:b/>
        </w:rPr>
        <w:t xml:space="preserve">[23:18] </w:t>
      </w:r>
      <w:r>
        <w:t>is liye yeh koi criteria nahi hai ke aadmi...</w:t>
      </w:r>
    </w:p>
    <w:p>
      <w:pPr>
        <w:jc w:val="right"/>
      </w:pPr>
      <w:r>
        <w:t>اس لیے یہ کوئی کرائٹیریا نہیں ہے کہ آدمی...</w:t>
      </w:r>
    </w:p>
    <w:p>
      <w:r>
        <w:rPr>
          <w:b/>
        </w:rPr>
        <w:t xml:space="preserve">[23:23] </w:t>
      </w:r>
      <w:r>
        <w:t>main ne to dekha hai ke jo log achhe halaat hote hain, woh sab ke sab maghroor hote hain. main ne to kisi aadmi ko dekha nahi ke achhe halaat hon aur woh, aur woh,</w:t>
      </w:r>
    </w:p>
    <w:p>
      <w:pPr>
        <w:jc w:val="right"/>
      </w:pPr>
      <w:r>
        <w:t>میں نے تو دیکھا ہے کہ جو لوگ اچھے حالات ہوتے ہیں، وہ سب کے سب مغرور ہوتے ہیں۔ میں نے تو کسی آدمی کو دیکھا نہیں کہ اچھے حالات ہوں اور وہ، اور وہ،</w:t>
      </w:r>
    </w:p>
    <w:p>
      <w:r>
        <w:rPr>
          <w:b/>
        </w:rPr>
        <w:t xml:space="preserve">[23:38] </w:t>
      </w:r>
      <w:r>
        <w:t>woh ho</w:t>
      </w:r>
    </w:p>
    <w:p>
      <w:pPr>
        <w:jc w:val="right"/>
      </w:pPr>
      <w:r>
        <w:t>وہ ہو</w:t>
      </w:r>
    </w:p>
    <w:p>
      <w:r>
        <w:rPr>
          <w:b/>
        </w:rPr>
        <w:t xml:space="preserve">[23:45] </w:t>
      </w:r>
      <w:r>
        <w:t>positives ko baqi rakhe hue ho. is ke andar</w:t>
      </w:r>
    </w:p>
    <w:p>
      <w:pPr>
        <w:jc w:val="right"/>
      </w:pPr>
      <w:r>
        <w:t>پازیٹیوٹیز کو باقی رکھے ہوئے ہو۔ اس کے اندر</w:t>
      </w:r>
    </w:p>
    <w:p>
      <w:r>
        <w:rPr>
          <w:b/>
        </w:rPr>
        <w:t xml:space="preserve">[23:57] </w:t>
      </w:r>
      <w:r>
        <w:t>jisko jo kehte hain, frootni, modesty, modesty. main to kisi insaan ko dekha nahi ke jis ke andar, jis ke paas zyada paisa ho, zyada badi badi bligen hon, woh is ke andar gharoor,</w:t>
      </w:r>
    </w:p>
    <w:p>
      <w:pPr>
        <w:jc w:val="right"/>
      </w:pPr>
      <w:r>
        <w:t>جس کو جو کہتے ہیں، فروتنی، ماڈیسٹی، ماڈیسٹی۔ میں تو کسی انسان کو دیکھا نہیں کہ جس کے اندر، جس کے پاس زیادہ پیسہ ہو، زیادہ بڑی بڑی بلیگیں ہوں، وہ اس کے اندر غرور،</w:t>
      </w:r>
    </w:p>
    <w:p>
      <w:r>
        <w:rPr>
          <w:b/>
        </w:rPr>
        <w:t xml:space="preserve">[24:20] </w:t>
      </w:r>
      <w:r>
        <w:t>pride na ho. jahan paisa aaya, jahan bligen aayin, jahan aasaniyan aayin, wahan to sab se pehle jo ho jati hai, woh barhai ka ehsas aata hai.</w:t>
      </w:r>
    </w:p>
    <w:p>
      <w:pPr>
        <w:jc w:val="right"/>
      </w:pPr>
      <w:r>
        <w:t>پرائیڈ نہ ہو۔ جہاں پیسہ آیا، جہاں بلیگیں آئیں، جہاں آسانیاں آئیں، وہاں تو سب سے پہلے جو ہو جاتی ہے، وہ بڑائی کا احساس آتا ہے۔</w:t>
      </w:r>
    </w:p>
    <w:p>
      <w:r>
        <w:rPr>
          <w:b/>
        </w:rPr>
        <w:t xml:space="preserve">[24:38] </w:t>
      </w:r>
      <w:r>
        <w:t>yeh woh koi achhi baat nahi hai.</w:t>
      </w:r>
    </w:p>
    <w:p>
      <w:pPr>
        <w:jc w:val="right"/>
      </w:pPr>
      <w:r>
        <w:t>یہ وہ کوئی اچھی بات نہیں ہے۔</w:t>
      </w:r>
    </w:p>
    <w:p>
      <w:r>
        <w:rPr>
          <w:b/>
        </w:rPr>
        <w:t xml:space="preserve">[24:44] </w:t>
      </w:r>
      <w:r>
        <w:t>achhi baat yeh hai ke aap ke dil mein insanon ke liye, insanon ke liye positive thinking ho, insanon ke liye barhai na ho.</w:t>
      </w:r>
    </w:p>
    <w:p>
      <w:pPr>
        <w:jc w:val="right"/>
      </w:pPr>
      <w:r>
        <w:t>اچھی بات یہ ہے کہ آپ کے دل میں انسانوں کے لیے، انسانوں کے لیے پازیٹیو تھنکنگ ہو، انسانوں کے لیے بڑائی نہ ہو۔</w:t>
      </w:r>
    </w:p>
    <w:p>
      <w:r>
        <w:rPr>
          <w:b/>
        </w:rPr>
        <w:t xml:space="preserve">[25:04] </w:t>
      </w:r>
      <w:r>
        <w:t>insanon ke liye aap sachhe khair khwah hon, yeh hai criteria. ab woh is ka taluq kisi is se nahi hai ke aap bhi paise wala hain ke be paise wala hain,</w:t>
      </w:r>
    </w:p>
    <w:p>
      <w:pPr>
        <w:jc w:val="right"/>
      </w:pPr>
      <w:r>
        <w:t>انسانوں کے لیے آپ سچے خیر خواہ ہوں، یہ ہے کرائٹیریا۔ اب وہ اس کا تعلق کسی اس سے نہیں ہے کہ آپ بھی پیسے والا ہیں کہ بے پیسے والا ہیں،</w:t>
      </w:r>
    </w:p>
    <w:p>
      <w:r>
        <w:rPr>
          <w:b/>
        </w:rPr>
        <w:t xml:space="preserve">[25:19] </w:t>
      </w:r>
      <w:r>
        <w:t>building wala hain ke be building wala hain. is se koi taluq nahi hai, woh ek alag hi cheez hai.</w:t>
      </w:r>
    </w:p>
    <w:p>
      <w:pPr>
        <w:jc w:val="right"/>
      </w:pPr>
      <w:r>
        <w:t>بلڈنگ والا ہیں کہ بے بلڈنگ والا ہیں۔ اس سے کوئی تعلق نہیں ہے، وہ ایک الگ ہی چیز ہے۔</w:t>
      </w:r>
    </w:p>
    <w:p>
      <w:r>
        <w:rPr>
          <w:b/>
        </w:rPr>
        <w:t xml:space="preserve">[25:37] </w:t>
      </w:r>
      <w:r>
        <w:t>maulana, main aap ko ek qissa batata hoon. ya yeh yahan par kursi hoti thi, yahan charpai hai na, yahan par kursi hoti thi, wahan baithta tha.</w:t>
      </w:r>
    </w:p>
    <w:p>
      <w:pPr>
        <w:jc w:val="right"/>
      </w:pPr>
      <w:r>
        <w:t>مولانا، میں آپ کو ایک قصہ بتاتا ہوں۔ یا یہ یہاں پر کرسی ہوتی تھی، یہاں چارپائی ہے نا، یہاں پر کرسی ہوتی تھی، وہاں بیٹھتا تھا۔</w:t>
      </w:r>
    </w:p>
    <w:p>
      <w:r>
        <w:rPr>
          <w:b/>
        </w:rPr>
        <w:t xml:space="preserve">[25:47] </w:t>
      </w:r>
      <w:r>
        <w:t>to yahan main baitha hua tha, yani is khirki ke bili hui kursi thi. to main baitha hua tha aur neeche se jo main ne dekha ke do ladies aapas mein lad rahi hain,</w:t>
      </w:r>
    </w:p>
    <w:p>
      <w:pPr>
        <w:jc w:val="right"/>
      </w:pPr>
      <w:r>
        <w:t>تو یہاں میں بیٹھا ہوا تھا، یعنی اس کھڑکی کے بلی ہوئی کرسی تھی۔ تو میں بیٹھا ہوا تھا اور نیچے سے جو میں نے دیکھا کہ دو لیڈیز آپس میں لڑ رہی ہیں،</w:t>
      </w:r>
    </w:p>
    <w:p>
      <w:r>
        <w:rPr>
          <w:b/>
        </w:rPr>
        <w:t xml:space="preserve">[26:04] </w:t>
      </w:r>
      <w:r>
        <w:t>jhaggar jhaggar rahi hain, bohat hi yani tez tez bol rahi hain. to main ne awaz jo aayi mujhe to ek ek lady kothi wali thi,</w:t>
      </w:r>
    </w:p>
    <w:p>
      <w:pPr>
        <w:jc w:val="right"/>
      </w:pPr>
      <w:r>
        <w:t>جھگڑ جھگڑ رہی ہیں، بہت ہی یعنی تیز تیز بول رہی ہیں۔ تو میں نے آواز جو آئی مجھے تو ایک ایک لیڈی کوٹھی والی تھی،</w:t>
      </w:r>
    </w:p>
    <w:p>
      <w:r>
        <w:rPr>
          <w:b/>
        </w:rPr>
        <w:t xml:space="preserve">[26:22] </w:t>
      </w:r>
      <w:r>
        <w:t>ek jhopri wali thi.</w:t>
      </w:r>
    </w:p>
    <w:p>
      <w:pPr>
        <w:jc w:val="right"/>
      </w:pPr>
      <w:r>
        <w:t>ایک جھوپڑی والی تھی۔</w:t>
      </w:r>
    </w:p>
    <w:p>
      <w:r>
        <w:rPr>
          <w:b/>
        </w:rPr>
        <w:t xml:space="preserve">[26:28] </w:t>
      </w:r>
      <w:r>
        <w:t>to dono bol rahe hain aapas mein ek doosre ko. to is ne kaha, jhopri wali ne kaha, jhopri wali ki awaz aayi mere kaan mein</w:t>
      </w:r>
    </w:p>
    <w:p>
      <w:pPr>
        <w:jc w:val="right"/>
      </w:pPr>
      <w:r>
        <w:t>تو دونوں بول رہے ہیں آپس میں ایک دوسرے کو۔ تو اس نے کہا، جھوپڑی والی نے کہا، جھوپڑی والی کی آواز آئی میرے کان میں</w:t>
      </w:r>
    </w:p>
    <w:p>
      <w:r>
        <w:rPr>
          <w:b/>
        </w:rPr>
        <w:t xml:space="preserve">[26:40] </w:t>
      </w:r>
      <w:r>
        <w:t>ke, "begum sahib, aap ko agar kothi ka nasha hai to hum ko jhopri ka nasha hai."</w:t>
      </w:r>
    </w:p>
    <w:p>
      <w:pPr>
        <w:jc w:val="right"/>
      </w:pPr>
      <w:r>
        <w:t>کہ، "بیگم صاحب، آپ کو اگر کوٹھی کا نشہ ہے تو ہم کو جھوپڑی کا نشہ ہے۔"</w:t>
      </w:r>
    </w:p>
    <w:p>
      <w:r>
        <w:rPr>
          <w:b/>
        </w:rPr>
        <w:t xml:space="preserve">[26:52] </w:t>
      </w:r>
      <w:r>
        <w:t>begum sahib, aap ko agar kothi ka nasha hai to hum ko jhopri ka nasha hai. to jhopri bhi ek nasha paida karti hai. main ek baar tha, ek university mein gaya.</w:t>
      </w:r>
    </w:p>
    <w:p>
      <w:pPr>
        <w:jc w:val="right"/>
      </w:pPr>
      <w:r>
        <w:t>بیگم صاحب، آپ کو اگر کوٹھی کا نشہ ہے تو ہم کو جھوپڑی کا نشہ ہے۔ تو جھوپڑی بھی ایک نشہ پیدا کرتی ہے۔ میں ایک بار تھا، ایک یونیورسٹی میں گیا۔</w:t>
      </w:r>
    </w:p>
    <w:p>
      <w:r>
        <w:rPr>
          <w:b/>
        </w:rPr>
        <w:t xml:space="preserve">[27:05] </w:t>
      </w:r>
      <w:r>
        <w:t>university mein ek professor sahib se, ek mamooli aadmi se jhagda ho gaya. theek hai, yeh awaz wahan bhi main ne suni.</w:t>
      </w:r>
    </w:p>
    <w:p>
      <w:pPr>
        <w:jc w:val="right"/>
      </w:pPr>
      <w:r>
        <w:t>یونیورسٹی میں ایک پروفیسر صاحب سے، ایک معمولی آدمی سے جھگڑا ہو گیا۔ ٹھیک ہے، یہ آواز وہاں بھی میں نے سنی۔</w:t>
      </w:r>
    </w:p>
    <w:p>
      <w:r>
        <w:rPr>
          <w:b/>
        </w:rPr>
        <w:t xml:space="preserve">[27:16] </w:t>
      </w:r>
      <w:r>
        <w:t>professor sahib ne kaha is se, yani kam aamdani wale aadmi se, professor sahib ne kaha ke, "tum ko agar ek botal ka nasha hai to aap ko das botal ka nasha hai." to is se yeh, is se koi taluq nahi hai.</w:t>
      </w:r>
    </w:p>
    <w:p>
      <w:pPr>
        <w:jc w:val="right"/>
      </w:pPr>
      <w:r>
        <w:t>پروفیسر صاحب نے کہا اس سے، یعنی کم آمدنی والے آدمی سے، پروفیسر صاحب نے کہا کہ، "تم کو اگر ایک بوتل کا نشہ ہے تو آپ کو دس بوتل کا نشہ ہے۔" تو اس سے یہ، اس سے کوئی تعلق نہیں ہے۔</w:t>
      </w:r>
    </w:p>
    <w:p>
      <w:r>
        <w:rPr>
          <w:b/>
        </w:rPr>
        <w:t xml:space="preserve">[27:37] </w:t>
      </w:r>
      <w:r>
        <w:t>asal cheez jo hai, jo first dekhega, woh aap ki psychology ko, aap ke andar kya soch hai, us ko andar ki aap ki personality kaisi hai, us ko dekhega.</w:t>
      </w:r>
    </w:p>
    <w:p>
      <w:pPr>
        <w:jc w:val="right"/>
      </w:pPr>
      <w:r>
        <w:t>اصل چیز جو ہے، جو فرسٹ دیکھے گا، وہ آپ کی سائیکالوجی کو، آپ کے اندر کیا سوچ ہے، اس کو اندر کی آپ کی پرسنیلٹی کیسی ہے، اس کو دیکھے گا۔</w:t>
      </w:r>
    </w:p>
    <w:p>
      <w:r>
        <w:rPr>
          <w:b/>
        </w:rPr>
        <w:t xml:space="preserve">[27:59] </w:t>
      </w:r>
      <w:r>
        <w:t>wohan professor sahib ne kaha ke, "tum ko agar ek botal ka nasha hai to hum ko das botal ka nasha hai." aur yahi, yahi yahan bhi kuch ne kaha ke, "aap ko kothi ka nasha hai to hum ko jhopri ka nasha hai."</w:t>
      </w:r>
    </w:p>
    <w:p>
      <w:pPr>
        <w:jc w:val="right"/>
      </w:pPr>
      <w:r>
        <w:t>وہاں پروفیسر صاحب نے کہا کہ، "تم کو اگر ایک بوتل کا نشہ ہے تو ہم کو دس بوتل کا نشہ ہے۔" اور یہی، یہی یہاں بھی کچھ نے کہا کہ، "آپ کو کوٹھی کا نشہ ہے تو ہم کو جھوپڑی کا نشہ ہے۔"</w:t>
      </w:r>
    </w:p>
    <w:p>
      <w:r>
        <w:rPr>
          <w:b/>
        </w:rPr>
        <w:t xml:space="preserve">[28:19] </w:t>
      </w:r>
      <w:r>
        <w:t>to farq jo paida hota hai na, wo psychology se paida hota hai, soch se paida hota hai. jis ko kaha hai mazhab mein, wo intention, intention yani niyat.</w:t>
      </w:r>
    </w:p>
    <w:p>
      <w:pPr>
        <w:jc w:val="right"/>
      </w:pPr>
      <w:r>
        <w:t>تو فرق جو پیدا ہوتا ہے نا، وہ سائیکالوجی سے پیدا ہوتا ہے، سوچ سے پیدا ہوتا ہے۔ جس کو کہا ہے مذہب میں، وہ انٹینشن، انٹینشن یعنی نیت۔</w:t>
      </w:r>
    </w:p>
    <w:p>
      <w:r>
        <w:rPr>
          <w:b/>
        </w:rPr>
        <w:t xml:space="preserve">[28:35] </w:t>
      </w:r>
      <w:r>
        <w:t>hamesha dekhiye, farq niyat ki satah par paida hota hai, zahir ki satah par nahi.</w:t>
      </w:r>
    </w:p>
    <w:p>
      <w:pPr>
        <w:jc w:val="right"/>
      </w:pPr>
      <w:r>
        <w:t>ہمیشہ دیکھیے، فرق نیت کی سطح پر پیدا ہوتا ہے، ظاہر کی سطح پر نہیں۔</w:t>
      </w:r>
    </w:p>
    <w:p>
      <w:r>
        <w:rPr>
          <w:b/>
        </w:rPr>
        <w:t xml:space="preserve">[28:58] </w:t>
      </w:r>
      <w:r>
        <w:t>maulana, today you gave very big clarity on what is a personality or a character of paradise.</w:t>
      </w:r>
    </w:p>
    <w:p>
      <w:pPr>
        <w:jc w:val="right"/>
      </w:pPr>
      <w:r>
        <w:t>مولانا، ٹوڈے یو گیو ویری بگ کلیرٹی ان واٹ از ا پرسنیلٹی اور ا کریکٹر اف پیراڈائز۔</w:t>
      </w:r>
    </w:p>
    <w:p>
      <w:r>
        <w:rPr>
          <w:b/>
        </w:rPr>
        <w:t xml:space="preserve">[29:12] </w:t>
      </w:r>
      <w:r>
        <w:t>that this world is a training ground in which negative situations or provocative situations are given to everybody as a test.</w:t>
      </w:r>
    </w:p>
    <w:p>
      <w:pPr>
        <w:jc w:val="right"/>
      </w:pPr>
      <w:r>
        <w:t>دیٹ دس ورلڈ از ا ٹریننگ گراؤنڈ ان وچ نیگیٹیو سچویشنز اور پرووکیٹیو سچویشنز ار گیون ٹو ایوری بڈی ایز ا ٹیسٹ۔</w:t>
      </w:r>
    </w:p>
    <w:p>
      <w:r>
        <w:rPr>
          <w:b/>
        </w:rPr>
        <w:t xml:space="preserve">[29:23] </w:t>
      </w:r>
      <w:r>
        <w:t>and the angels are recording how we respond to the test. one angel is recording if we responded positively, and the other angel is recording if we responded negatively.</w:t>
      </w:r>
    </w:p>
    <w:p>
      <w:pPr>
        <w:jc w:val="right"/>
      </w:pPr>
      <w:r>
        <w:t>اینڈ دا اینجلز ار ریکارڈنگ ہاؤ وی ریسپانڈ ٹو دا ٹیسٹ۔ ون اینجل از ریکارڈنگ اف وی ریسپانڈڈ پازیٹیولی، اینڈ دی ادر اینجل از ریکارڈنگ اف وی ریسپانڈڈ نیگیٹیولی۔</w:t>
      </w:r>
    </w:p>
    <w:p>
      <w:r>
        <w:rPr>
          <w:b/>
        </w:rPr>
        <w:t xml:space="preserve">[29:42] </w:t>
      </w:r>
      <w:r>
        <w:t>and paradise is for those who are able to train themself to be positive and peaceful in this world in spite of all negativity around us.</w:t>
      </w:r>
    </w:p>
    <w:p>
      <w:pPr>
        <w:jc w:val="right"/>
      </w:pPr>
      <w:r>
        <w:t>اینڈ پیراڈائز از فار دوز ہو ار ایبل ٹو ٹرین دیم سیلف ٹو بی پازیٹیو اینڈ پیس فل ان دس ورلڈ ان سپائٹ اف ال نیگیٹیوٹی اراؤنڈ اس۔</w:t>
      </w:r>
    </w:p>
    <w:p>
      <w:r>
        <w:rPr>
          <w:b/>
        </w:rPr>
        <w:t xml:space="preserve">[29:55] </w:t>
      </w:r>
      <w:r>
        <w:t>and it is those people who will be selected for paradise. and Maulana, this is we should introspect a lot because we very often if somebody behaves negatively to us.</w:t>
      </w:r>
    </w:p>
    <w:p>
      <w:pPr>
        <w:jc w:val="right"/>
      </w:pPr>
      <w:r>
        <w:t>اینڈ اٹ از دوز پیپل ہو ول بی سلیکٹڈ فار پیراڈائز۔ اینڈ مولانا، دس از وی شوڈ انٹرسپیکٹ ا لاٹ بیکاز وی ویری افن اف سم بڈی بیہیوز نیگیٹیولی ٹو اس۔</w:t>
      </w:r>
    </w:p>
    <w:p>
      <w:r>
        <w:rPr>
          <w:b/>
        </w:rPr>
        <w:t xml:space="preserve">[30:09] </w:t>
      </w:r>
      <w:r>
        <w:t>if we don't at least become respond negatively, we at least don't talk to them or something. so how can we always remain positive?</w:t>
      </w:r>
    </w:p>
    <w:p>
      <w:pPr>
        <w:jc w:val="right"/>
      </w:pPr>
      <w:r>
        <w:t>اف وی ڈونٹ ایٹ لیسٹ بیکم ریسپانڈ نیگیٹیولی، وی ایٹ لیسٹ ڈونٹ ٹاک ٹو دیم اور سمتھنگ۔ سو ہاؤ کین وی الویز ریمین پازیٹیو؟</w:t>
      </w:r>
    </w:p>
    <w:p>
      <w:r>
        <w:rPr>
          <w:b/>
        </w:rPr>
        <w:t xml:space="preserve">[30:22] </w:t>
      </w:r>
      <w:r>
        <w:t>that is, i mean, i know thats the price of paradise, but how can we actually do it? main samajhta hoon ke is ka jawab rasool Allah ki hadees mein bohat clear tor par maujood hai.</w:t>
      </w:r>
    </w:p>
    <w:p>
      <w:pPr>
        <w:jc w:val="right"/>
      </w:pPr>
      <w:r>
        <w:t>دیٹ از، ائی مین، ائی نو دیٹس دا پرائس اف پیراڈائز، بٹ ہاؤ کین وی ایکچولی ڈو اٹ؟ میں سمجھتا ہوں کہ اس کا جواب رسول اللہ کی حدیث میں بہت کلیئر طور پر موجود ہے۔</w:t>
      </w:r>
    </w:p>
    <w:p>
      <w:r>
        <w:rPr>
          <w:b/>
        </w:rPr>
        <w:t xml:space="preserve">[30:41] </w:t>
      </w:r>
      <w:r>
        <w:t>rasool Allah jab,</w:t>
      </w:r>
    </w:p>
    <w:p>
      <w:pPr>
        <w:jc w:val="right"/>
      </w:pPr>
      <w:r>
        <w:t>رسول اللہ جب،</w:t>
      </w:r>
    </w:p>
    <w:p>
      <w:r>
        <w:rPr>
          <w:b/>
        </w:rPr>
        <w:t xml:space="preserve">[30:47] </w:t>
      </w:r>
      <w:r>
        <w:t>rasool Allah, aap jante hain ke makkah mein paida hue, wahan pe aap aap ko nabuwat mili.</w:t>
      </w:r>
    </w:p>
    <w:p>
      <w:pPr>
        <w:jc w:val="right"/>
      </w:pPr>
      <w:r>
        <w:t>رسول اللہ، آپ جانتے ہیں کہ مکہ میں پیدا ہوئے، وہاں پہ آپ آپ کو نبوت ملی۔</w:t>
      </w:r>
    </w:p>
    <w:p>
      <w:r>
        <w:rPr>
          <w:b/>
        </w:rPr>
        <w:t xml:space="preserve">[30:59] </w:t>
      </w:r>
      <w:r>
        <w:t>to phir hijrat hui aur aap gaye madina. to madina mein jab aap dakhil hue to sab se pehli jo speech di thi dakhle ke baad, wo lafz balad maujood hai</w:t>
      </w:r>
    </w:p>
    <w:p>
      <w:pPr>
        <w:jc w:val="right"/>
      </w:pPr>
      <w:r>
        <w:t>تو پھر ہجرت ہوئی اور آپ گئے مدینہ۔ تو مدینہ میں جب آپ داخل ہوئے تو سب سے پہلی جو سپیچ دی تھی داخلے کے بعد، وہ لفظ بلد موجود ہے</w:t>
      </w:r>
    </w:p>
    <w:p>
      <w:r>
        <w:rPr>
          <w:b/>
        </w:rPr>
        <w:t xml:space="preserve">[31:25] </w:t>
      </w:r>
      <w:r>
        <w:t>kitabon mein. mislan seerat ibn e hisham mein ek riwayat hai jis ka title hai: "ab bolo, khutba rasool Allah salallahu alaihi wasallam fi al-madinah." yani rasool Allah ne madina pohnch kar pehli speech jo di, wo kya thi?</w:t>
      </w:r>
    </w:p>
    <w:p>
      <w:pPr>
        <w:jc w:val="right"/>
      </w:pPr>
      <w:r>
        <w:t>کتابوں میں۔ مثلاً سیرت ابن ہشام میں ایک روایت ہے جس کا ٹائٹل ہے: "اب بولو، خطبت خطبہ رسول اللہ صلی اللہ علیہ وسلم فی المدینہ۔" یعنی رسول اللہ نے مدینہ پہنچ کر پہلی سپیچ جو دی، وہ کیا تھی؟</w:t>
      </w:r>
    </w:p>
    <w:p>
      <w:r>
        <w:rPr>
          <w:b/>
        </w:rPr>
        <w:t xml:space="preserve">[31:51] </w:t>
      </w:r>
      <w:r>
        <w:t>"ab bolo, khutba rasool Allah salallahu alaihi wasallam fi al-madinah." to is ko aap parh lijiye, wo urdu,</w:t>
      </w:r>
    </w:p>
    <w:p>
      <w:pPr>
        <w:jc w:val="right"/>
      </w:pPr>
      <w:r>
        <w:t>"اب بولو، خطبت خطبہ رسول اللہ صلی اللہ علیہ وسلم فی المدینہ۔" تو اس کو آپ پڑھ لیجئے، وہ اردو،</w:t>
      </w:r>
    </w:p>
    <w:p>
      <w:r>
        <w:rPr>
          <w:b/>
        </w:rPr>
        <w:t xml:space="preserve">[32:04] </w:t>
      </w:r>
      <w:r>
        <w:t>wo urdu mein bhi shayad hogi, arabi mein bhi hai aur english mein bhi hai. english mein bhi is ka translation maujood hai</w:t>
      </w:r>
    </w:p>
    <w:p>
      <w:pPr>
        <w:jc w:val="right"/>
      </w:pPr>
      <w:r>
        <w:t>وہ اردو میں بھی شاید ہوگی، عربی میں بھی ہے اور انگلش میں بھی ہے۔ انگلش میں بھی اس کا ٹرانسلیشن موجود ہے</w:t>
      </w:r>
    </w:p>
    <w:p>
      <w:r>
        <w:rPr>
          <w:b/>
        </w:rPr>
        <w:t xml:space="preserve">[32:16] </w:t>
      </w:r>
      <w:r>
        <w:t>ke pehli speech kya thi? aap ne kaha: "Ayyuha an-nas, ittaqu an-nar walaw bi shaqqit tamrah."</w:t>
      </w:r>
    </w:p>
    <w:p>
      <w:pPr>
        <w:jc w:val="right"/>
      </w:pPr>
      <w:r>
        <w:t>کہ پہلی سپیچ کیا تھی؟ آپ نے کہا: "ایہا الناس، اتقوا النار ولو بشکترا۔"</w:t>
      </w:r>
    </w:p>
    <w:p>
      <w:r>
        <w:rPr>
          <w:b/>
        </w:rPr>
        <w:t xml:space="preserve">[32:26] </w:t>
      </w:r>
      <w:r>
        <w:t>ae logon, apne aap ko aag se bachao.</w:t>
      </w:r>
    </w:p>
    <w:p>
      <w:pPr>
        <w:jc w:val="right"/>
      </w:pPr>
      <w:r>
        <w:t>اے لوگوں، اپنے آپ کو آگ سے بچاؤ۔</w:t>
      </w:r>
    </w:p>
    <w:p>
      <w:r>
        <w:rPr>
          <w:b/>
        </w:rPr>
        <w:t xml:space="preserve">[32:32] </w:t>
      </w:r>
      <w:r>
        <w:t>quran mein jahannum ko aag kaha gaya hai. to ae logon, kaho</w:t>
      </w:r>
    </w:p>
    <w:p>
      <w:pPr>
        <w:jc w:val="right"/>
      </w:pPr>
      <w:r>
        <w:t>قرآن میں جہنم کو آگ کہا گیا ہے۔ تو اے لوگوں، کہو</w:t>
      </w:r>
    </w:p>
    <w:p>
      <w:r>
        <w:rPr>
          <w:b/>
        </w:rPr>
        <w:t xml:space="preserve">[32:43] </w:t>
      </w:r>
      <w:r>
        <w:t>bachao apne aap ko</w:t>
      </w:r>
    </w:p>
    <w:p>
      <w:pPr>
        <w:jc w:val="right"/>
      </w:pPr>
      <w:r>
        <w:t>بچاؤ اپنے آپ کو</w:t>
      </w:r>
    </w:p>
    <w:p>
      <w:r>
        <w:rPr>
          <w:b/>
        </w:rPr>
        <w:t xml:space="preserve">[32:48] </w:t>
      </w:r>
      <w:r>
        <w:t>aag se. ab aap ghor kijiye, jis insan ke andar ye dar laga hua hai ke kahin main aag mein daal diya jaon, kahin main jahannum mein daal diya jaon,</w:t>
      </w:r>
    </w:p>
    <w:p>
      <w:pPr>
        <w:jc w:val="right"/>
      </w:pPr>
      <w:r>
        <w:t>آگ سے۔ اب آپ غور کیجئے، جس انسان کے اندر یہ ڈر لگا ہوا ہے کہ کہیں میں آگ میں ڈال دیا جاؤں، کہیں میں جہنم میں ڈال دیا جاؤں،</w:t>
      </w:r>
    </w:p>
    <w:p>
      <w:r>
        <w:rPr>
          <w:b/>
        </w:rPr>
        <w:t xml:space="preserve">[33:04] </w:t>
      </w:r>
      <w:r>
        <w:t>to wo aag se hazar meel door rahega. wo kahin ye aag mushkil na chhoo le.</w:t>
      </w:r>
    </w:p>
    <w:p>
      <w:pPr>
        <w:jc w:val="right"/>
      </w:pPr>
      <w:r>
        <w:t>تو وہ آگ سے ہزار میل دور رہے گا۔ وہ کہیں یہ آگ مشکل نہ چھو لے۔</w:t>
      </w:r>
    </w:p>
    <w:p>
      <w:r>
        <w:rPr>
          <w:b/>
        </w:rPr>
        <w:t xml:space="preserve">[33:14] </w:t>
      </w:r>
      <w:r>
        <w:t>to jo log is nafsiyat mein jeete hon, is nafsiyat mein</w:t>
      </w:r>
    </w:p>
    <w:p>
      <w:pPr>
        <w:jc w:val="right"/>
      </w:pPr>
      <w:r>
        <w:t>تو جو لوگ اس نفسیات میں جیتے ہوں، اس نفسیات میں</w:t>
      </w:r>
    </w:p>
    <w:p>
      <w:r>
        <w:rPr>
          <w:b/>
        </w:rPr>
        <w:t xml:space="preserve">[33:23] </w:t>
      </w:r>
      <w:r>
        <w:t>jo is hadees mein milti hai,</w:t>
      </w:r>
    </w:p>
    <w:p>
      <w:pPr>
        <w:jc w:val="right"/>
      </w:pPr>
      <w:r>
        <w:t>جو اس حدیث میں ملتی ہے،</w:t>
      </w:r>
    </w:p>
    <w:p>
      <w:r>
        <w:rPr>
          <w:b/>
        </w:rPr>
        <w:t xml:space="preserve">[33:28] </w:t>
      </w:r>
      <w:r>
        <w:t>to wo to kabhi sochenge bhi nahi ke kisi ko pathar maarein, kisi ko bomb maarein, kisi ko goli maarein.</w:t>
      </w:r>
    </w:p>
    <w:p>
      <w:pPr>
        <w:jc w:val="right"/>
      </w:pPr>
      <w:r>
        <w:t>تو وہ تو کبھی سوچیں گے بھی نہیں کہ کسی کو پتھر ماریں، کسی کو بم ماریں، کسی کو گولی ماریں۔</w:t>
      </w:r>
    </w:p>
    <w:p>
      <w:r>
        <w:rPr>
          <w:b/>
        </w:rPr>
        <w:t xml:space="preserve">[33:38] </w:t>
      </w:r>
      <w:r>
        <w:t>kyunke woh samjhein, woh woh samjhein ke har har goli, har pathar jo hai, woh jisko kehte hain, haan, boomerang.</w:t>
      </w:r>
    </w:p>
    <w:p>
      <w:pPr>
        <w:jc w:val="right"/>
      </w:pPr>
      <w:r>
        <w:t>کیونکہ وہ سمجھیں، وہ وہ سمجھیں کہ ہر ہر گولی، ہر پتھر جو ہے، وہ جس کو کہتے ہیں، ہاں، بومرنگ۔</w:t>
      </w:r>
    </w:p>
    <w:p>
      <w:r>
        <w:rPr>
          <w:b/>
        </w:rPr>
        <w:t xml:space="preserve">[33:51] </w:t>
      </w:r>
      <w:r>
        <w:t>har har pathar, har goli boomerang ban sakti hai, aap hi ki taraf lot sakti hai. Aap ne jo is is nafsiyat mein jeeta ho,</w:t>
      </w:r>
    </w:p>
    <w:p>
      <w:pPr>
        <w:jc w:val="right"/>
      </w:pPr>
      <w:r>
        <w:t>ہر ہر پتھر، ہر گولی بومرنگ بن سکتی ہے، آپ ہی کی طرف لوٹ سکتی ہے۔ آپ نے جو اس اس نفسیات میں جیتا ہو،</w:t>
      </w:r>
    </w:p>
    <w:p>
      <w:r>
        <w:rPr>
          <w:b/>
        </w:rPr>
        <w:t xml:space="preserve">[34:05] </w:t>
      </w:r>
      <w:r>
        <w:t>woh kabhi aisa kar sakta hai, kabhi nahi karega.</w:t>
      </w:r>
    </w:p>
    <w:p>
      <w:pPr>
        <w:jc w:val="right"/>
      </w:pPr>
      <w:r>
        <w:t>وہ کبھی ایسا کر سکتا ہے، کبھی نہیں کرے گا۔</w:t>
      </w:r>
    </w:p>
    <w:p>
      <w:r>
        <w:rPr>
          <w:b/>
        </w:rPr>
        <w:t xml:space="preserve">[34:16] </w:t>
      </w:r>
      <w:r>
        <w:t>toh yeh boomerang khel hai, yeh jo log aisa karte hain, jo log pathar maar rahe hain, bam maar rahe hain, woh</w:t>
      </w:r>
    </w:p>
    <w:p>
      <w:pPr>
        <w:jc w:val="right"/>
      </w:pPr>
      <w:r>
        <w:t>تو یہ بومرنگ کھیل ہے، یہ جو لوگ ایسا کرتے ہیں، جو لوگ پتھر مار رہے ہیں، بم مار رہے ہیں، وہ</w:t>
      </w:r>
    </w:p>
    <w:p>
      <w:r>
        <w:rPr>
          <w:b/>
        </w:rPr>
        <w:t xml:space="preserve">[34:31] </w:t>
      </w:r>
      <w:r>
        <w:t>ek boomerang khel mein mashgool hain jo ulta hi ari ki taraf aane wala hai,</w:t>
      </w:r>
    </w:p>
    <w:p>
      <w:pPr>
        <w:jc w:val="right"/>
      </w:pPr>
      <w:r>
        <w:t>ایک بومرنگ کھیل میں مشغول ہیں جو الٹا ہی اڑی کی طرف آنے والا ہے،</w:t>
      </w:r>
    </w:p>
    <w:p>
      <w:r>
        <w:rPr>
          <w:b/>
        </w:rPr>
        <w:t xml:space="preserve">[34:45] </w:t>
      </w:r>
      <w:r>
        <w:t>ulta apne hi taraf aane wala hai.</w:t>
      </w:r>
    </w:p>
    <w:p>
      <w:pPr>
        <w:jc w:val="right"/>
      </w:pPr>
      <w:r>
        <w:t>الٹا اپنے ہی طرف آنے والا ہے۔</w:t>
      </w:r>
    </w:p>
    <w:p>
      <w:r>
        <w:rPr>
          <w:b/>
        </w:rPr>
        <w:t xml:space="preserve">[34:50] </w:t>
      </w:r>
      <w:r>
        <w:t>Maulana, jo suicide bombers hain, unko toh pata hai ke woh marne wale hain. Jo suicide bombers hain, unko toh pata hai ke woh mar jayenge.</w:t>
      </w:r>
    </w:p>
    <w:p>
      <w:pPr>
        <w:jc w:val="right"/>
      </w:pPr>
      <w:r>
        <w:t>مولانا، جو سوسائیڈ بمبرز ہیں، ان کو تو پتہ ہے کہ وہ مرنے والے ہیں۔ جو سوسائیڈ بمبرز ہیں، ان کو تو پتہ ہے کہ وہ مر جائیں گے۔</w:t>
      </w:r>
    </w:p>
    <w:p>
      <w:r>
        <w:rPr>
          <w:b/>
        </w:rPr>
        <w:t xml:space="preserve">[35:02] </w:t>
      </w:r>
      <w:r>
        <w:t>toh unko toh boomerang se dar nahi lagta.</w:t>
      </w:r>
    </w:p>
    <w:p>
      <w:pPr>
        <w:jc w:val="right"/>
      </w:pPr>
      <w:r>
        <w:t>تو ان کو تو بومرنگ سے ڈر نہیں لگتا۔</w:t>
      </w:r>
    </w:p>
    <w:p>
      <w:r>
        <w:rPr>
          <w:b/>
        </w:rPr>
        <w:t xml:space="preserve">[35:10] </w:t>
      </w:r>
      <w:r>
        <w:t>Nahi, main jahan tak jaanta hoon, yeh jo professional bombers hain, woh trade trend bombers hote hain.</w:t>
      </w:r>
    </w:p>
    <w:p>
      <w:pPr>
        <w:jc w:val="right"/>
      </w:pPr>
      <w:r>
        <w:t>نہیں، میں جہاں تک جانتا ہوں، یہ جو پروفیشنل بمبرز ہیں، وہ ٹریڈ ٹرینڈ بمبرز ہوتے ہیں۔</w:t>
      </w:r>
    </w:p>
    <w:p>
      <w:r>
        <w:rPr>
          <w:b/>
        </w:rPr>
        <w:t xml:space="preserve">[35:22] </w:t>
      </w:r>
      <w:r>
        <w:t>unko campon mein bitha kar</w:t>
      </w:r>
    </w:p>
    <w:p>
      <w:pPr>
        <w:jc w:val="right"/>
      </w:pPr>
      <w:r>
        <w:t>ان کو کیمپوں میں بٹھا کر</w:t>
      </w:r>
    </w:p>
    <w:p>
      <w:r>
        <w:rPr>
          <w:b/>
        </w:rPr>
        <w:t xml:space="preserve">[35:27] </w:t>
      </w:r>
      <w:r>
        <w:t>khoob khoob unko unke mann mein bhara jata hai ke doosron ko jannat milegi der mein,</w:t>
      </w:r>
    </w:p>
    <w:p>
      <w:pPr>
        <w:jc w:val="right"/>
      </w:pPr>
      <w:r>
        <w:t>خوب خوب ان کو ان کے من میں بھرا جاتا ہے کہ دوسروں کو جنت ملے گی دیر میں،</w:t>
      </w:r>
    </w:p>
    <w:p>
      <w:r>
        <w:rPr>
          <w:b/>
        </w:rPr>
        <w:t xml:space="preserve">[35:44] </w:t>
      </w:r>
      <w:r>
        <w:t>aur tum ko toh instant instantly milegi. Idhar insaan ko maaro kyunke yeh insaan jo hain kafir hain, yeh hain, woh hain, aur iske baad tum instantly jannat pahunch jaoge.</w:t>
      </w:r>
    </w:p>
    <w:p>
      <w:pPr>
        <w:jc w:val="right"/>
      </w:pPr>
      <w:r>
        <w:t>اور تم کو تو انسٹنٹ انسٹنٹلی ملے گی۔ ادھر انسان کو مارو کیونکہ یہ انسان جو ہیں کافر ہیں، یہ ہیں، وہ ہیں، اور اس کے بعد تم انسٹنٹلی جنت پہنچ جاؤ گے۔</w:t>
      </w:r>
    </w:p>
    <w:p>
      <w:r>
        <w:rPr>
          <w:b/>
        </w:rPr>
        <w:t xml:space="preserve">[35:57] </w:t>
      </w:r>
      <w:r>
        <w:t>aur wahan ho raha tha, intezar kar rahi hain.</w:t>
      </w:r>
    </w:p>
    <w:p>
      <w:pPr>
        <w:jc w:val="right"/>
      </w:pPr>
      <w:r>
        <w:t>اور وہاں ہو رہا تھا، انتظار کر رہی ہیں۔</w:t>
      </w:r>
    </w:p>
    <w:p>
      <w:r>
        <w:rPr>
          <w:b/>
        </w:rPr>
        <w:t xml:space="preserve">[36:02] </w:t>
      </w:r>
      <w:r>
        <w:t>jitne professional,</w:t>
      </w:r>
    </w:p>
    <w:p>
      <w:pPr>
        <w:jc w:val="right"/>
      </w:pPr>
      <w:r>
        <w:t>جتنے پروفیشنل،</w:t>
      </w:r>
    </w:p>
    <w:p>
      <w:r>
        <w:rPr>
          <w:b/>
        </w:rPr>
        <w:t xml:space="preserve">[36:08] </w:t>
      </w:r>
      <w:r>
        <w:t>jitne yeh</w:t>
      </w:r>
    </w:p>
    <w:p>
      <w:pPr>
        <w:jc w:val="right"/>
      </w:pPr>
      <w:r>
        <w:t>جتنے یہ</w:t>
      </w:r>
    </w:p>
    <w:p>
      <w:r>
        <w:rPr>
          <w:b/>
        </w:rPr>
        <w:t xml:space="preserve">[36:13] </w:t>
      </w:r>
      <w:r>
        <w:t>professional log hote hain, woh trend log hote hain. Unko yahi sikhaya jata hai ke instant jannat pana hai toh yeh yeh yeh kaam karo.</w:t>
      </w:r>
    </w:p>
    <w:p>
      <w:pPr>
        <w:jc w:val="right"/>
      </w:pPr>
      <w:r>
        <w:t>پروفیشنل لوگ ہوتے ہیں، وہ ٹرینڈ لوگ ہوتے ہیں۔ ان کو یہی سکھایا جاتا ہے کہ انسٹنٹ جنت پانا ہے تو یہ یہ یہ کام کرو۔</w:t>
      </w:r>
    </w:p>
    <w:p>
      <w:r>
        <w:rPr>
          <w:b/>
        </w:rPr>
        <w:t xml:space="preserve">[36:28] </w:t>
      </w:r>
      <w:r>
        <w:t>Ah Maulana, ek sawal bheja hai Maulana Iqbal Umri ne Chennai se. Unhone likha hai: "Pur aman zindagi ka formula kya hai?</w:t>
      </w:r>
    </w:p>
    <w:p>
      <w:pPr>
        <w:jc w:val="right"/>
      </w:pPr>
      <w:r>
        <w:t>اہ مولانا، ایک سوال بھیجا ہے مولانا اقبال عمری نے چنئی سے۔ انہوں نے لکھا ہے: "پر امن زندگی کا فارمولا کیا ہے؟</w:t>
      </w:r>
    </w:p>
    <w:p>
      <w:r>
        <w:rPr>
          <w:b/>
        </w:rPr>
        <w:t xml:space="preserve">[36:40] </w:t>
      </w:r>
      <w:r>
        <w:t>Is ko wazeh karein." Main toh samajhta hoon ke yahi formula sab se strong formula hai ke</w:t>
      </w:r>
    </w:p>
    <w:p>
      <w:pPr>
        <w:jc w:val="right"/>
      </w:pPr>
      <w:r>
        <w:t>اس کو واضح کریں۔" میں تو سمجھتا ہوں کہ یہی فارمولا سب سے سٹرانگ فارمولا ہے کہ</w:t>
      </w:r>
    </w:p>
    <w:p>
      <w:r>
        <w:rPr>
          <w:b/>
        </w:rPr>
        <w:t xml:space="preserve">[36:53] </w:t>
      </w:r>
      <w:r>
        <w:t>yeh samjha jaye ke aman ke baghair jannat mein dakhila nahi milega kyunke woh darussalam hai.</w:t>
      </w:r>
    </w:p>
    <w:p>
      <w:pPr>
        <w:jc w:val="right"/>
      </w:pPr>
      <w:r>
        <w:t>یہ سمجھا جائے کہ امن کے بغیر جنت میں داخلہ نہیں ملے گا کیونکہ وہ دارالسلام ہے۔</w:t>
      </w:r>
    </w:p>
    <w:p>
      <w:r>
        <w:rPr>
          <w:b/>
        </w:rPr>
        <w:t xml:space="preserve">[37:03] </w:t>
      </w:r>
      <w:r>
        <w:t>Aman jo hai, jannat jo hai, woh darussalam hai. Toh agar hamara andar peaceful behavior nahi hoga toh jannat milne wali nahi.</w:t>
      </w:r>
    </w:p>
    <w:p>
      <w:pPr>
        <w:jc w:val="right"/>
      </w:pPr>
      <w:r>
        <w:t>امن جو ہے، جنت جو ہے، وہ دارالسلام ہے۔ تو اگر ہمارا اندر پیس فل بیہیویئر نہیں ہوگا تو جنت ملنے والی نہیں۔</w:t>
      </w:r>
    </w:p>
    <w:p>
      <w:r>
        <w:rPr>
          <w:b/>
        </w:rPr>
        <w:t xml:space="preserve">[37:24] </w:t>
      </w:r>
      <w:r>
        <w:t>Isi liye aap dekhiye, Sahaba ki zindagi ko dekhiye. Saare Sahaba jo hai, yaani andeshe mein jite the ke pata nahi akhirat mein kya hoga.</w:t>
      </w:r>
    </w:p>
    <w:p>
      <w:pPr>
        <w:jc w:val="right"/>
      </w:pPr>
      <w:r>
        <w:t>اسی لیے آپ دیکھیے، صحابہ کی زندگی کو دیکھیے۔ سارے صحابہ جو ہے، یعنی اندیشے میں جیتے تھے کہ پتہ نہیں آخرت میں کیا ہوگا۔</w:t>
      </w:r>
    </w:p>
    <w:p>
      <w:r>
        <w:rPr>
          <w:b/>
        </w:rPr>
        <w:t xml:space="preserve">[37:40] </w:t>
      </w:r>
      <w:r>
        <w:t>Jo taqwa, jiske andar mizaj ho, jo andeshe bajiye, jo dar laga ho ke pata nahi Allah taala mujhe mere saath kya mamla karne wale hain, toh woh kabhi bhi yeh sab harkat nahi karega.</w:t>
      </w:r>
    </w:p>
    <w:p>
      <w:pPr>
        <w:jc w:val="right"/>
      </w:pPr>
      <w:r>
        <w:t>جو تقویٰ، جس کے اندر مزاج ہو، جو اندیشے بجیے، جو ڈر لگا ہو کہ پتہ نہیں اللہ تعالیٰ مجھے میرے ساتھ کیا معاملہ کرنے والے ہیں، تو وہ کبھی بھی یہ سب حرکت نہیں کرے گا۔</w:t>
      </w:r>
    </w:p>
    <w:p>
      <w:r>
        <w:rPr>
          <w:b/>
        </w:rPr>
        <w:t xml:space="preserve">[37:58] </w:t>
      </w:r>
      <w:r>
        <w:t>Toh taqwa ka mizaj sab se zyada aadmi ko bachane wala mizaj hai.</w:t>
      </w:r>
    </w:p>
    <w:p>
      <w:pPr>
        <w:jc w:val="right"/>
      </w:pPr>
      <w:r>
        <w:t>تو تقویٰ کا مزاج سب سے زیادہ آدمی کو بچانے والا مزاج ہے۔</w:t>
      </w:r>
    </w:p>
    <w:p>
      <w:r>
        <w:rPr>
          <w:b/>
        </w:rPr>
        <w:t xml:space="preserve">[38:11] </w:t>
      </w:r>
      <w:r>
        <w:t>Aap gaur kijiye, jo yeh kahe ke idhar main insano ko marunga aur idhar main jannat ke darwaze khul jayenge, woh sab se zyada jannat ko se bekhabar hai.</w:t>
      </w:r>
    </w:p>
    <w:p>
      <w:pPr>
        <w:jc w:val="right"/>
      </w:pPr>
      <w:r>
        <w:t>آپ غور کیجئے، جو یہ کہے کہ ادھر میں انسانوں کو ماروں گا اور ادھر میں جنت کے دروازے کھل جائیں گے، وہ سب سے زیادہ جنت کو سے بے خبر ہے۔</w:t>
      </w:r>
    </w:p>
    <w:p>
      <w:r>
        <w:rPr>
          <w:b/>
        </w:rPr>
        <w:t xml:space="preserve">[38:24] </w:t>
      </w:r>
      <w:r>
        <w:t>kyunke Bukhari mein ek riwayat hai ke Rasool Allah ne apne bare mein farmaya:</w:t>
      </w:r>
    </w:p>
    <w:p>
      <w:pPr>
        <w:jc w:val="right"/>
      </w:pPr>
      <w:r>
        <w:t>کیونکہ بخاری میں ایک روایت ہے کہ رسول اللہ نے اپنے بارے میں فرمایا:</w:t>
      </w:r>
    </w:p>
    <w:p>
      <w:r>
        <w:rPr>
          <w:b/>
        </w:rPr>
        <w:t xml:space="preserve">[38:35] </w:t>
      </w:r>
      <w:r>
        <w:t>"wallah la adri, wallah la adri, wa ana rasoolullah, may folo bi wala bikum." khud rasoolullah kehte hain ke mujhe pata nahi mere sath kya hoga,</w:t>
      </w:r>
    </w:p>
    <w:p>
      <w:pPr>
        <w:jc w:val="right"/>
      </w:pPr>
      <w:r>
        <w:t>"واللہ لا ادری، واللہ لا ادری، وانا رسول اللہ، مای فولو بی ولا بکم۔" خود رسول اللہ کہتے ہیں کہ مجھے پتہ نہیں میرے ساتھ کیا ہوگا،</w:t>
      </w:r>
    </w:p>
    <w:p>
      <w:r>
        <w:rPr>
          <w:b/>
        </w:rPr>
        <w:t xml:space="preserve">[38:51] </w:t>
      </w:r>
      <w:r>
        <w:t>tumhare sath kya hoga. to jo jab ye nafsiyat mein jiye aadmi to wo soch bhi nahi sakta ke wo doosron ko pathar mare, doosron ko</w:t>
      </w:r>
    </w:p>
    <w:p>
      <w:pPr>
        <w:jc w:val="right"/>
      </w:pPr>
      <w:r>
        <w:t>تمہارے ساتھ کیا ہوگا۔ تو جو جب یہ نفسیات میں جیے آدمی تو وہ سوچ بھی نہیں سکتا کہ وہ دوسروں کو پتھر مارے، دوسروں کو</w:t>
      </w:r>
    </w:p>
    <w:p>
      <w:r>
        <w:rPr>
          <w:b/>
        </w:rPr>
        <w:t xml:space="preserve">[39:07] </w:t>
      </w:r>
      <w:r>
        <w:t>bam mare, doosron ko gun chalaye, soch hi nahi sakta wo. to apne apne bachao ki fikr mein laga laga rahega.</w:t>
      </w:r>
    </w:p>
    <w:p>
      <w:pPr>
        <w:jc w:val="right"/>
      </w:pPr>
      <w:r>
        <w:t>بم مارے، دوسروں کو گن چلائے، سوچ ہی نہیں سکتا وہ۔ تو اپنے اپنے بچاؤ کی فکر میں لگا لگا رہے گا۔</w:t>
      </w:r>
    </w:p>
    <w:p>
      <w:r>
        <w:rPr>
          <w:b/>
        </w:rPr>
        <w:t xml:space="preserve">[39:26] </w:t>
      </w:r>
      <w:r>
        <w:t>maulana, ye jo aap ne ye bataya ke paradise ka character jo hai, ye peaceful character hai, yani dunya aadmi jab peaceful rahega to paradise mein ja sakta hai.</w:t>
      </w:r>
    </w:p>
    <w:p>
      <w:pPr>
        <w:jc w:val="right"/>
      </w:pPr>
      <w:r>
        <w:t>مولانا، یہ جو آپ نے یہ بتایا کہ پیراڈائز کا کریکٹر جو ہے، یہ پیس فل کریکٹر ہے، یعنی دنیا آدمی جب پیس فل رہے گا تو پیراڈائز میں جا سکتا ہے۔</w:t>
      </w:r>
    </w:p>
    <w:p>
      <w:r>
        <w:rPr>
          <w:b/>
        </w:rPr>
        <w:t xml:space="preserve">[39:37] </w:t>
      </w:r>
      <w:r>
        <w:t>to is par baz log ye kehte hain ke ye to sahi baat hai, lekin is dunya ke andar hum ko peace ke sath rehne kahan diya jata hai ke hum peace ke sath rahen? hum par zulm hota hai, to is ka badla to lena hai.</w:t>
      </w:r>
    </w:p>
    <w:p>
      <w:pPr>
        <w:jc w:val="right"/>
      </w:pPr>
      <w:r>
        <w:t>تو اس پر بعض لوگ یہ کہتے ہیں کہ یہ تو صحیح بات ہے، لیکن اس دنیا کے اندر ہم کو پیس کے ساتھ رہنے کہاں دیا جاتا ہے کہ ہم پیس کے ساتھ رہیں؟ ہم پر ظلم ہوتا ہے، تو اس کا بدلہ تو لینا ہے۔</w:t>
      </w:r>
    </w:p>
    <w:p>
      <w:r>
        <w:rPr>
          <w:b/>
        </w:rPr>
        <w:t xml:space="preserve">[39:49] </w:t>
      </w:r>
      <w:r>
        <w:t>to mera sawal is par ye hai ke peaceful character ki shuruat apne aap se karni hai ya doosron se? hum ko umeed rakhna hai ke wo ek mahol hum ko faraham karenge peace ke sath rehne ka, to hum peaceful reh sakte hain.</w:t>
      </w:r>
    </w:p>
    <w:p>
      <w:pPr>
        <w:jc w:val="right"/>
      </w:pPr>
      <w:r>
        <w:t>تو میرا سوال اس پر یہ ہے کہ پیس فل کریکٹر کی شروعات اپنے آپ سے کرنی ہے یا دوسروں سے؟ ہم کو امید رکھنا ہے کہ وہ ایک ماحول ہم کو فراہم کریں گے پیس کے ساتھ رہنے کا، تو ہم پیس فل رہ سکتے ہیں۔</w:t>
      </w:r>
    </w:p>
    <w:p>
      <w:r>
        <w:rPr>
          <w:b/>
        </w:rPr>
        <w:t xml:space="preserve">[40:04] </w:t>
      </w:r>
      <w:r>
        <w:t>badla to islam mein hai nahi, ye to tribal culture tha.</w:t>
      </w:r>
    </w:p>
    <w:p>
      <w:pPr>
        <w:jc w:val="right"/>
      </w:pPr>
      <w:r>
        <w:t>بدلہ تو اسلام میں ہے نہیں، یہ تو ٹرائبل کلچر تھا۔</w:t>
      </w:r>
    </w:p>
    <w:p>
      <w:r>
        <w:rPr>
          <w:b/>
        </w:rPr>
        <w:t xml:space="preserve">[40:13] </w:t>
      </w:r>
      <w:r>
        <w:t>af af hai, islam mein maaf karna hai,</w:t>
      </w:r>
    </w:p>
    <w:p>
      <w:pPr>
        <w:jc w:val="right"/>
      </w:pPr>
      <w:r>
        <w:t>اف اف ہے، اسلام میں معاف کرنا ہے،</w:t>
      </w:r>
    </w:p>
    <w:p>
      <w:r>
        <w:rPr>
          <w:b/>
        </w:rPr>
        <w:t xml:space="preserve">[40:23] </w:t>
      </w:r>
      <w:r>
        <w:t>maaf karna hai. Allah rasoolullah ko hukum diya tha ke logon ko maaf karo,</w:t>
      </w:r>
    </w:p>
    <w:p>
      <w:pPr>
        <w:jc w:val="right"/>
      </w:pPr>
      <w:r>
        <w:t>معاف کرنا ہے۔ اللہ رسول اللہ کو حکم دیا تھا کہ لوگوں کو معاف کرو،</w:t>
      </w:r>
    </w:p>
    <w:p>
      <w:r>
        <w:rPr>
          <w:b/>
        </w:rPr>
        <w:t xml:space="preserve">[40:34] </w:t>
      </w:r>
      <w:r>
        <w:t>to badla lena culture islam mein nahi hai, bas islam mein to maaf kar dene ka culture hai.</w:t>
      </w:r>
    </w:p>
    <w:p>
      <w:pPr>
        <w:jc w:val="right"/>
      </w:pPr>
      <w:r>
        <w:t>تو بدلہ لینا کلچر اسلام میں نہیں ہے، بس اسلام میں تو معاف کر دینے کا کلچر ہے۔</w:t>
      </w:r>
    </w:p>
    <w:p>
      <w:r>
        <w:rPr>
          <w:b/>
        </w:rPr>
        <w:t xml:space="preserve">[40:44] </w:t>
      </w:r>
      <w:r>
        <w:t>maulana, jo hamein sab se bari cheez mili aaj, aap ne jo wo baat kahi ke "tazkiya az giving a positive response in negative situation", to ye ek bohat hi ah ah zabardast formula hai maulana ke hum log khud hi judge kar sakte hain ke hum ah tazkiya apna kar rahe hain ke nahi kar rahe hain.</w:t>
      </w:r>
    </w:p>
    <w:p>
      <w:pPr>
        <w:jc w:val="right"/>
      </w:pPr>
      <w:r>
        <w:t>مولانا، جو ہمیں سب سے بڑی چیز ملی آج، آپ نے جو وہ بات کہی کہ "تزکیہ از گیونگ ا پازیٹیو رسپانس ان نیگیٹیو سچویشن"، تو یہ ایک بہت ہی اہ اہ زبردست فارمولا ہے مولانا کہ ہم لوگ خود ہی جج کر سکتے ہیں کہ ہم اہ تزکیہ اپنا کر رہے ہیں کہ نہیں کر رہے ہیں۔</w:t>
      </w:r>
    </w:p>
    <w:p>
      <w:r>
        <w:rPr>
          <w:b/>
        </w:rPr>
        <w:t xml:space="preserve">[41:06] </w:t>
      </w:r>
      <w:r>
        <w:t>agar hamara response negative hai to hamara tazkiya ka process ruk jayega, aur agar positive rahega to is ka matlab ke tazkiya process jari hai.</w:t>
      </w:r>
    </w:p>
    <w:p>
      <w:pPr>
        <w:jc w:val="right"/>
      </w:pPr>
      <w:r>
        <w:t>اگر ہمارا رسپانس نیگیٹیو ہے تو ہمارا تزکیہ کا پروسیس رک جائے گا، اور اگر پازیٹیو رہے گا تو اس کا مطلب کہ تزکیہ پروسیس جاری ہے۔</w:t>
      </w:r>
    </w:p>
    <w:p>
      <w:r>
        <w:rPr>
          <w:b/>
        </w:rPr>
        <w:t xml:space="preserve">[41:18] </w:t>
      </w:r>
      <w:r>
        <w:t>to ye ek bohat acha maulana ah formula diya hai aap ne. khud quran mein likha hai: "wallahido ila dar al salam".</w:t>
      </w:r>
    </w:p>
    <w:p>
      <w:pPr>
        <w:jc w:val="right"/>
      </w:pPr>
      <w:r>
        <w:t>تو یہ ایک بہت اچھا مولانا اہ فارمولا دیا ہے آپ نے۔ خود قرآن میں لکھا ہے: "واللہیدو الی دار السلام"۔</w:t>
      </w:r>
    </w:p>
    <w:p>
      <w:r>
        <w:rPr>
          <w:b/>
        </w:rPr>
        <w:t xml:space="preserve">[41:30] </w:t>
      </w:r>
      <w:r>
        <w:t>Allah bulata hai aman ke ghar ki taraf, yani dunya mein aman ke sath, dunya mein ye ye ye ye</w:t>
      </w:r>
    </w:p>
    <w:p>
      <w:pPr>
        <w:jc w:val="right"/>
      </w:pPr>
      <w:r>
        <w:t>اللہ بلاتا ہے امن کے گھر کی طرف، یعنی دنیا میں امن کے ساتھ، دنیا میں یہ یہ یہ یہ</w:t>
      </w:r>
    </w:p>
    <w:p>
      <w:r>
        <w:rPr>
          <w:b/>
        </w:rPr>
        <w:t xml:space="preserve">[41:49] </w:t>
      </w:r>
      <w:r>
        <w:t>yani ye proof do, ye sabit karo ke tumhare andar peaceful personality hai. to that is ticket to paradise.</w:t>
      </w:r>
    </w:p>
    <w:p>
      <w:pPr>
        <w:jc w:val="right"/>
      </w:pPr>
      <w:r>
        <w:t>یعنی یہ پروف دو، یہ ثابت کرو کہ تمہارے اندر پیس فل پرسنیلٹی ہے۔ تو دیٹ از ٹکٹ ٹو پیراڈائز۔</w:t>
      </w:r>
    </w:p>
    <w:p>
      <w:r>
        <w:rPr>
          <w:b/>
        </w:rPr>
        <w:t xml:space="preserve">[42:03] </w:t>
      </w:r>
      <w:r>
        <w:t>to jo aadmi tashaddud kare, wo apni bata raha hai ke main to mera to jahannami hona hai pakka hai.</w:t>
      </w:r>
    </w:p>
    <w:p>
      <w:pPr>
        <w:jc w:val="right"/>
      </w:pPr>
      <w:r>
        <w:t>تو جو آدمی تشدد کرے، وہ اپنی بتا رہا ہے کہ میں تو میرا تو جہنمی ہونا ہے پکا ہے۔</w:t>
      </w:r>
    </w:p>
    <w:p>
      <w:r>
        <w:rPr>
          <w:b/>
        </w:rPr>
        <w:t xml:space="preserve">[42:15] </w:t>
      </w:r>
      <w:r>
        <w:t>tashaddud aur jahannum dono ek ek sath nahi ho sakte. ah maulana, ek sawal bheja hai sudhanshu kumar ji ne, unhone likha hai: "maulana, jo log hamare sath third degree torture karte hain,</w:t>
      </w:r>
    </w:p>
    <w:p>
      <w:pPr>
        <w:jc w:val="right"/>
      </w:pPr>
      <w:r>
        <w:t>تشدد اور جہنم دونوں ایک ایک ساتھ نہیں ہو سکتے۔ اہ مولانا، ایک سوال بھیجا ہے سدھانشو کمار جی نے، انہوں نے لکھا ہے: "مولانا، جو لوگ ہمارے ساتھ تھرڈ ڈگری ٹارچر کرتے ہیں،</w:t>
      </w:r>
    </w:p>
    <w:p>
      <w:r>
        <w:rPr>
          <w:b/>
        </w:rPr>
        <w:t xml:space="preserve">[42:31] </w:t>
      </w:r>
      <w:r>
        <w:t>un ko blessings dena, un ke sath acha hona mushkil hota hai. aisi situation mein kya karna chahiye?" dekhiye, ye bilkul yani baseless baat hai.</w:t>
      </w:r>
    </w:p>
    <w:p>
      <w:pPr>
        <w:jc w:val="right"/>
      </w:pPr>
      <w:r>
        <w:t>ان کو بلیسنگز دینا، ان کے ساتھ اچھا ہونا مشکل ہوتا ہے۔ ایسی سچویشن میں کیا کرنا چاہیے؟" دیکھیے، یہ بالکل یعنی بیسلیس بات ہے۔</w:t>
      </w:r>
    </w:p>
    <w:p>
      <w:r>
        <w:rPr>
          <w:b/>
        </w:rPr>
        <w:t xml:space="preserve">[42:47] </w:t>
      </w:r>
      <w:r>
        <w:t>koi aap ko torture karta hi nahi. har cheez jis ko log batate hain zulm aur torture, wo retaliation hota hai.</w:t>
      </w:r>
    </w:p>
    <w:p>
      <w:pPr>
        <w:jc w:val="right"/>
      </w:pPr>
      <w:r>
        <w:t>کوئی آپ کو ٹارچر کرتا ہی نہیں۔ ہر چیز جس کو لوگ بتاتے ہیں ظلم اور ٹارچر، وہ ریٹیلیشن ہوتا ہے۔</w:t>
      </w:r>
    </w:p>
    <w:p>
      <w:r>
        <w:rPr>
          <w:b/>
        </w:rPr>
        <w:t xml:space="preserve">[43:00] </w:t>
      </w:r>
      <w:r>
        <w:t>ye bilkul jhooti baat hai ke koi khwamkhwah aap ko torture karta hai. bilkul hi wo retaliation hota hai.</w:t>
      </w:r>
    </w:p>
    <w:p>
      <w:pPr>
        <w:jc w:val="right"/>
      </w:pPr>
      <w:r>
        <w:t>یہ بالکل جھوٹی بات ہے کہ کوئی خوامخواہ آپ کو ٹارچر کرتا ہے۔ بالکل ہی وہ ریٹیلیشن ہوتا ہے۔</w:t>
      </w:r>
    </w:p>
    <w:p>
      <w:r>
        <w:rPr>
          <w:b/>
        </w:rPr>
        <w:t xml:space="preserve">[43:13] </w:t>
      </w:r>
      <w:r>
        <w:t>pehle aap is ko pathar marte hain to wo aap ke sath tashaddud karta hai. phir kyun aap pathar mar rahe hain? kyun pathar mar rahe hain aap?</w:t>
      </w:r>
    </w:p>
    <w:p>
      <w:pPr>
        <w:jc w:val="right"/>
      </w:pPr>
      <w:r>
        <w:t>پہلے آپ اس کو پتھر مارتے ہیں تو وہ آپ کے ساتھ تشدد کرتا ہے۔ پھر کیوں آپ پتھر مار رہے ہیں؟ کیوں پتھر مار رہے ہیں آپ؟</w:t>
      </w:r>
    </w:p>
    <w:p>
      <w:r>
        <w:rPr>
          <w:b/>
        </w:rPr>
        <w:t xml:space="preserve">[43:22] </w:t>
      </w:r>
      <w:r>
        <w:t>kyun kisi ko bam mar rahe hain? kisi ko koi mauqa de ke wo retaliate kare.</w:t>
      </w:r>
    </w:p>
    <w:p>
      <w:pPr>
        <w:jc w:val="right"/>
      </w:pPr>
      <w:r>
        <w:t>کیوں کسی کو بم مار رہے ہیں؟ کسی کو کوئی موقع دے کہ وہ ریٹیلیٹ کرے۔</w:t>
      </w:r>
    </w:p>
    <w:p>
      <w:r>
        <w:rPr>
          <w:b/>
        </w:rPr>
        <w:t xml:space="preserve">[43:34] </w:t>
      </w:r>
      <w:r>
        <w:t>main mujh se to kisi ne kuch nahi kiya, itni lambi meri umar ho gayi kyunke wo kisi ko kabhi bhi nahi marta.</w:t>
      </w:r>
    </w:p>
    <w:p>
      <w:pPr>
        <w:jc w:val="right"/>
      </w:pPr>
      <w:r>
        <w:t>میں مجھ سے تو کسی نے کچھ نہیں کیا، اتنی لمبی میری عمر ہو گئی کیونکہ وہ کسی کو کبھی بھی نہیں مارتا۔</w:t>
      </w:r>
    </w:p>
    <w:p>
      <w:r>
        <w:rPr>
          <w:b/>
        </w:rPr>
        <w:t xml:space="preserve">[43:43] </w:t>
      </w:r>
      <w:r>
        <w:t>pathar bari baat hai.</w:t>
      </w:r>
    </w:p>
    <w:p>
      <w:pPr>
        <w:jc w:val="right"/>
      </w:pPr>
      <w:r>
        <w:t>پتھر بڑی بات ہے۔</w:t>
      </w:r>
    </w:p>
    <w:p>
      <w:r>
        <w:rPr>
          <w:b/>
        </w:rPr>
        <w:t xml:space="preserve">[43:49] </w:t>
      </w:r>
      <w:r>
        <w:t>main ne aap ko ek qissa bataya tha apna ke hamare bare bhai rehte the allahabad mein.</w:t>
      </w:r>
    </w:p>
    <w:p>
      <w:pPr>
        <w:jc w:val="right"/>
      </w:pPr>
      <w:r>
        <w:t>میں نے آپ کو ایک قصہ بتایا تھا اپنا کہ ہمارے بڑے بھائی رہتے تھے الہ آباد میں۔</w:t>
      </w:r>
    </w:p>
    <w:p>
      <w:r>
        <w:rPr>
          <w:b/>
        </w:rPr>
        <w:t xml:space="preserve">[43:59] </w:t>
      </w:r>
      <w:r>
        <w:t>to hamare bare bhai ke kuch dost the, un ko shauq tha shikar ka. to wahan allahabad shahar ke bahar jangal tha, wahan par chiriyan hoti thin.</w:t>
      </w:r>
    </w:p>
    <w:p>
      <w:pPr>
        <w:jc w:val="right"/>
      </w:pPr>
      <w:r>
        <w:t>تو ہمارے بڑے بھائی کے کچھ دوست تھے، ان کو شوق تھا شکار کا۔ تو وہاں الہ آباد شہر کے باہر جنگل تھا، وہاں پر چڑیاں ہوتی تھیں۔</w:t>
      </w:r>
    </w:p>
    <w:p>
      <w:r>
        <w:rPr>
          <w:b/>
        </w:rPr>
        <w:t xml:space="preserve">[44:14] </w:t>
      </w:r>
      <w:r>
        <w:t>to hamare bare bhai un ke doston ke sath ja rahe the jangal mein chiriyon ka shikar karne ke liye.</w:t>
      </w:r>
    </w:p>
    <w:p>
      <w:pPr>
        <w:jc w:val="right"/>
      </w:pPr>
      <w:r>
        <w:t>تو ہمارے بڑے بھائی ان کے دوستوں کے ساتھ جا رہے تھے جنگل میں چڑیاؤں کا شکار کرنے کے لیے۔</w:t>
      </w:r>
    </w:p>
    <w:p>
      <w:r>
        <w:rPr>
          <w:b/>
        </w:rPr>
        <w:t xml:space="preserve">[44:24] </w:t>
      </w:r>
      <w:r>
        <w:t>to ittefaq se main bhi is is zamane mein wahan chala gaya tha bare bhai se bili ke liye. to logon ne kaha ke tum bhi chalo.</w:t>
      </w:r>
    </w:p>
    <w:p>
      <w:pPr>
        <w:jc w:val="right"/>
      </w:pPr>
      <w:r>
        <w:t>تو اتفاق سے میں بھی اس اس زمانے میں وہاں چلا گیا تھا بڑے بھائی سے بلی کے لیے۔ تو لوگوں نے کہا کہ تم بھی چلو۔</w:t>
      </w:r>
    </w:p>
    <w:p>
      <w:r>
        <w:rPr>
          <w:b/>
        </w:rPr>
        <w:t xml:space="preserve">[44:34] </w:t>
      </w:r>
      <w:r>
        <w:t>to unhin ke kehne par main bhi chala gaya. to unhon ke pas kai gun thi.</w:t>
      </w:r>
    </w:p>
    <w:p>
      <w:pPr>
        <w:jc w:val="right"/>
      </w:pPr>
      <w:r>
        <w:t>تو انہیں کے کہنے پر میں بھی چلا گیا۔ تو انہوں کے پاس کئی گن تھی۔</w:t>
      </w:r>
    </w:p>
    <w:p>
      <w:r>
        <w:rPr>
          <w:b/>
        </w:rPr>
        <w:t xml:space="preserve">[44:43] </w:t>
      </w:r>
      <w:r>
        <w:t>to chiriya, wo jo ye chidiya ko wo marte the, wo pear ke ek dam upar baithte hain, kalak is ko kehte hain.</w:t>
      </w:r>
    </w:p>
    <w:p>
      <w:pPr>
        <w:jc w:val="right"/>
      </w:pPr>
      <w:r>
        <w:t>تو چڑیاں، وہ جو یہ چڑیا کو وہ مارتے تھے، وہ پیڑ کے ایک دم اوپر بیٹھتے ہیں، کہلک اس کو کہتے ہیں۔</w:t>
      </w:r>
    </w:p>
    <w:p>
      <w:r>
        <w:rPr>
          <w:b/>
        </w:rPr>
        <w:t xml:space="preserve">[44:53] </w:t>
      </w:r>
      <w:r>
        <w:t>to wo kalak marte the. tab is ko unhon ne diya gun.</w:t>
      </w:r>
    </w:p>
    <w:p>
      <w:pPr>
        <w:jc w:val="right"/>
      </w:pPr>
      <w:r>
        <w:t>تو وہ کہلک مارتے تھے۔ تب اس کو انہوں نے دیا گن۔</w:t>
      </w:r>
    </w:p>
    <w:p>
      <w:r>
        <w:rPr>
          <w:b/>
        </w:rPr>
        <w:t xml:space="preserve">[45:03] </w:t>
      </w:r>
      <w:r>
        <w:t>to gun mein aisa hota hai ke aap wo nishan lagate hain. aise maine rakha yahan par rakhi jati hai gun aur nishan lagaya.</w:t>
      </w:r>
    </w:p>
    <w:p>
      <w:pPr>
        <w:jc w:val="right"/>
      </w:pPr>
      <w:r>
        <w:t>تو گن میں ایسا ہوتا ہے کہ آپ وہ نشان لگاتے ہیں۔ ایسے میں نے رکھا یہاں پر رکھی جاتی ہے گن اور نشان لگایا۔</w:t>
      </w:r>
    </w:p>
    <w:p>
      <w:r>
        <w:rPr>
          <w:b/>
        </w:rPr>
        <w:t xml:space="preserve">[45:16] </w:t>
      </w:r>
      <w:r>
        <w:t>to nishan lag gaya. kalak ke do kalak bane baithe hue the, us ki range mein aa gaya hamara.</w:t>
      </w:r>
    </w:p>
    <w:p>
      <w:pPr>
        <w:jc w:val="right"/>
      </w:pPr>
      <w:r>
        <w:t>تو نشان لگ گیا۔ کہلک کے دو کہلک بنے بیٹھے ہوئے تھے، اس کی رینج میں آ گیا ہمارا۔</w:t>
      </w:r>
    </w:p>
    <w:p>
      <w:r>
        <w:rPr>
          <w:b/>
        </w:rPr>
        <w:t xml:space="preserve">[45:26] </w:t>
      </w:r>
      <w:r>
        <w:t>to jab time aaya trigger trigger dabane ka, to achaanak mere dil mein aaya ke jis chidiya ko maine paida nahi kiya hai, us ko marne ka kya kaam?</w:t>
      </w:r>
    </w:p>
    <w:p>
      <w:pPr>
        <w:jc w:val="right"/>
      </w:pPr>
      <w:r>
        <w:t>تو جب ٹائم آیا ٹریگر ٹریگر دبانے کا، تو اچانک میرے دل میں آیا کہ جس چڑیا کو میں نے پیدا نہیں کیا ہے، اس کو مارنے کا کیا کام؟</w:t>
      </w:r>
    </w:p>
    <w:p>
      <w:r>
        <w:rPr>
          <w:b/>
        </w:rPr>
        <w:t xml:space="preserve">[45:39] </w:t>
      </w:r>
      <w:r>
        <w:t>us ko kyon marun? main us ko, wo to bechara, wo chidiya to bechari apne baithi hui cha cha rahi hai.</w:t>
      </w:r>
    </w:p>
    <w:p>
      <w:pPr>
        <w:jc w:val="right"/>
      </w:pPr>
      <w:r>
        <w:t>اس کو کیوں ماروں؟ میں اس کو، وہ تو بیچارہ، وہ چڑیا تو بیچاری اپنے بیٹھی ہوئی چاچا رہی ہے۔</w:t>
      </w:r>
    </w:p>
    <w:p>
      <w:r>
        <w:rPr>
          <w:b/>
        </w:rPr>
        <w:t xml:space="preserve">[45:50] </w:t>
      </w:r>
      <w:r>
        <w:t>mujh se mujh se kya is ka matlab? mujhe kya nuksan pahuncha rahi hai? to yaqin kijiye ke banduq mere hath se gir gayi.</w:t>
      </w:r>
    </w:p>
    <w:p>
      <w:pPr>
        <w:jc w:val="right"/>
      </w:pPr>
      <w:r>
        <w:t>مجھ سے مجھ سے کیا اس کا مطلب؟ مجھے کیا نقصان پہنچا رہی ہے؟ تو یقین کیجئے کہ بندوق میرے ہاتھ سے گر گئی۔</w:t>
      </w:r>
    </w:p>
    <w:p>
      <w:r>
        <w:rPr>
          <w:b/>
        </w:rPr>
        <w:t xml:space="preserve">[46:01] </w:t>
      </w:r>
      <w:r>
        <w:t>main maar nahi saka us ko.</w:t>
      </w:r>
    </w:p>
    <w:p>
      <w:pPr>
        <w:jc w:val="right"/>
      </w:pPr>
      <w:r>
        <w:t>میں مار نہیں سکا اس کو۔</w:t>
      </w:r>
    </w:p>
    <w:p>
      <w:r>
        <w:rPr>
          <w:b/>
        </w:rPr>
        <w:t xml:space="preserve">[46:05] </w:t>
      </w:r>
      <w:r>
        <w:t>banduq chhod kar ke wo bhaga. un logon se poocha bhi nahi ke main ja raha hoon. aur wahan par jo jo gadi le gaye gaye the, un ko wapsi honi thi.</w:t>
      </w:r>
    </w:p>
    <w:p>
      <w:pPr>
        <w:jc w:val="right"/>
      </w:pPr>
      <w:r>
        <w:t>بندوق چھوڑ کر کے وہ بھاگا۔ ان لوگوں سے پوچھا بھی نہیں کہ میں جا رہا ہوں۔ اور وہاں پر جو جو گاڑی لے گئے گئے تھے، ان کو واپسی ہونی تھی۔</w:t>
      </w:r>
    </w:p>
    <w:p>
      <w:r>
        <w:rPr>
          <w:b/>
        </w:rPr>
        <w:t xml:space="preserve">[46:19] </w:t>
      </w:r>
      <w:r>
        <w:t>is ka intezar bhi main nahi kiya. aise paidal bhaga main jangal se bhag kar ke aaya. road par road par bus mili, us se main shahar aaya.</w:t>
      </w:r>
    </w:p>
    <w:p>
      <w:pPr>
        <w:jc w:val="right"/>
      </w:pPr>
      <w:r>
        <w:t>اس کا انتظار بھی میں نہیں کیا۔ ایسے پیدل بھاگا میں جنگل سے بھاگ کر کے آیا۔ روڈ پر روڈ پر بس ملی، اس سے میں شہر آیا۔</w:t>
      </w:r>
    </w:p>
    <w:p>
      <w:r>
        <w:rPr>
          <w:b/>
        </w:rPr>
        <w:t xml:space="preserve">[46:35] </w:t>
      </w:r>
      <w:r>
        <w:t>to agar aap ko kuch ehsas ho, ehsas aap ka zinda ho, aap ka ehsas zinda ho, alive ho, to aap kabhi kisi ko marenge nahi.</w:t>
      </w:r>
    </w:p>
    <w:p>
      <w:pPr>
        <w:jc w:val="right"/>
      </w:pPr>
      <w:r>
        <w:t>تو اگر آپ کو کچھ احساس ہو، احساس آپ کا زندہ ہو، آپ کا احساس زندہ ہو، الائیو ہو، تو آپ کبھی کسی کو ماریں گے نہیں۔</w:t>
      </w:r>
    </w:p>
    <w:p>
      <w:r>
        <w:rPr>
          <w:b/>
        </w:rPr>
        <w:t xml:space="preserve">[46:51] </w:t>
      </w:r>
      <w:r>
        <w:t>ye to be hiss log hote hain, animal log hote hain, animal jo doosre ko marte hain. doosre ko hmm. maulana, ye sawal ah chennai se hai, um ashad ne kiya hai, um ashad sahiba ne kiya hai.</w:t>
      </w:r>
    </w:p>
    <w:p>
      <w:pPr>
        <w:jc w:val="right"/>
      </w:pPr>
      <w:r>
        <w:t>یہ تو بے حس لوگ ہوتے ہیں، انیول لوگ ہوتے ہیں، انیول جو دوسرے کو مارتے ہیں۔ دوسرے کو ہمم۔ مولانا، یہ سوال اہ چنئی سے ہے، ام اشاد نے کیا ہے، ام اشاد صاحبہ نے کیا ہے۔</w:t>
      </w:r>
    </w:p>
    <w:p>
      <w:r>
        <w:rPr>
          <w:b/>
        </w:rPr>
        <w:t xml:space="preserve">[47:06] </w:t>
      </w:r>
      <w:r>
        <w:t>hmm, kya hum no problem person ban kar agar rahen to kya aman paida ho sakta hai?</w:t>
      </w:r>
    </w:p>
    <w:p>
      <w:pPr>
        <w:jc w:val="right"/>
      </w:pPr>
      <w:r>
        <w:t>ہمم، کیا ہم نو پرابلم پرسن بن کر اگر رہیں تو کیا امن پیدا ہو سکتا ہے؟</w:t>
      </w:r>
    </w:p>
    <w:p>
      <w:r>
        <w:rPr>
          <w:b/>
        </w:rPr>
        <w:t xml:space="preserve">[47:16] </w:t>
      </w:r>
      <w:r>
        <w:t>is ke bare mein bataen. zaroor paida ho sakta hai, lekin log log no power ban kar rahte kahan hain? ye yani agar sab log no problem person ban jayen to zaroor aman hoga,</w:t>
      </w:r>
    </w:p>
    <w:p>
      <w:pPr>
        <w:jc w:val="right"/>
      </w:pPr>
      <w:r>
        <w:t>اس کے بارے میں بتائیں۔ ضرور پیدا ہو سکتا ہے، لیکن لوگ لوگ نو پاور بن کر رہتے کہاں ہیں؟ یہ یعنی اگر سب لوگ نو پرابلم پرسن بن جائیں تو ضرور امن ہوگا،</w:t>
      </w:r>
    </w:p>
    <w:p>
      <w:r>
        <w:rPr>
          <w:b/>
        </w:rPr>
        <w:t xml:space="preserve">[47:34] </w:t>
      </w:r>
      <w:r>
        <w:t>zaroor aman hoga. lekin log jo hain provoke karte hain, kuch na kuch kahin na kahin wo ustad dilate hain.</w:t>
      </w:r>
    </w:p>
    <w:p>
      <w:pPr>
        <w:jc w:val="right"/>
      </w:pPr>
      <w:r>
        <w:t>ضرور امن ہوگا۔ لیکن لوگ جو ہیں پرووک کرتے ہیں، کچھ نہ کچھ کہیں نہ کہیں وہ استاد دلاتے ہیں۔</w:t>
      </w:r>
    </w:p>
    <w:p>
      <w:r>
        <w:rPr>
          <w:b/>
        </w:rPr>
        <w:t xml:space="preserve">[47:43] </w:t>
      </w:r>
      <w:r>
        <w:t>to aadmi react karta hai. aap logon ko reaction ka mauqa na dijiye to pc pc se ghar ke andar bhi, society ke andar bhi, mulk ke andar bhi.</w:t>
      </w:r>
    </w:p>
    <w:p>
      <w:pPr>
        <w:jc w:val="right"/>
      </w:pPr>
      <w:r>
        <w:t>تو آدمی ری ایکٹ کرتا ہے۔ آپ لوگوں کو ری ایکشن کا موقع نہ دیجئے تو پی سی پی سے گھر کے اندر بھی، سوسائٹی کے اندر بھی، ملک کے اندر بھی۔</w:t>
      </w:r>
    </w:p>
    <w:p>
      <w:r>
        <w:rPr>
          <w:b/>
        </w:rPr>
        <w:t xml:space="preserve">[48:00] </w:t>
      </w:r>
      <w:r>
        <w:t>main to apne bare mein bata sakta hoon ke main kya hua tha mere sath ke gun ki range mein aa gayi chidiya aur trigger main nahi daba saka.</w:t>
      </w:r>
    </w:p>
    <w:p>
      <w:pPr>
        <w:jc w:val="right"/>
      </w:pPr>
      <w:r>
        <w:t>میں تو اپنے بارے میں بتا سکتا ہوں کہ میں کیا ہوا تھا میرے ساتھ کہ گن کی رینج میں آ گئی چڑیا اور ٹریگر میں نہیں دبا سکا۔</w:t>
      </w:r>
    </w:p>
    <w:p>
      <w:r>
        <w:rPr>
          <w:b/>
        </w:rPr>
        <w:t xml:space="preserve">[48:15] </w:t>
      </w:r>
      <w:r>
        <w:t>gadi chhod ke bhaga. to mere sath to aaj tak kisi ne tashaddud ki baat ki nahi hai, na ghar ke andar, na ghar ke bahar.</w:t>
      </w:r>
    </w:p>
    <w:p>
      <w:pPr>
        <w:jc w:val="right"/>
      </w:pPr>
      <w:r>
        <w:t>گاڑی چھوڑ کے بھاگا۔ تو میرے ساتھ تو آج تک کسی نے تشدد کی بات کی نہیں ہے، نہ گھر کے اندر، نہ گھر کے باہر۔</w:t>
      </w:r>
    </w:p>
    <w:p>
      <w:r>
        <w:rPr>
          <w:b/>
        </w:rPr>
        <w:t xml:space="preserve">[48:26] </w:t>
      </w:r>
      <w:r>
        <w:t>kyon ke main kabhi kisi ko provoke kiya hi nahi zindagi mein. maine apni zindagi mein kisi ko provoke kiya hi nahi.</w:t>
      </w:r>
    </w:p>
    <w:p>
      <w:pPr>
        <w:jc w:val="right"/>
      </w:pPr>
      <w:r>
        <w:t>کیونکہ میں کبھی کسی کو پرووک کیا ہی نہیں زندگی میں۔ میں نے اپنی زندگی میں کسی کو پرووک کیا ہی نہیں۔</w:t>
      </w:r>
    </w:p>
    <w:p>
      <w:r>
        <w:rPr>
          <w:b/>
        </w:rPr>
        <w:t xml:space="preserve">[48:34] </w:t>
      </w:r>
      <w:r>
        <w:t>to mere sath to kuch hua nahi. main to apna qissa aap ko bataya tha ek bar ke main yahan delhi mein ek area hai,</w:t>
      </w:r>
    </w:p>
    <w:p>
      <w:pPr>
        <w:jc w:val="right"/>
      </w:pPr>
      <w:r>
        <w:t>تو میرے ساتھ تو کچھ ہوا نہیں۔ میں تو اپنا قصہ آپ کو بتایا تھا ایک بار کہ میں یہاں دلی میں ایک ایریا ہے،</w:t>
      </w:r>
    </w:p>
    <w:p>
      <w:r>
        <w:rPr>
          <w:b/>
        </w:rPr>
        <w:t xml:space="preserve">[48:51] </w:t>
      </w:r>
      <w:r>
        <w:t>wahan gaya tha. to</w:t>
      </w:r>
    </w:p>
    <w:p>
      <w:pPr>
        <w:jc w:val="right"/>
      </w:pPr>
      <w:r>
        <w:t>وہاں گیا تھا۔ تو</w:t>
      </w:r>
    </w:p>
    <w:p>
      <w:r>
        <w:rPr>
          <w:b/>
        </w:rPr>
        <w:t xml:space="preserve">[48:59] </w:t>
      </w:r>
      <w:r>
        <w:t>mein road par chal raha tha aur aik aadmi barish ki dharata hua aaya, dharata hua aaya.</w:t>
      </w:r>
    </w:p>
    <w:p>
      <w:pPr>
        <w:jc w:val="right"/>
      </w:pPr>
      <w:r>
        <w:t>میں روڈ پر چل رہا تھا اور ایک آدمی بارش کی دھڑاتا ہوا آیا، دھڑاتا ہوا آیا۔</w:t>
      </w:r>
    </w:p>
    <w:p>
      <w:r>
        <w:rPr>
          <w:b/>
        </w:rPr>
        <w:t xml:space="preserve">[49:10] </w:t>
      </w:r>
      <w:r>
        <w:t>ab is se takkar ho gayi is ki aur mein road par gir gaya. mujhe khoon behne laga.</w:t>
      </w:r>
    </w:p>
    <w:p>
      <w:pPr>
        <w:jc w:val="right"/>
      </w:pPr>
      <w:r>
        <w:t>اب اس سے ٹکر ہو گئی اس کی اور میں روڈ پر گر گیا۔ مجھے خون بہنے لگا۔</w:t>
      </w:r>
    </w:p>
    <w:p>
      <w:r>
        <w:rPr>
          <w:b/>
        </w:rPr>
        <w:t xml:space="preserve">[49:22] </w:t>
      </w:r>
      <w:r>
        <w:t>to jab takkar ho gayi to woh bhi gir gaya. is ko chot to nahi aayi thi kyunke mujh ko chot aayi, mein khoon behne laga.</w:t>
      </w:r>
    </w:p>
    <w:p>
      <w:pPr>
        <w:jc w:val="right"/>
      </w:pPr>
      <w:r>
        <w:t>تو جب ٹکر ہو گئی تو وہ بھی گر گیا۔ اس کو چوٹ تو نہیں آئی تھی کیونکہ مجھ کو چوٹ آئی، میں خون بہنے لگا۔</w:t>
      </w:r>
    </w:p>
    <w:p>
      <w:r>
        <w:rPr>
          <w:b/>
        </w:rPr>
        <w:t xml:space="preserve">[49:32] </w:t>
      </w:r>
      <w:r>
        <w:t>lekin maine is aadmi ki taraf dekha bhi nahi, is se poocha bhi nahi. mein chup chap road ke kinare ja kar ke aise hi baith gaya, sar jhuka kar ke.</w:t>
      </w:r>
    </w:p>
    <w:p>
      <w:pPr>
        <w:jc w:val="right"/>
      </w:pPr>
      <w:r>
        <w:t>لیکن میں نے اس آدمی کی طرف دیکھا بھی نہیں، اس سے پوچھا بھی نہیں۔ میں چپ چاپ روڈ کے کنارے جا کر کے ایسے ہی بیٹھ گیا، سر جھکا کر کے۔</w:t>
      </w:r>
    </w:p>
    <w:p>
      <w:r>
        <w:rPr>
          <w:b/>
        </w:rPr>
        <w:t xml:space="preserve">[49:46] </w:t>
      </w:r>
      <w:r>
        <w:t>is aadmi se na poocha, na dekha. to aap jante hain ke road par police wale woh hote hain ke aik police wala danda liye hue aaya mere paas ke is is aadmi ko kya karna hai, is ko danda marna hai ke jail bhejna hai ke case karna hai.</w:t>
      </w:r>
    </w:p>
    <w:p>
      <w:pPr>
        <w:jc w:val="right"/>
      </w:pPr>
      <w:r>
        <w:t>اس آدمی سے نہ پوچھا، نہ دیکھا۔ تو آپ جانتے ہیں کہ روڈ پر پولیس والے وہ ہوتے ہیں کہ ایک پولیس والا ڈنڈا لیے ہوئے آیا میرے پاس کہ اس اس آدمی کو کیا کرنا ہے، اس کو ڈنڈا مارنا ہے کہ جیل بھیجنا ہے کہ کیس کرنا ہے۔</w:t>
      </w:r>
    </w:p>
    <w:p>
      <w:r>
        <w:rPr>
          <w:b/>
        </w:rPr>
        <w:t xml:space="preserve">[50:10] </w:t>
      </w:r>
      <w:r>
        <w:t>to mein sar jhukaye aise hi baitha raha. mein kuch bola hi nahi, bola hi nahi kuch. to kai baar is ne poocha.</w:t>
      </w:r>
    </w:p>
    <w:p>
      <w:pPr>
        <w:jc w:val="right"/>
      </w:pPr>
      <w:r>
        <w:t>تو میں سر جھکائے ایسے ہی بیٹھا رہا۔ میں کچھ بولا ہی نہیں، بولا ہی نہیں کچھ۔ تو کئی بار اس نے پوچھا۔</w:t>
      </w:r>
    </w:p>
    <w:p>
      <w:r>
        <w:rPr>
          <w:b/>
        </w:rPr>
        <w:t xml:space="preserve">[50:20] </w:t>
      </w:r>
      <w:r>
        <w:t>to</w:t>
      </w:r>
    </w:p>
    <w:p>
      <w:pPr>
        <w:jc w:val="right"/>
      </w:pPr>
      <w:r>
        <w:t>تو</w:t>
      </w:r>
    </w:p>
    <w:p>
      <w:r>
        <w:rPr>
          <w:b/>
        </w:rPr>
        <w:t xml:space="preserve">[50:24] </w:t>
      </w:r>
      <w:r>
        <w:t>phir woh yeh keh ke chala gaya, police wala ke baba to koi bolta hi nahi. abhi tak mujhe yaad hai ke woh police wala bar bar poohta raha.</w:t>
      </w:r>
    </w:p>
    <w:p>
      <w:pPr>
        <w:jc w:val="right"/>
      </w:pPr>
      <w:r>
        <w:t>پھر وہ یہ کہہ کے چلا گیا، پولیس والا کہ بابا تو کوئی بولتا ہی نہیں۔ ابھی تک مجھے یاد ہے کہ وہ پولیس والا بار بار پوچھتا رہا۔</w:t>
      </w:r>
    </w:p>
    <w:p>
      <w:r>
        <w:rPr>
          <w:b/>
        </w:rPr>
        <w:t xml:space="preserve">[50:36] </w:t>
      </w:r>
      <w:r>
        <w:t>jab nahi, maine bola kuch to woh kehta hai ke baba to kuch bolte hi nahi. to shayad woh samjha ke samjha ho ke mein goonga hoon, pata nahi kya samjha ho.</w:t>
      </w:r>
    </w:p>
    <w:p>
      <w:pPr>
        <w:jc w:val="right"/>
      </w:pPr>
      <w:r>
        <w:t>جب نہیں، میں نے بولا کچھ تو وہ کہتا ہے کہ بابا تو کچھ بولتے ہی نہیں۔ تو شاید وہ سمجھا کہ سمجھا ہو کہ میں گونگا ہوں، پتہ نہیں کیا سمجھا ہو۔</w:t>
      </w:r>
    </w:p>
    <w:p>
      <w:r>
        <w:rPr>
          <w:b/>
        </w:rPr>
        <w:t xml:space="preserve">[50:52] </w:t>
      </w:r>
      <w:r>
        <w:t>to Allah ke fazal se mera yahi rawaiyya bachpan se hai. bachpan se maine kisi ko kuch nahi kaha.</w:t>
      </w:r>
    </w:p>
    <w:p>
      <w:pPr>
        <w:jc w:val="right"/>
      </w:pPr>
      <w:r>
        <w:t>تو اللہ کے فضل سے میرا یہی رویہ بچپن سے ہے۔ بچپن سے میں نے کسی کو کچھ نہیں کہا۔</w:t>
      </w:r>
    </w:p>
    <w:p>
      <w:r>
        <w:rPr>
          <w:b/>
        </w:rPr>
        <w:t xml:space="preserve">[51:03] </w:t>
      </w:r>
      <w:r>
        <w:t>to mere sath bhi kisi ne kuch nahi kiya. mein khud hamesha no problem person ban kar raha tha.</w:t>
      </w:r>
    </w:p>
    <w:p>
      <w:pPr>
        <w:jc w:val="right"/>
      </w:pPr>
      <w:r>
        <w:t>تو میرے ساتھ بھی کسی نے کچھ نہیں کیا۔ میں خود ہمیشہ نو پرابلم پرسن بن کر رہا تھا۔</w:t>
      </w:r>
    </w:p>
    <w:p>
      <w:r>
        <w:rPr>
          <w:b/>
        </w:rPr>
        <w:t xml:space="preserve">[51:11] </w:t>
      </w:r>
      <w:r>
        <w:t>to kisi ne kuch kaha hi nahi.</w:t>
      </w:r>
    </w:p>
    <w:p>
      <w:pPr>
        <w:jc w:val="right"/>
      </w:pPr>
      <w:r>
        <w:t>تو کسی نے کچھ کہا ہی نہیں۔</w:t>
      </w:r>
    </w:p>
    <w:p>
      <w:r>
        <w:rPr>
          <w:b/>
        </w:rPr>
        <w:t xml:space="preserve">[51:18] </w:t>
      </w:r>
      <w:r>
        <w:t>jo log kehte hain ke yeh zulm, woh zulm, woh bilkul galat kehte hain. galat,</w:t>
      </w:r>
    </w:p>
    <w:p>
      <w:pPr>
        <w:jc w:val="right"/>
      </w:pPr>
      <w:r>
        <w:t>جو لوگ کہتے ہیں کہ یہ ظلم، وہ ظلم، وہ بالکل غلط کہتے ہیں۔ غلط،</w:t>
      </w:r>
    </w:p>
    <w:p>
      <w:r>
        <w:rPr>
          <w:b/>
        </w:rPr>
        <w:t xml:space="preserve">[51:27] </w:t>
      </w:r>
      <w:r>
        <w:t>koi zulm nahi hota. retaliation hota hai. har woh waqia jis ko aap kehte hain zulm, woh sab retaliation hota hai. yani intiqami karwai.</w:t>
      </w:r>
    </w:p>
    <w:p>
      <w:pPr>
        <w:jc w:val="right"/>
      </w:pPr>
      <w:r>
        <w:t>کوئی ظلم نہیں ہوتا۔ ریٹیلیشن ہوتا ہے۔ ہر وہ واقعہ جس کو آپ کہتے ہیں ظلم، وہ سب ریٹیلیشن ہوتا ہے۔ یعنی انتقامی کارروائی۔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