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Art of Life Management December 24, 2006</w:t>
      </w:r>
    </w:p>
    <w:p>
      <w:r>
        <w:t>https://www.youtube.com/watch?v=XWCCQiGPxbU</w:t>
      </w:r>
    </w:p>
    <w:p>
      <w:r>
        <w:rPr>
          <w:b/>
        </w:rPr>
        <w:t xml:space="preserve">[00:13]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صلی اللہ علی النبی الکریم۔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dekhen ek baat main aap se yeh kehna chahta hoon</w:t>
      </w:r>
    </w:p>
    <w:p>
      <w:pPr>
        <w:jc w:val="right"/>
      </w:pPr>
      <w:r>
        <w:t>دیکھیں ایک بات میں آپ سے یہ کہنا چاہتا ہوں</w:t>
      </w:r>
    </w:p>
    <w:p>
      <w:r>
        <w:rPr>
          <w:b/>
        </w:rPr>
        <w:t xml:space="preserve">[00:26] </w:t>
      </w:r>
      <w:r>
        <w:t>ke life is an art of management.</w:t>
      </w:r>
    </w:p>
    <w:p>
      <w:pPr>
        <w:jc w:val="right"/>
      </w:pPr>
      <w:r>
        <w:t>کہ لائف از این آرٹ آف مینجمنٹ۔</w:t>
      </w:r>
    </w:p>
    <w:p>
      <w:r>
        <w:rPr>
          <w:b/>
        </w:rPr>
        <w:t xml:space="preserve">[00:31] </w:t>
      </w:r>
      <w:r>
        <w:t>zindagi apne aap ko manage karne ka naam hai.</w:t>
      </w:r>
    </w:p>
    <w:p>
      <w:pPr>
        <w:jc w:val="right"/>
      </w:pPr>
      <w:r>
        <w:t>زندگی اپنے آپ کو مینج کرنے کا نام ہے۔</w:t>
      </w:r>
    </w:p>
    <w:p>
      <w:r>
        <w:rPr>
          <w:b/>
        </w:rPr>
        <w:t xml:space="preserve">[00:36] </w:t>
      </w:r>
      <w:r>
        <w:t>arts hain, masail hain,</w:t>
      </w:r>
    </w:p>
    <w:p>
      <w:pPr>
        <w:jc w:val="right"/>
      </w:pPr>
      <w:r>
        <w:t>آرٹس ہیں، مسائل ہیں،</w:t>
      </w:r>
    </w:p>
    <w:p>
      <w:r>
        <w:rPr>
          <w:b/>
        </w:rPr>
        <w:t xml:space="preserve">[00:39] </w:t>
      </w:r>
      <w:r>
        <w:t>faraq hain aur kya kya chezen hain.</w:t>
      </w:r>
    </w:p>
    <w:p>
      <w:pPr>
        <w:jc w:val="right"/>
      </w:pPr>
      <w:r>
        <w:t>فرق ہیں اور کیا کیا چیزیں ہیں۔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