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Goal for Human Beings in The Quran February 03, 2019 Maulana Wahiduddin Khan</w:t>
      </w:r>
    </w:p>
    <w:p>
      <w:r>
        <w:t>https://www.youtube.com/watch?v=QZH5SHaAxCc</w:t>
      </w:r>
    </w:p>
    <w:p>
      <w:r>
        <w:rPr>
          <w:b/>
        </w:rPr>
        <w:t xml:space="preserve">[00:14] </w:t>
      </w:r>
      <w:r>
        <w:t>bismillah rahman rahim, wasalli Allahu ala nabiyil karim.</w:t>
      </w:r>
    </w:p>
    <w:p>
      <w:pPr>
        <w:jc w:val="right"/>
      </w:pPr>
      <w:r>
        <w:t>بسم اللہ الرحمن الرحیم، وصلی اللہ علی النبی الکریم۔</w:t>
      </w:r>
    </w:p>
    <w:p>
      <w:r>
        <w:rPr>
          <w:b/>
        </w:rPr>
        <w:t xml:space="preserve">[00:22]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[00:35] </w:t>
      </w:r>
      <w:r>
        <w:t>february third,</w:t>
      </w:r>
    </w:p>
    <w:p>
      <w:pPr>
        <w:jc w:val="right"/>
      </w:pPr>
      <w:r>
        <w:t>فروری تھرڈ،</w:t>
      </w:r>
    </w:p>
    <w:p>
      <w:r>
        <w:rPr>
          <w:b/>
        </w:rPr>
        <w:t xml:space="preserve">[00:41] </w:t>
      </w:r>
      <w:r>
        <w:t>2000</w:t>
      </w:r>
    </w:p>
    <w:p>
      <w:pPr>
        <w:jc w:val="right"/>
      </w:pPr>
      <w:r>
        <w:t>2000</w:t>
      </w:r>
    </w:p>
    <w:p>
      <w:r>
        <w:rPr>
          <w:b/>
        </w:rPr>
        <w:t xml:space="preserve">[00:44] </w:t>
      </w:r>
      <w:r>
        <w:t>. 19. 19.</w:t>
      </w:r>
    </w:p>
    <w:p>
      <w:pPr>
        <w:jc w:val="right"/>
      </w:pPr>
      <w:r>
        <w:t>۔ 19۔ 19۔</w:t>
      </w:r>
    </w:p>
    <w:p>
      <w:r>
        <w:rPr>
          <w:b/>
        </w:rPr>
        <w:t xml:space="preserve">[00:52] </w:t>
      </w:r>
      <w:r>
        <w:t>i remember a book</w:t>
      </w:r>
    </w:p>
    <w:p>
      <w:pPr>
        <w:jc w:val="right"/>
      </w:pPr>
      <w:r>
        <w:t>آئی ریممبر ا بک</w:t>
      </w:r>
    </w:p>
    <w:p>
      <w:r>
        <w:rPr>
          <w:b/>
        </w:rPr>
        <w:t xml:space="preserve">[00:58] </w:t>
      </w:r>
      <w:r>
        <w:t>published by shima kher. shima kher was born in germany, and perhaps she settled in britain.</w:t>
      </w:r>
    </w:p>
    <w:p>
      <w:pPr>
        <w:jc w:val="right"/>
      </w:pPr>
      <w:r>
        <w:t>پبلشڈ بائے شیما خر۔ شیما خر واز بورن ان جرمنی، اینڈ پرہیپس شی سیٹلڈ ان برٹن۔</w:t>
      </w:r>
    </w:p>
    <w:p>
      <w:r>
        <w:rPr>
          <w:b/>
        </w:rPr>
        <w:t xml:space="preserve">[01:12] </w:t>
      </w:r>
      <w:r>
        <w:t>the title of this book is "small is beautiful". small is beautiful.</w:t>
      </w:r>
    </w:p>
    <w:p>
      <w:pPr>
        <w:jc w:val="right"/>
      </w:pPr>
      <w:r>
        <w:t>دا ٹائٹل آف دس بک از "اسمال از بیوٹی فل"۔ اسمال از بیوٹی فل۔</w:t>
      </w:r>
    </w:p>
    <w:p>
      <w:r>
        <w:rPr>
          <w:b/>
        </w:rPr>
        <w:t xml:space="preserve">[01:23] </w:t>
      </w:r>
      <w:r>
        <w:t>one chapter of the quran is—this saying applies to a chapter of the quran,</w:t>
      </w:r>
    </w:p>
    <w:p>
      <w:pPr>
        <w:jc w:val="right"/>
      </w:pPr>
      <w:r>
        <w:t>ون چیپٹر آف دا قرآن از—دس سینگ اپلائیز ٹو ا چیپٹر آف دا قرآن،</w:t>
      </w:r>
    </w:p>
    <w:p>
      <w:r>
        <w:rPr>
          <w:b/>
        </w:rPr>
        <w:t xml:space="preserve">[01:37] </w:t>
      </w:r>
      <w:r>
        <w:t>that is al-asr. chapter al-asr is very small, but it is full of wisdom, great wisdom.</w:t>
      </w:r>
    </w:p>
    <w:p>
      <w:pPr>
        <w:jc w:val="right"/>
      </w:pPr>
      <w:r>
        <w:t>دیٹ از العصر۔ چیپٹر العصر از ویری اسمال، بٹ اٹ از فل آف وزڈم، گریٹ وزڈم۔</w:t>
      </w:r>
    </w:p>
    <w:p>
      <w:r>
        <w:rPr>
          <w:b/>
        </w:rPr>
        <w:t xml:space="preserve">[01:53] </w:t>
      </w:r>
      <w:r>
        <w:t>here is the translation of this chapter</w:t>
      </w:r>
    </w:p>
    <w:p>
      <w:pPr>
        <w:jc w:val="right"/>
      </w:pPr>
      <w:r>
        <w:t>ہیر از دا ٹرانسلیشن آف دس چیپٹر</w:t>
      </w:r>
    </w:p>
    <w:p>
      <w:r>
        <w:rPr>
          <w:b/>
        </w:rPr>
        <w:t xml:space="preserve">[01:59] </w:t>
      </w:r>
      <w:r>
        <w:t>. bismillah-hir-rahman-nir-rahim. wal-asr: innal insana lafi khusr, illal-ladhina amanu wa amilus-salihati wa tawawsaw bil-haqqi wa tawawsaw bis-sabr.</w:t>
      </w:r>
    </w:p>
    <w:p>
      <w:pPr>
        <w:jc w:val="right"/>
      </w:pPr>
      <w:r>
        <w:t>۔ بسم اللہ الرحمن الرحیم۔ والعصر: ان الانسان لفی خسر، الا الذین آمنوا وعملوا الصالحات وتواسوا بالحق وتواسوا بالصبر۔</w:t>
      </w:r>
    </w:p>
    <w:p>
      <w:r>
        <w:rPr>
          <w:b/>
        </w:rPr>
        <w:t xml:space="preserve">[02:14] </w:t>
      </w:r>
      <w:r>
        <w:t>in the name of god, the most gracious, the most merciful. i swear by the passage of time, that man is surely in the state of loss, except those who believe and do good deeds and exhort one another to hold fast to the truth, and who exhort one another to steadfastness.</w:t>
      </w:r>
    </w:p>
    <w:p>
      <w:pPr>
        <w:jc w:val="right"/>
      </w:pPr>
      <w:r>
        <w:t>ان دا نیم آف گاڈ، دا موسٹ گریشیس، دا موسٹ مرسی فل۔ آئی سوئر بائی دا پیسج آف ٹائم، دیٹ مین از شورلی ان دا اسٹیٹ آف لاس، ایکسیپٹ دوز ہو بیلیو اینڈ ڈو گڈ ڈیٹس اینڈ ایگزورٹ ون انادر ٹو ہولڈ فاسٹ ٹو دا ٹرتھ، اینڈ ہو ایگزورٹ ون انادر ٹو اسٹیٹ فاسٹنس۔</w:t>
      </w:r>
    </w:p>
    <w:p>
      <w:r>
        <w:rPr>
          <w:b/>
        </w:rPr>
        <w:t xml:space="preserve">[02:41] </w:t>
      </w:r>
      <w:r>
        <w:t>shuru allah ke naam se jo bara meherban, nihayat reham wala hai. qasam hai zamane ki, beshak insan ghaate mein hai, magar jo log ke iman laye aur naik amal kiya, aur unhone ek doosre ko haq ki naseehat ki, aur unhone ek doosre ko sabr ki naseehat ki.</w:t>
      </w:r>
    </w:p>
    <w:p>
      <w:pPr>
        <w:jc w:val="right"/>
      </w:pPr>
      <w:r>
        <w:t>شروع اللہ کے نام سے جو بڑا مہربان، نہایت رحم والا ہے۔ قسم ہے زمانے کی، بے شک انسان گھاٹے میں ہے، مگر جو لوگ کہ ایمان لائے اور نیک عمل کیا، اور انہوں نے ایک دوسرے کو حق کی نصیحت کی، اور انہوں نے ایک دوسرے کو صبر کی نصیحت کی۔</w:t>
      </w:r>
    </w:p>
    <w:p>
      <w:r>
        <w:rPr>
          <w:b/>
        </w:rPr>
        <w:t xml:space="preserve">[03:06] </w:t>
      </w:r>
      <w:r>
        <w:t>in this chapter, there is a sweeping remark about man,</w:t>
      </w:r>
    </w:p>
    <w:p>
      <w:pPr>
        <w:jc w:val="right"/>
      </w:pPr>
      <w:r>
        <w:t>ان دس چیپٹر، دیر از ا سویپنگ ریمارک اباؤٹ مین،</w:t>
      </w:r>
    </w:p>
    <w:p>
      <w:r>
        <w:rPr>
          <w:b/>
        </w:rPr>
        <w:t xml:space="preserve">[03:16] </w:t>
      </w:r>
      <w:r>
        <w:t>that man is in loss, l-o-s-s. man is in loss.</w:t>
      </w:r>
    </w:p>
    <w:p>
      <w:pPr>
        <w:jc w:val="right"/>
      </w:pPr>
      <w:r>
        <w:t>دیٹ مین از ان لاس، ایل او ڈبل ایس۔ مین از ان لاس۔</w:t>
      </w:r>
    </w:p>
    <w:p>
      <w:r>
        <w:rPr>
          <w:b/>
        </w:rPr>
        <w:t xml:space="preserve">[03:28] </w:t>
      </w:r>
      <w:r>
        <w:t>in what sense? in what sense man is in loss? in terms of time.</w:t>
      </w:r>
    </w:p>
    <w:p>
      <w:pPr>
        <w:jc w:val="right"/>
      </w:pPr>
      <w:r>
        <w:t>ان واٹ سینس؟ ان واٹ سینس مین از ان لاس؟ ان ٹرم آف ٹائم۔</w:t>
      </w:r>
    </w:p>
    <w:p>
      <w:r>
        <w:rPr>
          <w:b/>
        </w:rPr>
        <w:t xml:space="preserve">[03:40] </w:t>
      </w:r>
      <w:r>
        <w:t>it means that</w:t>
      </w:r>
    </w:p>
    <w:p>
      <w:pPr>
        <w:jc w:val="right"/>
      </w:pPr>
      <w:r>
        <w:t>اٹ مینز دیٹ</w:t>
      </w:r>
    </w:p>
    <w:p>
      <w:r>
        <w:rPr>
          <w:b/>
        </w:rPr>
        <w:t xml:space="preserve">[03:45] </w:t>
      </w:r>
      <w:r>
        <w:t>man is born as a man only for short time in this world.</w:t>
      </w:r>
    </w:p>
    <w:p>
      <w:pPr>
        <w:jc w:val="right"/>
      </w:pPr>
      <w:r>
        <w:t>مین از بورن ایز ا مین اونلی فار شارٹ ٹائم ان دس ورلڈ۔</w:t>
      </w:r>
    </w:p>
    <w:p>
      <w:r>
        <w:rPr>
          <w:b/>
        </w:rPr>
        <w:t xml:space="preserve">[03:59] </w:t>
      </w:r>
      <w:r>
        <w:t>according to senses,</w:t>
      </w:r>
    </w:p>
    <w:p>
      <w:pPr>
        <w:jc w:val="right"/>
      </w:pPr>
      <w:r>
        <w:t>اکارڈنگ ٹو سینسز،</w:t>
      </w:r>
    </w:p>
    <w:p>
      <w:r>
        <w:rPr>
          <w:b/>
        </w:rPr>
        <w:t xml:space="preserve">[04:03] </w:t>
      </w:r>
      <w:r>
        <w:t>the average age of man is about seventy.</w:t>
      </w:r>
    </w:p>
    <w:p>
      <w:pPr>
        <w:jc w:val="right"/>
      </w:pPr>
      <w:r>
        <w:t>دا ایوریج ایج آف مین از اباؤٹ سیونٹی۔</w:t>
      </w:r>
    </w:p>
    <w:p>
      <w:r>
        <w:rPr>
          <w:b/>
        </w:rPr>
        <w:t xml:space="preserve">[04:16] </w:t>
      </w:r>
      <w:r>
        <w:t>but you study the personality of man, you find</w:t>
      </w:r>
    </w:p>
    <w:p>
      <w:pPr>
        <w:jc w:val="right"/>
      </w:pPr>
      <w:r>
        <w:t>بٹ یو اسٹڈی دا پرسنیلٹی آف مین، یو فائنڈ</w:t>
      </w:r>
    </w:p>
    <w:p>
      <w:r>
        <w:rPr>
          <w:b/>
        </w:rPr>
        <w:t xml:space="preserve">[04:25] </w:t>
      </w:r>
      <w:r>
        <w:t>that everyone is living in the sense of tomorrow.</w:t>
      </w:r>
    </w:p>
    <w:p>
      <w:pPr>
        <w:jc w:val="right"/>
      </w:pPr>
      <w:r>
        <w:t>دیٹ ایوری ون از لیونگ ان دی سینس آف ٹومارو۔</w:t>
      </w:r>
    </w:p>
    <w:p>
      <w:r>
        <w:rPr>
          <w:b/>
        </w:rPr>
        <w:t xml:space="preserve">[04:37] </w:t>
      </w:r>
      <w:r>
        <w:t>tomorrow. although man is born as a short-lived animal, just seventy years or so on.</w:t>
      </w:r>
    </w:p>
    <w:p>
      <w:pPr>
        <w:jc w:val="right"/>
      </w:pPr>
      <w:r>
        <w:t>ٹومارو۔ آل دو مین از بورن ایز ا شارٹ لیوڈ اینیمل، جسٹ سیونٹی ایئرز اور سو آن۔</w:t>
      </w:r>
    </w:p>
    <w:p>
      <w:r>
        <w:rPr>
          <w:b/>
        </w:rPr>
        <w:t xml:space="preserve">[04:53] </w:t>
      </w:r>
      <w:r>
        <w:t>but all the studies in human being tells us that man is tomorrow-seeking animal.</w:t>
      </w:r>
    </w:p>
    <w:p>
      <w:pPr>
        <w:jc w:val="right"/>
      </w:pPr>
      <w:r>
        <w:t>بٹ آل دی اسٹڈیز ان ہیومن بینگ ٹیلز اس دیٹ مین از ٹومارو سیکنگ اینیمل۔</w:t>
      </w:r>
    </w:p>
    <w:p>
      <w:r>
        <w:rPr>
          <w:b/>
        </w:rPr>
        <w:t xml:space="preserve">[05:09] </w:t>
      </w:r>
      <w:r>
        <w:t>man want a tomorrow, a better tomorrow. you know, that's so very—man is born with so very wishes, desires.</w:t>
      </w:r>
    </w:p>
    <w:p>
      <w:pPr>
        <w:jc w:val="right"/>
      </w:pPr>
      <w:r>
        <w:t>مین وانٹ ا ٹومارو، ا بیٹر ٹومارو۔ یو نو، دیٹس سو ویری—مین از بورن ود سو ویری وشز، ڈیزائرز۔</w:t>
      </w:r>
    </w:p>
    <w:p>
      <w:r>
        <w:rPr>
          <w:b/>
        </w:rPr>
        <w:t xml:space="preserve">[05:24] </w:t>
      </w:r>
      <w:r>
        <w:t>main is a desire seeking animal, unlimited desire. unlimited desire.</w:t>
      </w:r>
    </w:p>
    <w:p>
      <w:pPr>
        <w:jc w:val="right"/>
      </w:pPr>
      <w:r>
        <w:t>مین از ا ڈیزائر سیکنگ اینیمل، ان لمیٹڈ ڈیزائر۔ ان لمیٹڈ ڈیزائر۔</w:t>
      </w:r>
    </w:p>
    <w:p>
      <w:r>
        <w:rPr>
          <w:b/>
        </w:rPr>
        <w:t xml:space="preserve">[05:35] </w:t>
      </w:r>
      <w:r>
        <w:t>but you know,</w:t>
      </w:r>
    </w:p>
    <w:p>
      <w:pPr>
        <w:jc w:val="right"/>
      </w:pPr>
      <w:r>
        <w:t>بٹ یو نو،</w:t>
      </w:r>
    </w:p>
    <w:p>
      <w:r>
        <w:rPr>
          <w:b/>
        </w:rPr>
        <w:t xml:space="preserve">[05:43] </w:t>
      </w:r>
      <w:r>
        <w:t>main is—according to the quranic verse: kal nafs za'iqatul maut.</w:t>
      </w:r>
    </w:p>
    <w:p>
      <w:pPr>
        <w:jc w:val="right"/>
      </w:pPr>
      <w:r>
        <w:t>مین از—اکارڈنگ ٹو دا قرآنی ورس: کل نفس ذائقۃ الموت۔</w:t>
      </w:r>
    </w:p>
    <w:p>
      <w:r>
        <w:rPr>
          <w:b/>
        </w:rPr>
        <w:t xml:space="preserve">[05:54] </w:t>
      </w:r>
      <w:r>
        <w:t>everyone is doomed to die.</w:t>
      </w:r>
    </w:p>
    <w:p>
      <w:pPr>
        <w:jc w:val="right"/>
      </w:pPr>
      <w:r>
        <w:t>ایوری ون از ڈوم ٹو ڈائی۔</w:t>
      </w:r>
    </w:p>
    <w:p>
      <w:r>
        <w:rPr>
          <w:b/>
        </w:rPr>
        <w:t xml:space="preserve">[05:59] </w:t>
      </w:r>
      <w:r>
        <w:t>kal nafs za'iqatul maut. he main wants to live forever, forever.</w:t>
      </w:r>
    </w:p>
    <w:p>
      <w:pPr>
        <w:jc w:val="right"/>
      </w:pPr>
      <w:r>
        <w:t>کل نفس ذائقۃ الموت۔ ہی مین وانٹس ٹو لیو فار ایور، فار ایور۔</w:t>
      </w:r>
    </w:p>
    <w:p>
      <w:r>
        <w:rPr>
          <w:b/>
        </w:rPr>
        <w:t xml:space="preserve">[06:09] </w:t>
      </w:r>
      <w:r>
        <w:t>he want to enjoy forever.</w:t>
      </w:r>
    </w:p>
    <w:p>
      <w:pPr>
        <w:jc w:val="right"/>
      </w:pPr>
      <w:r>
        <w:t>ہی وانٹ ٹو انجوائے فار ایور۔</w:t>
      </w:r>
    </w:p>
    <w:p>
      <w:r>
        <w:rPr>
          <w:b/>
        </w:rPr>
        <w:t xml:space="preserve">[06:15] </w:t>
      </w:r>
      <w:r>
        <w:t>he want unending desire.</w:t>
      </w:r>
    </w:p>
    <w:p>
      <w:pPr>
        <w:jc w:val="right"/>
      </w:pPr>
      <w:r>
        <w:t>ہی وانٹ ان اینڈنگ ڈیزائر۔</w:t>
      </w:r>
    </w:p>
    <w:p>
      <w:r>
        <w:rPr>
          <w:b/>
        </w:rPr>
        <w:t xml:space="preserve">[06:23] </w:t>
      </w:r>
      <w:r>
        <w:t>but it is very sad that every is doomed to die, just in less than hundred years, seventy years or so.</w:t>
      </w:r>
    </w:p>
    <w:p>
      <w:pPr>
        <w:jc w:val="right"/>
      </w:pPr>
      <w:r>
        <w:t>بٹ اٹ از ویری سیڈ دیٹ ایوری از ڈوم ٹو ڈائی، جسٹ ان لیس دین ہنڈرڈ ایئرز، سیونٹی ایئرز اور سو۔</w:t>
      </w:r>
    </w:p>
    <w:p>
      <w:r>
        <w:rPr>
          <w:b/>
        </w:rPr>
        <w:t xml:space="preserve">[06:43] </w:t>
      </w:r>
      <w:r>
        <w:t>this is the greatest tragedy of main. this is the greatest tragedy of human being, main and women both.</w:t>
      </w:r>
    </w:p>
    <w:p>
      <w:pPr>
        <w:jc w:val="right"/>
      </w:pPr>
      <w:r>
        <w:t>دس از دا گریٹسٹ ٹریجڈی آف مین۔ دس از دا گریٹسٹ ٹریجڈی آف ہیومن بینگ، مین اینڈ ویمن بوتھ۔</w:t>
      </w:r>
    </w:p>
    <w:p>
      <w:r>
        <w:rPr>
          <w:b/>
        </w:rPr>
        <w:t xml:space="preserve">[06:57] </w:t>
      </w:r>
      <w:r>
        <w:t>so this is the—this is the most important question about the human personality.</w:t>
      </w:r>
    </w:p>
    <w:p>
      <w:pPr>
        <w:jc w:val="right"/>
      </w:pPr>
      <w:r>
        <w:t>سو دس از دا—دس از دا موسٹ امپورٹنٹ کوئسچن اباؤٹ دا ہیومن پرسنیلٹی۔</w:t>
      </w:r>
    </w:p>
    <w:p>
      <w:r>
        <w:rPr>
          <w:b/>
        </w:rPr>
        <w:t xml:space="preserve">[07:10] </w:t>
      </w:r>
      <w:r>
        <w:t>why main wants to live forever? main wants to enjoy forever.</w:t>
      </w:r>
    </w:p>
    <w:p>
      <w:pPr>
        <w:jc w:val="right"/>
      </w:pPr>
      <w:r>
        <w:t>وائی مین وانٹس ٹو لیو فار ایور؟ مین وانٹس ٹو انجوائے فار ایور۔</w:t>
      </w:r>
    </w:p>
    <w:p>
      <w:r>
        <w:rPr>
          <w:b/>
        </w:rPr>
        <w:t xml:space="preserve">[07:20] </w:t>
      </w:r>
      <w:r>
        <w:t>but he dies, just in seventy years or eighty years. this is the greatest question about main.</w:t>
      </w:r>
    </w:p>
    <w:p>
      <w:pPr>
        <w:jc w:val="right"/>
      </w:pPr>
      <w:r>
        <w:t>بٹ ہی ڈائیز، جسٹ ان سیونٹی ایئرز اور ایٹی ایئرز۔ دس از دا گریٹسٹ کوئسچن اباؤٹ مین۔</w:t>
      </w:r>
    </w:p>
    <w:p>
      <w:r>
        <w:rPr>
          <w:b/>
        </w:rPr>
        <w:t xml:space="preserve">[07:35] </w:t>
      </w:r>
      <w:r>
        <w:t>greatest question.</w:t>
      </w:r>
    </w:p>
    <w:p>
      <w:pPr>
        <w:jc w:val="right"/>
      </w:pPr>
      <w:r>
        <w:t>گریٹسٹ کوئسچن۔</w:t>
      </w:r>
    </w:p>
    <w:p>
      <w:r>
        <w:rPr>
          <w:b/>
        </w:rPr>
        <w:t xml:space="preserve">[07:41] </w:t>
      </w:r>
      <w:r>
        <w:t>for example, i laid a very important remark about human being.</w:t>
      </w:r>
    </w:p>
    <w:p>
      <w:pPr>
        <w:jc w:val="right"/>
      </w:pPr>
      <w:r>
        <w:t>فار ایگزامپل، آئی لیڈ ا ویری امپورٹنٹ ریمارک اباؤٹ ہیومن بینگ۔</w:t>
      </w:r>
    </w:p>
    <w:p>
      <w:r>
        <w:rPr>
          <w:b/>
        </w:rPr>
        <w:t xml:space="preserve">[07:54] </w:t>
      </w:r>
      <w:r>
        <w:t>This event was reported by an American Christian.</w:t>
      </w:r>
    </w:p>
    <w:p>
      <w:pPr>
        <w:jc w:val="right"/>
      </w:pPr>
      <w:r>
        <w:t>دس ایونٹ واز رپورٹڈ بائی ان امریکن کرسچن۔</w:t>
      </w:r>
    </w:p>
    <w:p>
      <w:r>
        <w:rPr>
          <w:b/>
        </w:rPr>
        <w:t xml:space="preserve">[08:00] </w:t>
      </w:r>
      <w:r>
        <w:t>he reports that</w:t>
      </w:r>
    </w:p>
    <w:p>
      <w:pPr>
        <w:jc w:val="right"/>
      </w:pPr>
      <w:r>
        <w:t>ہی رپورٹس دیٹ</w:t>
      </w:r>
    </w:p>
    <w:p>
      <w:r>
        <w:rPr>
          <w:b/>
        </w:rPr>
        <w:t xml:space="preserve">[08:03] </w:t>
      </w:r>
      <w:r>
        <w:t>Once when he was in travel, he received</w:t>
      </w:r>
    </w:p>
    <w:p>
      <w:pPr>
        <w:jc w:val="right"/>
      </w:pPr>
      <w:r>
        <w:t>ونس وین ہی واز ان ٹریول، ہی ریسیوڈ</w:t>
      </w:r>
    </w:p>
    <w:p>
      <w:r>
        <w:rPr>
          <w:b/>
        </w:rPr>
        <w:t xml:space="preserve">[08:09] </w:t>
      </w:r>
      <w:r>
        <w:t>a very urgent message:</w:t>
      </w:r>
    </w:p>
    <w:p>
      <w:pPr>
        <w:jc w:val="right"/>
      </w:pPr>
      <w:r>
        <w:t>ا ویری ارجنٹ میسج:</w:t>
      </w:r>
    </w:p>
    <w:p>
      <w:r>
        <w:rPr>
          <w:b/>
        </w:rPr>
        <w:t xml:space="preserve">[08:14] </w:t>
      </w:r>
      <w:r>
        <w:t>"come to my house, come to my office."</w:t>
      </w:r>
    </w:p>
    <w:p>
      <w:pPr>
        <w:jc w:val="right"/>
      </w:pPr>
      <w:r>
        <w:t>"کم ٹو مائی ہاؤس، کم ٹو مائی آفس۔"</w:t>
      </w:r>
    </w:p>
    <w:p>
      <w:r>
        <w:rPr>
          <w:b/>
        </w:rPr>
        <w:t xml:space="preserve">[08:20] </w:t>
      </w:r>
      <w:r>
        <w:t>so when this Christian</w:t>
      </w:r>
    </w:p>
    <w:p>
      <w:pPr>
        <w:jc w:val="right"/>
      </w:pPr>
      <w:r>
        <w:t>سو وین دس کرسچن</w:t>
      </w:r>
    </w:p>
    <w:p>
      <w:r>
        <w:rPr>
          <w:b/>
        </w:rPr>
        <w:t xml:space="preserve">[08:28] </w:t>
      </w:r>
      <w:r>
        <w:t>met that person, he was perhaps politician, very intelligent, very very intelligent.</w:t>
      </w:r>
    </w:p>
    <w:p>
      <w:pPr>
        <w:jc w:val="right"/>
      </w:pPr>
      <w:r>
        <w:t>میٹ دیٹ پرسن، ہی واز پرہیپس پولیٹیشن، ویری انٹیلیجنٹ، ویری ویری انٹیلیجنٹ۔</w:t>
      </w:r>
    </w:p>
    <w:p>
      <w:r>
        <w:rPr>
          <w:b/>
        </w:rPr>
        <w:t xml:space="preserve">[08:42] </w:t>
      </w:r>
      <w:r>
        <w:t>to when</w:t>
      </w:r>
    </w:p>
    <w:p>
      <w:pPr>
        <w:jc w:val="right"/>
      </w:pPr>
      <w:r>
        <w:t>تو وین</w:t>
      </w:r>
    </w:p>
    <w:p>
      <w:r>
        <w:rPr>
          <w:b/>
        </w:rPr>
        <w:t xml:space="preserve">[08:46] </w:t>
      </w:r>
      <w:r>
        <w:t>he reached to his—yani when he was leaving, so they met in a small room.</w:t>
      </w:r>
    </w:p>
    <w:p>
      <w:pPr>
        <w:jc w:val="right"/>
      </w:pPr>
      <w:r>
        <w:t>ہی ریچڈ ٹو ہز—یعنی وین ہی واز لیونگ، سو دے میٹ ان ا اسمال روم۔</w:t>
      </w:r>
    </w:p>
    <w:p>
      <w:r>
        <w:rPr>
          <w:b/>
        </w:rPr>
        <w:t xml:space="preserve">[08:59] </w:t>
      </w:r>
      <w:r>
        <w:t>room.</w:t>
      </w:r>
    </w:p>
    <w:p>
      <w:pPr>
        <w:jc w:val="right"/>
      </w:pPr>
      <w:r>
        <w:t>روم۔</w:t>
      </w:r>
    </w:p>
    <w:p>
      <w:r>
        <w:rPr>
          <w:b/>
        </w:rPr>
        <w:t xml:space="preserve">[09:04] </w:t>
      </w:r>
      <w:r>
        <w:t>that</w:t>
      </w:r>
    </w:p>
    <w:p>
      <w:pPr>
        <w:jc w:val="right"/>
      </w:pPr>
      <w:r>
        <w:t>دیٹ</w:t>
      </w:r>
    </w:p>
    <w:p>
      <w:r>
        <w:rPr>
          <w:b/>
        </w:rPr>
        <w:t xml:space="preserve">[09:10] </w:t>
      </w:r>
      <w:r>
        <w:t>politician was old, perhaps more than eighty.</w:t>
      </w:r>
    </w:p>
    <w:p>
      <w:pPr>
        <w:jc w:val="right"/>
      </w:pPr>
      <w:r>
        <w:t>پولیٹیشن واز اولڈ، پرہیپس مور دین ایٹی۔</w:t>
      </w:r>
    </w:p>
    <w:p>
      <w:r>
        <w:rPr>
          <w:b/>
        </w:rPr>
        <w:t xml:space="preserve">[09:19] </w:t>
      </w:r>
      <w:r>
        <w:t>he asked us direct question. he said</w:t>
      </w:r>
    </w:p>
    <w:p>
      <w:pPr>
        <w:jc w:val="right"/>
      </w:pPr>
      <w:r>
        <w:t>ہی آسکڈ اس ڈائریکٹ کوئسچن۔ ہی سیڈ</w:t>
      </w:r>
    </w:p>
    <w:p>
      <w:r>
        <w:rPr>
          <w:b/>
        </w:rPr>
        <w:t xml:space="preserve">[09:28] </w:t>
      </w:r>
      <w:r>
        <w:t>to that christian preacher.</w:t>
      </w:r>
    </w:p>
    <w:p>
      <w:pPr>
        <w:jc w:val="right"/>
      </w:pPr>
      <w:r>
        <w:t>ٹو دیٹ کرسچن پریچر۔</w:t>
      </w:r>
    </w:p>
    <w:p>
      <w:r>
        <w:rPr>
          <w:b/>
        </w:rPr>
        <w:t xml:space="preserve">[09:33] </w:t>
      </w:r>
      <w:r>
        <w:t>Billy Graham. Billy Graham, yes. Billy Graham. he was well known Billy Graham. Billy Graham. he said: "you see, i am an old man.</w:t>
      </w:r>
    </w:p>
    <w:p>
      <w:pPr>
        <w:jc w:val="right"/>
      </w:pPr>
      <w:r>
        <w:t>بلی گرام۔ بلی گرام، یس۔ بلی گرام۔ ہی واز ویل نون بلی گرام۔ بلی گرام۔ ہی سیڈ: "یو سی، آئی ایم ان اولڈ مین۔</w:t>
      </w:r>
    </w:p>
    <w:p>
      <w:r>
        <w:rPr>
          <w:b/>
        </w:rPr>
        <w:t xml:space="preserve">[09:52] </w:t>
      </w:r>
      <w:r>
        <w:t>life has lost all meaning.</w:t>
      </w:r>
    </w:p>
    <w:p>
      <w:pPr>
        <w:jc w:val="right"/>
      </w:pPr>
      <w:r>
        <w:t>لائف ہاز لاسٹ آل میننگ۔</w:t>
      </w:r>
    </w:p>
    <w:p>
      <w:r>
        <w:rPr>
          <w:b/>
        </w:rPr>
        <w:t xml:space="preserve">[09:58] </w:t>
      </w:r>
      <w:r>
        <w:t>i am going to take a fateful leap into the unknown." see his wording.</w:t>
      </w:r>
    </w:p>
    <w:p>
      <w:pPr>
        <w:jc w:val="right"/>
      </w:pPr>
      <w:r>
        <w:t>آئی ایم گوئنگ ٹو ٹیک ا فیٹ فل لیپ انٹو دا ان نون۔" سی ہز ورڈنگ۔</w:t>
      </w:r>
    </w:p>
    <w:p>
      <w:r>
        <w:rPr>
          <w:b/>
        </w:rPr>
        <w:t xml:space="preserve">[10:06] </w:t>
      </w:r>
      <w:r>
        <w:t>he said: "i am going to take a fateful leap into the unknown." young man, can you give me ray of hope?</w:t>
      </w:r>
    </w:p>
    <w:p>
      <w:pPr>
        <w:jc w:val="right"/>
      </w:pPr>
      <w:r>
        <w:t>ہی سیڈ: "آئی ایم گوئنگ ٹو ٹیک ا فیٹ فل لیپ انٹو دا ان نون۔"ینگ مین، کین یو گیو می رے اف ہوپ؟</w:t>
      </w:r>
    </w:p>
    <w:p>
      <w:r>
        <w:rPr>
          <w:b/>
        </w:rPr>
        <w:t xml:space="preserve">[10:23] </w:t>
      </w:r>
      <w:r>
        <w:t>so every human being, rich or poor,</w:t>
      </w:r>
    </w:p>
    <w:p>
      <w:pPr>
        <w:jc w:val="right"/>
      </w:pPr>
      <w:r>
        <w:t>سو ایوری ہیومن بینگ، رچ اور پور،</w:t>
      </w:r>
    </w:p>
    <w:p>
      <w:r>
        <w:rPr>
          <w:b/>
        </w:rPr>
        <w:t xml:space="preserve">[10:31] </w:t>
      </w:r>
      <w:r>
        <w:t>are living with this question. why i was born with animate desires?</w:t>
      </w:r>
    </w:p>
    <w:p>
      <w:pPr>
        <w:jc w:val="right"/>
      </w:pPr>
      <w:r>
        <w:t>آر لیونگ ود دس کوئسچن۔ وائی آئی واز بورن ود انیمٹ ڈیزائرز؟</w:t>
      </w:r>
    </w:p>
    <w:p>
      <w:r>
        <w:rPr>
          <w:b/>
        </w:rPr>
        <w:t xml:space="preserve">[10:43] </w:t>
      </w:r>
      <w:r>
        <w:t>i was born</w:t>
      </w:r>
    </w:p>
    <w:p>
      <w:pPr>
        <w:jc w:val="right"/>
      </w:pPr>
      <w:r>
        <w:t>آئی واز بورن</w:t>
      </w:r>
    </w:p>
    <w:p>
      <w:r>
        <w:rPr>
          <w:b/>
        </w:rPr>
        <w:t xml:space="preserve">[10:47] </w:t>
      </w:r>
      <w:r>
        <w:t>as a seeker of eternity. every man is a seeker of eternity. but everyone is doomed to die.</w:t>
      </w:r>
    </w:p>
    <w:p>
      <w:pPr>
        <w:jc w:val="right"/>
      </w:pPr>
      <w:r>
        <w:t>ایز ا سیکر آف ایٹرنیٹی۔ ایوری مین از ا سیکر آف ایٹرنیٹی۔ بٹ ایوری ون از ڈوم ٹو ڈائی۔</w:t>
      </w:r>
    </w:p>
    <w:p>
      <w:r>
        <w:rPr>
          <w:b/>
        </w:rPr>
        <w:t xml:space="preserve">[11:01] </w:t>
      </w:r>
      <w:r>
        <w:t>die. and no one know what is after death?</w:t>
      </w:r>
    </w:p>
    <w:p>
      <w:pPr>
        <w:jc w:val="right"/>
      </w:pPr>
      <w:r>
        <w:t>ڈائی۔ اینڈ نو ون نو واٹ از افٹر ڈیتھ؟</w:t>
      </w:r>
    </w:p>
    <w:p>
      <w:r>
        <w:rPr>
          <w:b/>
        </w:rPr>
        <w:t xml:space="preserve">[11:09] </w:t>
      </w:r>
      <w:r>
        <w:t>what is after death?</w:t>
      </w:r>
    </w:p>
    <w:p>
      <w:pPr>
        <w:jc w:val="right"/>
      </w:pPr>
      <w:r>
        <w:t>واٹ از افٹر ڈیتھ؟</w:t>
      </w:r>
    </w:p>
    <w:p>
      <w:r>
        <w:rPr>
          <w:b/>
        </w:rPr>
        <w:t xml:space="preserve">[11:17] </w:t>
      </w:r>
      <w:r>
        <w:t>for example, i am ninety plus. you know, i am ninety plus.</w:t>
      </w:r>
    </w:p>
    <w:p>
      <w:pPr>
        <w:jc w:val="right"/>
      </w:pPr>
      <w:r>
        <w:t>فار ایگزامپل، آئی ایم نائنٹی پلس۔ یو نو، آئی ایم نائنٹی پلس۔</w:t>
      </w:r>
    </w:p>
    <w:p>
      <w:r>
        <w:rPr>
          <w:b/>
        </w:rPr>
        <w:t xml:space="preserve">[11:27] </w:t>
      </w:r>
      <w:r>
        <w:t>and very near to that death. very near to death. but i don't know what is going to happen after death to me.</w:t>
      </w:r>
    </w:p>
    <w:p>
      <w:pPr>
        <w:jc w:val="right"/>
      </w:pPr>
      <w:r>
        <w:t>اینڈ ویری نیئر ٹو دیٹ ڈیتھ۔ ویری نیئر ٹو ڈیتھ۔ بٹ آئی ڈونٹ نو واٹ از گوئنگ ٹو ہیپن افٹر ڈیتھ ٹو می۔</w:t>
      </w:r>
    </w:p>
    <w:p>
      <w:r>
        <w:rPr>
          <w:b/>
        </w:rPr>
        <w:t xml:space="preserve">[11:40] </w:t>
      </w:r>
      <w:r>
        <w:t>so i have read a lot. i can see, under the sky, there is only one book, only one book, only one book that gives you a different answer to this question.</w:t>
      </w:r>
    </w:p>
    <w:p>
      <w:pPr>
        <w:jc w:val="right"/>
      </w:pPr>
      <w:r>
        <w:t>سو آئی ہیو ریڈ ا لاٹ۔ آئی کین سی، انڈر دا سکائی، دیر از اونلی ون بک، اونلی ون بک، اونلی ون بک دیٹ گیوز یو ا ڈفرنٹ انسر ٹو دس کوئسچن۔</w:t>
      </w:r>
    </w:p>
    <w:p>
      <w:r>
        <w:rPr>
          <w:b/>
        </w:rPr>
        <w:t xml:space="preserve">[12:08] </w:t>
      </w:r>
      <w:r>
        <w:t>that book is quran.</w:t>
      </w:r>
    </w:p>
    <w:p>
      <w:pPr>
        <w:jc w:val="right"/>
      </w:pPr>
      <w:r>
        <w:t>دیٹ بک از قرآن۔</w:t>
      </w:r>
    </w:p>
    <w:p>
      <w:r>
        <w:rPr>
          <w:b/>
        </w:rPr>
        <w:t xml:space="preserve">[12:15] </w:t>
      </w:r>
      <w:r>
        <w:t>quran is a preserved book. preserved book. in this sense, quran is the only authentic book.</w:t>
      </w:r>
    </w:p>
    <w:p>
      <w:pPr>
        <w:jc w:val="right"/>
      </w:pPr>
      <w:r>
        <w:t>قرآن از ا پریزروڈ بک۔ پریزروڈ بک۔ ان دس سینس، قرآن از دا اونلی اتھینٹک بک۔</w:t>
      </w:r>
    </w:p>
    <w:p>
      <w:r>
        <w:rPr>
          <w:b/>
        </w:rPr>
        <w:t xml:space="preserve">[12:30] </w:t>
      </w:r>
      <w:r>
        <w:t>there is no change in this book.</w:t>
      </w:r>
    </w:p>
    <w:p>
      <w:pPr>
        <w:jc w:val="right"/>
      </w:pPr>
      <w:r>
        <w:t>دیر از نو چینج ان دس بک۔</w:t>
      </w:r>
    </w:p>
    <w:p>
      <w:r>
        <w:rPr>
          <w:b/>
        </w:rPr>
        <w:t xml:space="preserve">[12:36] </w:t>
      </w:r>
      <w:r>
        <w:t>even his—even its—even its language is living language. arabic language is to today living language.</w:t>
      </w:r>
    </w:p>
    <w:p>
      <w:pPr>
        <w:jc w:val="right"/>
      </w:pPr>
      <w:r>
        <w:t>ایون ہز—ایون اٹس—ایون اٹس لینگویج از لیونگ لینگویج۔ عربک لینگویج از ٹو ٹوڈے لیونگ لینگویج۔</w:t>
      </w:r>
    </w:p>
    <w:p>
      <w:r>
        <w:rPr>
          <w:b/>
        </w:rPr>
        <w:t xml:space="preserve">[12:53] </w:t>
      </w:r>
      <w:r>
        <w:t>there translations available in every language. and anyone who can read arabic language, can understand arabic language, he can read quran directly.</w:t>
      </w:r>
    </w:p>
    <w:p>
      <w:pPr>
        <w:jc w:val="right"/>
      </w:pPr>
      <w:r>
        <w:t>دیر ٹرانسلیشنز اویلیبل ان ایوری لینگویج۔ اینڈ اینی ون ہو کین ریڈ عربک لینگویج، کین انڈرسٹینڈ عربک لینگویج، ہی کین ریڈ قرآن ڈائریکٹلی۔</w:t>
      </w:r>
    </w:p>
    <w:p>
      <w:r>
        <w:rPr>
          <w:b/>
        </w:rPr>
        <w:t xml:space="preserve">[13:14] </w:t>
      </w:r>
      <w:r>
        <w:t>if we read quran, the great—the great topic, great subject of the quran is man.</w:t>
      </w:r>
    </w:p>
    <w:p>
      <w:pPr>
        <w:jc w:val="right"/>
      </w:pPr>
      <w:r>
        <w:t>اف وی ریڈ قرآن، دا گریٹ—دا گریٹ ٹاپک، گریٹ سبجیکٹ آف دا قرآن از مین۔</w:t>
      </w:r>
    </w:p>
    <w:p>
      <w:r>
        <w:rPr>
          <w:b/>
        </w:rPr>
        <w:t xml:space="preserve">[13:31] </w:t>
      </w:r>
      <w:r>
        <w:t>it gives the answer that man was born for paradise. so god almighty created a very beautiful world, that is paradise.</w:t>
      </w:r>
    </w:p>
    <w:p>
      <w:pPr>
        <w:jc w:val="right"/>
      </w:pPr>
      <w:r>
        <w:t>اٹ گیوز دا انسر دیٹ مین واز بورن فار پیراڈائز۔ تو گاڈ المائٹی کریٹڈ ا ویری بیوٹی فل ورلڈ، دیٹ از پیراڈائز۔</w:t>
      </w:r>
    </w:p>
    <w:p>
      <w:r>
        <w:rPr>
          <w:b/>
        </w:rPr>
        <w:t xml:space="preserve">[13:51] </w:t>
      </w:r>
      <w:r>
        <w:t>in paradise, there are all kind of pleasure. all kind of pleasure for man.</w:t>
      </w:r>
    </w:p>
    <w:p>
      <w:pPr>
        <w:jc w:val="right"/>
      </w:pPr>
      <w:r>
        <w:t>ان پیراڈائز، دیر آر ال کائنڈ آف پلیژر۔ آل کائنڈ آف پلیژر فار مین۔</w:t>
      </w:r>
    </w:p>
    <w:p>
      <w:r>
        <w:rPr>
          <w:b/>
        </w:rPr>
        <w:t xml:space="preserve">[14:03] </w:t>
      </w:r>
      <w:r>
        <w:t>so this paradise</w:t>
      </w:r>
    </w:p>
    <w:p>
      <w:pPr>
        <w:jc w:val="right"/>
      </w:pPr>
      <w:r>
        <w:t>سو دس پیراڈائز</w:t>
      </w:r>
    </w:p>
    <w:p>
      <w:r>
        <w:rPr>
          <w:b/>
        </w:rPr>
        <w:t xml:space="preserve">[14:07] </w:t>
      </w:r>
      <w:r>
        <w:t>was created for man.</w:t>
      </w:r>
    </w:p>
    <w:p>
      <w:pPr>
        <w:jc w:val="right"/>
      </w:pPr>
      <w:r>
        <w:t>واز کریٹڈ فار مین۔</w:t>
      </w:r>
    </w:p>
    <w:p>
      <w:r>
        <w:rPr>
          <w:b/>
        </w:rPr>
        <w:t xml:space="preserve">[14:12] </w:t>
      </w:r>
      <w:r>
        <w:t>but not for all men. quran tells us that not for all men, but only for those who deserve.</w:t>
      </w:r>
    </w:p>
    <w:p>
      <w:pPr>
        <w:jc w:val="right"/>
      </w:pPr>
      <w:r>
        <w:t>بٹ ناٹ فار آل مین۔ قرآن ٹیلز اس دیٹ ناٹ فار آل مین، بٹ اونلی فار دوز ہو ڈیزرو۔</w:t>
      </w:r>
    </w:p>
    <w:p>
      <w:r>
        <w:rPr>
          <w:b/>
        </w:rPr>
        <w:t xml:space="preserve">[14:26] </w:t>
      </w:r>
      <w:r>
        <w:t>and what is—what is that deserving? what is that criterion?</w:t>
      </w:r>
    </w:p>
    <w:p>
      <w:pPr>
        <w:jc w:val="right"/>
      </w:pPr>
      <w:r>
        <w:t>اینڈ واٹ از—واٹ از دیٹ ڈیزرویشن؟ واٹ از دیٹ کرائیٹیرین؟</w:t>
      </w:r>
    </w:p>
    <w:p>
      <w:r>
        <w:rPr>
          <w:b/>
        </w:rPr>
        <w:t xml:space="preserve">[14:40] </w:t>
      </w:r>
      <w:r>
        <w:t>according to the quran, this is: "wa alladhina amanu ashadd hubban lillah".</w:t>
      </w:r>
    </w:p>
    <w:p>
      <w:pPr>
        <w:jc w:val="right"/>
      </w:pPr>
      <w:r>
        <w:t>اکارڈنگ ٹو دا قرآن، دس از: "والذین آمنوا أشد حبا لله"۔</w:t>
      </w:r>
    </w:p>
    <w:p>
      <w:r>
        <w:rPr>
          <w:b/>
        </w:rPr>
        <w:t xml:space="preserve">[14:49] </w:t>
      </w:r>
      <w:r>
        <w:t>this is the criterion: "wa alladhina amanu ashadd hubban lillah". it means that those—that person who discovered god almighty</w:t>
      </w:r>
    </w:p>
    <w:p>
      <w:pPr>
        <w:jc w:val="right"/>
      </w:pPr>
      <w:r>
        <w:t>دس از دا کرائیٹیرین: "والذین آمنوا أشد حبا لله"۔ اٹ مینز دیٹ دوز—دیٹ پرسن ہو ڈسکورڈ گاڈ المائٹی</w:t>
      </w:r>
    </w:p>
    <w:p>
      <w:r>
        <w:rPr>
          <w:b/>
        </w:rPr>
        <w:t xml:space="preserve">[15:08] </w:t>
      </w:r>
      <w:r>
        <w:t>iz a creator of the world and giver of all things.</w:t>
      </w:r>
    </w:p>
    <w:p>
      <w:pPr>
        <w:jc w:val="right"/>
      </w:pPr>
      <w:r>
        <w:t>ایز ا کریٹر آف دا ورلڈ اینڈ گیور آف آل تھنگز۔</w:t>
      </w:r>
    </w:p>
    <w:p>
      <w:r>
        <w:rPr>
          <w:b/>
        </w:rPr>
        <w:t xml:space="preserve">[15:20] </w:t>
      </w:r>
      <w:r>
        <w:t>his discovery was so great that he became lover of—he developed love of God,</w:t>
      </w:r>
    </w:p>
    <w:p>
      <w:pPr>
        <w:jc w:val="right"/>
      </w:pPr>
      <w:r>
        <w:t>ہز ڈسکوری واز سو گریٹ دیٹ ہی بیکم لوور آف—ہی ڈیولپ لو آف گاڈ،</w:t>
      </w:r>
    </w:p>
    <w:p>
      <w:r>
        <w:rPr>
          <w:b/>
        </w:rPr>
        <w:t xml:space="preserve">[15:34] </w:t>
      </w:r>
      <w:r>
        <w:t>greatest love of God. So this is the—this is the criterion. Only those people are</w:t>
      </w:r>
    </w:p>
    <w:p>
      <w:pPr>
        <w:jc w:val="right"/>
      </w:pPr>
      <w:r>
        <w:t>گریٹسٹ لو آف گاڈ۔ سو دس از دا—دس از دا کرائیٹیرین۔ اونلی دوز پیپل آر</w:t>
      </w:r>
    </w:p>
    <w:p>
      <w:r>
        <w:rPr>
          <w:b/>
        </w:rPr>
        <w:t xml:space="preserve">[15:49] </w:t>
      </w:r>
      <w:r>
        <w:t>fine entry into paradise who had developed love to God Almighty, great love. So you can see that how this is possible?</w:t>
      </w:r>
    </w:p>
    <w:p>
      <w:pPr>
        <w:jc w:val="right"/>
      </w:pPr>
      <w:r>
        <w:t>فائن انٹری انٹو پیراڈائز ہو ہیڈ ڈیولپڈ لو ٹو گاڈ المائٹی، گریٹ لو۔ تو یو کین سی دیٹ ہاؤ دس از پاسیبل؟</w:t>
      </w:r>
    </w:p>
    <w:p>
      <w:r>
        <w:rPr>
          <w:b/>
        </w:rPr>
        <w:t xml:space="preserve">[16:05] </w:t>
      </w:r>
      <w:r>
        <w:t>How this is possible? How one can develop great love about God?</w:t>
      </w:r>
    </w:p>
    <w:p>
      <w:pPr>
        <w:jc w:val="right"/>
      </w:pPr>
      <w:r>
        <w:t>ہاؤ دس از پاسیبل؟ ہاؤ ون کین ڈیولپ گریٹ لو اباؤٹ گاڈ؟</w:t>
      </w:r>
    </w:p>
    <w:p>
      <w:r>
        <w:rPr>
          <w:b/>
        </w:rPr>
        <w:t xml:space="preserve">[16:16] </w:t>
      </w:r>
      <w:r>
        <w:t>How? It is possible only for those people who discovered God Almighty at a—at a—as a khaliq, as a 'alim,</w:t>
      </w:r>
    </w:p>
    <w:p>
      <w:pPr>
        <w:jc w:val="right"/>
      </w:pPr>
      <w:r>
        <w:t>ہاؤ؟ اٹ از پاسیبل اونلی فار دوز پیپل ہو ڈسکورڈ گاڈ المائٹی ایٹ ا—ایٹ ا—ایز ا خلاق، ایز ا علام،</w:t>
      </w:r>
    </w:p>
    <w:p>
      <w:r>
        <w:rPr>
          <w:b/>
        </w:rPr>
        <w:t xml:space="preserve">[16:31] </w:t>
      </w:r>
      <w:r>
        <w:t>as a raziq, as a qayyum.</w:t>
      </w:r>
    </w:p>
    <w:p>
      <w:pPr>
        <w:jc w:val="right"/>
      </w:pPr>
      <w:r>
        <w:t>ایز ا رزاق، ایز ا قیوم۔</w:t>
      </w:r>
    </w:p>
    <w:p>
      <w:r>
        <w:rPr>
          <w:b/>
        </w:rPr>
        <w:t xml:space="preserve">[16:40] </w:t>
      </w:r>
      <w:r>
        <w:t>There is a verse in the Quran that gives the picture of God Almighty in very—in very beautiful banner.</w:t>
      </w:r>
    </w:p>
    <w:p>
      <w:pPr>
        <w:jc w:val="right"/>
      </w:pPr>
      <w:r>
        <w:t>دیر از ا ورس ان دا قرآن دیٹ گیوز دا پکچر آف گاڈ المائٹی ان ویری—ان ویری بیوٹی فل بینر۔</w:t>
      </w:r>
    </w:p>
    <w:p>
      <w:r>
        <w:rPr>
          <w:b/>
        </w:rPr>
        <w:t xml:space="preserve">[16:58] </w:t>
      </w:r>
      <w:r>
        <w:t>Yaar, you can see this verse with this transition. Bismillah Rahman Rahim. Allah la ilaha illa huwal Hayyul Qayyum.</w:t>
      </w:r>
    </w:p>
    <w:p>
      <w:pPr>
        <w:jc w:val="right"/>
      </w:pPr>
      <w:r>
        <w:t>یار، یو کین سی دس ورس ود دس ٹرانزیشن۔ بسم اللہ الرحمن الرحیم۔ اللہ لا الہ الاھو، الحی القیوم۔</w:t>
      </w:r>
    </w:p>
    <w:p>
      <w:r>
        <w:rPr>
          <w:b/>
        </w:rPr>
        <w:t xml:space="preserve">[17:11] </w:t>
      </w:r>
      <w:r>
        <w:t>La ta'khudhuhu sinatun wa la nawm. Lahu ma fis samawati wa ma fil ard. Man dhal-ladhi yashfa'u 'indahu illa bi'idhnih? Ya'lamu ma bayna aydihim wa ma khalfahum.</w:t>
      </w:r>
    </w:p>
    <w:p>
      <w:pPr>
        <w:jc w:val="right"/>
      </w:pPr>
      <w:r>
        <w:t>لا تاخذہ سنۃ ولا نوم۔ لہ ما فی السماوات وما فی الارض۔ من الذی یشع عندہ الا باذنی؟ یعلم ما بین ایدیہم وما خلفہم۔</w:t>
      </w:r>
    </w:p>
    <w:p>
      <w:r>
        <w:rPr>
          <w:b/>
        </w:rPr>
        <w:t xml:space="preserve">[17:23] </w:t>
      </w:r>
      <w:r>
        <w:t>Wa la yuhituna bi shay'im min 'ilmihi illa bima sha'. Wasi'a kursiyyu-s samawati wal ard. Wa la ya'uduhu hifdhuhuma, wa huwal 'Aliyyul 'Adhim.</w:t>
      </w:r>
    </w:p>
    <w:p>
      <w:pPr>
        <w:jc w:val="right"/>
      </w:pPr>
      <w:r>
        <w:t>ولا یحیطون بشئی من علمہ الا بما شاء۔ وسع کرسی السماوات والارض۔ ولا یعوذ حفظہما، وهو العلی العظیم۔</w:t>
      </w:r>
    </w:p>
    <w:p>
      <w:r>
        <w:rPr>
          <w:b/>
        </w:rPr>
        <w:t xml:space="preserve">[17:34] </w:t>
      </w:r>
      <w:r>
        <w:t>Chapter Al-Baqarah, chapter number two, verse number two 55.</w:t>
      </w:r>
    </w:p>
    <w:p>
      <w:pPr>
        <w:jc w:val="right"/>
      </w:pPr>
      <w:r>
        <w:t>چیپٹر البقرہ، چیپٹر نمبر ٹو، ورس نمبر ٹو 55۔</w:t>
      </w:r>
    </w:p>
    <w:p>
      <w:r>
        <w:rPr>
          <w:b/>
        </w:rPr>
        <w:t xml:space="preserve">[17:44] </w:t>
      </w:r>
      <w:r>
        <w:t>God, there is no deity save Him, the Living, the Eternal One. Neither slumber nor sleep overtakes Him.</w:t>
      </w:r>
    </w:p>
    <w:p>
      <w:pPr>
        <w:jc w:val="right"/>
      </w:pPr>
      <w:r>
        <w:t>گاڈ، دیر از نو ڈیٹی سیو ہم، دا لیونگ، دا ایٹرنل ون۔ نیدر سلمبر نور سلپ اوورٹیکس ہم۔</w:t>
      </w:r>
    </w:p>
    <w:p>
      <w:r>
        <w:rPr>
          <w:b/>
        </w:rPr>
        <w:t xml:space="preserve">[17:53] </w:t>
      </w:r>
      <w:r>
        <w:t>To Him belong what's so ever is in the heavens and what's so ever is in the earth. Who can intercede with Him except by His permission?</w:t>
      </w:r>
    </w:p>
    <w:p>
      <w:pPr>
        <w:jc w:val="right"/>
      </w:pPr>
      <w:r>
        <w:t>ٹو ہم بیلانگ واٹس سو ایور از ان دا ہیونز اینڈ واٹس سو ایور از ان دا ارتھ۔ ہو کین انٹرسیڈ ود ہم ایکسیپٹ بائی ہز پرمیشن؟</w:t>
      </w:r>
    </w:p>
    <w:p>
      <w:r>
        <w:rPr>
          <w:b/>
        </w:rPr>
        <w:t xml:space="preserve">[18:04] </w:t>
      </w:r>
      <w:r>
        <w:t>He knows all that is before them and all that is behind them. They can grasp only that part of His knowledge which He wills.</w:t>
      </w:r>
    </w:p>
    <w:p>
      <w:pPr>
        <w:jc w:val="right"/>
      </w:pPr>
      <w:r>
        <w:t>ہی نوز ال دیٹ از بیفور دیم اینڈ ال دیٹ از بیہائنڈ دیم۔ دے کین گراسپ اونلی دیٹ پارٹ آف ہز نالج وچ ہی ولز۔</w:t>
      </w:r>
    </w:p>
    <w:p>
      <w:r>
        <w:rPr>
          <w:b/>
        </w:rPr>
        <w:t xml:space="preserve">[18:15] </w:t>
      </w:r>
      <w:r>
        <w:t>His throne extends over the heavens and the earth, and their upholding does not weary Him.</w:t>
      </w:r>
    </w:p>
    <w:p>
      <w:pPr>
        <w:jc w:val="right"/>
      </w:pPr>
      <w:r>
        <w:t>ہز تھرون ایکسٹینڈز اوور دا ہیونز اینڈ دا ارتھ، اینڈ دیر اپ ہولڈنگ ڈز ناٹ ویری ہم۔</w:t>
      </w:r>
    </w:p>
    <w:p>
      <w:r>
        <w:rPr>
          <w:b/>
        </w:rPr>
        <w:t xml:space="preserve">[18:24] </w:t>
      </w:r>
      <w:r>
        <w:t>He is the Sublime, the Almighty One.</w:t>
      </w:r>
    </w:p>
    <w:p>
      <w:pPr>
        <w:jc w:val="right"/>
      </w:pPr>
      <w:r>
        <w:t>ہی از دا سبلائم، دا المائٹی ون۔</w:t>
      </w:r>
    </w:p>
    <w:p>
      <w:r>
        <w:rPr>
          <w:b/>
        </w:rPr>
        <w:t xml:space="preserve">[18:30] </w:t>
      </w:r>
      <w:r>
        <w:t>This is the picture of God Almighty.</w:t>
      </w:r>
    </w:p>
    <w:p>
      <w:pPr>
        <w:jc w:val="right"/>
      </w:pPr>
      <w:r>
        <w:t>دس از دا پکچر آف گاڈ المائٹی۔</w:t>
      </w:r>
    </w:p>
    <w:p>
      <w:r>
        <w:rPr>
          <w:b/>
        </w:rPr>
        <w:t xml:space="preserve">[18:35] </w:t>
      </w:r>
      <w:r>
        <w:t>It means that only those men or women who discovered God Almighty in this sense.</w:t>
      </w:r>
    </w:p>
    <w:p>
      <w:pPr>
        <w:jc w:val="right"/>
      </w:pPr>
      <w:r>
        <w:t>اٹ مینز دیٹ اونلی دوز مین اور ویمن ہو ڈسکورڈ گاڈ المائٹی ان دس سینس۔</w:t>
      </w:r>
    </w:p>
    <w:p>
      <w:r>
        <w:rPr>
          <w:b/>
        </w:rPr>
        <w:t xml:space="preserve">[18:49] </w:t>
      </w:r>
      <w:r>
        <w:t>who discovered God Almighty in this sense. They will be declared as 'arif, finder of God, and they will be fine entry into paradise.</w:t>
      </w:r>
    </w:p>
    <w:p>
      <w:pPr>
        <w:jc w:val="right"/>
      </w:pPr>
      <w:r>
        <w:t>ہو ڈسکورڈ گاڈ المائٹی ان دس سینس۔ دے ول بی ڈیکلیئرڈ ایز عارف، فائنڈر آف گاڈ، اینڈ دے ول بی فائن انٹری انٹو پیراڈائز۔</w:t>
      </w:r>
    </w:p>
    <w:p>
      <w:r>
        <w:rPr>
          <w:b/>
        </w:rPr>
        <w:t xml:space="preserve">[19:09] </w:t>
      </w:r>
      <w:r>
        <w:t>So man is trust. Man is a tomorrow seeking animal. And this is the tomorrow.</w:t>
      </w:r>
    </w:p>
    <w:p>
      <w:pPr>
        <w:jc w:val="right"/>
      </w:pPr>
      <w:r>
        <w:t>سو مین از ٹرسٹ۔ مین از ا ٹومارو سیکنگ اینیمل۔ اینڈ دس از دا ٹومارو۔</w:t>
      </w:r>
    </w:p>
    <w:p>
      <w:r>
        <w:rPr>
          <w:b/>
        </w:rPr>
        <w:t xml:space="preserve">[19:20] </w:t>
      </w:r>
      <w:r>
        <w:t>This is the target of human being. Man should live as a seeker.</w:t>
      </w:r>
    </w:p>
    <w:p>
      <w:pPr>
        <w:jc w:val="right"/>
      </w:pPr>
      <w:r>
        <w:t>دس از دا ٹارگٹ آف ہیومن بینگ۔ مین شوڈ لیو ایز ا سیکر۔</w:t>
      </w:r>
    </w:p>
    <w:p>
      <w:r>
        <w:rPr>
          <w:b/>
        </w:rPr>
        <w:t xml:space="preserve">[19:30] </w:t>
      </w:r>
      <w:r>
        <w:t>Man should live as a seeker. Seeker of God Almighty, Rabbul 'alamin. This is the target of human being.</w:t>
      </w:r>
    </w:p>
    <w:p>
      <w:pPr>
        <w:jc w:val="right"/>
      </w:pPr>
      <w:r>
        <w:t>مین شوڈ لیو ایز ا سیکر۔ سیکر آف گاڈ المائٹی، رب العالمین۔ دس از دا ٹارگٹ آف ہیومن بینگ۔</w:t>
      </w:r>
    </w:p>
    <w:p>
      <w:r>
        <w:rPr>
          <w:b/>
        </w:rPr>
        <w:t xml:space="preserve">[19:44] </w:t>
      </w:r>
      <w:r>
        <w:t>Man should live as a seeker. His all studies and his contemplation should be directed towards this single goal.</w:t>
      </w:r>
    </w:p>
    <w:p>
      <w:pPr>
        <w:jc w:val="right"/>
      </w:pPr>
      <w:r>
        <w:t>مین شوڈ لیو ایز ا سیکر۔ ہز آل اسٹڈیز اینڈ ہز کنٹمپلیشن شوڈ بی ڈائریکٹ ٹورڈز دس سنگل گول۔</w:t>
      </w:r>
    </w:p>
    <w:p>
      <w:r>
        <w:rPr>
          <w:b/>
        </w:rPr>
        <w:t xml:space="preserve">[19:58] </w:t>
      </w:r>
      <w:r>
        <w:t>So one who</w:t>
      </w:r>
    </w:p>
    <w:p>
      <w:pPr>
        <w:jc w:val="right"/>
      </w:pPr>
      <w:r>
        <w:t>سو ون ہو</w:t>
      </w:r>
    </w:p>
    <w:p>
      <w:r>
        <w:rPr>
          <w:b/>
        </w:rPr>
        <w:t xml:space="preserve">[20:06] </w:t>
      </w:r>
      <w:r>
        <w:t>discover god almighty, he will be declared as aref, finder.</w:t>
      </w:r>
    </w:p>
    <w:p>
      <w:pPr>
        <w:jc w:val="right"/>
      </w:pPr>
      <w:r>
        <w:t>ڈسکورز گاڈ المائٹی، ہی ول بی ڈیکلیئرڈ ایز عارف، فائنڈر۔</w:t>
      </w:r>
    </w:p>
    <w:p>
      <w:r>
        <w:rPr>
          <w:b/>
        </w:rPr>
        <w:t xml:space="preserve">[20:18] </w:t>
      </w:r>
      <w:r>
        <w:t>and it is this marifat or finding that</w:t>
      </w:r>
    </w:p>
    <w:p>
      <w:pPr>
        <w:jc w:val="right"/>
      </w:pPr>
      <w:r>
        <w:t>اینڈ اٹ از دس معرفت اور فائنڈنگ دیٹ</w:t>
      </w:r>
    </w:p>
    <w:p>
      <w:r>
        <w:rPr>
          <w:b/>
        </w:rPr>
        <w:t xml:space="preserve">[20:28] </w:t>
      </w:r>
      <w:r>
        <w:t>automatically will develop that kind of love which mention in the quran. wal-ladheena aamano ashadd hubban lillah.</w:t>
      </w:r>
    </w:p>
    <w:p>
      <w:pPr>
        <w:jc w:val="right"/>
      </w:pPr>
      <w:r>
        <w:t>اٹومیٹکلی ول ڈیولپ دیٹ کائنڈ آف لو وچ مینشن ان دا قرآن۔ والذین آمنوا اشد حبا للہ۔</w:t>
      </w:r>
    </w:p>
    <w:p>
      <w:r>
        <w:rPr>
          <w:b/>
        </w:rPr>
        <w:t xml:space="preserve">[20:42] </w:t>
      </w:r>
      <w:r>
        <w:t>so only those people who</w:t>
      </w:r>
    </w:p>
    <w:p>
      <w:pPr>
        <w:jc w:val="right"/>
      </w:pPr>
      <w:r>
        <w:t>سو اونلی دوز پیپل ہو</w:t>
      </w:r>
    </w:p>
    <w:p>
      <w:r>
        <w:rPr>
          <w:b/>
        </w:rPr>
        <w:t xml:space="preserve">[20:50] </w:t>
      </w:r>
      <w:r>
        <w:t>live as a seeker.</w:t>
      </w:r>
    </w:p>
    <w:p>
      <w:pPr>
        <w:jc w:val="right"/>
      </w:pPr>
      <w:r>
        <w:t>لیو ایز ا سیکر۔</w:t>
      </w:r>
    </w:p>
    <w:p>
      <w:r>
        <w:rPr>
          <w:b/>
        </w:rPr>
        <w:t xml:space="preserve">[20:54] </w:t>
      </w:r>
      <w:r>
        <w:t>and then they become finder, they is aref. and due to this marifat, they develop great love towards god almighty.</w:t>
      </w:r>
    </w:p>
    <w:p>
      <w:pPr>
        <w:jc w:val="right"/>
      </w:pPr>
      <w:r>
        <w:t>اینڈ دین دے بیکم فائنڈر، دے از عارف۔ اینڈ ڈیو ٹو دس معرفت، دے ڈیولپ گریٹ لو ٹورڈز گاڈ المائٹی۔</w:t>
      </w:r>
    </w:p>
    <w:p>
      <w:r>
        <w:rPr>
          <w:b/>
        </w:rPr>
        <w:t xml:space="preserve">[21:10] </w:t>
      </w:r>
      <w:r>
        <w:t>they will be fine entry into paradise. to this is the—this is the</w:t>
      </w:r>
    </w:p>
    <w:p>
      <w:pPr>
        <w:jc w:val="right"/>
      </w:pPr>
      <w:r>
        <w:t>دے ول بی فائن انٹری انٹو پیراڈائز۔ تو دس از دا—دس از دا</w:t>
      </w:r>
    </w:p>
    <w:p>
      <w:r>
        <w:rPr>
          <w:b/>
        </w:rPr>
        <w:t xml:space="preserve">[21:21] </w:t>
      </w:r>
      <w:r>
        <w:t>only target of human being. man or woman both.</w:t>
      </w:r>
    </w:p>
    <w:p>
      <w:pPr>
        <w:jc w:val="right"/>
      </w:pPr>
      <w:r>
        <w:t>اونلی ٹارگٹ آف ہیومن بینگ۔ مین اور وومن بوتھ۔</w:t>
      </w:r>
    </w:p>
    <w:p>
      <w:r>
        <w:rPr>
          <w:b/>
        </w:rPr>
        <w:t xml:space="preserve">[21:31] </w:t>
      </w:r>
      <w:r>
        <w:t>so i can see that small is beautiful. the formula small is beautiful applies to this chapter of the quran.</w:t>
      </w:r>
    </w:p>
    <w:p>
      <w:pPr>
        <w:jc w:val="right"/>
      </w:pPr>
      <w:r>
        <w:t>سو آئی کین سی دیٹ اسمال از بیوٹی فل۔ دا فارمولا اسمال از بیوٹی فل اپلائیز ٹو دس چیپٹر آف دا قرآن۔</w:t>
      </w:r>
    </w:p>
    <w:p>
      <w:r>
        <w:rPr>
          <w:b/>
        </w:rPr>
        <w:t xml:space="preserve">[21:43] </w:t>
      </w:r>
      <w:r>
        <w:t>that gives us great wisdom. the whole humanity, all women and women of the history, were seeker,</w:t>
      </w:r>
    </w:p>
    <w:p>
      <w:pPr>
        <w:jc w:val="right"/>
      </w:pPr>
      <w:r>
        <w:t>دیٹ گیوز اس گریٹ وزڈم۔ دا ہول ہیومینٹی، ال ویمن اینڈ ویمن آف دا ہسٹری، ویر سیکر،</w:t>
      </w:r>
    </w:p>
    <w:p>
      <w:r>
        <w:rPr>
          <w:b/>
        </w:rPr>
        <w:t xml:space="preserve">[21:58] </w:t>
      </w:r>
      <w:r>
        <w:t>were born seeker of god. they were born seeker of god. they lived as a seeker of god, consciously or unconsciously.</w:t>
      </w:r>
    </w:p>
    <w:p>
      <w:pPr>
        <w:jc w:val="right"/>
      </w:pPr>
      <w:r>
        <w:t>ویر بورن سیکر آف گاڈ۔ دے ویر بورن سیکر آف گاڈ۔ دے لیوڈ ایز ا سیکر آف گاڈ، کانشیسلی اور انکانسیسلی۔</w:t>
      </w:r>
    </w:p>
    <w:p>
      <w:r>
        <w:rPr>
          <w:b/>
        </w:rPr>
        <w:t xml:space="preserve">[22:14] </w:t>
      </w:r>
      <w:r>
        <w:t>some consciously and some unconsciously. to this was the only object of human being.</w:t>
      </w:r>
    </w:p>
    <w:p>
      <w:pPr>
        <w:jc w:val="right"/>
      </w:pPr>
      <w:r>
        <w:t>سم کانشیسلی اینڈ سم انکانسیسلی۔ تو دس واز دا اونلی ابجیکٹ آف ہیومن بینگ۔</w:t>
      </w:r>
    </w:p>
    <w:p>
      <w:r>
        <w:rPr>
          <w:b/>
        </w:rPr>
        <w:t xml:space="preserve">[22:25] </w:t>
      </w:r>
      <w:r>
        <w:t>why this? this this was instilled in human being.</w:t>
      </w:r>
    </w:p>
    <w:p>
      <w:pPr>
        <w:jc w:val="right"/>
      </w:pPr>
      <w:r>
        <w:t>وائی دس؟ دس دس واز انسٹلڈ ان ہیومن بینگ۔</w:t>
      </w:r>
    </w:p>
    <w:p>
      <w:r>
        <w:rPr>
          <w:b/>
        </w:rPr>
        <w:t xml:space="preserve">[22:36] </w:t>
      </w:r>
      <w:r>
        <w:t>this seeking spirit was instilled in human being. so those who develop this spirit.</w:t>
      </w:r>
    </w:p>
    <w:p>
      <w:pPr>
        <w:jc w:val="right"/>
      </w:pPr>
      <w:r>
        <w:t>دس سیکنگ سپرٹ واز انسٹلڈ ان ہیومن بینگ۔ سو دوز ہو ڈیولپ دس سپرٹ۔</w:t>
      </w:r>
    </w:p>
    <w:p>
      <w:r>
        <w:rPr>
          <w:b/>
        </w:rPr>
        <w:t xml:space="preserve">[22:47] </w:t>
      </w:r>
      <w:r>
        <w:t>those who succeeded to find god almighty. those who developed love towards god in that sense.</w:t>
      </w:r>
    </w:p>
    <w:p>
      <w:pPr>
        <w:jc w:val="right"/>
      </w:pPr>
      <w:r>
        <w:t>دوز ہو سکسیڈڈ ٹو فائنڈ گاڈ المائٹی۔ دوز ہو ڈیولپڈ لو ٹورڈز گاڈ ان دیٹ سینس۔</w:t>
      </w:r>
    </w:p>
    <w:p>
      <w:r>
        <w:rPr>
          <w:b/>
        </w:rPr>
        <w:t xml:space="preserve">[23:01] </w:t>
      </w:r>
      <w:r>
        <w:t>those who become aref, that is finder of god. they will be declared as people of paradise.</w:t>
      </w:r>
    </w:p>
    <w:p>
      <w:pPr>
        <w:jc w:val="right"/>
      </w:pPr>
      <w:r>
        <w:t>دوز ہو بیکم عارف، دیٹ از فائنڈر آف گاڈ۔ دے ول بی ڈیکلیئرڈ ایز پیپل آف پیراڈائز۔</w:t>
      </w:r>
    </w:p>
    <w:p>
      <w:r>
        <w:rPr>
          <w:b/>
        </w:rPr>
        <w:t xml:space="preserve">[23:13] </w:t>
      </w:r>
      <w:r>
        <w:t>and this selection will be according to the record of angels. quran tells us that every human being, man and woman both, there are two angels.</w:t>
      </w:r>
    </w:p>
    <w:p>
      <w:pPr>
        <w:jc w:val="right"/>
      </w:pPr>
      <w:r>
        <w:t>اینڈ دس سلیکشن ول بی اکارڈنگ ٹو دا ریکارڈ آف اینجلز۔ قرآن ٹیلز اس دیٹ ایوری ہیومن بینگ، مین اینڈ ویمن بوتھ، دیر ار ٹو اینجلز۔</w:t>
      </w:r>
    </w:p>
    <w:p>
      <w:r>
        <w:rPr>
          <w:b/>
        </w:rPr>
        <w:t xml:space="preserve">[23:35] </w:t>
      </w:r>
      <w:r>
        <w:t>with every human being, there are two angels.</w:t>
      </w:r>
    </w:p>
    <w:p>
      <w:pPr>
        <w:jc w:val="right"/>
      </w:pPr>
      <w:r>
        <w:t>ود ایوری ہیومن بینگ، دیر ار ٹو اینجلز۔</w:t>
      </w:r>
    </w:p>
    <w:p>
      <w:r>
        <w:rPr>
          <w:b/>
        </w:rPr>
        <w:t xml:space="preserve">[23:42] </w:t>
      </w:r>
      <w:r>
        <w:t>they record human activities. and according to this record, they will be declared in the hereafter.</w:t>
      </w:r>
    </w:p>
    <w:p>
      <w:pPr>
        <w:jc w:val="right"/>
      </w:pPr>
      <w:r>
        <w:t>دے ریکارڈ ہیومن ایکٹیویٹیز۔ اینڈ اکارڈنگ ٹو دس ریکارڈ، دے ول بی ڈیکلیئرڈ ان دا ہیرا افٹر۔</w:t>
      </w:r>
    </w:p>
    <w:p>
      <w:r>
        <w:rPr>
          <w:b/>
        </w:rPr>
        <w:t xml:space="preserve">[23:58] </w:t>
      </w:r>
      <w:r>
        <w:t>that is after the death.</w:t>
      </w:r>
    </w:p>
    <w:p>
      <w:pPr>
        <w:jc w:val="right"/>
      </w:pPr>
      <w:r>
        <w:t>دیٹ از افٹر دی ڈیتھ۔</w:t>
      </w:r>
    </w:p>
    <w:p>
      <w:r>
        <w:rPr>
          <w:b/>
        </w:rPr>
        <w:t xml:space="preserve">[24:04] </w:t>
      </w:r>
      <w:r>
        <w:t>that this was the ben. this was the woman who</w:t>
      </w:r>
    </w:p>
    <w:p>
      <w:pPr>
        <w:jc w:val="right"/>
      </w:pPr>
      <w:r>
        <w:t>دیٹ دس واز دی بین۔ دس واز دا وومن ہو</w:t>
      </w:r>
    </w:p>
    <w:p>
      <w:r>
        <w:rPr>
          <w:b/>
        </w:rPr>
        <w:t xml:space="preserve">[24:16] </w:t>
      </w:r>
      <w:r>
        <w:t>who who, are who, are deserving candidate.</w:t>
      </w:r>
    </w:p>
    <w:p>
      <w:pPr>
        <w:jc w:val="right"/>
      </w:pPr>
      <w:r>
        <w:t>ہو ہو، ار ہو، ار ڈزروونگ کینڈیڈیٹ۔</w:t>
      </w:r>
    </w:p>
    <w:p>
      <w:r>
        <w:rPr>
          <w:b/>
        </w:rPr>
        <w:t xml:space="preserve">[24:27] </w:t>
      </w:r>
      <w:r>
        <w:t>candidate. so i according to my experience, old age is a reminder. old age is a reminder of this fact.</w:t>
      </w:r>
    </w:p>
    <w:p>
      <w:pPr>
        <w:jc w:val="right"/>
      </w:pPr>
      <w:r>
        <w:t>کینڈیڈیٹ۔ سو آئی اکارڈنگ ٹو مائی ایکسپیرینس، اولڈ ایج از ا ریمائنڈر۔ اولڈ ایج از ا ریمائنڈر آف دس فیکٹ۔</w:t>
      </w:r>
    </w:p>
    <w:p>
      <w:r>
        <w:rPr>
          <w:b/>
        </w:rPr>
        <w:t xml:space="preserve">[24:41] </w:t>
      </w:r>
      <w:r>
        <w:t>for example, i am 90 plus. every day, but every moment, i am waiting for death.</w:t>
      </w:r>
    </w:p>
    <w:p>
      <w:pPr>
        <w:jc w:val="right"/>
      </w:pPr>
      <w:r>
        <w:t>فار ایگزیمپل، آئی ایم 90 پلس۔ ایوری ڈے، بٹ ایوری مومنٹ، آئی ایم ویٹنگ فار ڈیتھ۔</w:t>
      </w:r>
    </w:p>
    <w:p>
      <w:r>
        <w:rPr>
          <w:b/>
        </w:rPr>
        <w:t xml:space="preserve">[24:57] </w:t>
      </w:r>
      <w:r>
        <w:t>every day, but every moment, i am waiting for death to death remind me there something more after the death.</w:t>
      </w:r>
    </w:p>
    <w:p>
      <w:pPr>
        <w:jc w:val="right"/>
      </w:pPr>
      <w:r>
        <w:t>ایوری ڈے، بٹ ایوری مومنٹ، آئی ایم ویٹنگ فار ڈیتھ تو ڈیتھ ریمائنڈ می دیر سم تھنگ مور افٹر دی ڈیتھ۔</w:t>
      </w:r>
    </w:p>
    <w:p>
      <w:r>
        <w:rPr>
          <w:b/>
        </w:rPr>
        <w:t xml:space="preserve">[25:09] </w:t>
      </w:r>
      <w:r>
        <w:t>That is here after. That is paradise.</w:t>
      </w:r>
    </w:p>
    <w:p>
      <w:pPr>
        <w:jc w:val="right"/>
      </w:pPr>
      <w:r>
        <w:t>دیٹ از ہیرا افٹر۔ دیٹ از پیراڈائز۔</w:t>
      </w:r>
    </w:p>
    <w:p>
      <w:r>
        <w:rPr>
          <w:b/>
        </w:rPr>
        <w:t xml:space="preserve">[25:17] </w:t>
      </w:r>
      <w:r>
        <w:t>People generally take old age as a problem age, problem age. But I think that old age very very important.</w:t>
      </w:r>
    </w:p>
    <w:p>
      <w:pPr>
        <w:jc w:val="right"/>
      </w:pPr>
      <w:r>
        <w:t>پیپل جنرلی ٹیک اولڈ ایج ایز ا پرابلم ایج۔ پرابلم ایج۔ بٹ آئی تھنک دیٹ اولڈ ایج ویری ویری امپورٹنٹ</w:t>
      </w:r>
    </w:p>
    <w:p>
      <w:r>
        <w:rPr>
          <w:b/>
        </w:rPr>
        <w:t xml:space="preserve">[25:33] </w:t>
      </w:r>
      <w:r>
        <w:t>in human being. All age reminds you the greatest fact that you are at the door of, if you are at the door of akhirat.</w:t>
      </w:r>
    </w:p>
    <w:p>
      <w:pPr>
        <w:jc w:val="right"/>
      </w:pPr>
      <w:r>
        <w:t>ان ہیومن بینگ۔ اولڈ ایج ریمائنڈز یو دا گریٹسٹ فیکٹ دیٹ یو آر ایٹ دا ورڈ آف، اف یو آر ایٹ دا ورڈ آف آخرت۔</w:t>
      </w:r>
    </w:p>
    <w:p>
      <w:r>
        <w:rPr>
          <w:b/>
        </w:rPr>
        <w:t xml:space="preserve">[25:52] </w:t>
      </w:r>
      <w:r>
        <w:t>Now, you are taking a leap into the akhirat. That person who said to Billy Graham that you see, I am an old man.</w:t>
      </w:r>
    </w:p>
    <w:p>
      <w:pPr>
        <w:jc w:val="right"/>
      </w:pPr>
      <w:r>
        <w:t>ناؤ، یو آر ٹیکنگ ا لیپ انٹو دا آخرت۔ دیٹ پرسن ہو سیڈ ٹو بلی گرہم دیٹ یو سی، آئی ایم اینڈ اولڈ مین۔</w:t>
      </w:r>
    </w:p>
    <w:p>
      <w:r>
        <w:rPr>
          <w:b/>
        </w:rPr>
        <w:t xml:space="preserve">[26:14] </w:t>
      </w:r>
      <w:r>
        <w:t>life his lost all meaning. I am going to take a faithful leap into the unknown. Young man, can you give a hop?</w:t>
      </w:r>
    </w:p>
    <w:p>
      <w:pPr>
        <w:jc w:val="right"/>
      </w:pPr>
      <w:r>
        <w:t>لائف ہیز لاسٹ ال میننگ۔ آئی ایم گوئنگ ٹو ٹیک ا فیٹ فل لیپ انٹو دا ان نون۔ینگ مین، کین یو گیو ا ہوپ؟</w:t>
      </w:r>
    </w:p>
    <w:p>
      <w:r>
        <w:rPr>
          <w:b/>
        </w:rPr>
        <w:t xml:space="preserve">[26:28] </w:t>
      </w:r>
      <w:r>
        <w:t>I think that only Quran gives hum hope. Need no other book that gives you hope.</w:t>
      </w:r>
    </w:p>
    <w:p>
      <w:pPr>
        <w:jc w:val="right"/>
      </w:pPr>
      <w:r>
        <w:t>آئی تھنک دیٹ اونلی قرآن گیوز ہم ہوپ۔ نیڈ نو ادر بک دیٹ گیوز یو ہوپ۔</w:t>
      </w:r>
    </w:p>
    <w:p>
      <w:r>
        <w:rPr>
          <w:b/>
        </w:rPr>
        <w:t xml:space="preserve">[26:40] </w:t>
      </w:r>
      <w:r>
        <w:t>It is only Quran. If you read Quran, Quran will tell you that a very very, a very very nice world is waiting for you.</w:t>
      </w:r>
    </w:p>
    <w:p>
      <w:pPr>
        <w:jc w:val="right"/>
      </w:pPr>
      <w:r>
        <w:t>اٹ از اونلی قرآن۔ اف یو ریڈ قرآن، قرآن ول ٹیل یو دیٹ ا پیری پیری، ا ویری ویری نائس ورلڈ از ویٹنگ فار یو۔</w:t>
      </w:r>
    </w:p>
    <w:p>
      <w:r>
        <w:rPr>
          <w:b/>
        </w:rPr>
        <w:t xml:space="preserve">[26:56] </w:t>
      </w:r>
      <w:r>
        <w:t>if yu ar blivar, if yu bili in gad, if yu lu,</w:t>
      </w:r>
    </w:p>
    <w:p>
      <w:pPr>
        <w:jc w:val="right"/>
      </w:pPr>
      <w:r>
        <w:t>اف یو آر بلیور، اف یو بیلیو ان گاڈ، اف یو لو،</w:t>
      </w:r>
    </w:p>
    <w:p>
      <w:r>
        <w:rPr>
          <w:b/>
        </w:rPr>
        <w:t xml:space="preserve">[27:05] </w:t>
      </w:r>
      <w:r>
        <w:t>yu hev delopd lu torvards gad almaiiti. yu hev diskavard gad az yur, az yur marsi ful, az yur</w:t>
      </w:r>
    </w:p>
    <w:p>
      <w:pPr>
        <w:jc w:val="right"/>
      </w:pPr>
      <w:r>
        <w:t>یو ہیو ڈیولپڈ لو ٹورڈز گاڈ المائٹی۔ یو ہیو ڈسکورڈ گاڈ ایز یور، ایز یور مرسی فل، ایز یور</w:t>
      </w:r>
    </w:p>
    <w:p>
      <w:r>
        <w:rPr>
          <w:b/>
        </w:rPr>
        <w:t xml:space="preserve">[27:21] </w:t>
      </w:r>
      <w:r>
        <w:t>kritar.</w:t>
      </w:r>
    </w:p>
    <w:p>
      <w:pPr>
        <w:jc w:val="right"/>
      </w:pPr>
      <w:r>
        <w:t>کریٹر۔</w:t>
      </w:r>
    </w:p>
    <w:p>
      <w:r>
        <w:rPr>
          <w:b/>
        </w:rPr>
        <w:t xml:space="preserve">[27:26] </w:t>
      </w:r>
      <w:r>
        <w:t>at is diskori. at is marifat. in arabik, at is marifat. at is diskori or marifat.</w:t>
      </w:r>
    </w:p>
    <w:p>
      <w:pPr>
        <w:jc w:val="right"/>
      </w:pPr>
      <w:r>
        <w:t>اٹ از ڈسکوری۔ اٹ از معرفت۔ ان عربک، اٹ از معرفت۔ اٹ از ڈسکوری اور معرفت۔</w:t>
      </w:r>
    </w:p>
    <w:p>
      <w:r>
        <w:rPr>
          <w:b/>
        </w:rPr>
        <w:t xml:space="preserve">[27:36] </w:t>
      </w:r>
      <w:r>
        <w:t>That, that, that is praise of paradise. That is praise of paradise.</w:t>
      </w:r>
    </w:p>
    <w:p>
      <w:pPr>
        <w:jc w:val="right"/>
      </w:pPr>
      <w:r>
        <w:t>دیٹ، دیٹ، دیٹ از پرائس آف پیراڈائز۔ دیٹ از پرائس آف پیراڈائز۔</w:t>
      </w:r>
    </w:p>
    <w:p>
      <w:r>
        <w:rPr>
          <w:b/>
        </w:rPr>
        <w:t xml:space="preserve">[27:48] </w:t>
      </w:r>
      <w:r>
        <w:t>nau adar thing kin giv yu paradise.</w:t>
      </w:r>
    </w:p>
    <w:p>
      <w:pPr>
        <w:jc w:val="right"/>
      </w:pPr>
      <w:r>
        <w:t>نو ادر تھنگ کین گیو یو پیراڈائز۔</w:t>
      </w:r>
    </w:p>
    <w:p>
      <w:r>
        <w:rPr>
          <w:b/>
        </w:rPr>
        <w:t xml:space="preserve">[27:56] </w:t>
      </w:r>
      <w:r>
        <w:t>su</w:t>
      </w:r>
    </w:p>
    <w:p>
      <w:pPr>
        <w:jc w:val="right"/>
      </w:pPr>
      <w:r>
        <w:t>سو</w:t>
      </w:r>
    </w:p>
    <w:p>
      <w:r>
        <w:rPr>
          <w:b/>
        </w:rPr>
        <w:t xml:space="preserve">[28:00] </w:t>
      </w:r>
      <w:r>
        <w:t>akording tu mai,</w:t>
      </w:r>
    </w:p>
    <w:p>
      <w:pPr>
        <w:jc w:val="right"/>
      </w:pPr>
      <w:r>
        <w:t>اکارڈنگ ٹو مائی،</w:t>
      </w:r>
    </w:p>
    <w:p>
      <w:r>
        <w:rPr>
          <w:b/>
        </w:rPr>
        <w:t xml:space="preserve">[28:05] </w:t>
      </w:r>
      <w:r>
        <w:t>mai discovery, it is my discovery that every human being was potentially, potentially he or she are born for paradise.</w:t>
      </w:r>
    </w:p>
    <w:p>
      <w:pPr>
        <w:jc w:val="right"/>
      </w:pPr>
      <w:r>
        <w:t>مائی ڈسکوری، اٹ از مائی ڈسکوری دیٹ ایوری ہیومن بینگ واز پوٹینشلی، پوٹینشلی ہی اور شی آر بورن فار پیراڈائز۔</w:t>
      </w:r>
    </w:p>
    <w:p>
      <w:r>
        <w:rPr>
          <w:b/>
        </w:rPr>
        <w:t xml:space="preserve">[28:24] </w:t>
      </w:r>
      <w:r>
        <w:t>So they're living in tomorrow, in, in as secret of paradise.</w:t>
      </w:r>
    </w:p>
    <w:p>
      <w:pPr>
        <w:jc w:val="right"/>
      </w:pPr>
      <w:r>
        <w:t>سو دیر لیونگ ان ٹومارو۔ ان، ان ایز سیکر آف پیراڈائز۔</w:t>
      </w:r>
    </w:p>
    <w:p>
      <w:r>
        <w:rPr>
          <w:b/>
        </w:rPr>
        <w:t xml:space="preserve">[28:37] </w:t>
      </w:r>
      <w:r>
        <w:t>Every one is, every one is living as a seeker of paradise. So every one should discover this fact.</w:t>
      </w:r>
    </w:p>
    <w:p>
      <w:pPr>
        <w:jc w:val="right"/>
      </w:pPr>
      <w:r>
        <w:t>ایوری ون از، ایوری ون از لیونگ ایز ا سیکر آف پیراڈائز۔ سو ایوری ون شوڈ ڈسکور دس فیکٹ۔</w:t>
      </w:r>
    </w:p>
    <w:p>
      <w:r>
        <w:rPr>
          <w:b/>
        </w:rPr>
        <w:t xml:space="preserve">[28:52] </w:t>
      </w:r>
      <w:r>
        <w:t>evri van, men or vuman but, shud diskor dis fakt. and de trai tu liv tu faind dis trut.</w:t>
      </w:r>
    </w:p>
    <w:p>
      <w:pPr>
        <w:jc w:val="right"/>
      </w:pPr>
      <w:r>
        <w:t>ایوری ون، مین اور وومن بوتھ، شوڈ ڈسکور دس فیکٹ۔ اینڈ دے ٹرائی ٹو لیو ٹو فائنڈ دس ٹروتھ۔</w:t>
      </w:r>
    </w:p>
    <w:p>
      <w:r>
        <w:rPr>
          <w:b/>
        </w:rPr>
        <w:t xml:space="preserve">[29:08] </w:t>
      </w:r>
      <w:r>
        <w:t>su det de mi faind entri into paradise. su det de maind, de faind entri into paradise.</w:t>
      </w:r>
    </w:p>
    <w:p>
      <w:pPr>
        <w:jc w:val="right"/>
      </w:pPr>
      <w:r>
        <w:t>سو دیٹ دے می فائنڈ انٹری انٹو پیراڈائز۔ سو دیٹ دے مائنڈ، دے فائنڈ انٹری انٹو پیراڈائز۔</w:t>
      </w:r>
    </w:p>
    <w:p>
      <w:r>
        <w:rPr>
          <w:b/>
        </w:rPr>
        <w:t xml:space="preserve">[29:20] </w:t>
      </w:r>
      <w:r>
        <w:t>mi gad blis yu. mi gad selekt yu for paradise, inshallah. assalam alaikum varahamtullah.</w:t>
      </w:r>
    </w:p>
    <w:p>
      <w:pPr>
        <w:jc w:val="right"/>
      </w:pPr>
      <w:r>
        <w:t>می گاڈ بلیس یو۔ می گاڈ سلیکٹ یو فار پیراڈائز، انشاءاللہ۔ السلام علیکم ورحمۃ اللہ۔</w:t>
      </w:r>
    </w:p>
    <w:p>
      <w:r>
        <w:rPr>
          <w:b/>
        </w:rPr>
        <w:t xml:space="preserve">[29:31] </w:t>
      </w:r>
      <w:r>
        <w:t>Okay, as you all know that every year CPS participates in Jaipur Literature Festival. There are a lot of visitors that come and visit Jaipur Literature Festival.</w:t>
      </w:r>
    </w:p>
    <w:p>
      <w:pPr>
        <w:jc w:val="right"/>
      </w:pPr>
      <w:r>
        <w:t>اوکے، ایز یو ال نو دیٹ ایوری ایئر سی پی ایس پارٹیسپیٹس ان جیپور لٹریچر فیسٹیول۔ دیر ار لاٹ اف وزٹرز دیٹ کم اینڈ وزٹ جیپور لٹریچر فیسٹیول۔</w:t>
      </w:r>
    </w:p>
    <w:p>
      <w:r>
        <w:rPr>
          <w:b/>
        </w:rPr>
        <w:t xml:space="preserve">[29:43] </w:t>
      </w:r>
      <w:r>
        <w:t>and also many dignitaries and important authors and writers who participate in the programs of Jaipur Literature Festival.</w:t>
      </w:r>
    </w:p>
    <w:p>
      <w:pPr>
        <w:jc w:val="right"/>
      </w:pPr>
      <w:r>
        <w:t>اینڈ السو مینی ڈگنیٹریز اینڈ امپورٹنٹ اوتھرز اینڈ رائٹرز ہو پارٹیسپیٹ ان دی پروگرامز اف جیپور لٹریچر فیسٹیول۔</w:t>
      </w:r>
    </w:p>
    <w:p>
      <w:r>
        <w:rPr>
          <w:b/>
        </w:rPr>
        <w:t xml:space="preserve">[29:52] </w:t>
      </w:r>
      <w:r>
        <w:t>So this year too, CPS team went to Jaipur Literature Festival and distributed Quran and interacted with many visitors out there.</w:t>
      </w:r>
    </w:p>
    <w:p>
      <w:pPr>
        <w:jc w:val="right"/>
      </w:pPr>
      <w:r>
        <w:t>سو دس ایئر ٹو، سی پی ایس ٹیم وینٹ ٹو جیپور لٹریچر فیسٹیول اینڈ ڈسٹریبیوٹڈ قرآن اینڈ انٹریکٹڈ ود مینی وزٹرز آؤٹ دیر۔</w:t>
      </w:r>
    </w:p>
    <w:p>
      <w:r>
        <w:rPr>
          <w:b/>
        </w:rPr>
        <w:t xml:space="preserve">[30:02] </w:t>
      </w:r>
      <w:r>
        <w:t>and therefore, I would request CPS member Mr. Fraz Khan to come here and share some of his experiences at Jaipur Literature Festival.</w:t>
      </w:r>
    </w:p>
    <w:p>
      <w:pPr>
        <w:jc w:val="right"/>
      </w:pPr>
      <w:r>
        <w:t>اینڈ دیر فور، آئی وڈ ریکویسٹ سی پی ایس ممبر مسٹر فراز خان ٹو کم ہیر اینڈ شیئر سم اف ہز ایکسپیرینسز ایٹ جیپور لٹریچر فیسٹیول۔</w:t>
      </w:r>
    </w:p>
    <w:p>
      <w:r>
        <w:rPr>
          <w:b/>
        </w:rPr>
        <w:t xml:space="preserve">[30:12] </w:t>
      </w:r>
      <w:r>
        <w:t>Mr. Faraz Khan, Bismillah-hir-rahman-nir-rahim. So like every year, ah this year also we went to Jaipur Literature Festival.</w:t>
      </w:r>
    </w:p>
    <w:p>
      <w:pPr>
        <w:jc w:val="right"/>
      </w:pPr>
      <w:r>
        <w:t>مسٹر فراز خان، بسم اللہ الرحمن الرحیم۔ سو لائک ایوری ایئر، آہ دس ایئر السو وی وینٹ ٹو جیپور لٹریچر فیسٹیول۔</w:t>
      </w:r>
    </w:p>
    <w:p>
      <w:r>
        <w:rPr>
          <w:b/>
        </w:rPr>
        <w:t xml:space="preserve">[30:23] </w:t>
      </w:r>
      <w:r>
        <w:t>and to begin with, i want to share that this festival is very important for cps mission. because you know, ah this festival it started in 2006.</w:t>
      </w:r>
    </w:p>
    <w:p>
      <w:pPr>
        <w:jc w:val="right"/>
      </w:pPr>
      <w:r>
        <w:t>اینڈ ٹو بیگن ود، آئی وانٹ ٹو شیئر دیٹ دس فیسٹیول از ویری امپورٹنٹ فار سی پی ایس مشن۔ بیکاز یو نو، آہ دس فیسٹیول اٹ سٹارٹڈ ان 2006۔</w:t>
      </w:r>
    </w:p>
    <w:p>
      <w:r>
        <w:rPr>
          <w:b/>
        </w:rPr>
        <w:t xml:space="preserve">[30:37] </w:t>
      </w:r>
      <w:r>
        <w:t>and from 2008 onwards, our team is going ah to to this festival to distribute quran. which is our main ah mission of cps to distribute quran to the literary class.</w:t>
      </w:r>
    </w:p>
    <w:p>
      <w:pPr>
        <w:jc w:val="right"/>
      </w:pPr>
      <w:r>
        <w:t>اینڈ فرام 2008 انورڈز، اور ٹیم از گوئنگ آہ ٹو ٹو دس فیسٹیول ٹو ڈسٹریبیوٹ قرآن۔ وچ از اور مین آہ مشن اف سی پی ایس ٹو ڈسٹریبیوٹ قرآن ٹو دا لٹریری کلاس۔</w:t>
      </w:r>
    </w:p>
    <w:p>
      <w:r>
        <w:rPr>
          <w:b/>
        </w:rPr>
        <w:t xml:space="preserve">[30:51] </w:t>
      </w:r>
      <w:r>
        <w:t>to ah to all human beings which are there. so this festival is known as the greatest literary show on earth.</w:t>
      </w:r>
    </w:p>
    <w:p>
      <w:pPr>
        <w:jc w:val="right"/>
      </w:pPr>
      <w:r>
        <w:t>ٹو آہ ٹو ال ہیومن بینگز وچ ار دیر۔ سو دس فیسٹیول از نون ایز دی گریٹسٹ لٹریری شو ان ارتھ۔</w:t>
      </w:r>
    </w:p>
    <w:p>
      <w:r>
        <w:rPr>
          <w:b/>
        </w:rPr>
        <w:t xml:space="preserve">[31:01] </w:t>
      </w:r>
      <w:r>
        <w:t>so ah with this practice, one can understand that this festival is very important for the cps mission.</w:t>
      </w:r>
    </w:p>
    <w:p>
      <w:pPr>
        <w:jc w:val="right"/>
      </w:pPr>
      <w:r>
        <w:t>سو آہ ود دس پریٹیکٹس، ون کین انڈرسٹینڈ دیٹ دس فیسٹیول از ویری امپورٹنٹ فار دا سی پی ایس مشن۔</w:t>
      </w:r>
    </w:p>
    <w:p>
      <w:r>
        <w:rPr>
          <w:b/>
        </w:rPr>
        <w:t xml:space="preserve">[31:11] </w:t>
      </w:r>
      <w:r>
        <w:t>ah it started in 2006. and ah till then, ah there are about 2000 speakers which have participated in this festival.</w:t>
      </w:r>
    </w:p>
    <w:p>
      <w:pPr>
        <w:jc w:val="right"/>
      </w:pPr>
      <w:r>
        <w:t>آہ اٹ سٹارٹڈ ان 2006۔ اینڈ آہ ٹل دین، آہ دیر ار اباؤٹ 2000 سپیکرز وچ ہیو پارٹیسپیٹڈ ان دس فیسٹیول۔</w:t>
      </w:r>
    </w:p>
    <w:p>
      <w:r>
        <w:rPr>
          <w:b/>
        </w:rPr>
        <w:t xml:space="preserve">[31:21] </w:t>
      </w:r>
      <w:r>
        <w:t>and some one million visitors have visited this festival. ah i think from 2008 or 2009, our team is going there.</w:t>
      </w:r>
    </w:p>
    <w:p>
      <w:pPr>
        <w:jc w:val="right"/>
      </w:pPr>
      <w:r>
        <w:t>اینڈ سم ون ملین وزٹرز ہیو وزٹڈ دس فیسٹیول۔ آہ آئی تھنک فرام 2008 اور 2009، اور ٹیم از گوئنگ دیر۔</w:t>
      </w:r>
    </w:p>
    <w:p>
      <w:r>
        <w:rPr>
          <w:b/>
        </w:rPr>
        <w:t xml:space="preserve">[31:35] </w:t>
      </w:r>
      <w:r>
        <w:t>so this year was important as it is. ah it is around the tenth time. the tenth regular time that we have visited this festival.</w:t>
      </w:r>
    </w:p>
    <w:p>
      <w:pPr>
        <w:jc w:val="right"/>
      </w:pPr>
      <w:r>
        <w:t>سو دس ایئر واز امپورٹنٹ ایز اٹ از۔ آہ اٹ از اراؤنڈ دا ٹینتھ ٹائم۔ دی ٹینتھ ریگولر ٹائم دیٹ وی ہیو وزٹڈ دس فیسٹیول۔</w:t>
      </w:r>
    </w:p>
    <w:p>
      <w:r>
        <w:rPr>
          <w:b/>
        </w:rPr>
        <w:t xml:space="preserve">[31:46] </w:t>
      </w:r>
      <w:r>
        <w:t>so ah it is an achievement in itself that from ten years, we are going to this event. ah such type of festivals or such type of events are very important to us.</w:t>
      </w:r>
    </w:p>
    <w:p>
      <w:pPr>
        <w:jc w:val="right"/>
      </w:pPr>
      <w:r>
        <w:t>سو آہ اٹ از این اچیومنٹ ان اٹ سیلف دیٹ فرام ٹین ایئرز، وی آر گوئنگ ٹو دس ایونٹ۔ آہ سچ ٹائپ اف فیسٹیولز اور سچ ٹائپ اف ایونٹس ار ویری امپورٹنٹ ٹو اس۔</w:t>
      </w:r>
    </w:p>
    <w:p>
      <w:r>
        <w:rPr>
          <w:b/>
        </w:rPr>
        <w:t xml:space="preserve">[32:02] </w:t>
      </w:r>
      <w:r>
        <w:t>because it forms the basis of our learning. ah in our mission, we ah we learn so many things.</w:t>
      </w:r>
    </w:p>
    <w:p>
      <w:pPr>
        <w:jc w:val="right"/>
      </w:pPr>
      <w:r>
        <w:t>بیکاز اٹ فارمز دا بیسس اف اور لرننگ۔ آہ ان اور مشن، وی آہ وی لرن سو مینی تھنگز۔</w:t>
      </w:r>
    </w:p>
    <w:p>
      <w:r>
        <w:rPr>
          <w:b/>
        </w:rPr>
        <w:t xml:space="preserve">[32:13] </w:t>
      </w:r>
      <w:r>
        <w:t>and when we visit such festivals, it is a platform where we can apply those learnings. we can apply those ah teachings that we get ah from this mission.</w:t>
      </w:r>
    </w:p>
    <w:p>
      <w:pPr>
        <w:jc w:val="right"/>
      </w:pPr>
      <w:r>
        <w:t>اینڈ وین وی وزٹ سچ فیسٹیولز، اٹ از ا پلیٹ فارم ویئر وی کین اپلائی دوز لرننگز۔ وی کین اپلائی دوز آہ ٹیچنگز دیٹ وی گیٹ آہ فرام دس مشن۔</w:t>
      </w:r>
    </w:p>
    <w:p>
      <w:r>
        <w:rPr>
          <w:b/>
        </w:rPr>
        <w:t xml:space="preserve">[32:25] </w:t>
      </w:r>
      <w:r>
        <w:t>so so ah with that, it was like ah one example that i wanted to share with you is.</w:t>
      </w:r>
    </w:p>
    <w:p>
      <w:pPr>
        <w:jc w:val="right"/>
      </w:pPr>
      <w:r>
        <w:t>سو سو آہ ود دیٹ، اٹ واز لائک آہ ون ایگزیمپل دیٹ آئی وانٹڈ ٹو شیئر ود یو از۔</w:t>
      </w:r>
    </w:p>
    <w:p>
      <w:r>
        <w:rPr>
          <w:b/>
        </w:rPr>
        <w:t xml:space="preserve">[32:35] </w:t>
      </w:r>
      <w:r>
        <w:t>ah it ah it helps us to understand the team work. like ah from here, there were three people that that went from ah this delhi team.</w:t>
      </w:r>
    </w:p>
    <w:p>
      <w:pPr>
        <w:jc w:val="right"/>
      </w:pPr>
      <w:r>
        <w:t>آہ اٹ آہ اٹ ہیلپس اس ٹو انڈرسٹینڈ دا ٹیم ورک۔ لائک آہ فرام ہیر، دیر وار تھری پیپل دیٹ دیٹ وینٹ فرام آہ دس ڈیلی ٹیم۔</w:t>
      </w:r>
    </w:p>
    <w:p>
      <w:r>
        <w:rPr>
          <w:b/>
        </w:rPr>
        <w:t xml:space="preserve">[32:48] </w:t>
      </w:r>
      <w:r>
        <w:t>ah me, ah ajay devi di and vikram dugar. and from hyderabad, ah ah fayaz umri sahib ah came for this festival.</w:t>
      </w:r>
    </w:p>
    <w:p>
      <w:pPr>
        <w:jc w:val="right"/>
      </w:pPr>
      <w:r>
        <w:t>آہ می، آہ اجے دیوی دی اینڈ وکران ڈاگر۔ اینڈ فرام حیدرآباد، آہ آہ فیاض عمری صاحب آہ کیم فار دس فیسٹیول۔</w:t>
      </w:r>
    </w:p>
    <w:p>
      <w:r>
        <w:rPr>
          <w:b/>
        </w:rPr>
        <w:t xml:space="preserve">[32:57] </w:t>
      </w:r>
      <w:r>
        <w:t>and from chennai, iqbal umri sahib came. so it was an event like a one person is coming from chennai.</w:t>
      </w:r>
    </w:p>
    <w:p>
      <w:pPr>
        <w:jc w:val="right"/>
      </w:pPr>
      <w:r>
        <w:t>اینڈ فرام چنئی، اقبال عمری صاحب کیم۔ سو اٹ واز این ایونٹ لائک ا ون پرسن از کمنگ فرام چنئی۔</w:t>
      </w:r>
    </w:p>
    <w:p>
      <w:r>
        <w:rPr>
          <w:b/>
        </w:rPr>
        <w:t xml:space="preserve">[33:07] </w:t>
      </w:r>
      <w:r>
        <w:t>one person is coming from hyderabad. three persons are going from ah delhi team. so from all over india, five people are gathering for an event.</w:t>
      </w:r>
    </w:p>
    <w:p>
      <w:pPr>
        <w:jc w:val="right"/>
      </w:pPr>
      <w:r>
        <w:t>ون پرسن از کمنگ فرام حیدرآباد۔ تھری پرسنز ار گوئنگ فرام اہ ڈیلی ٹیم۔ سو فرام ال اوور انڈیا، فائیو پیپل ار گیدرنگ فار این ایونٹ۔</w:t>
      </w:r>
    </w:p>
    <w:p>
      <w:r>
        <w:rPr>
          <w:b/>
        </w:rPr>
        <w:t xml:space="preserve">[33:19] </w:t>
      </w:r>
      <w:r>
        <w:t>so it helps us to understand that how our team works. like when we went there, what happened was that at the very onset.</w:t>
      </w:r>
    </w:p>
    <w:p>
      <w:pPr>
        <w:jc w:val="right"/>
      </w:pPr>
      <w:r>
        <w:t>سو اٹ ہیلپس اس ٹو انڈرسٹینڈ دیٹ ہاؤ اور ٹیم ورکس۔ لائک وین وی وینٹ دیر، واٹ ہیپن واز دیٹ ایٹ دا ویری انسیٹ۔</w:t>
      </w:r>
    </w:p>
    <w:p>
      <w:r>
        <w:rPr>
          <w:b/>
        </w:rPr>
        <w:t xml:space="preserve">[33:35] </w:t>
      </w:r>
      <w:r>
        <w:t>that when we went at the very onset, there were lot of people and we face setback.</w:t>
      </w:r>
    </w:p>
    <w:p>
      <w:pPr>
        <w:jc w:val="right"/>
      </w:pPr>
      <w:r>
        <w:t>دیٹ وین وی وینٹ ایٹ دا ویری انسیٹ، دیر وار لاٹ اف پیپل اینڈ وی فیس سیڈ بیک۔</w:t>
      </w:r>
    </w:p>
    <w:p>
      <w:r>
        <w:rPr>
          <w:b/>
        </w:rPr>
        <w:t xml:space="preserve">[33:44] </w:t>
      </w:r>
      <w:r>
        <w:t>like security person told us that we cannot park our vehicle nearby that festival. nearby that event.</w:t>
      </w:r>
    </w:p>
    <w:p>
      <w:pPr>
        <w:jc w:val="right"/>
      </w:pPr>
      <w:r>
        <w:t>لائک سیکیورٹی پرسن ٹولڈ اس دیٹ وی کین ناٹ پارک اور وہیکل نیر بائے دیٹ فیسٹیول۔ نیر بائے دیٹ ایونٹ۔</w:t>
      </w:r>
    </w:p>
    <w:p>
      <w:r>
        <w:rPr>
          <w:b/>
        </w:rPr>
        <w:t xml:space="preserve">[33:53] </w:t>
      </w:r>
      <w:r>
        <w:t>because the security was very strong this time. and we have to park our vehicle one and a half kilometer away from the main event.</w:t>
      </w:r>
    </w:p>
    <w:p>
      <w:pPr>
        <w:jc w:val="right"/>
      </w:pPr>
      <w:r>
        <w:t>بیکاز دا سیکیورٹی واز ویری سٹرونگ دس ٹائم۔ اینڈ وی ہیو ٹو پارک اور وہیکل ون اینڈ ہاف کلومیٹر اوے فرام دا مین ایونٹ۔</w:t>
      </w:r>
    </w:p>
    <w:p>
      <w:r>
        <w:rPr>
          <w:b/>
        </w:rPr>
        <w:t xml:space="preserve">[34:03] </w:t>
      </w:r>
      <w:r>
        <w:t>so that was a setback for us. because we have to walk one and a half kilometer with our literature.</w:t>
      </w:r>
    </w:p>
    <w:p>
      <w:pPr>
        <w:jc w:val="right"/>
      </w:pPr>
      <w:r>
        <w:t>سو دیٹ واز ا سیڈ بیک فار اس۔ بیکاز وی ہیو ٹو واک ون اینڈ ہاف کلومیٹر ود اور لٹریچر۔</w:t>
      </w:r>
    </w:p>
    <w:p>
      <w:r>
        <w:rPr>
          <w:b/>
        </w:rPr>
        <w:t xml:space="preserve">[34:12] </w:t>
      </w:r>
      <w:r>
        <w:t>which is around some 800 copies of quran. and some other books as well. so it was not possible for us to walk so much.</w:t>
      </w:r>
    </w:p>
    <w:p>
      <w:pPr>
        <w:jc w:val="right"/>
      </w:pPr>
      <w:r>
        <w:t>وچ از اراؤنڈ سم 800 کاپیز اف قرآن۔ اینڈ سم ادر بکس ایز ویل۔ سو اٹ واز ناٹ پوسیبل فار اس ٹو واک سو مچ۔</w:t>
      </w:r>
    </w:p>
    <w:p>
      <w:r>
        <w:rPr>
          <w:b/>
        </w:rPr>
        <w:t xml:space="preserve">[34:22] </w:t>
      </w:r>
      <w:r>
        <w:t>and then distribute.</w:t>
      </w:r>
    </w:p>
    <w:p>
      <w:pPr>
        <w:jc w:val="right"/>
      </w:pPr>
      <w:r>
        <w:t>اینڈ دین ڈسٹریبیوٹ۔ سو</w:t>
      </w:r>
    </w:p>
    <w:p>
      <w:r>
        <w:rPr>
          <w:b/>
        </w:rPr>
        <w:t xml:space="preserve">[34:28] </w:t>
      </w:r>
      <w:r>
        <w:t>so god's help came at that time. we started interacting with security person. and we tried to explain them that sir, we have so much of literature with us.</w:t>
      </w:r>
    </w:p>
    <w:p>
      <w:pPr>
        <w:jc w:val="right"/>
      </w:pPr>
      <w:r>
        <w:t>سو گاڈز ہیلپ کیم ایٹ دیٹ ٹائم۔ وی سٹارٹڈ انٹریکٹنگ ود سیکیورٹی پرسن۔ اینڈ وی ٹرائی ٹو ایکسپلین دیم دیٹ سر، وی ہیو سو مچ اف لٹریچر ود اس۔</w:t>
      </w:r>
    </w:p>
    <w:p>
      <w:r>
        <w:rPr>
          <w:b/>
        </w:rPr>
        <w:t xml:space="preserve">[34:37] </w:t>
      </w:r>
      <w:r>
        <w:t>it is not possible for us to to walk such a such a one and a half kilometer. and then distribute those things.</w:t>
      </w:r>
    </w:p>
    <w:p>
      <w:pPr>
        <w:jc w:val="right"/>
      </w:pPr>
      <w:r>
        <w:t>اٹ از ناٹ پوسیبل فار اس ٹو ٹو واک سچ ا سچ ا ون اینڈ ہاف کلومیٹر۔ اینڈ دین ڈسٹریبیوٹ دوز تھنگز۔</w:t>
      </w:r>
    </w:p>
    <w:p>
      <w:r>
        <w:rPr>
          <w:b/>
        </w:rPr>
        <w:t xml:space="preserve">[34:47] </w:t>
      </w:r>
      <w:r>
        <w:t>so god helps came. and and the very security personnel he said that okay, you can park your car nearby to that event.</w:t>
      </w:r>
    </w:p>
    <w:p>
      <w:pPr>
        <w:jc w:val="right"/>
      </w:pPr>
      <w:r>
        <w:t>سو گاڈ ہیلپس کیم۔ اینڈ اینڈ دا ویری سیکیورٹی پرسنل ہی سیڈ دیٹ اوکے، یو کین پارک یور کار نیر بائے ٹو دیٹ ایونٹ۔</w:t>
      </w:r>
    </w:p>
    <w:p>
      <w:r>
        <w:rPr>
          <w:b/>
        </w:rPr>
        <w:t xml:space="preserve">[34:57] </w:t>
      </w:r>
      <w:r>
        <w:t>that was around some 500 meters away. so he gave us the opportunity. he helped us. and and the and at the very onset, we realize that how god is helping us.</w:t>
      </w:r>
    </w:p>
    <w:p>
      <w:pPr>
        <w:jc w:val="right"/>
      </w:pPr>
      <w:r>
        <w:t>دیٹ واز اراؤنڈ سم 500 میٹرز اوے۔ سو ہی گیو اس دا اپورچونیٹی۔ ہی ہیلپڈ اس۔ اینڈ اینڈ دا اینڈ ایٹ دا ویری انسیٹ، وی ریلائز دیٹ ہاؤ گاڈ از ہیلپنگ اس۔</w:t>
      </w:r>
    </w:p>
    <w:p>
      <w:r>
        <w:rPr>
          <w:b/>
        </w:rPr>
        <w:t xml:space="preserve">[35:11] </w:t>
      </w:r>
      <w:r>
        <w:t>so now the second point came. how team works. we we started. we the 500 meters distance was there.</w:t>
      </w:r>
    </w:p>
    <w:p>
      <w:pPr>
        <w:jc w:val="right"/>
      </w:pPr>
      <w:r>
        <w:t>سو ناؤ دا سیکنڈ پوائنٹ کیم۔ ہاؤ ٹیم ورکس۔ وی وی سٹارٹڈ۔ وی دا 500 میٹرز ڈسٹنس واز دیر۔</w:t>
      </w:r>
    </w:p>
    <w:p>
      <w:r>
        <w:rPr>
          <w:b/>
        </w:rPr>
        <w:t xml:space="preserve">[35:22] </w:t>
      </w:r>
      <w:r>
        <w:t>so one person was ah ah was standing there. and and ah taking the quran. and and to person was there at the event.</w:t>
      </w:r>
    </w:p>
    <w:p>
      <w:pPr>
        <w:jc w:val="right"/>
      </w:pPr>
      <w:r>
        <w:t>سو ون پرسن واز آہ آہ واز سٹینڈنگ دیر۔ اینڈ اینڈ آہ ٹیکنگ دا قرآن۔ اینڈ اینڈ ٹو پرسن واز دیر ایٹ دا ایونٹ۔</w:t>
      </w:r>
    </w:p>
    <w:p>
      <w:r>
        <w:rPr>
          <w:b/>
        </w:rPr>
        <w:t xml:space="preserve">[35:32] </w:t>
      </w:r>
      <w:r>
        <w:t>so we we correlated ah such things. like this this helped us to understand that how we can work. even a five member team can work and distribute quran.</w:t>
      </w:r>
    </w:p>
    <w:p>
      <w:pPr>
        <w:jc w:val="right"/>
      </w:pPr>
      <w:r>
        <w:t>سو وی وی کوریلیٹڈ آہ سچ تھنگز۔ لائک دس دس ہیلپڈ اس ٹو انڈرسٹینڈ دیٹ ہاؤ وی کین ورک۔ ایون ا فائیو ممبر ٹیم کین ورک اینڈ ڈسٹریبیوٹ قرآن۔</w:t>
      </w:r>
    </w:p>
    <w:p>
      <w:r>
        <w:rPr>
          <w:b/>
        </w:rPr>
        <w:t xml:space="preserve">[35:44] </w:t>
      </w:r>
      <w:r>
        <w:t>one more thing which i wanted to share is when we were distributing quran. we used to stand in a path way.</w:t>
      </w:r>
    </w:p>
    <w:p>
      <w:pPr>
        <w:jc w:val="right"/>
      </w:pPr>
      <w:r>
        <w:t>ون مور تھنگ وچ ائی وانٹڈ ٹو شیئر از وین وی وار ڈسٹریبیوٹنگ قرآن۔ وی یوز ٹو سٹینڈ ان ا پاتھ وے۔</w:t>
      </w:r>
    </w:p>
    <w:p>
      <w:r>
        <w:rPr>
          <w:b/>
        </w:rPr>
        <w:t xml:space="preserve">[35:53] </w:t>
      </w:r>
      <w:r>
        <w:t>where a huge number of crowd pass by. so what happen is that one person is standing at at at one point of at one place.</w:t>
      </w:r>
    </w:p>
    <w:p>
      <w:pPr>
        <w:jc w:val="right"/>
      </w:pPr>
      <w:r>
        <w:t>ویئر ا ہیوج نمبر اف کراؤڈ پاس بائے۔ سو واٹ ہیپن از دیٹ ون پرسن از سٹینڈنگ ایٹ ایٹ ایٹ ون پوائنٹ اف ایٹ ون پلیس۔</w:t>
      </w:r>
    </w:p>
    <w:p>
      <w:r>
        <w:rPr>
          <w:b/>
        </w:rPr>
        <w:t xml:space="preserve">[36:04] </w:t>
      </w:r>
      <w:r>
        <w:t>and some ten meters away, the other person is standing and distributing the quran. so what it gives is for me, i think it it gives.</w:t>
      </w:r>
    </w:p>
    <w:p>
      <w:pPr>
        <w:jc w:val="right"/>
      </w:pPr>
      <w:r>
        <w:t>اینڈ سم ٹین میٹرز اوے، دا ادر پرسن از سٹینڈنگ اینڈ ڈسٹریبیوٹنگ دا قرآن۔ سو واٹ اٹ گیوز از فار می، ائی تھنک اٹ اٹ گیوز۔</w:t>
      </w:r>
    </w:p>
    <w:p>
      <w:r>
        <w:rPr>
          <w:b/>
        </w:rPr>
        <w:t xml:space="preserve">[36:13] </w:t>
      </w:r>
      <w:r>
        <w:t>it provides a very good opportunity. like it it provides a rethinking point for a person. for the for the visitor. what happen was like one person was coming.</w:t>
      </w:r>
    </w:p>
    <w:p>
      <w:pPr>
        <w:jc w:val="right"/>
      </w:pPr>
      <w:r>
        <w:t>اٹ پرووائیڈز ا ویری گڈ اپورچونیٹی۔ لائک اٹ اٹ پرووائیڈز ا ری تھنکنگ پوائنٹ فار ا پرسن۔ فار دا فار دا وزٹر۔ واٹ ہیپن واز لائک ون پرسن واز کمنگ۔</w:t>
      </w:r>
    </w:p>
    <w:p>
      <w:r>
        <w:rPr>
          <w:b/>
        </w:rPr>
        <w:t xml:space="preserve">[36:24] </w:t>
      </w:r>
      <w:r>
        <w:t>and he said no to me. i was i was trying to ah give that quran to him. and he said no to me. and that very very person, ten meters away, he he took the quran from my ah from vikrant who was standing just ten meters away.</w:t>
      </w:r>
    </w:p>
    <w:p>
      <w:pPr>
        <w:jc w:val="right"/>
      </w:pPr>
      <w:r>
        <w:t>اینڈ ہی سیڈ نو ٹو می۔ ائی واز ائی واز ٹرائنگ ٹو اہ گیو دیٹ قرآن ٹو ہم۔ اینڈ ہی سیڈ نو ٹو می۔ اینڈ دیٹ ویری ویری پرسن، ٹین میٹرز اوے، ہی ہی ٹوک دا قرآن فرام مائی اہ فرام وکرانت ہو واز سٹینڈنگ جسٹ ٹین میٹرز اوے۔</w:t>
      </w:r>
    </w:p>
    <w:p>
      <w:r>
        <w:rPr>
          <w:b/>
        </w:rPr>
        <w:t xml:space="preserve">[36:43] </w:t>
      </w:r>
      <w:r>
        <w:t>so we gave that person a rethinking point. that ten meters away, he he again thought of collecting the quran.</w:t>
      </w:r>
    </w:p>
    <w:p>
      <w:pPr>
        <w:jc w:val="right"/>
      </w:pPr>
      <w:r>
        <w:t>سو وی گیو دیٹ پرسن ا ری تھنکنگ پوائنٹ۔ دیٹ ٹین میٹرز اوے، ہی ہی اگین تھاٹ اف کلیکٹنگ دا قرآن۔</w:t>
      </w:r>
    </w:p>
    <w:p>
      <w:r>
        <w:rPr>
          <w:b/>
        </w:rPr>
        <w:t xml:space="preserve">[36:51] </w:t>
      </w:r>
      <w:r>
        <w:t>and he took that quran. so this way, this is this is a very small example. like how a person can rethink in in in ten in ten meters distance.</w:t>
      </w:r>
    </w:p>
    <w:p>
      <w:pPr>
        <w:jc w:val="right"/>
      </w:pPr>
      <w:r>
        <w:t>اینڈ ہی ٹوک دیٹ قرآن۔ سو دس وے، دس از دس از ا ویری سمال ایگزیمپل۔ لائک ہاؤ ا پرسن کین ری تھنک ان ان ان ٹین ان ٹین میٹرز ڈسٹنس۔</w:t>
      </w:r>
    </w:p>
    <w:p>
      <w:r>
        <w:rPr>
          <w:b/>
        </w:rPr>
        <w:t xml:space="preserve">[37:03] </w:t>
      </w:r>
      <w:r>
        <w:t>similar thing happen which is which is a long distance example. with iqbal umri sahib. he ah ah he he is from chennai.</w:t>
      </w:r>
    </w:p>
    <w:p>
      <w:pPr>
        <w:jc w:val="right"/>
      </w:pPr>
      <w:r>
        <w:t>سمیلر تھنگ ہیپن وچ از وچ از ا لانگ ڈسٹنس ایگزیمپل۔ ود اقبال عمری صاحب۔ ہی اہ اہ ہی ہی از فرام چنئی۔</w:t>
      </w:r>
    </w:p>
    <w:p>
      <w:r>
        <w:rPr>
          <w:b/>
        </w:rPr>
        <w:t xml:space="preserve">[37:13] </w:t>
      </w:r>
      <w:r>
        <w:t>so in a chennai literary festival, he he thought of giving ah quran to to an author. ah but somehow, some due to some security reasons, he was not able to give that quran.</w:t>
      </w:r>
    </w:p>
    <w:p>
      <w:pPr>
        <w:jc w:val="right"/>
      </w:pPr>
      <w:r>
        <w:t>سو ان ا چنئی لٹریری فیسٹیول، ہی ہی تھاٹ اف گیونگ اہ قرآن ٹو ٹو این اوتھر۔ اہ بٹ سم ہاؤ، سم ڈیو ٹو سم سیکیورٹی ریزنز، ہی واز ناٹ ایبل ٹو گیو دیٹ قرآن۔</w:t>
      </w:r>
    </w:p>
    <w:p>
      <w:r>
        <w:rPr>
          <w:b/>
        </w:rPr>
        <w:t xml:space="preserve">[37:29] </w:t>
      </w:r>
      <w:r>
        <w:t>but in in jaipur literature festival, he again tried. and that person took the quran. like wise, it happen to me also that in in the times literature festival, i tried one author giving the ah i tried one author that she she might take quran.</w:t>
      </w:r>
    </w:p>
    <w:p>
      <w:pPr>
        <w:jc w:val="right"/>
      </w:pPr>
      <w:r>
        <w:t>بٹ ان ان جیپور لٹریچر فیسٹیول، ہی اگین ٹرائیڈ۔ اینڈ دیٹ پرسن ٹوک دا قرآن۔ لائک وائز، اٹ ہیپن ٹو می السو دیٹ ان ان دا ٹائمز لٹریچر فیسٹیول، ائی ٹرائیڈ ون اوتھر گیونگ دا اہ ائی ٹرائیڈ ون اوتھر دیٹ شی شی مائٹ ٹیک قرآن۔</w:t>
      </w:r>
    </w:p>
    <w:p>
      <w:r>
        <w:rPr>
          <w:b/>
        </w:rPr>
        <w:t xml:space="preserve">[37:47] </w:t>
      </w:r>
      <w:r>
        <w:t>but she refused to me that she is not interested. but the same author in the kolkata literary festival, ah i just came to know that abdullah bhai has given quran to her same author.</w:t>
      </w:r>
    </w:p>
    <w:p>
      <w:pPr>
        <w:jc w:val="right"/>
      </w:pPr>
      <w:r>
        <w:t>بٹ شی ریفیوز ٹو می دیٹ شی از ناٹ انٹرسٹڈ۔ بٹ دا سیم اوتھر ان دا کلکتہ لٹریری فیسٹیول، اہ ائی جسٹ کیم ٹو نو دیٹ عبداللہ بھائی ہیز گیون قرآن ٹو ہر سیم اوتھر۔</w:t>
      </w:r>
    </w:p>
    <w:p>
      <w:r>
        <w:rPr>
          <w:b/>
        </w:rPr>
        <w:t xml:space="preserve">[38:00] </w:t>
      </w:r>
      <w:r>
        <w:t>so again, this is an example of of of of of creating rethinking point for for a person who refused to accept quran in delhi.</w:t>
      </w:r>
    </w:p>
    <w:p>
      <w:pPr>
        <w:jc w:val="right"/>
      </w:pPr>
      <w:r>
        <w:t>سو اگین، دس از این ایگزیمپل اف اف اف اف اف کریٹنگ ری تھنکنگ پوائنٹ فار فار ا پرسن ہو ریفیوز ٹو ایکسیپٹ قرآن ان ڈیلی۔</w:t>
      </w:r>
    </w:p>
    <w:p>
      <w:r>
        <w:rPr>
          <w:b/>
        </w:rPr>
        <w:t xml:space="preserve">[38:11] </w:t>
      </w:r>
      <w:r>
        <w:t>but the same person accepted the quran in kolkata. so like wise, it is an experience. we we we learn so many things about quran distribution.</w:t>
      </w:r>
    </w:p>
    <w:p>
      <w:pPr>
        <w:jc w:val="right"/>
      </w:pPr>
      <w:r>
        <w:t>بٹ دا سیم پرسن ایکسیپٹڈ دا قرآن ان کلکتہ۔ سو لائک وائز، اٹ از این ایکسپیرینس۔ وی وی وی لرن سو مینی تھنگز اباؤٹ قرآن ڈسٹریبیوشن۔</w:t>
      </w:r>
    </w:p>
    <w:p>
      <w:r>
        <w:rPr>
          <w:b/>
        </w:rPr>
        <w:t xml:space="preserve">[38:26] </w:t>
      </w:r>
      <w:r>
        <w:t>one example is one comment is there which is from ajay devi di. he is not here, but he has sent his comment that what he has learned from this dawah work.</w:t>
      </w:r>
    </w:p>
    <w:p>
      <w:pPr>
        <w:jc w:val="right"/>
      </w:pPr>
      <w:r>
        <w:t>ون ایگزیمپل از ون کمنٹ از دیر وچ از فرام اجے دیوی دی۔ ہی از ناٹ ہیر، بٹ ہی ہیز سینڈ ہز کمنٹ دیٹ واٹ ہی ہیز لرن فرام دس داوا ورک۔</w:t>
      </w:r>
    </w:p>
    <w:p>
      <w:r>
        <w:rPr>
          <w:b/>
        </w:rPr>
        <w:t xml:space="preserve">[38:39] </w:t>
      </w:r>
      <w:r>
        <w:t>he says, dawah work is a training. and when you train yourself, you become good at it. jlf feels like a home ground.</w:t>
      </w:r>
    </w:p>
    <w:p>
      <w:pPr>
        <w:jc w:val="right"/>
      </w:pPr>
      <w:r>
        <w:t>ہی سیز، داوا ورک از ا ٹریننگ۔ اینڈ وین یو ٹرین یور سیلف، یو بیکم گڈ ایٹ اٹ۔ جے ایل ایف فیلز لائک ا ہوم گراؤنڈ۔</w:t>
      </w:r>
    </w:p>
    <w:p>
      <w:r>
        <w:rPr>
          <w:b/>
        </w:rPr>
        <w:t xml:space="preserve">[38:49] </w:t>
      </w:r>
      <w:r>
        <w:t>because we have been training our self there for quite some time. so ajay, i think here, ajay is trying to tell us that this this jlf is a home to him.</w:t>
      </w:r>
    </w:p>
    <w:p>
      <w:pPr>
        <w:jc w:val="right"/>
      </w:pPr>
      <w:r>
        <w:t>بیکاز وی ہیو بین ٹریننگ اور سیلف دیر فار کوائٹ سم ٹائم۔ سو اجے، ائی تھنک ہیر، اجے از ٹرائنگ ٹو ٹیل اس دیٹ دس دس جے ایل ایف از ا ہوم ٹو ہم۔</w:t>
      </w:r>
    </w:p>
    <w:p>
      <w:r>
        <w:rPr>
          <w:b/>
        </w:rPr>
        <w:t xml:space="preserve">[39:04] </w:t>
      </w:r>
      <w:r>
        <w:t>and and he learns a lot by by by doing dawah work. and he and dawah work is a and when you train yourself, you become good at it.</w:t>
      </w:r>
    </w:p>
    <w:p>
      <w:pPr>
        <w:jc w:val="right"/>
      </w:pPr>
      <w:r>
        <w:t>اینڈ اینڈ ہی لرنز ا لاٹ بائی بائی بائی ڈوئنگ داوا ورک۔ اینڈ ہی اینڈ داوا ورک از ا اینڈ وین یو ٹرین یور سیلف، یو بیکم گڈ ایٹ اٹ۔</w:t>
      </w:r>
    </w:p>
    <w:p>
      <w:r>
        <w:rPr>
          <w:b/>
        </w:rPr>
        <w:t xml:space="preserve">[39:17] </w:t>
      </w:r>
      <w:r>
        <w:t>this is the main point of ajay, i think. one more point which vikrant has sent, which i wanted to read.</w:t>
      </w:r>
    </w:p>
    <w:p>
      <w:pPr>
        <w:jc w:val="right"/>
      </w:pPr>
      <w:r>
        <w:t>دس از دا مین پوائنٹ اف اجے، ائی تھنک۔ ون مور پوائنٹ وچ وکرانت ہیز سینڈ، وچ ائی وانٹڈ ٹو ریڈ۔</w:t>
      </w:r>
    </w:p>
    <w:p>
      <w:r>
        <w:rPr>
          <w:b/>
        </w:rPr>
        <w:t xml:space="preserve">[39:32] </w:t>
      </w:r>
      <w:r>
        <w:t>he has written, i was standing alone and looking at the crowd. thinking whether we should come here and distribute it next time.</w:t>
      </w:r>
    </w:p>
    <w:p>
      <w:pPr>
        <w:jc w:val="right"/>
      </w:pPr>
      <w:r>
        <w:t>ہی ہیز رٹن، ائی واز سٹینڈنگ الون اینڈ لوکنگ ایٹ دا کراؤڈ۔ تھنکنگ ویدر وی شوڈ کم ہیر اینڈ ڈسٹریبیوٹ اٹ نیکسٹ ٹائم۔</w:t>
      </w:r>
    </w:p>
    <w:p>
      <w:r>
        <w:rPr>
          <w:b/>
        </w:rPr>
        <w:t xml:space="preserve">[39:42] </w:t>
      </w:r>
      <w:r>
        <w:t>because people are passing by and they are saying no to us. then all of a sudden, a lady come to me with hijab.</w:t>
      </w:r>
    </w:p>
    <w:p>
      <w:pPr>
        <w:jc w:val="right"/>
      </w:pPr>
      <w:r>
        <w:t>بیکاز پیپل ار پاسنگ بائے اینڈ دے ار سینگ نو ٹو اس۔ دین ال اف ا سڈن، ا لیڈی کم ٹو می ود حجاب۔</w:t>
      </w:r>
    </w:p>
    <w:p>
      <w:r>
        <w:rPr>
          <w:b/>
        </w:rPr>
        <w:t xml:space="preserve">[39:51] </w:t>
      </w:r>
      <w:r>
        <w:t>end ask me in good accent english, that are these guys taking the quran? and i have replied yes to her.</w:t>
      </w:r>
    </w:p>
    <w:p>
      <w:pPr>
        <w:jc w:val="right"/>
      </w:pPr>
      <w:r>
        <w:t>اینڈ اسک می ان گڈ ایکسنٹ انگلش، دیٹ ار دیز گائز ٹیکنگ دا قرآن؟ اینڈ ائی ہیو ریپلائیڈ یس ٹو ہر۔</w:t>
      </w:r>
    </w:p>
    <w:p>
      <w:r>
        <w:rPr>
          <w:b/>
        </w:rPr>
        <w:t xml:space="preserve">[40:01] </w:t>
      </w:r>
      <w:r>
        <w:t>she was happy and said, may allah bless you. and left with a smile. and but she did not take a copy, but she left. then i was thinking about her question and comment, which was actually answer to my own question.</w:t>
      </w:r>
    </w:p>
    <w:p>
      <w:pPr>
        <w:jc w:val="right"/>
      </w:pPr>
      <w:r>
        <w:t>شی واز ہیپی اینڈ سیڈ، می اللہ بلیس یو۔ اینڈ لیفٹ ودا اسمائل۔ اینڈ بٹ شی ڈیڈ ناٹ ٹیک ا کاپی، بٹ شی لیفٹ۔ دین ائی واز تھنکنگ اباؤٹ ہر کوئسچن اینڈ کمنٹ، وچ واز ایکچولی انسر ٹو مائی اون کوئسچن۔</w:t>
      </w:r>
    </w:p>
    <w:p>
      <w:r>
        <w:rPr>
          <w:b/>
        </w:rPr>
        <w:t xml:space="preserve">[40:15] </w:t>
      </w:r>
      <w:r>
        <w:t>that whether i should come next time and distribute. and the reward will be god's blessing for this job, which we all wanted at any cost. this gave me a lot of inspiration to continue my da'wah activity.</w:t>
      </w:r>
    </w:p>
    <w:p>
      <w:pPr>
        <w:jc w:val="right"/>
      </w:pPr>
      <w:r>
        <w:t>دیٹ ویدر ائی شوڈ کم نیکسٹ ٹائم اینڈ ڈسٹریبیوٹ۔ اینڈ دا ریوارڈ ول بی گاڈز بلیسنگ فار دس جاب، وچ وی ال وانٹڈ ایٹ اینی کاسٹ۔ دس گیو می ا لاٹ اف انسپیریشن ٹو کنٹینیو مائی داوا ایکٹیویٹی۔</w:t>
      </w:r>
    </w:p>
    <w:p>
      <w:r>
        <w:rPr>
          <w:b/>
        </w:rPr>
        <w:t xml:space="preserve">[40:27] </w:t>
      </w:r>
      <w:r>
        <w:t>and allah's help to understand with more clarity.</w:t>
      </w:r>
    </w:p>
    <w:p>
      <w:pPr>
        <w:jc w:val="right"/>
      </w:pPr>
      <w:r>
        <w:t>اینڈ اللہز ہیلپ ٹو انڈرسٹینڈ ود مور کلیرٹی۔</w:t>
      </w:r>
    </w:p>
    <w:p>
      <w:r>
        <w:rPr>
          <w:b/>
        </w:rPr>
        <w:t xml:space="preserve">[40:37] </w:t>
      </w:r>
      <w:r>
        <w:t>one more point that i wanted to add is such type of events are a myth buster to us. like we we always used to think that that when we when we go to such an event and distribute quran, then people might say no no to the copy.</w:t>
      </w:r>
    </w:p>
    <w:p>
      <w:pPr>
        <w:jc w:val="right"/>
      </w:pPr>
      <w:r>
        <w:t>ون مور پوائنٹ دیٹ ائی وانٹڈ ٹو ایڈ از سچ ٹائپ اف ایونٹس ار ا متھ بسٹر ٹو اس۔ لائک وی وی الویز یوز ٹو تھنک دیٹ دیٹ وین وی وین وی گو ٹو سچ این ایونٹ اینڈ ڈسٹریبیوٹ قرآن، دین پیپل مائٹ سے نو نو ٹو دا کاپی۔</w:t>
      </w:r>
    </w:p>
    <w:p>
      <w:r>
        <w:rPr>
          <w:b/>
        </w:rPr>
        <w:t xml:space="preserve">[40:53] </w:t>
      </w:r>
      <w:r>
        <w:t>and might be apprehensive about quran. but this is not the case. from last ten years, we are distributing quran. and we can say that not even one person of the people says no to the quran.</w:t>
      </w:r>
    </w:p>
    <w:p>
      <w:pPr>
        <w:jc w:val="right"/>
      </w:pPr>
      <w:r>
        <w:t>اینڈ مائٹ بی اپریہنسیو اباؤٹ قرآن۔ بٹ دس از ناٹ دا کیس۔ فرام لاسٹ ٹین ایئرز، وی ار ڈسٹریبیوٹنگ قرآن۔ اینڈ وی کین سیل دیٹ ناٹ ایون ون پرسن اف دا پیپل سیز نو ٹو دا قرآن۔</w:t>
      </w:r>
    </w:p>
    <w:p>
      <w:r>
        <w:rPr>
          <w:b/>
        </w:rPr>
        <w:t xml:space="preserve">[41:09] </w:t>
      </w:r>
      <w:r>
        <w:t>one person came to us and she says, she said that how can i say no to quran? and she accepted the copy. so in it last ten years experience, 99 percent of people they accept quran with a smile.</w:t>
      </w:r>
    </w:p>
    <w:p>
      <w:pPr>
        <w:jc w:val="right"/>
      </w:pPr>
      <w:r>
        <w:t>ون پرسن کیم ٹو اس اینڈ شی سیز، شی سیڈ دیٹ ہاؤ کین ائی سے نو ٹو قرآن؟ اینڈ شی ایکسیپٹڈ دا کاپی۔ سو ان اٹ لاسٹ ٹین ایئرز اف ایکسپیرینس، 99 پرسنٹ اف پیپل دے ایکسیپٹ قرآن ودا اسمائل۔</w:t>
      </w:r>
    </w:p>
    <w:p>
      <w:r>
        <w:rPr>
          <w:b/>
        </w:rPr>
        <w:t xml:space="preserve">[41:26] </w:t>
      </w:r>
      <w:r>
        <w:t>with with so many positive comments. like wow,</w:t>
      </w:r>
    </w:p>
    <w:p>
      <w:pPr>
        <w:jc w:val="right"/>
      </w:pPr>
      <w:r>
        <w:t>ودا ود سو مینی پوزیٹیو کمنٹس۔ لائک واؤ،</w:t>
      </w:r>
    </w:p>
    <w:p>
      <w:r>
        <w:rPr>
          <w:b/>
        </w:rPr>
        <w:t xml:space="preserve">[41:30] </w:t>
      </w:r>
      <w:r>
        <w:t>i always wanted to read quran. and i always wanted to have a copy of quran with me. its in english. some people are are even ah delighted to see to have a copy of quran in english.</w:t>
      </w:r>
    </w:p>
    <w:p>
      <w:pPr>
        <w:jc w:val="right"/>
      </w:pPr>
      <w:r>
        <w:t>ائی الویز وانٹڈ ٹو ریڈ قرآن۔ اینڈ ائی الویز وانٹڈ ٹو ہیو ا کاپی اف قرآن ود می۔ اٹس ان انگلش۔ سم پیپل ار ار ایون اہ ڈیلائٹڈ ٹو سی ٹو ہیو ا کاپی اف قرآن ان انگلش۔</w:t>
      </w:r>
    </w:p>
    <w:p>
      <w:r>
        <w:rPr>
          <w:b/>
        </w:rPr>
        <w:t xml:space="preserve">[41:44] </w:t>
      </w:r>
      <w:r>
        <w:t>because ah ah they some people even say they</w:t>
      </w:r>
    </w:p>
    <w:p>
      <w:pPr>
        <w:jc w:val="right"/>
      </w:pPr>
      <w:r>
        <w:t>بیکاز اہ اہ دے سم پیپل ایون سی دی</w:t>
      </w:r>
    </w:p>
    <w:p>
      <w:r>
        <w:rPr>
          <w:b/>
        </w:rPr>
        <w:t xml:space="preserve">[41:49] </w:t>
      </w:r>
      <w:r>
        <w:t>that wow, it is in english. we always thought that the quran is only in urdu or or in arabic. so ah it is a myth buster to us that ah that people will not take.</w:t>
      </w:r>
    </w:p>
    <w:p>
      <w:pPr>
        <w:jc w:val="right"/>
      </w:pPr>
      <w:r>
        <w:t>ٹ واؤ، اٹ از ان انگلش۔ وی الویز تھاٹ دیٹ دا قرآن از اونلی ان اردو اور اور ان عربک۔ سو اہ اٹ از ا متھ بسٹر ٹو اس دیٹ اہ دیٹ پیپل ول ناٹ ٹیک۔</w:t>
      </w:r>
    </w:p>
    <w:p>
      <w:r>
        <w:rPr>
          <w:b/>
        </w:rPr>
        <w:t xml:space="preserve">[42:01] </w:t>
      </w:r>
      <w:r>
        <w:t>99 percent of people accept quran with lot of humility. with lot of respect. so this is my last point. thank you.</w:t>
      </w:r>
    </w:p>
    <w:p>
      <w:pPr>
        <w:jc w:val="right"/>
      </w:pPr>
      <w:r>
        <w:t>99 پرسنٹ اف پیپل ایکسیپٹ قرآن ود لاٹ اف ہیومیلٹی۔ ود لاٹ اف ریسپیکٹ۔ سو دس از مائی لاسٹ پوائنٹ۔ تھینک یو۔</w:t>
      </w:r>
    </w:p>
    <w:p>
      <w:r>
        <w:rPr>
          <w:b/>
        </w:rPr>
        <w:t xml:space="preserve">[42:11] </w:t>
      </w:r>
      <w:r>
        <w:t>thank you so much, faraz.</w:t>
      </w:r>
    </w:p>
    <w:p>
      <w:pPr>
        <w:jc w:val="right"/>
      </w:pPr>
      <w:r>
        <w:t>تھینک یو سو مچ، فراز۔</w:t>
      </w:r>
    </w:p>
    <w:p>
      <w:r>
        <w:rPr>
          <w:b/>
        </w:rPr>
        <w:t xml:space="preserve">[42:13] </w:t>
      </w:r>
      <w:r>
        <w:t>all of you really inspire us with your commitment and dedication. may allah reward all of you immensely for this amazing work that you do at jaipur literature festival every year.</w:t>
      </w:r>
    </w:p>
    <w:p>
      <w:pPr>
        <w:jc w:val="right"/>
      </w:pPr>
      <w:r>
        <w:t>ال اف یو ریلی انسپائر اس ود یور کمٹمنٹ اینڈ ڈیڈیکیشن۔ می اللہ ریوارڈ ال اف یو ایمنسلی فار دس امیزنگ ورک دیٹ یو ڈو ایٹ جیپور لٹریچر فیسٹیول ایوری ایئر۔</w:t>
      </w:r>
    </w:p>
    <w:p>
      <w:r>
        <w:rPr>
          <w:b/>
        </w:rPr>
        <w:t xml:space="preserve">[42:34] </w:t>
      </w:r>
      <w:r>
        <w:t>i will start with the question answer and comment session now. i will first take the comments that have come for today's session.</w:t>
      </w:r>
    </w:p>
    <w:p>
      <w:pPr>
        <w:jc w:val="right"/>
      </w:pPr>
      <w:r>
        <w:t>ائی ویل سٹارٹ ود دی کوئسچن انسر اینڈ کمنٹ سیشن ناو۔ ائی ویل فرسٹ ٹیک دی کمنٹس دیٹ ہیو کم فار ٹوڈے سیشن۔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