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Intellectual Poverty of Modern World-Part 2 December 17, 2006</w:t>
      </w:r>
    </w:p>
    <w:p>
      <w:r>
        <w:t>https://www.youtube.com/watch?v=MZ9oAT13Op0</w:t>
      </w:r>
    </w:p>
    <w:p>
      <w:r>
        <w:rPr>
          <w:b/>
        </w:rPr>
        <w:t xml:space="preserve">[00:13] </w:t>
      </w:r>
      <w:r>
        <w:t>bismillah hir rahman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دیکھیں، میں modern world کے خلاف نہیں ہوں، میرے دل میں modern world کے لیے کوئی negative thought</w:t>
      </w:r>
    </w:p>
    <w:p>
      <w:pPr>
        <w:jc w:val="right"/>
      </w:pPr>
      <w:r>
        <w:t>دیکھیں، میں ماڈرن ورلڈ کے خلاف نہیں ہوں، میرے دل میں ماڈرن ورلڈ کے لیے کوئی نیگیٹیو تھاٹ</w:t>
      </w:r>
    </w:p>
    <w:p>
      <w:r>
        <w:rPr>
          <w:b/>
        </w:rPr>
        <w:t xml:space="preserve">[00:25]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[00:27] </w:t>
      </w:r>
      <w:r>
        <w:t>main bohat zyada positive hoon, kyunke modern world ne hum ko bohat sari cheezein di hain.</w:t>
      </w:r>
    </w:p>
    <w:p>
      <w:pPr>
        <w:jc w:val="right"/>
      </w:pPr>
      <w:r>
        <w:t>میں بہت زیادہ پازیٹیو ہوں، کیونکہ ماڈرن ورلڈ نے ہم کو بہت ساری چیزیں دی ہیں۔</w:t>
      </w:r>
    </w:p>
    <w:p>
      <w:r>
        <w:rPr>
          <w:b/>
        </w:rPr>
        <w:t xml:space="preserve">[00:34] </w:t>
      </w:r>
      <w:r>
        <w:t>bohat sari cheezein di hain.</w:t>
      </w:r>
    </w:p>
    <w:p>
      <w:pPr>
        <w:jc w:val="right"/>
      </w:pPr>
      <w:r>
        <w:t>بہت ساری چیزیں دی ہیں۔</w:t>
      </w:r>
    </w:p>
    <w:p>
      <w:r>
        <w:rPr>
          <w:b/>
        </w:rPr>
        <w:t xml:space="preserve">[00:36] </w:t>
      </w:r>
      <w:r>
        <w:t>sari tarqqiyan idhar udhar se toh aayi hain.</w:t>
      </w:r>
    </w:p>
    <w:p>
      <w:pPr>
        <w:jc w:val="right"/>
      </w:pPr>
      <w:r>
        <w:t>ساری ترقیاں ادھر ادھر سے تو آئی ہیں۔</w:t>
      </w:r>
    </w:p>
    <w:p>
      <w:r>
        <w:rPr>
          <w:b/>
        </w:rPr>
        <w:t xml:space="preserve">[00:40] </w:t>
      </w:r>
      <w:r>
        <w:t>ساری ترقیوں کا جو فلو ہے، وہ from</w:t>
      </w:r>
    </w:p>
    <w:p>
      <w:pPr>
        <w:jc w:val="right"/>
      </w:pPr>
      <w:r>
        <w:t>ساری ترقیوں کا جو فلو ہے، وہ فرام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