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Shukr (Thankfulness) July 24, 2022</w:t>
      </w:r>
    </w:p>
    <w:p>
      <w:r>
        <w:t>https://youtu.be/MgWNIv0k1sk</w:t>
      </w:r>
    </w:p>
    <w:p>
      <w:r>
        <w:rPr>
          <w:b/>
        </w:rPr>
        <w:t xml:space="preserve">[00:12] </w:t>
      </w:r>
      <w:r>
        <w:t>assalam o alaikum, aaj hum importance of shukr par charcha karenge. insan ko chahiye ke woh allah ka shukr karne wala bane.</w:t>
      </w:r>
    </w:p>
    <w:p>
      <w:pPr>
        <w:jc w:val="right"/>
      </w:pPr>
      <w:r>
        <w:t>السلام علیکم، آج ہم امپورٹنس آف شکر پر چرچا کریں گے۔ انسان کو چاہیے کہ وہ اللہ کا شکر کرنے والا بنے۔</w:t>
      </w:r>
    </w:p>
    <w:p>
      <w:r>
        <w:rPr>
          <w:b/>
        </w:rPr>
        <w:t xml:space="preserve">[00:22] </w:t>
      </w:r>
      <w:r>
        <w:t>shukr guzari poore deen ka khulasa hai. quran mein bar bar mukhtalif andaaz mein is ki taakeed ki gayi hai, hatta shukr ko bari hikmat bataya gaya hai.</w:t>
      </w:r>
    </w:p>
    <w:p>
      <w:pPr>
        <w:jc w:val="right"/>
      </w:pPr>
      <w:r>
        <w:t>شکر گزاری پورے دین کا خلاصہ ہے۔ قرآن میں بار بار مختلف انداز میں اس کی تاکید کی گئی ہے، حتیٰ شکر کو بڑی حکمت بتایا گیا ہے۔</w:t>
      </w:r>
    </w:p>
    <w:p>
      <w:r>
        <w:rPr>
          <w:b/>
        </w:rPr>
        <w:t xml:space="preserve">[00:36] </w:t>
      </w:r>
      <w:r>
        <w:t>quran mein aaya hai ke hum ne luqman ko hikmat ata ki ke woh allah ka shukr kare. jo shakhs allah ka shukr karta hai, woh asal mein apne liye hi shukr karta hai, aur jo nashukri karega to allah be niaz hai, khoobi wala hai.</w:t>
      </w:r>
    </w:p>
    <w:p>
      <w:pPr>
        <w:jc w:val="right"/>
      </w:pPr>
      <w:r>
        <w:t>قرآن میں آیا ہے کہ ہم نے لقمان کو حکمت عطا کی کہ وہ اللہ کا شکر کرے۔ جو شخص اللہ کا شکر کرتا ہے، وہ اصل میں اپنے لیے ہی شکر کرتا ہے، اور جو ناشکری کرے گا تو اللہ بے نیاز ہے، خوبی والا ہے۔</w:t>
      </w:r>
    </w:p>
    <w:p>
      <w:r>
        <w:rPr>
          <w:b/>
        </w:rPr>
        <w:t xml:space="preserve">[00:54] </w:t>
      </w:r>
      <w:r>
        <w:t>to chaliye aaj baat cheet karte hain shukr par farida apa ke sath. assalam o alaikum apa, kaisi hain aap? waalaikum assalam, aap theek hain?</w:t>
      </w:r>
    </w:p>
    <w:p>
      <w:pPr>
        <w:jc w:val="right"/>
      </w:pPr>
      <w:r>
        <w:t>تو چلیے آج بات چیت کرتے ہیں شکر پر فریدہ آپا کے ساتھ۔ السلام علیکم آپا، کیسی ہیں آپ؟ وعلیکم السلام، آپ ٹھیک ہیں؟</w:t>
      </w:r>
    </w:p>
    <w:p>
      <w:r>
        <w:rPr>
          <w:b/>
        </w:rPr>
        <w:t xml:space="preserve">[01:03] </w:t>
      </w:r>
      <w:r>
        <w:t>ji alhamdulillah.</w:t>
      </w:r>
    </w:p>
    <w:p>
      <w:pPr>
        <w:jc w:val="right"/>
      </w:pPr>
      <w:r>
        <w:t>جی الحمدللہ۔</w:t>
      </w:r>
    </w:p>
    <w:p>
      <w:r>
        <w:rPr>
          <w:b/>
        </w:rPr>
        <w:t xml:space="preserve">[01:05] </w:t>
      </w:r>
      <w:r>
        <w:t>apa, sab se pehla sawal to yahi hai ke shukr ka jo basic matlab hai woh yeh hai ke etraf. lekin is ke kya maani hain, is ko agar aap elaborate way mein hum sab ko samjha saken ke shukr kya hai?</w:t>
      </w:r>
    </w:p>
    <w:p>
      <w:pPr>
        <w:jc w:val="right"/>
      </w:pPr>
      <w:r>
        <w:t>آپا، سب سے پہلا سوال تو یہی ہے کہ شکر کا جو بیسک مطلب ہے وہ یہ ہے کہ اعتراف۔ لیکن اس کے کیا معنی ہیں، اس کو اگر آپ الیبریٹ وے میں ہم سب کو سمجھا سکیں کہ شکر کیا ہے؟</w:t>
      </w:r>
    </w:p>
    <w:p>
      <w:r>
        <w:rPr>
          <w:b/>
        </w:rPr>
        <w:t xml:space="preserve">[01:22] </w:t>
      </w:r>
      <w:r>
        <w:t>shukr jo hai bohat hi zyada important hai quran ki ro se, kyun ke quran mein jo sab se pehli ayat hai woh hai alhamdulillah rabbil alameen.</w:t>
      </w:r>
    </w:p>
    <w:p>
      <w:pPr>
        <w:jc w:val="right"/>
      </w:pPr>
      <w:r>
        <w:t>شکر جو ہے بہت ہی زیادہ امپورٹنٹ ہے قرآن کی رو سے، کیونکہ قرآن میں جو سب سے پہلی آیت ہے وہ ہے الحمد لله رب العالمين ۔</w:t>
      </w:r>
    </w:p>
    <w:p>
      <w:r>
        <w:rPr>
          <w:b/>
        </w:rPr>
        <w:t xml:space="preserve">[01:34] </w:t>
      </w:r>
      <w:r>
        <w:t>alhamdulillah ke maani hain, aise is ka tarjuma kiya jata hai praise ke maani mein, lekin is ka asal maani hai acknowledgement.</w:t>
      </w:r>
    </w:p>
    <w:p>
      <w:pPr>
        <w:jc w:val="right"/>
      </w:pPr>
      <w:r>
        <w:t>الحمد کے معنی ہیں، ایسے اس کا ترجمہ کیا جاتا ہے پریز کے معنی میں، لیکن اس کا اصل معنی ہے اکنالجمنٹ۔</w:t>
      </w:r>
    </w:p>
    <w:p>
      <w:r>
        <w:rPr>
          <w:b/>
        </w:rPr>
        <w:t xml:space="preserve">[01:43] </w:t>
      </w:r>
      <w:r>
        <w:t>yani tamam cheezain jo insan ko is dunya mein mili hui hain, woh khuda ki di hui hain, khuda ki blessings hain.</w:t>
      </w:r>
    </w:p>
    <w:p>
      <w:pPr>
        <w:jc w:val="right"/>
      </w:pPr>
      <w:r>
        <w:t>یعنی تمام چیزیں جو انسان کو اس دنیا میں ملی ہوئی ہیں، وہ خدا کی دی ہوئی ہیں، خدا کی بلیسنگز ہیں۔</w:t>
      </w:r>
    </w:p>
    <w:p>
      <w:r>
        <w:rPr>
          <w:b/>
        </w:rPr>
        <w:t xml:space="preserve">[01:53] </w:t>
      </w:r>
      <w:r>
        <w:t>to khuda ko hamari kisi cheez ki koi zaroorat nahi hai,</w:t>
      </w:r>
    </w:p>
    <w:p>
      <w:pPr>
        <w:jc w:val="right"/>
      </w:pPr>
      <w:r>
        <w:t>تو خدا کو ہماری کسی چیز کی کوئی ضرورت نہیں ہے،</w:t>
      </w:r>
    </w:p>
    <w:p>
      <w:r>
        <w:rPr>
          <w:b/>
        </w:rPr>
        <w:t xml:space="preserve">[01:58] </w:t>
      </w:r>
      <w:r>
        <w:t>bas sirf yeh hai ke hamein khuda ka shukr ada karna hai, aur dil se khuda ka shukr ada karna hai. wohi tamam blessings ki jo hai, wohi price hai.</w:t>
      </w:r>
    </w:p>
    <w:p>
      <w:pPr>
        <w:jc w:val="right"/>
      </w:pPr>
      <w:r>
        <w:t>بس صرف یہ ہے کہ ہمیں خدا کا شکر ادا کرنا ہے، اور دل سے خدا کا شکر ادا کرنا ہے۔ وہی تمام بلیسنگز کی جو ہے، وہی پرائس ہے۔</w:t>
      </w:r>
    </w:p>
    <w:p>
      <w:r>
        <w:rPr>
          <w:b/>
        </w:rPr>
        <w:t xml:space="preserve">[02:10] </w:t>
      </w:r>
      <w:r>
        <w:t>to without paying the price we will become user. user matlab hum koi cheez ko istemal kar rahe hain aur is par hamara koi haq nahi hai.</w:t>
      </w:r>
    </w:p>
    <w:p>
      <w:pPr>
        <w:jc w:val="right"/>
      </w:pPr>
      <w:r>
        <w:t>تو without paying the price we will become user ۔ پرس مطلب ہم کوئی چیز کو استعمال کر رہے ہیں اور اس پر ہمارا کوئی حق نہیں ہے۔</w:t>
      </w:r>
    </w:p>
    <w:p>
      <w:r>
        <w:rPr>
          <w:b/>
        </w:rPr>
        <w:t xml:space="preserve">[02:21] </w:t>
      </w:r>
      <w:r>
        <w:t>to is tarah se jo alhamdulillah rabbil alameen quran ki pehli verse hai, is se pata chalta hai ke insan ko kitna zyada nematoun ka gehra ehsas hona chahiye.</w:t>
      </w:r>
    </w:p>
    <w:p>
      <w:pPr>
        <w:jc w:val="right"/>
      </w:pPr>
      <w:r>
        <w:t>تو اس طریقے سے جو الحمدللہ رب العالمین قرآن کی پہلی ورس ہے، اس سے پتہ چلتا ہے کہ انسان کو کتنا زیادہ نعمتوں کا گہرا احساس ہونا چاہیے۔</w:t>
      </w:r>
    </w:p>
    <w:p>
      <w:r>
        <w:rPr>
          <w:b/>
        </w:rPr>
        <w:t xml:space="preserve">[02:36] </w:t>
      </w:r>
      <w:r>
        <w:t>kyun ke aaj kal jo log hain, woh alhamdulillah chala hua hai, jis ko hum takiya kalam kehte hain, catch phrase kehte hain, is se kaam nahi chalega.</w:t>
      </w:r>
    </w:p>
    <w:p>
      <w:pPr>
        <w:jc w:val="right"/>
      </w:pPr>
      <w:r>
        <w:t>کیونکہ آج کل جو لوگ ہیں، وہ الحمدللہ چلا ہوا ہے، جس کو ہم تکیہ کلام کہتے ہیں، کیش فریز کہتے ہیں، اس سے کام نہیں چلے گا۔</w:t>
      </w:r>
    </w:p>
    <w:p>
      <w:r>
        <w:rPr>
          <w:b/>
        </w:rPr>
        <w:t xml:space="preserve">[02:45] </w:t>
      </w:r>
      <w:r>
        <w:t>woh</w:t>
      </w:r>
    </w:p>
    <w:p>
      <w:pPr>
        <w:jc w:val="right"/>
      </w:pPr>
      <w:r>
        <w:t>وہ</w:t>
      </w:r>
    </w:p>
    <w:p>
      <w:r>
        <w:rPr>
          <w:b/>
        </w:rPr>
        <w:t xml:space="preserve">[02:46] </w:t>
      </w:r>
      <w:r>
        <w:t>dil ki gehraiyon se khuda ke liye hamd karna, khuda ki shukr ada karna, khuda ki nematoun ka zikr karna, is ka charcha karna, tab yeh jo hota hai, is ka jo price tabhi hai jab hum is tarah se khuda ki nematoun ka zikr karen.</w:t>
      </w:r>
    </w:p>
    <w:p>
      <w:pPr>
        <w:jc w:val="right"/>
      </w:pPr>
      <w:r>
        <w:t>دل کی گہرائیوں سے خدا کے لیے حمد کرنا، خدا کی شکر ادا کرنا، خدا کی نعمتوں کا ذکر کرنا، اس کا چرچا کرنا، تب یہ جو ہوتا ہے، اس کا جو پرائس تبھی ہے جب ہم اس طریقے سے خدا کی نعمتوں کا ذکر کریں۔</w:t>
      </w:r>
    </w:p>
    <w:p>
      <w:r>
        <w:rPr>
          <w:b/>
        </w:rPr>
        <w:t xml:space="preserve">[03:07] </w:t>
      </w:r>
      <w:r>
        <w:t>to is tarah se jo hai, hum jabhi hum khuda ki blessings ko hum istemal karne ke qabil thehrenge jab hum is ka poore maani mein is ka khuda ka shukr ada karen.</w:t>
      </w:r>
    </w:p>
    <w:p>
      <w:pPr>
        <w:jc w:val="right"/>
      </w:pPr>
      <w:r>
        <w:t>تو اس طریقے سے جو ہے، ہم جبھی ہم خدا کی بلیسنگز کو ہم استعمال کرنے کے قابل ٹھہریں گے جب ہم اس کا پورے معنی میں اس کا خدا کا شکر ادا کریں۔</w:t>
      </w:r>
    </w:p>
    <w:p>
      <w:r>
        <w:rPr>
          <w:b/>
        </w:rPr>
        <w:t xml:space="preserve">[03:23] </w:t>
      </w:r>
      <w:r>
        <w:t>to shukr jo hai, woh dekhiye sirf alhamdulillah kehne se nahi ho jata, jo aaj kal bohat zyada chala hua hai, balke shukr ke liye hamein bohat kuch sochna parta hai.</w:t>
      </w:r>
    </w:p>
    <w:p>
      <w:pPr>
        <w:jc w:val="right"/>
      </w:pPr>
      <w:r>
        <w:t>تو شکر جو ہے، وہ دیکھیے صرف الحمدللہ کہنے سے نہیں ہو جاتا، جو آج کل بہت زیادہ چلا ہوا ہے، بلکہ شکر کے لیے ہمیں بہت کچھ سوچنا پڑتا ہے۔</w:t>
      </w:r>
    </w:p>
    <w:p>
      <w:r>
        <w:rPr>
          <w:b/>
        </w:rPr>
        <w:t xml:space="preserve">[03:36] </w:t>
      </w:r>
      <w:r>
        <w:t>soch soch kar hamein shukr ke item ko discover karna parta hai, kyunke aisa hai ke hamein har cheez mili hui hai, hamein lagta hi nahi ke hum ko koi Khuda ki taraf se yeh khaas taur par hamare liye aa rahi hai.</w:t>
      </w:r>
    </w:p>
    <w:p>
      <w:pPr>
        <w:jc w:val="right"/>
      </w:pPr>
      <w:r>
        <w:t>سوچ سوچ کر ہمیں شکر کے آئٹم کو ڈسکور کرنا پڑتا ہے، کیونکہ ایسا ہے کہ ہمیں ہر چیز ملی ہوئی ہے، ہمیں لگتا ہی نہیں کہ ہم کو کوئی خدا کی طرف سے یہ خاص طور پر ہمارے لیے آ رہی ہے۔</w:t>
      </w:r>
    </w:p>
    <w:p>
      <w:r>
        <w:rPr>
          <w:b/>
        </w:rPr>
        <w:t xml:space="preserve">[03:51] </w:t>
      </w:r>
      <w:r>
        <w:t>woh toh har cheez available hai, is mein hum bhi, is mein hamein, is mein hamein bhi hissa mil raha hai.</w:t>
      </w:r>
    </w:p>
    <w:p>
      <w:pPr>
        <w:jc w:val="right"/>
      </w:pPr>
      <w:r>
        <w:t>وہ تو ہر چیز اویلیبل ہے، اس میں ہم بھی، اس میں ہمیں، اس میں ہمیں بھی حصہ مل رہا ہے۔</w:t>
      </w:r>
    </w:p>
    <w:p>
      <w:r>
        <w:rPr>
          <w:b/>
        </w:rPr>
        <w:t xml:space="preserve">[03:57] </w:t>
      </w:r>
      <w:r>
        <w:t>to hamein yeh karna hai ke is ko aisa soch soch ke is tareeqe se samjhein is ko ke sirf hamare liye Khuda ne yeh paida kiya hai.</w:t>
      </w:r>
    </w:p>
    <w:p>
      <w:pPr>
        <w:jc w:val="right"/>
      </w:pPr>
      <w:r>
        <w:t>تو ہمیں یہ کرنا ہے کہ اس کو ایسا سوچ سوچ کے اس طریقے سے سمجھیں اس کو کہ صرف ہمارے لیے خدا نے یہ پیدا کیا ہے۔</w:t>
      </w:r>
    </w:p>
    <w:p>
      <w:r>
        <w:rPr>
          <w:b/>
        </w:rPr>
        <w:t xml:space="preserve">[04:11] </w:t>
      </w:r>
      <w:r>
        <w:t>misal ke taur par jab suraj ki roshni hamein mile to hamein lage ke Allah taala ne yeh suraj ki roshni ka intezam hamare liye kiya hai.</w:t>
      </w:r>
    </w:p>
    <w:p>
      <w:pPr>
        <w:jc w:val="right"/>
      </w:pPr>
      <w:r>
        <w:t>مثال کے طور پر جب سورج کی روشنی ہمیں ملے تو ہمیں لگے کہ اللہ تعالی نے یہ سورج کی روشنی کا انتظام ہمارے لیے کیا ہے۔</w:t>
      </w:r>
    </w:p>
    <w:p>
      <w:r>
        <w:rPr>
          <w:b/>
        </w:rPr>
        <w:t xml:space="preserve">[04:22] </w:t>
      </w:r>
      <w:r>
        <w:t>tabhi ek bohat bara shukr ho sakta hai,</w:t>
      </w:r>
    </w:p>
    <w:p>
      <w:pPr>
        <w:jc w:val="right"/>
      </w:pPr>
      <w:r>
        <w:t>تبھی ایک بہت بڑا شکر ہو سکتا ہے،</w:t>
      </w:r>
    </w:p>
    <w:p>
      <w:r>
        <w:rPr>
          <w:b/>
        </w:rPr>
        <w:t xml:space="preserve">[04:26] </w:t>
      </w:r>
      <w:r>
        <w:t>kyunke hum log zyada sochte nahi hain. ek baar aap aaye the Maulana ke paas, ji to Maulana ne kaha ke koi nai khabar bataiye.</w:t>
      </w:r>
    </w:p>
    <w:p>
      <w:pPr>
        <w:jc w:val="right"/>
      </w:pPr>
      <w:r>
        <w:t>کیونکہ ہم لوگ زیادہ سوچتے نہیں ہیں۔ ایک بار آپ آئے تھے مولانا کے پاس، جی تو مولانا نے کہا کہ کوئی نئی خبر بتائیے۔</w:t>
      </w:r>
    </w:p>
    <w:p>
      <w:r>
        <w:rPr>
          <w:b/>
        </w:rPr>
        <w:t xml:space="preserve">[04:35] </w:t>
      </w:r>
      <w:r>
        <w:t>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p>
    <w:p>
      <w:pPr>
        <w:jc w:val="right"/>
      </w:pPr>
      <w:r>
        <w:t>جی جی تو آپ نے کہا مولانا آج تو کوئی خبر ہے نہیں ہمارے پاس۔ جی تو مولانا صبح کو بالکنی پر بیٹھے ہوئے تھے تو انہوں نے کہا دیکھیے سورج نکلا ہوا ہے، جی روشنی چاروں طرف پھیلی ہوئی ہے، جی مجھے یاد ہے چڑیاں چہچہا رہی ہیں، ہوائیں چل رہی ہیں، تو یہ سب کوئی نیوز نہیں ہے۔</w:t>
      </w:r>
    </w:p>
    <w:p>
      <w:r>
        <w:rPr>
          <w:b/>
        </w:rPr>
        <w:t xml:space="preserve">[04:54] </w:t>
      </w:r>
      <w:r>
        <w:t>jeem</w:t>
      </w:r>
    </w:p>
    <w:p>
      <w:pPr>
        <w:jc w:val="right"/>
      </w:pPr>
      <w:r>
        <w:t>ج</w:t>
      </w:r>
    </w:p>
    <w:p>
      <w:r>
        <w:rPr>
          <w:b/>
        </w:rPr>
        <w:t xml:space="preserve">[04:55] </w:t>
      </w:r>
      <w:r>
        <w:t>ji to har waqt woh sochte rehte the ke kya kya Khuda ki blessings hain jis ke liye hamein shukr ada karna hai. to har waqt ek nai nai nai nai blessings ko woh discover karte the.</w:t>
      </w:r>
    </w:p>
    <w:p>
      <w:pPr>
        <w:jc w:val="right"/>
      </w:pPr>
      <w:r>
        <w:t>ی تو ہر وقت وہ سوچتے رہتے تھے کہ کیا کیا خدا کی بلیسنگز ہیں جس کے لیے ہمیں شکر ادا کرنا ہے۔ تو ہر وقت ایک نئی نئی نئی نئی بلیسنگز کو وہ ڈسکور کرتے تھے۔</w:t>
      </w:r>
    </w:p>
    <w:p>
      <w:r>
        <w:rPr>
          <w:b/>
        </w:rPr>
        <w:t xml:space="preserve">[05:08] </w:t>
      </w:r>
      <w:r>
        <w:t>woh sab kuch bohat zyada sochne se hota hai. to hamein apne andar soch ki faculty ko develop karna hai, tabhi hum sahi maano mein Khuda ka shukr ada kar payenge.</w:t>
      </w:r>
    </w:p>
    <w:p>
      <w:pPr>
        <w:jc w:val="right"/>
      </w:pPr>
      <w:r>
        <w:t>وہ سب کچھ بہت زیادہ سوچنے سے ہوتا ہے۔ تو ہمیں اپنے اندر سوچ کی فیکلٹی کو ڈیولپ کرنا ہے، تبھی ہم صحیح معنوں میں خدا کا شکر ادا کر پائیں گے۔</w:t>
      </w:r>
    </w:p>
    <w:p>
      <w:r>
        <w:rPr>
          <w:b/>
        </w:rPr>
        <w:t xml:space="preserve">[05:21] </w:t>
      </w:r>
      <w:r>
        <w:t>ji</w:t>
      </w:r>
    </w:p>
    <w:p>
      <w:pPr>
        <w:jc w:val="right"/>
      </w:pPr>
      <w:r>
        <w:t>جی</w:t>
      </w:r>
    </w:p>
    <w:p>
      <w:r>
        <w:rPr>
          <w:b/>
        </w:rPr>
        <w:t xml:space="preserve">[05:22] </w:t>
      </w:r>
      <w:r>
        <w:t>apa bilkul aap ne bohat achhe se wazeh kiya ke soch ki faculty ko develop karna hai. agar dekha jaye to shukr jo hai ek misbat nafsiyat paida karta hai, ek positive thinking paida karta hai, aur mukammal taur par woh ek negative psychology ko khatam karta hai.</w:t>
      </w:r>
    </w:p>
    <w:p>
      <w:pPr>
        <w:jc w:val="right"/>
      </w:pPr>
      <w:r>
        <w:t>آپا بالکل آپ نے بہت اچھے سے واضح کیا کہ سوچ کی فیکلٹی کو ڈیولپ کرنا ہے۔ اگر دیکھا جائے تو شکر جو ہے ایک مثبت نفسیات پیدا کرتا ہے، ایک پوزیٹیو تھنکنگ پیدا کرتا ہے، اور مکمل طور پر وہ ایک نیگیٹیو سائیکالوجی کو ختم کرتا ہے۔</w:t>
      </w:r>
    </w:p>
    <w:p>
      <w:r>
        <w:rPr>
          <w:b/>
        </w:rPr>
        <w:t xml:space="preserve">[05:40] </w:t>
      </w:r>
      <w:r>
        <w:t>aur hum yeh jante hain ke positive thinking hi taraqqi ka raaz hai. negative thinking se aap taraqqi hasil nahi kar sakte.</w:t>
      </w:r>
    </w:p>
    <w:p>
      <w:pPr>
        <w:jc w:val="right"/>
      </w:pPr>
      <w:r>
        <w:t>اور ہم یہ جانتے ہیں کہ پوزیٹیو تھنکنگ ہی ترقی کا راز ہے۔ نیگیٹیو تھنکنگ سے آپ ترقی حاصل نہیں کر سکتے۔</w:t>
      </w:r>
    </w:p>
    <w:p>
      <w:r>
        <w:rPr>
          <w:b/>
        </w:rPr>
        <w:t xml:space="preserve">[05:50] </w:t>
      </w:r>
      <w:r>
        <w:t>achha apa agar nashukri ke bare mein sochein to yeh kaha ja sakta hai ke is ka jo source hai woh yahi hai ke shaitan ka behkawa.</w:t>
      </w:r>
    </w:p>
    <w:p>
      <w:pPr>
        <w:jc w:val="right"/>
      </w:pPr>
      <w:r>
        <w:t>اچھا آپا اگر ناشکری کے بارے میں سوچیں تو یہ کہا جا سکتا ہے کہ اس کا جو سورس ہے وہ یہی ہے کہ شیطان کا بہکاوا۔</w:t>
      </w:r>
    </w:p>
    <w:p>
      <w:r>
        <w:rPr>
          <w:b/>
        </w:rPr>
        <w:t xml:space="preserve">[06:01] </w:t>
      </w:r>
      <w:r>
        <w:t>jab Allah taala ne Adam ko create kiya to unhone sabhi jinon aur farishton ko woh sajda karne ke liye kaha. farishte foran sajde mein gir pade, lekin Iblees ne inkar kar diya.</w:t>
      </w:r>
    </w:p>
    <w:p>
      <w:pPr>
        <w:jc w:val="right"/>
      </w:pPr>
      <w:r>
        <w:t>جب اللہ تعالی نے آدم کو کریٹ کیا تو انہوں نے سبھی جنوں اور فرشتوں کو وہ سجدہ کرنے کے لیے کہا۔ فرشتے فوراً سجدے میں گر پڑے، لیکن ابلیس نے انکار کر دیا۔</w:t>
      </w:r>
    </w:p>
    <w:p>
      <w:r>
        <w:rPr>
          <w:b/>
        </w:rPr>
        <w:t xml:space="preserve">[06:13] </w:t>
      </w:r>
      <w:r>
        <w:t>aur is ke baad Iblees ne yeh challenge kiya Khuda ko ke main in ke upar aage se aaunga, peeche se aaunga, dayein se aaunga, bayein se aaunga</w:t>
      </w:r>
    </w:p>
    <w:p>
      <w:pPr>
        <w:jc w:val="right"/>
      </w:pPr>
      <w:r>
        <w:t>اور اس کے بعد ابلیس نے یہ چیلنج کیا خدا کو کہ میں ان کے اوپر آگے سے آؤں گا، پیچھے سے آؤں گا، دائیں سے آؤں گا، بائیں سے آؤں</w:t>
      </w:r>
    </w:p>
    <w:p>
      <w:r>
        <w:rPr>
          <w:b/>
        </w:rPr>
        <w:t xml:space="preserve">[06:24] </w:t>
      </w:r>
      <w:r>
        <w:t>ga, aur you will find most of them ungrateful. to yeh jo challenge throw kiya apa us ne, aur wahin pe hum ek farishton ka bhi example dekhte hain.</w:t>
      </w:r>
    </w:p>
    <w:p>
      <w:pPr>
        <w:jc w:val="right"/>
      </w:pPr>
      <w:r>
        <w:t>گا، اور you will find most of them ungrateful ۔ تو یہ جو چیلنج تھرو کیا آپا اس نے، اور وہیں پہ ہم ایک فرشتوں کا بھی ایگزامپل دیکھتے ہیں۔</w:t>
      </w:r>
    </w:p>
    <w:p>
      <w:r>
        <w:rPr>
          <w:b/>
        </w:rPr>
        <w:t xml:space="preserve">[06:35] </w:t>
      </w:r>
      <w:r>
        <w:t>to main chahunga ke is ke hawale se bhi aap is is topic ke upar thori roshni dalo.</w:t>
      </w:r>
    </w:p>
    <w:p>
      <w:pPr>
        <w:jc w:val="right"/>
      </w:pPr>
      <w:r>
        <w:t>تو میں چاہوں گا کہ اس کے حوالے سے بھی آپ اس اس ٹاپک کے اوپر تھوڑی روشنی ڈالیں۔</w:t>
      </w:r>
    </w:p>
    <w:p>
      <w:r>
        <w:rPr>
          <w:b/>
        </w:rPr>
        <w:t xml:space="preserve">[06:41] </w:t>
      </w:r>
      <w:r>
        <w:t>hmm, yeh Quran mein yeh baat aayi hai ke jab in in Allah taala ne Adam ko paida kiya to Allah taala ne hukum diya farishton ko aur jinon ko ke Adam ke aage sajda karein ge, matlab Adam ke aage jhuk jayein.</w:t>
      </w:r>
    </w:p>
    <w:p>
      <w:pPr>
        <w:jc w:val="right"/>
      </w:pPr>
      <w:r>
        <w:t>ہمم، یہ قرآن میں یہ بات آئی ہے کہ جب ان ان اللہ تعالی نے آدم کو پیدا کیا تو اللہ تعالی نے حکم دیا فرشتوں کو اور جنوں کو کہ آدم کے آگے سجدہ کریں گے، مطلب آدم کے آگے جھک جائیں۔</w:t>
      </w:r>
    </w:p>
    <w:p>
      <w:r>
        <w:rPr>
          <w:b/>
        </w:rPr>
        <w:t xml:space="preserve">[06:59] </w:t>
      </w:r>
      <w:r>
        <w:t>kyunke insan is dunya mein aaya hai, woh bohat kamzor makhlooq hai, us ko bohat zyada support chahiye.</w:t>
      </w:r>
    </w:p>
    <w:p>
      <w:pPr>
        <w:jc w:val="right"/>
      </w:pPr>
      <w:r>
        <w:t>کیونکہ انسان اس دنیا میں آیا ہے، وہ بہت کمزور مخلوق ہے، اس کو بہت زیادہ سپورٹ چاہیے۔</w:t>
      </w:r>
    </w:p>
    <w:p>
      <w:r>
        <w:rPr>
          <w:b/>
        </w:rPr>
        <w:t xml:space="preserve">[07:07] </w:t>
      </w:r>
      <w:r>
        <w:t>to unhi farishton ke support se yeh poori dunya chal rahi hai, insan ke tamam kaam chal rahe hain. to is ka ek alamati taur par Allah taala ne hukum diya tha ke sab log jo hain Adam ke aage surrender karein.</w:t>
      </w:r>
    </w:p>
    <w:p>
      <w:pPr>
        <w:jc w:val="right"/>
      </w:pPr>
      <w:r>
        <w:t>تو انہی فرشتوں کے سپورٹ سے یہ پوری دنیا چل رہی ہے، انسان کے تمام کام چل رہے ہیں۔ تو اس کا ایک علامتی طور پر اللہ تعالی نے حکم دیا تھا کہ سب لوگ جو ہیں آدم کے آگے سرینڈر کریں۔</w:t>
      </w:r>
    </w:p>
    <w:p>
      <w:r>
        <w:rPr>
          <w:b/>
        </w:rPr>
        <w:t xml:space="preserve">[07:22] </w:t>
      </w:r>
      <w:r>
        <w:t>to surrender is liye ke Allah taala ne sab se pehle to shaitan ko, shaitan to baad mein bana jab woh nashukri ki, us ne matlab jinon ki takhleeq ki.</w:t>
      </w:r>
    </w:p>
    <w:p>
      <w:pPr>
        <w:jc w:val="right"/>
      </w:pPr>
      <w:r>
        <w:t>تو سرینڈر اس لیے کہ اللہ تعالی نے سب سے پہلے تو شیطان کو، شیطان تو بعد میں بنا جب وہ ناشکری کی، اس نے مطلب جنوں کی تخلیق کی۔</w:t>
      </w:r>
    </w:p>
    <w:p>
      <w:r>
        <w:rPr>
          <w:b/>
        </w:rPr>
        <w:t xml:space="preserve">[07:33] </w:t>
      </w:r>
      <w:r>
        <w:t>to jin bohat hi zyada strong the</w:t>
      </w:r>
    </w:p>
    <w:p>
      <w:pPr>
        <w:jc w:val="right"/>
      </w:pPr>
      <w:r>
        <w:t>تو جن بہت ہی زیادہ سٹرانگ تھے</w:t>
      </w:r>
    </w:p>
    <w:p>
      <w:r>
        <w:rPr>
          <w:b/>
        </w:rPr>
        <w:t xml:space="preserve">[07:36] </w:t>
      </w:r>
      <w:r>
        <w:t>un ko aag se paida kiya gaya tha. to unhone zameen mein bohat zyada khoon kharaba kiya. to Allah taala ne faisla kiya ke ab doosri makhlooq paida karenge, aur woh bohat zyada is ke andar bohat zyada aqal diya insan ko ke soch soch kar sab kaam karega, shukr ada karega.</w:t>
      </w:r>
    </w:p>
    <w:p>
      <w:pPr>
        <w:jc w:val="right"/>
      </w:pPr>
      <w:r>
        <w:t>، ان کو آگ سے پیدا کیا گیا تھا۔ تو انہوں نے زمین میں بہت زیادہ خون خرابہ کیا۔ تو اللہ تعالی نے فیصلہ کیا کہ اب دوسری مخلوق پیدا کریں گے، اور وہ بہت زیادہ اس کے اندر بہت زیادہ عقل دیا انسان کو کہ سوچ سوچ کر سب کام کرے گا، شکر ادا کرے گا۔</w:t>
      </w:r>
    </w:p>
    <w:p>
      <w:r>
        <w:rPr>
          <w:b/>
        </w:rPr>
        <w:t xml:space="preserve">[07:58] </w:t>
      </w:r>
      <w:r>
        <w:t>aur woh itna zyada sakht nahi tha, kyunke insaan ko mitti se paida kiya gaya tha. to</w:t>
      </w:r>
    </w:p>
    <w:p>
      <w:pPr>
        <w:jc w:val="right"/>
      </w:pPr>
      <w:r>
        <w:t>اور وہ اتنا زیادہ سخت نہیں تھا، کیونکہ انسان کو مٹی سے پیدا کیا گیا تھا۔ تو</w:t>
      </w:r>
    </w:p>
    <w:p>
      <w:r>
        <w:rPr>
          <w:b/>
        </w:rPr>
        <w:t xml:space="preserve">[08:05] </w:t>
      </w:r>
      <w:r>
        <w:t>woh bohat aasani se Khuda ke aage submit karta hai, Khuda ke aage surrender karta hai. to is liye Allah taala ne kaha ke shaitanon se, jinnaat se ke woh jhuk jayein.</w:t>
      </w:r>
    </w:p>
    <w:p>
      <w:pPr>
        <w:jc w:val="right"/>
      </w:pPr>
      <w:r>
        <w:t>وہ بہت آسانی سے خدا کے آگے سبمٹ کرتا ہے، خدا کے آگے سرینڈر کرتا ہے۔ تو اس لیے اللہ تعالی نے کہا کہ شیطانوں سے، جنات سے کہ وہ جھک جائیں۔</w:t>
      </w:r>
    </w:p>
    <w:p>
      <w:r>
        <w:rPr>
          <w:b/>
        </w:rPr>
        <w:t xml:space="preserve">[08:18] </w:t>
      </w:r>
      <w:r>
        <w:t>lekin woh nahi jhuke, woh is liye nahi jhuka. Iblees ka Quran mein aaya hai ke ana khairun min. mein is se behtar hoon, yaani mein aag se paida kiya gaya hoon, aur insaan jo hai woh mitti se paida kiya gaya hai.</w:t>
      </w:r>
    </w:p>
    <w:p>
      <w:pPr>
        <w:jc w:val="right"/>
      </w:pPr>
      <w:r>
        <w:t>لیکن وہ نہیں جھکے، وہ اس لیے نہیں جھکا۔ ابلیس کا قرآن میں آیا ہے کہ أنا خير من ۔ میں اس سے بہتر ہوں، یعنی میں آگ سے پیدا کیا گیا ہوں، اور انسان جو ہے وہ مٹی سے پیدا کیا گیا ہے۔</w:t>
      </w:r>
    </w:p>
    <w:p>
      <w:r>
        <w:rPr>
          <w:b/>
        </w:rPr>
        <w:t xml:space="preserve">[08:34] </w:t>
      </w:r>
      <w:r>
        <w:t>to is se pata chalta hai ke is ka jo pride tha, woh yahan manne aya, woh rastay mein aa gaya. pride to us ne pride ki wajah se Khuda ke hukum ka inkar kiya.</w:t>
      </w:r>
    </w:p>
    <w:p>
      <w:pPr>
        <w:jc w:val="right"/>
      </w:pPr>
      <w:r>
        <w:t>تو اس سے پتہ چلتا ہے کہ اس کا جو پرائیڈ تھا، وہ یہاں ماننے آیا، وہ راستے میں آ گیا۔ پرائیڈ تو اس نے پرائیڈ کی وجہ سے خدا کے حکم کا انکار کیا۔</w:t>
      </w:r>
    </w:p>
    <w:p>
      <w:r>
        <w:rPr>
          <w:b/>
        </w:rPr>
        <w:t xml:space="preserve">[08:46] </w:t>
      </w:r>
      <w:r>
        <w:t>yahan ek aur baat hai samajhne ki ke hamein Khuda ka hukum manna hai. agar Khuda keh raha hai sajda karne ko to hamein sajda karna hai, Khuda keh raha hai jhukne ko to hamein jhukna hai.</w:t>
      </w:r>
    </w:p>
    <w:p>
      <w:pPr>
        <w:jc w:val="right"/>
      </w:pPr>
      <w:r>
        <w:t>یہاں ایک اور بات ہے سمجھنے کی کہ ہمیں خدا کا حکم ماننا ہے۔ اگر خدا کہہ رہا ہے سجدہ کرنے کو تو ہمیں سجدہ کرنا ہے، خدا کہہ رہا ہے جھکنے کو تو ہمیں جھکنا ہے۔</w:t>
      </w:r>
    </w:p>
    <w:p>
      <w:r>
        <w:rPr>
          <w:b/>
        </w:rPr>
        <w:t xml:space="preserve">[08:58] </w:t>
      </w:r>
      <w:r>
        <w:t>yeh nahi sochna hai ke hum to Khuda ke aage jhukte hain, hum insaan ke aage kyun jhukein?</w:t>
      </w:r>
    </w:p>
    <w:p>
      <w:pPr>
        <w:jc w:val="right"/>
      </w:pPr>
      <w:r>
        <w:t>یہ نہیں سوچنا ہے کہ ہم تو خدا کے آگے جھکتے ہیں، ہم انسان کے آگے کیوں جھکیں؟</w:t>
      </w:r>
    </w:p>
    <w:p>
      <w:r>
        <w:rPr>
          <w:b/>
        </w:rPr>
        <w:t xml:space="preserve">[09:04] </w:t>
      </w:r>
      <w:r>
        <w:t>to Khuda ke aage, Khuda ke hukum ke aage hamein tasleem kham kar dena hai, hamein jhuk jana hai. to lekin us ne kaha jab woh, jab Allah taala bohat zyada ghazab nak hue shaitan par ke us ne Allah ka hukum nahi mana, to us ne kaha ke yeh insaan ke liye,</w:t>
      </w:r>
    </w:p>
    <w:p>
      <w:pPr>
        <w:jc w:val="right"/>
      </w:pPr>
      <w:r>
        <w:t>تو خدا کے آگے، خدا کے حکم کے آگے ہمیں تسلیم خم کر دینا ہے، ہمیں جھک جانا ہے۔ تو لیکن اس نے کہا جب وہ، جب اللہ تعالی بہت زیادہ غضب ناک ہوئے شیطان پر کہ اس نے اللہ کا حکم نہیں مانا، تو اس نے کہا کہ یہ انسان کے لیے،</w:t>
      </w:r>
    </w:p>
    <w:p>
      <w:r>
        <w:rPr>
          <w:b/>
        </w:rPr>
        <w:t xml:space="preserve">[09:25] </w:t>
      </w:r>
      <w:r>
        <w:t>insaan to bohat hi kamzor makhlooq hai, mein to is ko saare ko behka doon ga.</w:t>
      </w:r>
    </w:p>
    <w:p>
      <w:pPr>
        <w:jc w:val="right"/>
      </w:pPr>
      <w:r>
        <w:t>انسان تو بہت ہی کمزور مخلوق ہے، میں تو اس کو سارے کو بہکا دوں گا۔</w:t>
      </w:r>
    </w:p>
    <w:p>
      <w:r>
        <w:rPr>
          <w:b/>
        </w:rPr>
        <w:t xml:space="preserve">[09:31] </w:t>
      </w:r>
      <w:r>
        <w:t>to us ne kaha ke jo khaas baat us ne kahi ke bohat kam logon ko aap shukr karne wala payein ge.</w:t>
      </w:r>
    </w:p>
    <w:p>
      <w:pPr>
        <w:jc w:val="right"/>
      </w:pPr>
      <w:r>
        <w:t>تو اس نے کہا کہ جو خاص بات اس نے کہی کہ بہت کم لوگوں کو آپ شکر کرنے والا پائیں گے۔</w:t>
      </w:r>
    </w:p>
    <w:p>
      <w:r>
        <w:rPr>
          <w:b/>
        </w:rPr>
        <w:t xml:space="preserve">[09:40] </w:t>
      </w:r>
      <w:r>
        <w:t>to is ka matlab hai ke shukr jo hai woh bohat hi zyada important hai hamara Khuda se taluq banane mein.</w:t>
      </w:r>
    </w:p>
    <w:p>
      <w:pPr>
        <w:jc w:val="right"/>
      </w:pPr>
      <w:r>
        <w:t>تو اس کا مطلب ہے کہ شکر جو ہے وہ بہت ہی زیادہ امپورٹنٹ ہے ہمارا خدا سے تعلق بنانے میں۔</w:t>
      </w:r>
    </w:p>
    <w:p>
      <w:r>
        <w:rPr>
          <w:b/>
        </w:rPr>
        <w:t xml:space="preserve">[09:50] </w:t>
      </w:r>
      <w:r>
        <w:t>to kyunke shaitan bohat zyada zaheen tha, us ne is baat ko pakad liya ke yeh jo insaan hai, is ke andar desires bohat zyada hain, aur yeh desires jo hain kabhi bhi saari desires kisi ki bhi poori nahi hoti.</w:t>
      </w:r>
    </w:p>
    <w:p>
      <w:pPr>
        <w:jc w:val="right"/>
      </w:pPr>
      <w:r>
        <w:t>تو کیونکہ شیطان بہت زیادہ ذہین تھا، اس نے اس بات کو پکڑ لیا کہ یہ جو انسان ہے، اس کے اندر ڈیزائرز بہت زیادہ ہیں، اور یہ ڈیزائرز جو ہیں کبھی بھی ساری ڈیزائرز کسی کی بھی پوری نہیں ہوتی۔</w:t>
      </w:r>
    </w:p>
    <w:p>
      <w:r>
        <w:rPr>
          <w:b/>
        </w:rPr>
        <w:t xml:space="preserve">[10:04] </w:t>
      </w:r>
      <w:r>
        <w:t>to yeh desires ki wajah se yeh skam kar jaye ga, aur yeh gunah kare ga, aur Allah ki nafarmani kare ga.</w:t>
      </w:r>
    </w:p>
    <w:p>
      <w:pPr>
        <w:jc w:val="right"/>
      </w:pPr>
      <w:r>
        <w:t>تو یہ ڈیزائرز کی وجہ سے یہ سکم کر جائے گا، اور یہ گناہ کرے گا، اور اللہ کی نافرمانی کرے گا۔</w:t>
      </w:r>
    </w:p>
    <w:p>
      <w:r>
        <w:rPr>
          <w:b/>
        </w:rPr>
        <w:t xml:space="preserve">[10:11] </w:t>
      </w:r>
      <w:r>
        <w:t>to us ne kaha ke mein tamam logon ko tere rastay se hata doon ga, nashukra banaoon ga, aur tu in logon ko shukr guzar nahi paye ga.</w:t>
      </w:r>
    </w:p>
    <w:p>
      <w:pPr>
        <w:jc w:val="right"/>
      </w:pPr>
      <w:r>
        <w:t>تو اس نے کہا کہ میں تمام لوگوں کو تیرے راستے سے ہٹا دوں گا، ناشکرا بناؤں گا، اور تو ان لوگوں کو شکر گزار نہیں پائے گا۔</w:t>
      </w:r>
    </w:p>
    <w:p>
      <w:r>
        <w:rPr>
          <w:b/>
        </w:rPr>
        <w:t xml:space="preserve">[10:23] </w:t>
      </w:r>
      <w:r>
        <w:t>to is ka us ne woh bhi kiya jo Allah taala ne hukum diya tha ke ek tree hai jannat mein, us ka phal tum mat khana.</w:t>
      </w:r>
    </w:p>
    <w:p>
      <w:pPr>
        <w:jc w:val="right"/>
      </w:pPr>
      <w:r>
        <w:t>تو اس کا اس نے وہ بھی کیا جو اللہ تعالی نے حکم دیا تھا کہ ایک ٹری ہے جنت میں، اس کا پھل تم مت کھانا۔</w:t>
      </w:r>
    </w:p>
    <w:p>
      <w:r>
        <w:rPr>
          <w:b/>
        </w:rPr>
        <w:t xml:space="preserve">[10:34] </w:t>
      </w:r>
      <w:r>
        <w:t>to</w:t>
      </w:r>
    </w:p>
    <w:p>
      <w:pPr>
        <w:jc w:val="right"/>
      </w:pPr>
      <w:r>
        <w:t>تو</w:t>
      </w:r>
    </w:p>
    <w:p>
      <w:r>
        <w:rPr>
          <w:b/>
        </w:rPr>
        <w:t xml:space="preserve">[10:35] </w:t>
      </w:r>
      <w:r>
        <w:t>chunki insaan ke andar bohat zyada desire hai, aur woh ek ideal, har ideal ki talash mein hota hai, to shaitan ne us ko behkaya ke tum agar yeh phal tum ne kha liya to tum amar ho jao ge, everlasting life tum ko mil jaye gi.</w:t>
      </w:r>
    </w:p>
    <w:p>
      <w:pPr>
        <w:jc w:val="right"/>
      </w:pPr>
      <w:r>
        <w:t>چونکہ انسان کے اندر بہت زیادہ ڈیزائر ہے، اور وہ ایک آئیڈیل، ہر آئیڈیل کی تلاش میں ہوتا ہے، تو شیطان نے اس کو بہکایا کہ تم اگر یہ پھل تم نے کھا لیا تو تم امر ہو جاؤ گے، ایور لاسٹنگ لائف تم کو مل جائے گی۔</w:t>
      </w:r>
    </w:p>
    <w:p>
      <w:r>
        <w:rPr>
          <w:b/>
        </w:rPr>
        <w:t xml:space="preserve">[10:53] </w:t>
      </w:r>
      <w:r>
        <w:t>to unhon ne woh phal kha liya, phir is ke baad woh jannat se nikal kar is dunya mein bheje gaye.</w:t>
      </w:r>
    </w:p>
    <w:p>
      <w:pPr>
        <w:jc w:val="right"/>
      </w:pPr>
      <w:r>
        <w:t>تو انہوں نے وہ پھل کھا لیا، پھر اس کے بعد وہ جنت سے نکال کر اس دنیا میں بھیجے گئے۔</w:t>
      </w:r>
    </w:p>
    <w:p>
      <w:r>
        <w:rPr>
          <w:b/>
        </w:rPr>
        <w:t xml:space="preserve">[11:02] </w:t>
      </w:r>
      <w:r>
        <w:t>to is tareeqe se shaitan ne usi waqt kaha tha ke sirf woh log tere rastay par chalenge jo tere mukhlis bande hain, yaani jin ko tu ne select kar liya hai.</w:t>
      </w:r>
    </w:p>
    <w:p>
      <w:pPr>
        <w:jc w:val="right"/>
      </w:pPr>
      <w:r>
        <w:t>تو اس طریقے سے شیطان نے اسی وقت کہا تھا کہ صرف وہ لوگ تیرے راستے پر چلیں گے جو تیرے مخلص بندے ہیں، یعنی جن کو تو نے سلیکٹ کر لیا ہے۔</w:t>
      </w:r>
    </w:p>
    <w:p>
      <w:r>
        <w:rPr>
          <w:b/>
        </w:rPr>
        <w:t xml:space="preserve">[11:20] </w:t>
      </w:r>
      <w:r>
        <w:t>to wohi log sirf rastay par tere chalenge, baqi tamam logon ko mein behka doon ga.</w:t>
      </w:r>
    </w:p>
    <w:p>
      <w:pPr>
        <w:jc w:val="right"/>
      </w:pPr>
      <w:r>
        <w:t>تو وہی لوگ صرف راستے پر تیرے چلیں گے، باقی تمام لوگوں کو میں بہکا دوں گ</w:t>
      </w:r>
    </w:p>
    <w:p>
      <w:r>
        <w:rPr>
          <w:b/>
        </w:rPr>
        <w:t xml:space="preserve">[11:26] </w:t>
      </w:r>
      <w:r>
        <w:t>a. to yeh bohat hi zyada serious baat hai ke shaitan ne yeh baat kahi ke tu in logon ko shukr guzar nahi paye ga.</w:t>
      </w:r>
    </w:p>
    <w:p>
      <w:pPr>
        <w:jc w:val="right"/>
      </w:pPr>
      <w:r>
        <w:t>ا۔ تو یہ بہت ہی زیادہ سیریس بات ہے کہ شیطان نے یہ بات کہی کہ تو ان لوگوں کو شکر گزار نہیں پائے گا۔</w:t>
      </w:r>
    </w:p>
    <w:p>
      <w:r>
        <w:rPr>
          <w:b/>
        </w:rPr>
        <w:t xml:space="preserve">[11:35] </w:t>
      </w:r>
      <w:r>
        <w:t>to shukr guzari jo hai woh bohat zyada important hai.</w:t>
      </w:r>
    </w:p>
    <w:p>
      <w:pPr>
        <w:jc w:val="right"/>
      </w:pPr>
      <w:r>
        <w:t>تو شکر گزاری جو ہے وہ بہت زیادہ امپورٹنٹ ہے۔</w:t>
      </w:r>
    </w:p>
    <w:p>
      <w:r>
        <w:rPr>
          <w:b/>
        </w:rPr>
        <w:t xml:space="preserve">[11:40] </w:t>
      </w:r>
      <w:r>
        <w:t>shukr guzari hi ke zariye se hum Khuda ki marzi ko samajhte hain, Khuda ki marzi ke mutabiq apna amal karte hain, aur isi rastay mein hamein Khuda ki saari blessings milti hain.</w:t>
      </w:r>
    </w:p>
    <w:p>
      <w:pPr>
        <w:jc w:val="right"/>
      </w:pPr>
      <w:r>
        <w:t>شکر گزاری ہی کے ذریعے سے ہم خدا کی مرضی کو سمجھتے ہیں، خدا کی مرضی کے مطابق اپنا عمل کرتے ہیں، اور اسی راستے میں ہمیں خدا کی ساری بلیسنگز ملتی ہیں۔</w:t>
      </w:r>
    </w:p>
    <w:p>
      <w:r>
        <w:rPr>
          <w:b/>
        </w:rPr>
        <w:t xml:space="preserve">[11:57] </w:t>
      </w:r>
      <w:r>
        <w:t>ji</w:t>
      </w:r>
    </w:p>
    <w:p>
      <w:pPr>
        <w:jc w:val="right"/>
      </w:pPr>
      <w:r>
        <w:t>جی</w:t>
      </w:r>
    </w:p>
    <w:p>
      <w:r>
        <w:rPr>
          <w:b/>
        </w:rPr>
        <w:t xml:space="preserve">[11:58] </w:t>
      </w:r>
      <w:r>
        <w:t>apa to jis tareeqe se aap ne bataya, ab ek sawal yeh bhi aata hai ke ek insaan ke liye kitni zyada mushkilein barh jati hain ke ek shaitan hai jo is taaq mein rehta hai ke us ko kaise seedhe rastay se hata de.</w:t>
      </w:r>
    </w:p>
    <w:p>
      <w:pPr>
        <w:jc w:val="right"/>
      </w:pPr>
      <w:r>
        <w:t>آپا تو جس طریقے سے آپ نے بتایا، اب ایک سوال یہ بھی آتا ہے کہ ایک انسان کے لیے کتنی زیادہ مشکلیں بڑھ جاتی ہیں کہ ایک شیطان ہے جو اس طاق میں رہتا ہے کہ اس کو کیسے سیدھے راستے سے ہٹا دے۔</w:t>
      </w:r>
    </w:p>
    <w:p>
      <w:r>
        <w:rPr>
          <w:b/>
        </w:rPr>
        <w:t xml:space="preserve">[12:13] </w:t>
      </w:r>
      <w:r>
        <w:t>to in sab mushkilon ke bawajood kaise insaan apne andar shukr ke jazbat ya shukr ki feeling ko paida kar sakta hai, us ke baray mein batayein.</w:t>
      </w:r>
    </w:p>
    <w:p>
      <w:pPr>
        <w:jc w:val="right"/>
      </w:pPr>
      <w:r>
        <w:t>تو ان سب مشکلات کے باوجود کیسے انسان اپنے اندر شکر کے جذبات یا شکر کی فیلنگ کو پیدا کر سکتا ہے، اس کے بارے میں بتائیں۔</w:t>
      </w:r>
    </w:p>
    <w:p>
      <w:r>
        <w:rPr>
          <w:b/>
        </w:rPr>
        <w:t xml:space="preserve">[12:27] </w:t>
      </w:r>
      <w:r>
        <w:t>shukr ki feelings wahi hain ke insaan jo Khuda ki jo us ko blessings mili hui hain, unhi par ghaur o fikr kare, un ko discover kare.</w:t>
      </w:r>
    </w:p>
    <w:p>
      <w:pPr>
        <w:jc w:val="right"/>
      </w:pPr>
      <w:r>
        <w:t>شکر کی فیلنگز وہی ہیں کہ انسان جو خدا کی جو اس کو بلیسنگز ملی ہوئی ہیں، انہی پر غور و فکر کرے، ان کو ڈسکور کرے۔</w:t>
      </w:r>
    </w:p>
    <w:p>
      <w:r>
        <w:rPr>
          <w:b/>
        </w:rPr>
        <w:t xml:space="preserve">[12:38] </w:t>
      </w:r>
      <w:r>
        <w:t>yeh hazaron lakhon blessings insaan ko Khuda ki taraf se mili hui hain, lekin chuki jaise hum ek bachcha duniya mein aankh kholta hai, woh dekhta hai ke har cheez us ke liye available</w:t>
      </w:r>
    </w:p>
    <w:p>
      <w:pPr>
        <w:jc w:val="right"/>
      </w:pPr>
      <w:r>
        <w:t>یہاں ہزاروں لاکھوں بلیسنگز انسان کو خدا کی طرف سے ملی ہوئی ہیں، لیکن چونکہ جیسے ہم ایک بچہ دنیا میں آنکھ کھولتا ہے، وہ دیکھتا ہے کہ ہر چیز اس کے لیے اویلیبل</w:t>
      </w:r>
    </w:p>
    <w:p>
      <w:r>
        <w:rPr>
          <w:b/>
        </w:rPr>
        <w:t xml:space="preserve">[12:51] </w:t>
      </w:r>
      <w:r>
        <w:t>hai, us ke maa baap hain, us ke rishtedar hain, us ke bahar sari cheezain jo hain us ko support kar rahi hain, aur har cheez us ke liye available hai.</w:t>
      </w:r>
    </w:p>
    <w:p>
      <w:pPr>
        <w:jc w:val="right"/>
      </w:pPr>
      <w:r>
        <w:t>ہے، اس کے ماں باپ ہیں، اس کے رشتہ دار ہیں، اس کے باہر ساری چیزیں جو ہیں اس کو سپورٹ کر رہی ہیں، اور ہر چیز اس کے لیے اویلیبل ہے۔</w:t>
      </w:r>
    </w:p>
    <w:p>
      <w:r>
        <w:rPr>
          <w:b/>
        </w:rPr>
        <w:t xml:space="preserve">[13:01] </w:t>
      </w:r>
      <w:r>
        <w:t>market hai, wahan sab cheez us ko available hai, to woh use to ho jata hai. Us ko lagta hai ke yeh sari cheezain to bas mil rahi hain, hamare paas paisa hai, hum ja ke market mein cheezain khareed lete hain.</w:t>
      </w:r>
    </w:p>
    <w:p>
      <w:pPr>
        <w:jc w:val="right"/>
      </w:pPr>
      <w:r>
        <w:t>مارکیٹ ہے، وہاں سب چیز اس کو اویلیبل ہے، تو وہ یوز ٹو ہو جاتا ہے۔ اس کو لگتا ہے کہ یہ ساری چیزیں تو بس مل رہی ہیں، ہمارے پاس پیسہ ہے، ہم جا کے مارکیٹ میں چیزیں خرید لیتے ہیں۔</w:t>
      </w:r>
    </w:p>
    <w:p>
      <w:r>
        <w:rPr>
          <w:b/>
        </w:rPr>
        <w:t xml:space="preserve">[13:13] </w:t>
      </w:r>
      <w:r>
        <w:t>to aisa nahi</w:t>
      </w:r>
    </w:p>
    <w:p>
      <w:pPr>
        <w:jc w:val="right"/>
      </w:pPr>
      <w:r>
        <w:t>تو ایسا نہیں</w:t>
      </w:r>
    </w:p>
    <w:p>
      <w:r>
        <w:rPr>
          <w:b/>
        </w:rPr>
        <w:t xml:space="preserve">[13:14] </w:t>
      </w:r>
      <w:r>
        <w:t>hai, hamein bohat ziyada ghaur o fikr karna hai ke har cheez hamein Khuda ki taraf se mil rahi hai. Khuda ne tamam cheezon ko is duniya mein potential ke roop mein rakh diya hai.</w:t>
      </w:r>
    </w:p>
    <w:p>
      <w:pPr>
        <w:jc w:val="right"/>
      </w:pPr>
      <w:r>
        <w:t>ہے، ہمیں بہت زیادہ غور و فکر کرنا ہے کہ ہر چیز ہمیں خدا کی طرف سے مل رہی ہے۔ خدا نے تمام چیزوں کو اس دنیا میں پوٹینشل کے روپ میں رکھ دیا ہے۔</w:t>
      </w:r>
    </w:p>
    <w:p>
      <w:r>
        <w:rPr>
          <w:b/>
        </w:rPr>
        <w:t xml:space="preserve">[13:29] </w:t>
      </w:r>
      <w:r>
        <w:t>insaan kya karta hai? Sirf in potential ko actual banata hai. To hum kehte hain ke scientists jo hain woh inventor hain, scientists bhi inventor nahi hain, woh sirf discover karte hain.</w:t>
      </w:r>
    </w:p>
    <w:p>
      <w:pPr>
        <w:jc w:val="right"/>
      </w:pPr>
      <w:r>
        <w:t>انسان کیا کرتا ہے؟ صرف ان پوٹینشل کو ایکچول بناتا ہے۔ تو ہم کہتے ہیں کہ سائنسدان جو ہیں وہ انوینٹر ہیں، سائنسدان بھی انوینٹر نہیں ہیں، وہ صرف ڈسکور کرتے ہیں۔</w:t>
      </w:r>
    </w:p>
    <w:p>
      <w:r>
        <w:rPr>
          <w:b/>
        </w:rPr>
        <w:t xml:space="preserve">[13:42] </w:t>
      </w:r>
      <w:r>
        <w:t>Allah taala ne har cheez is duniya mein potential ke roop mein rakh diya hai. Ab scientists ne mehnat kar ke us ko discover kiya, aur tamam poori jo ek civilization banai, tarah tarah ki technology banai jo aaj hamare kaam aa rahi hai.</w:t>
      </w:r>
    </w:p>
    <w:p>
      <w:pPr>
        <w:jc w:val="right"/>
      </w:pPr>
      <w:r>
        <w:t>اللہ تعالی نے ہر چیز اس دنیا میں پوٹینشل کے روپ میں رکھ دیا ہے۔ اب سائنسدانوں نے محنت کر کے اس کو ڈسکور کیا، اور تمام پوری جو ایک سولائزیشن بنائی، طرح طرح کی ٹیکنالوجی بنائی جو آج ہمارے کام آ رہی ہے۔</w:t>
      </w:r>
    </w:p>
    <w:p>
      <w:r>
        <w:rPr>
          <w:b/>
        </w:rPr>
        <w:t xml:space="preserve">[13:59] </w:t>
      </w:r>
      <w:r>
        <w:t>to insaan in cheezon ko soche. Misaal ke taur par insanon ne car banai. Ab agar petrol na hota to car kaise chalti?</w:t>
      </w:r>
    </w:p>
    <w:p>
      <w:pPr>
        <w:jc w:val="right"/>
      </w:pPr>
      <w:r>
        <w:t>تو انسان ان چیزوں کو سوچے۔ مثال کے طور پر انسانوں نے کار بنائی۔ اب اگر پٹرول نہ ہوتا تو کار کیسے چلتی؟</w:t>
      </w:r>
    </w:p>
    <w:p>
      <w:r>
        <w:rPr>
          <w:b/>
        </w:rPr>
        <w:t xml:space="preserve">[14:11] </w:t>
      </w:r>
      <w:r>
        <w:t>to Allah taala ne petrol ke khazane bhi zameen ke neeche daal diye ke Allah ko pata tha ke kal car banegi, kal hamari industries banengi, carkhane banenge, to is mein un ki zaroorat padegi.</w:t>
      </w:r>
    </w:p>
    <w:p>
      <w:pPr>
        <w:jc w:val="right"/>
      </w:pPr>
      <w:r>
        <w:t>تو اللہ تعالی نے پٹرول کے خزانے بھی زمین کے نیچے ڈال دیے کہ اللہ کو پتہ تھا کہ کل کار بنے گی، کل ہماری انڈسٹریز بنیں گی، کارخانے بنیں گے، تو اس میں ان کی ضرورت پڑے گی۔</w:t>
      </w:r>
    </w:p>
    <w:p>
      <w:r>
        <w:rPr>
          <w:b/>
        </w:rPr>
        <w:t xml:space="preserve">[14:24] </w:t>
      </w:r>
      <w:r>
        <w:t>to Allah taala ne kaha ke Quran mein aaya hai ke hum ne har woh cheez tum ko de di jis ki tumhein zaroorat thi, aur isi sath mein yeh bhi hai ke aakhirat mein har woh cheez tumhein milegi jo tum desire karoge.</w:t>
      </w:r>
    </w:p>
    <w:p>
      <w:pPr>
        <w:jc w:val="right"/>
      </w:pPr>
      <w:r>
        <w:t>تو اللہ تعالی نے کہا کہ قرآن میں آیا ہے کہ ہم نے ہر وہ چیز تم کو دے دی جس کی تمہیں ضرورت تھی، اور اسی ساتھ میں یہ بھی ہے کہ آخرت میں ہر وہ چیز تمہیں ملے گی جو تم ڈیزائر کرو گے۔</w:t>
      </w:r>
    </w:p>
    <w:p>
      <w:r>
        <w:rPr>
          <w:b/>
        </w:rPr>
        <w:t xml:space="preserve">[14:38] </w:t>
      </w:r>
      <w:r>
        <w:t>to</w:t>
      </w:r>
    </w:p>
    <w:p>
      <w:pPr>
        <w:jc w:val="right"/>
      </w:pPr>
      <w:r>
        <w:t>تو</w:t>
      </w:r>
    </w:p>
    <w:p>
      <w:r>
        <w:rPr>
          <w:b/>
        </w:rPr>
        <w:t xml:space="preserve">[14:39] </w:t>
      </w:r>
      <w:r>
        <w:t>duniya mein har zaroorat ki cheez Allah ne di, aur aakhirat mein woh jo bhi hamari desires hongi, us ke mutabiq hamein milega.</w:t>
      </w:r>
    </w:p>
    <w:p>
      <w:pPr>
        <w:jc w:val="right"/>
      </w:pPr>
      <w:r>
        <w:t>دنیا میں ہر ضرورت کی چیز اللہ نے دی، اور آخرت میں وہ جو بھی ہماری ڈیزائر ہوں گی، اس کے مطابق ہمیں ملے گا۔</w:t>
      </w:r>
    </w:p>
    <w:p>
      <w:r>
        <w:rPr>
          <w:b/>
        </w:rPr>
        <w:t xml:space="preserve">[14:48] </w:t>
      </w:r>
      <w:r>
        <w:t>to shukr ki feeling jo hum Maulana ne sikhaya, hum logon ko ke soch soch kar hamein apne andar shukr ki feeling paida karni hai.</w:t>
      </w:r>
    </w:p>
    <w:p>
      <w:pPr>
        <w:jc w:val="right"/>
      </w:pPr>
      <w:r>
        <w:t>تو شکر کی فیلنگ جو ہم مولانا نے سکھایا، ہم لوگوں کو کہ سوچ سوچ کر ہمیں اپنے اندر شکر کی فیلنگ پیدا کرنی ہے۔</w:t>
      </w:r>
    </w:p>
    <w:p>
      <w:r>
        <w:rPr>
          <w:b/>
        </w:rPr>
        <w:t xml:space="preserve">[14:58] </w:t>
      </w:r>
      <w:r>
        <w:t>ek ek cheez hamein sochna hai ke yeh Khuda ki di hui hai. Agar Khuda hamein nahi deta to hamein nahi milta. Khuda hi sare asbab paida karta hai.</w:t>
      </w:r>
    </w:p>
    <w:p>
      <w:pPr>
        <w:jc w:val="right"/>
      </w:pPr>
      <w:r>
        <w:t>ایک ایک چیز ہمیں سوچنا ہے کہ یہ خدا کی دی ہوئی ہے۔ اگر خدا ہمیں نہیں دیتا تو ہمیں نہیں ملتا۔ خدا ہی سارے اسباب پیدا کرتا ہے۔</w:t>
      </w:r>
    </w:p>
    <w:p>
      <w:r>
        <w:rPr>
          <w:b/>
        </w:rPr>
        <w:t xml:space="preserve">[15:07] </w:t>
      </w:r>
      <w:r>
        <w:t>kai baar aisa lagta hai ke ke is yeh achaanak ho gaya jo hum expect nahi kar rahe the, aur har taraf se woh Allah taala hi ki taraf se woh sara muqaddar hota hai, wohi hamein mil mil raha hota hai.</w:t>
      </w:r>
    </w:p>
    <w:p>
      <w:pPr>
        <w:jc w:val="right"/>
      </w:pPr>
      <w:r>
        <w:t>کئی بار ایسا لگتا ہے کہ کہ اس یہ اچانک ہو گیا جو ہم ایکسپیکٹ نہیں کر رہے تھے، اور ہر طرف سے وہ اللہ تعالی ہی کی طرف سے وہ سارا مقدر ہوتا ہے، وہی ہمیں مل مل رہا ہوتا ہے۔</w:t>
      </w:r>
    </w:p>
    <w:p>
      <w:r>
        <w:rPr>
          <w:b/>
        </w:rPr>
        <w:t xml:space="preserve">[15:21] </w:t>
      </w:r>
      <w:r>
        <w:t>to us ko hum ne sochna hai, ghaur o fikr karna hai. Main ek misaal se wazeh karti hoon ke ek Meerut mein ek Shahzad sahib the, to un ko halq ka cancer ho gaya</w:t>
      </w:r>
    </w:p>
    <w:p>
      <w:pPr>
        <w:jc w:val="right"/>
      </w:pPr>
      <w:r>
        <w:t>تو اس کو ہم نے سوچنا ہے، غور و فکر کرنا ہے۔ میں ایک مثال سے واضح کرتی ہوں کہ ایک میرٹھ میں ایک شہزاد صاحب تھے، تو ان کو حلق کا کینسر ہو گیا</w:t>
      </w:r>
    </w:p>
    <w:p>
      <w:r>
        <w:rPr>
          <w:b/>
        </w:rPr>
        <w:t xml:space="preserve">[15:34] </w:t>
      </w:r>
      <w:r>
        <w:t>tha. Woh hamare mission ke the, bohat ziyada mission ke liye kaam karte the. Jee to woh kuch bhi kha bhi nahi sakte the, jo advanced stage mein pani bhi nahi pi sakte the.</w:t>
      </w:r>
    </w:p>
    <w:p>
      <w:pPr>
        <w:jc w:val="right"/>
      </w:pPr>
      <w:r>
        <w:t>تھا۔ وہ ہمارے مشن کے تھے، بہت زیادہ مشن کے لیے کام کرتے تھے۔ جی تو وہ کچھ بھی کھا بھی نہیں سکتے تھے، جو ایڈوانسڈ سٹیج میں پانی بھی نہیں پی سکتے تھے۔</w:t>
      </w:r>
    </w:p>
    <w:p>
      <w:r>
        <w:rPr>
          <w:b/>
        </w:rPr>
        <w:t xml:space="preserve">[15:45] </w:t>
      </w:r>
      <w:r>
        <w:t>chamche se pani pilaya jata tha. To jab un ko log dekhne ke liye aate the to woh kehte the ke aap aap mujhe dekh kar aap kya sabak le rahe hain?</w:t>
      </w:r>
    </w:p>
    <w:p>
      <w:pPr>
        <w:jc w:val="right"/>
      </w:pPr>
      <w:r>
        <w:t>چمچے سے پانی پلایا جاتا تھا۔ تو جب ان کو لوگ دیکھنے کے لیے آتے تھے تو وہ کہتے تھے کہ آپ آپ مجھے دیکھ کر آپ کیا سبق لے رہے ہیں؟</w:t>
      </w:r>
    </w:p>
    <w:p>
      <w:r>
        <w:rPr>
          <w:b/>
        </w:rPr>
        <w:t xml:space="preserve">[15:55] </w:t>
      </w:r>
      <w:r>
        <w:t>aap yeh sabak lijiye ke aap shukr ada kijiye ke aap kha sakte hain, aap pi sakt</w:t>
      </w:r>
    </w:p>
    <w:p>
      <w:pPr>
        <w:jc w:val="right"/>
      </w:pPr>
      <w:r>
        <w:t>آپ یہ سبق لیجئے کہ آپ شکر ادا کیجئے کہ آپ کھا سکتے ہیں، آپ پی سکت</w:t>
      </w:r>
    </w:p>
    <w:p>
      <w:r>
        <w:rPr>
          <w:b/>
        </w:rPr>
        <w:t xml:space="preserve">[16:02] </w:t>
      </w:r>
      <w:r>
        <w:t>e hain. Main to mera khana jo hai, main zara bhi ek do chamche bhi khana khata hoon to mere hazam hi nahi hota, pait mein hi rakha rehta hai. To aap kha sakte hain, aap pi sakte hain, aap Khuda ka shukr ada kariye.</w:t>
      </w:r>
    </w:p>
    <w:p>
      <w:pPr>
        <w:jc w:val="right"/>
      </w:pPr>
      <w:r>
        <w:t>ے ہیں۔ میں تو میرا کھانا جو ہے، میں ذرا بھی ایک دو چمچہ بھی کھانا کھاتا ہوں تو میرے ہضم ہی نہیں ہوتا، پیٹ میں ہی رکھا رہتا ہے۔ تو آپ کھا سکتے ہیں، آپ پی سکتے ہیں، آپ خدا کا شکر ادا کریے۔</w:t>
      </w:r>
    </w:p>
    <w:p>
      <w:r>
        <w:rPr>
          <w:b/>
        </w:rPr>
        <w:t xml:space="preserve">[16:14] </w:t>
      </w:r>
      <w:r>
        <w:t>ab din bhar log khate peete rehte hain, woh sochte nahi ke yeh Khuda ki taraf se yeh jo hamara digestive system hai, woh Khuda ne banaya hai,</w:t>
      </w:r>
    </w:p>
    <w:p>
      <w:pPr>
        <w:jc w:val="right"/>
      </w:pPr>
      <w:r>
        <w:t>اب دن بھر لوگ کھاتے پیتے رہتے ہیں، وہ سوچتے نہیں کہ یہ خدا کی طرف سے یہ جو ہمارا ڈائجسٹیو سسٹم ہے، وہ خدا نے بنایا ہے،</w:t>
      </w:r>
    </w:p>
    <w:p>
      <w:r>
        <w:rPr>
          <w:b/>
        </w:rPr>
        <w:t xml:space="preserve">[16:23] </w:t>
      </w:r>
      <w:r>
        <w:t>aur hum khali mun mein khana rakhte hain, aur andar woh khana hazam kar ke woh hamara gosht, khoon, aur sari sare cells bante hain, jis se hamari sare kaam hote hain.</w:t>
      </w:r>
    </w:p>
    <w:p>
      <w:pPr>
        <w:jc w:val="right"/>
      </w:pPr>
      <w:r>
        <w:t>اور ہم خالی منہ میں کھانا رکھتے ہیں، اور اندر وہ کھانا ہضم کر کے وہ ہمارا گوشت، خون، اور ساری سارے سیلز بنتے ہیں، جس سے ہماری سارے کام ہوتے ہیں۔</w:t>
      </w:r>
    </w:p>
    <w:p>
      <w:r>
        <w:rPr>
          <w:b/>
        </w:rPr>
        <w:t xml:space="preserve">[16:36] </w:t>
      </w:r>
      <w:r>
        <w:t>to sochna padega,</w:t>
      </w:r>
    </w:p>
    <w:p>
      <w:pPr>
        <w:jc w:val="right"/>
      </w:pPr>
      <w:r>
        <w:t>تو سوچنا پڑے گا،</w:t>
      </w:r>
    </w:p>
    <w:p>
      <w:r>
        <w:rPr>
          <w:b/>
        </w:rPr>
        <w:t xml:space="preserve">[16:38] </w:t>
      </w:r>
      <w:r>
        <w:t>baghair soche hue hum bilkul janwaron ki tarah zindagi guzarenge, aur mar jayenge, aur aakhirat mein pachtane se kuch hoga nahi, kyunke yeh duniya hi hamare liye mauqa faraham karti hai ke hum kaam karein, aur is ke mutabiq jo hum amal karenge, usi ke mutabiq aakhirat mein hamein ek nayi zindagi milegi.</w:t>
      </w:r>
    </w:p>
    <w:p>
      <w:pPr>
        <w:jc w:val="right"/>
      </w:pPr>
      <w:r>
        <w:t>بغیر سوچے ہوئے ہم بالکل جانوروں کی طرح زندگی گزاریں گے، اور مر جائیں گے، اور آخرت میں پچھتانے سے کچھ ہوگا نہیں، کیونکہ یہ دنیا ہی ہمارے لیے موقع فراہم کرتی ہے کہ ہم کام کریں، اور اس کے مطابق جو ہم عمل کریں گے، اسی کے مطابق آخرت میں ہمیں ایک نئی زندگی ملے گی۔</w:t>
      </w:r>
    </w:p>
    <w:p>
      <w:r>
        <w:rPr>
          <w:b/>
        </w:rPr>
        <w:t xml:space="preserve">[17:01] </w:t>
      </w:r>
      <w:r>
        <w:t>to insan jo hai, jis ke paas sab kuch hai, woh bhi nashukra hai,</w:t>
      </w:r>
    </w:p>
    <w:p>
      <w:pPr>
        <w:jc w:val="right"/>
      </w:pPr>
      <w:r>
        <w:t>تو انسان جو ہے، جس کے پاس سب کچھ ہے، وہ بھی ناشکرا ہے،</w:t>
      </w:r>
    </w:p>
    <w:p>
      <w:r>
        <w:rPr>
          <w:b/>
        </w:rPr>
        <w:t xml:space="preserve">[17:07] </w:t>
      </w:r>
      <w:r>
        <w:t>jis ke paas nahi hai, woh bhi nashukra hai.aisa aisa is liye ke insan aik aisi makhlooq hai ke woh har cheez aik ideal sense mein chahta hai, aur dunya mein ideal us ko milta nahi.</w:t>
      </w:r>
    </w:p>
    <w:p>
      <w:pPr>
        <w:jc w:val="right"/>
      </w:pPr>
      <w:r>
        <w:t>جس کے پاس نہیں ہے، وہ بھی ناشکرا ہے۔ ایسا ایسا اس لیے کہ انسان ایک ایسی مخلوق ہے کہ وہ ہر چیز ایک آئیڈیل سینس میں چاہتا ہے، اور دنیا میں آئیڈیل اس کو ملتا نہیں۔</w:t>
      </w:r>
    </w:p>
    <w:p>
      <w:r>
        <w:rPr>
          <w:b/>
        </w:rPr>
        <w:t xml:space="preserve">[17:21] </w:t>
      </w:r>
      <w:r>
        <w:t>dunya mein chounke yeh dunya jo hai, aik test ke tor par banai gayi hai, logon ko freedom di gayi hai, is freedom ko log kuch log use karte hain proper, kuch log misuse karte</w:t>
      </w:r>
    </w:p>
    <w:p>
      <w:pPr>
        <w:jc w:val="right"/>
      </w:pPr>
      <w:r>
        <w:t>دنیا میں چونکہ یہ دنیا جو ہے، ایک ٹیسٹ کے طور پر بنائی گئی ہے، لوگوں کو فریڈم دی گئی ہے، اس فریڈم کو لوگ کچھ لوگ یوز کرتے ہیں پراپر، کچھ لوگ مس یوز کرتے</w:t>
      </w:r>
    </w:p>
    <w:p>
      <w:r>
        <w:rPr>
          <w:b/>
        </w:rPr>
        <w:t xml:space="preserve">[17:34] </w:t>
      </w:r>
      <w:r>
        <w:t>hain. ab jo log misuse karte hain, is se hamein takleef phochti hai. sab ke alag alag interest hain, to har aadmi jab apna interest follow karega to doosre ka nuqsan hoga.</w:t>
      </w:r>
    </w:p>
    <w:p>
      <w:pPr>
        <w:jc w:val="right"/>
      </w:pPr>
      <w:r>
        <w:t>ہیں۔ اب جو لوگ مس یوز کرتے ہیں، اس سے ہمیں تکلیف پہنچتی ہے۔ سب کے الگ الگ انٹرسٹ ہیں، تو ہر آدمی جب اپنا انٹرسٹ فالو کرے گا تو دوسرے کا نقصان ہوگا۔</w:t>
      </w:r>
    </w:p>
    <w:p>
      <w:r>
        <w:rPr>
          <w:b/>
        </w:rPr>
        <w:t xml:space="preserve">[17:45] </w:t>
      </w:r>
      <w:r>
        <w:t>to is tareeqe se kabhi bhi aisa nahi hota ke tamam cheezein jo hum chahte hain, woh hamein mil jayein. to hum hamesha nashukri mein hi rehte hain.</w:t>
      </w:r>
    </w:p>
    <w:p>
      <w:pPr>
        <w:jc w:val="right"/>
      </w:pPr>
      <w:r>
        <w:t>تو اس طریقے سے کبھی بھی ایسا نہیں ہوتا کہ تمام چیزیں جو ہم چاہتے ہیں، وہ ہمیں مل جائیں۔ تو ہم ہمیشہ ناشکری میں ہی رہتے ہیں۔</w:t>
      </w:r>
    </w:p>
    <w:p>
      <w:r>
        <w:rPr>
          <w:b/>
        </w:rPr>
        <w:t xml:space="preserve">[17:54] </w:t>
      </w:r>
      <w:r>
        <w:t>yeh nahi ke jo kuch hamein mila hua hai, is ka shukr ada karein, kyunke agar hum is ka shukr ada karein ge to Allah taala khush hon ge, aur hamein aur zyada dein ge.</w:t>
      </w:r>
    </w:p>
    <w:p>
      <w:pPr>
        <w:jc w:val="right"/>
      </w:pPr>
      <w:r>
        <w:t>یہ نہیں کہ جو کچھ ہمیں ملا ہوا ہے، اس کا شکر ادا کریں، کیونکہ اگر ہم اس کا شکر ادا کریں گے تو اللہ تعالی خوش ہوں گے، اور ہمیں اور زیادہ دیں گے۔</w:t>
      </w:r>
    </w:p>
    <w:p>
      <w:r>
        <w:rPr>
          <w:b/>
        </w:rPr>
        <w:t xml:space="preserve">[18:05] </w:t>
      </w:r>
      <w:r>
        <w:t>lekin hum shukriya nahi ada karte, jo kuch mila hua hai, usi ka shukr nahi ada karte. to Allah taala ne jo Quran mein kaha hai ke</w:t>
      </w:r>
    </w:p>
    <w:p>
      <w:pPr>
        <w:jc w:val="right"/>
      </w:pPr>
      <w:r>
        <w:t>لیکن ہم شکریہ نہیں ادا کرتے، جو کچھ ملا ہوا ہے، اسی کا شکر نہیں ادا کرتے۔ تو اللہ تعالی نے جو قرآن میں کہا ہے کہ</w:t>
      </w:r>
    </w:p>
    <w:p>
      <w:r>
        <w:rPr>
          <w:b/>
        </w:rPr>
        <w:t xml:space="preserve">[18:15] </w:t>
      </w:r>
      <w:r>
        <w:t>lan shaqartum la azeedannakum agar tum shukr ada karo ge to hum tum ko aur zyada dein ge. to hamein dekhna hai, aur hadith mein aaya hai ke apne se kam ko dekho.</w:t>
      </w:r>
    </w:p>
    <w:p>
      <w:pPr>
        <w:jc w:val="right"/>
      </w:pPr>
      <w:r>
        <w:t>لَنْ شَكَرْتُمْ لَأَزِيدَنَّكُمْ اگر تم شکر ادا کرو گے تو ہم تم کو اور زیادہ دیں گے۔ تو ہمیں دیکھنا ہے، اور حدیث میں آیا ہے کہ اپنے سے کم کو دیکھو۔</w:t>
      </w:r>
    </w:p>
    <w:p>
      <w:r>
        <w:rPr>
          <w:b/>
        </w:rPr>
        <w:t xml:space="preserve">[18:29] </w:t>
      </w:r>
      <w:r>
        <w:t>ab is ki aik achi misaal hai, Sheikh Saadi jo hain, aik bohat bare shayar hain Iran ke, medieval world ke shayar hain.</w:t>
      </w:r>
    </w:p>
    <w:p>
      <w:pPr>
        <w:jc w:val="right"/>
      </w:pPr>
      <w:r>
        <w:t>اب اس کی ایک اچھی مثال ہے، شیخ سعدی جو ہیں، ایک بہت بڑے شاعر ہیں ایران کے، میڈیول ورلڈ کے شاعر ہیں۔</w:t>
      </w:r>
    </w:p>
    <w:p>
      <w:r>
        <w:rPr>
          <w:b/>
        </w:rPr>
        <w:t xml:space="preserve">[18:38] </w:t>
      </w:r>
      <w:r>
        <w:t>to woh unhon ne is tarah ki hikayatein likhte thay, stories, moral stories.</w:t>
      </w:r>
    </w:p>
    <w:p>
      <w:pPr>
        <w:jc w:val="right"/>
      </w:pPr>
      <w:r>
        <w:t>تو وہ انہوں نے اس طرح کی حکایتیں لکھتے تھے، سٹوریز، مورل سٹوریز۔</w:t>
      </w:r>
    </w:p>
    <w:p>
      <w:r>
        <w:rPr>
          <w:b/>
        </w:rPr>
        <w:t xml:space="preserve">[18:44] </w:t>
      </w:r>
      <w:r>
        <w:t>to unhon ne aik story likhi hai ke mere paon mein joota nahi tha, aur main chal raha tha, aur bohat ghamgeen tha ke mere paas joota nahi hai. to aage ja gaya to dekha to aik aadmi ke paas paon nahi hai.</w:t>
      </w:r>
    </w:p>
    <w:p>
      <w:pPr>
        <w:jc w:val="right"/>
      </w:pPr>
      <w:r>
        <w:t>تو انہوں نے ایک سٹوری لکھی ہے کہ میرے پاؤں میں جوتا نہیں تھا، اور میں چل رہا تھا، اور بہت غمگین تھا کہ میرے پاس جوتا نہیں ہے۔ تو آگے جا گیا تو دیکھا تو ایک آدمی کے پاس پاؤں نہیں ہے۔</w:t>
      </w:r>
    </w:p>
    <w:p>
      <w:r>
        <w:rPr>
          <w:b/>
        </w:rPr>
        <w:t xml:space="preserve">[18:56] </w:t>
      </w:r>
      <w:r>
        <w:t>to main Khuda ka shukr ada karne laga ke Allah taala ne mere dono paon sahi salamat banaye hain. to is tareeqe se hamein soch soch kar ke hamein Khuda ki taraf se kya mila hua hai, is par hamein shukr ada karna hai.</w:t>
      </w:r>
    </w:p>
    <w:p>
      <w:pPr>
        <w:jc w:val="right"/>
      </w:pPr>
      <w:r>
        <w:t>تو میں خدا کا شکر ادا کرنے لگا کہ اللہ تعالی نے میرے دونوں پاؤں صحیح سلامت بنائے ہیں۔ تو اس طریقے سے ہمیں سوچ سوچ کر کہ ہمیں خدا کی طرف سے کیا ملا ہوا ہے، اس پر ہمیں شکر ادا کرنا ہے۔</w:t>
      </w:r>
    </w:p>
    <w:p>
      <w:r>
        <w:rPr>
          <w:b/>
        </w:rPr>
        <w:t xml:space="preserve">[19:11] </w:t>
      </w:r>
      <w:r>
        <w:t>agar hum sochein ge nahi to phir hum proper maani mein shukr nahi ada kar sakte. ji, bohat achhe se aap ne is ko wazeh kiya, aap.</w:t>
      </w:r>
    </w:p>
    <w:p>
      <w:pPr>
        <w:jc w:val="right"/>
      </w:pPr>
      <w:r>
        <w:t>اگر ہم سوچیں گے نہیں تو پھر ہم پراپر معنی میں شکر نہیں ادا کر سکتے۔ جی، بہت اچھے سے آپ نے اس کو واضح کیا، آپا۔</w:t>
      </w:r>
    </w:p>
    <w:p>
      <w:r>
        <w:rPr>
          <w:b/>
        </w:rPr>
        <w:t xml:space="preserve">[19:21] </w:t>
      </w:r>
      <w:r>
        <w:t>aur in fact, mujhe bhi yaad aa gaya Shehzad sahib ka qissa.</w:t>
      </w:r>
    </w:p>
    <w:p>
      <w:pPr>
        <w:jc w:val="right"/>
      </w:pPr>
      <w:r>
        <w:t>اور ان فیکٹ، مجھے بھی یاد آگیا شہزاد صاحب کا قصہ۔</w:t>
      </w:r>
    </w:p>
    <w:p>
      <w:r>
        <w:rPr>
          <w:b/>
        </w:rPr>
        <w:t xml:space="preserve">[19:26] </w:t>
      </w:r>
      <w:r>
        <w:t>in fact, hum un se pehle bhi mile thay, aur jab un ka inteqal ho gaya tha to Maulana ka bhi safar hua tha, aur Maulana phir un ke bete se mil kar un se gale lage thay.</w:t>
      </w:r>
    </w:p>
    <w:p>
      <w:pPr>
        <w:jc w:val="right"/>
      </w:pPr>
      <w:r>
        <w:t>ان فیکٹ، ہم ان سے پہلے بھی ملے تھے، اور جب ان کا انتقال ہو گیا تھا تو مولانا کا بھی سفر ہوا تھا، اور مولانا پھر ان کے بیٹے سے مل کر ان سے گلے لگے تھے۔</w:t>
      </w:r>
    </w:p>
    <w:p>
      <w:r>
        <w:rPr>
          <w:b/>
        </w:rPr>
        <w:t xml:space="preserve">[19:37] </w:t>
      </w:r>
      <w:r>
        <w:t>aur aik martaba meri un se baat hui thi jab woh bohat zyada dard mein thay, to unhon ne kaha tha ke "Raza sahib, jahan aik insan ka dard peak level pe hota hai, wahan se mera dard shuru hota hai." to is qadar woh dard mein thay, lekin is ke baad bhi un ki itni musbat soch thi, kyunke Al-Risala ko regularly padhte thay, Maulana ko bohat zyada follow karte thay, bohat mante thay.</w:t>
      </w:r>
    </w:p>
    <w:p>
      <w:pPr>
        <w:jc w:val="right"/>
      </w:pPr>
      <w:r>
        <w:t>اور ایک مرتبہ میری ان سے بات ہوئی تھی جب وہ بہت زیادہ درد میں تھے، تو انہوں نے کہا تھا کہ "رضا صاحب، جہاں ایک انسان کا درد پیک لیول پہ ہوتا ہے، وہاں سے میرا درد شروع ہوتا ہے۔" تو اس قدر وہ درد میں تھے، لیکن اس کے بعد بھی ان کی اتنی مثبت سوچ تھی، کیونکہ الرسالہ کو ریگولرلی پڑھتے تھے، مولانا کو بہت زیادہ فالو کرتے تھے، بہت مانتے تھے۔</w:t>
      </w:r>
    </w:p>
    <w:p>
      <w:r>
        <w:rPr>
          <w:b/>
        </w:rPr>
        <w:t xml:space="preserve">[20:02] </w:t>
      </w:r>
      <w:r>
        <w:t>to yeh kehte thay, jaise aap ne bataya ke "aap mujh ko dekh kar shukr karein, jo bhi un se milne aata tha ke aap pani pi sakte hain, aap khana digest kar sakte hain, aap dekh sakte hain, aap chal sakte</w:t>
      </w:r>
    </w:p>
    <w:p>
      <w:pPr>
        <w:jc w:val="right"/>
      </w:pPr>
      <w:r>
        <w:t>تو یہ کہتے تھے، جیسے آپ نے بتایا کہ "آپ مجھ کو دیکھ کر شکر کریں، جو بھی ان سے ملنے آتا تھا کہ آپ پانی پی سکتے ہیں، آپ کھانا ڈائجسٹ کر سکتے ہیں، آپ دیکھ سکتے ہیں، آپ چل سکتے</w:t>
      </w:r>
    </w:p>
    <w:p>
      <w:r>
        <w:rPr>
          <w:b/>
        </w:rPr>
        <w:t xml:space="preserve">[20:13] </w:t>
      </w:r>
      <w:r>
        <w:t>hain. main to is bistar se uth bhi nahi sakta." to hota yahi hai, apa, ke insan aksar cheezon ko for granted le leta hai. Maulana jaise kehte thay ke "har aik insan ko 99 percent mila hua hai, lekin sirf 1 percent nahi mila hai." aur yahi Shaitan ka maamla tha ke us ko sab kuch mila hua tha, sirf woh aik 1 percent jis pe Allah taala ne kaha ke "tum sajda karo", to us ne inkar kar diya, aur woh aik ungrateful,</w:t>
      </w:r>
    </w:p>
    <w:p>
      <w:pPr>
        <w:jc w:val="right"/>
      </w:pPr>
      <w:r>
        <w:t>ہیں۔ میں تو اس بستر سے اٹھ بھی نہیں سکتا۔" تو ہوتا یہی ہے، آپا، کہ انسان اکثر چیزوں کو فار گرانٹڈ لے لیتا ہے۔ مولانا جیسے کہتے تھے کہ "ہر ایک انسان کو 99 پرسنٹ ملا ہوا ہے، لیکن صرف ون پرسنٹ نہیں ملا ہے۔" اور یہی شیطان کا معاملہ تھا کہ اس کو سب کچھ ملا ہوا تھا، صرف وہ ایک ون پرسنٹ جس پہ اللہ تعالی نے کہا کہ "تم سجدہ کرو"، تو اس نے انکار کر دیا، اور وہ ایک ان گریٹ فل،</w:t>
      </w:r>
    </w:p>
    <w:p>
      <w:r>
        <w:rPr>
          <w:b/>
        </w:rPr>
        <w:t xml:space="preserve">[20:40] </w:t>
      </w:r>
      <w:r>
        <w:t>ungrateful qarar diya</w:t>
      </w:r>
    </w:p>
    <w:p>
      <w:pPr>
        <w:jc w:val="right"/>
      </w:pPr>
      <w:r>
        <w:t>ان گریٹ فل قرار دیا</w:t>
      </w:r>
    </w:p>
    <w:p>
      <w:r>
        <w:rPr>
          <w:b/>
        </w:rPr>
        <w:t xml:space="preserve">[20:42] </w:t>
      </w:r>
      <w:r>
        <w:t>gaya. to stress, zindagi mein jo stress hota hai, is ka bhi karan yahi hai ke mile hue ko chhod kar insan aksar jo cheez nahi mili hui hai, us ke peeche bhagta hai.</w:t>
      </w:r>
    </w:p>
    <w:p>
      <w:pPr>
        <w:jc w:val="right"/>
      </w:pPr>
      <w:r>
        <w:t>گیا۔ تو سٹریس، زندگی میں جو سٹریس ہوتا ہے، اس کا بھی کارن یہی ہے کہ ملے ہوئے کو چھوڑ کے انسان اکثر جو چیز نہیں ملی ہوئی ہے، اس کے پیچھے بھاگتا ہے۔</w:t>
      </w:r>
    </w:p>
    <w:p>
      <w:r>
        <w:rPr>
          <w:b/>
        </w:rPr>
        <w:t xml:space="preserve">[20:53] </w:t>
      </w:r>
      <w:r>
        <w:t>to apa, yeh jo yeh jo cheez hum dekhte hain ke hum agar human civilization ko bhi dekhein ke kaise progress hui hai, from stone age to present industrial age, aur aap ne jaise abhi zikr bhi kiya ke Quran mein aaya hai ke hum ne woh sari cheezein insan ko de dein jo us ki zaroorat hai.</w:t>
      </w:r>
    </w:p>
    <w:p>
      <w:pPr>
        <w:jc w:val="right"/>
      </w:pPr>
      <w:r>
        <w:t>تو آپا، یہ جو یہ جو چیز ہم دیکھتے ہیں کہ ہم اگر ہیومن سولائزیشن کو بھی دیکھیں کہ کیسے پروگریس ہوئی ہے، فرام سٹون ایج ٹو پریزنٹ انڈسٹریل ایج، اور آپ نے جیسے ابھی ذکر بھی کیا کہ قرآن میں آیا ہے کہ ہم نے وہ ساری چیزیں انسان کو دے دیں جو اس کی ضرورت ہے۔</w:t>
      </w:r>
    </w:p>
    <w:p>
      <w:r>
        <w:rPr>
          <w:b/>
        </w:rPr>
        <w:t xml:space="preserve">[21:11] </w:t>
      </w:r>
      <w:r>
        <w:t>to woh sara saman aaj ki date mein hum agar dekhein to hum motor gaadi mein baith kar ja sakte hain, hawai jahaz se aik jagah se doosri jagah phoch sakte hain, telephone se kisi bhi dunya mein aik insan se connect kar sakte hain.</w:t>
      </w:r>
    </w:p>
    <w:p>
      <w:pPr>
        <w:jc w:val="right"/>
      </w:pPr>
      <w:r>
        <w:t>تو وہ سارا سامان آج کی ڈیٹ میں ہم اگر دیکھیں تو ہم موٹر گاڑی میں بیٹھ کے جا سکتے ہیں، ہوائی جہاز سے ایک جگہ سے دوسری جگہ پہنچ سکتے ہیں، ٹیلی فون سے کسی بھی دنیا میں ایک انسان سے کنیکٹ کر سکتے ہیں۔</w:t>
      </w:r>
    </w:p>
    <w:p>
      <w:r>
        <w:rPr>
          <w:b/>
        </w:rPr>
        <w:t xml:space="preserve">[21:22] </w:t>
      </w:r>
      <w:r>
        <w:t>to kyun aik insan cheezon ko for granted leta hai</w:t>
      </w:r>
    </w:p>
    <w:p>
      <w:pPr>
        <w:jc w:val="right"/>
      </w:pPr>
      <w:r>
        <w:t>تو کیوں ایک انسان چیزوں کو فار گرانٹڈ لیتا ہے</w:t>
      </w:r>
    </w:p>
    <w:p>
      <w:r>
        <w:rPr>
          <w:b/>
        </w:rPr>
        <w:t xml:space="preserve">[21:26] </w:t>
      </w:r>
      <w:r>
        <w:t>؟ aisa kyun hai ke us ki aankhon ke samne sari cheezein maujood hain? woh agar peeche mud kar dekhe to woh paye ga ke us ke paas sab kuch hai.</w:t>
      </w:r>
    </w:p>
    <w:p>
      <w:pPr>
        <w:jc w:val="right"/>
      </w:pPr>
      <w:r>
        <w:t>؟ ایسا کیوں ہے کہ اس کی آنکھوں کے سامنے ساری چیزیں موجود ہیں؟ وہ اگر پیچھے مڑ کے دیکھے تو وہ پائے گا کہ اس کے پاس سب کچھ ہے۔</w:t>
      </w:r>
    </w:p>
    <w:p>
      <w:r>
        <w:rPr>
          <w:b/>
        </w:rPr>
        <w:t xml:space="preserve">[21:35] </w:t>
      </w:r>
      <w:r>
        <w:t>to aisa kyun, apa? Khuda asal mein invisible hai, woh cause and effect ke tehat kaam kar raha hai.</w:t>
      </w:r>
    </w:p>
    <w:p>
      <w:pPr>
        <w:jc w:val="right"/>
      </w:pPr>
      <w:r>
        <w:t>تو ایسا کیوں، آپا؟ خدا اصل میں انویزیبل ہے، وہ کاز اینڈ ایفیکٹ کے تحت کام کر رہا ہے۔</w:t>
      </w:r>
    </w:p>
    <w:p>
      <w:r>
        <w:rPr>
          <w:b/>
        </w:rPr>
        <w:t xml:space="preserve">[21:44] </w:t>
      </w:r>
      <w:r>
        <w:t>ji, to hamein lagta hi nahin ke khuda ki taraf se yeh kaam ho raha hai. sahih, hamein lagta hai hamari mehnat hai, hamare maa baap ki mehnat hai, hamare doosre logon ki mehnat hai.</w:t>
      </w:r>
    </w:p>
    <w:p>
      <w:pPr>
        <w:jc w:val="right"/>
      </w:pPr>
      <w:r>
        <w:t>جی، تو ہمیں لگتا ہی نہیں کہ خدا کی طرف سے یہ کام ہو رہا ہے۔ صحیح، ہمیں لگتا ہے ہماری محنت ہے، ہمارے ماں باپ کی محنت ہے، ہمارے دوسرے لوگوں کی محنت ہے۔</w:t>
      </w:r>
    </w:p>
    <w:p>
      <w:r>
        <w:rPr>
          <w:b/>
        </w:rPr>
        <w:t xml:space="preserve">[21:56] </w:t>
      </w:r>
      <w:r>
        <w:t>woh mehnat se woh kaam ho raha hai hamara. hum ne mehnat ki, hum ne taleem hasil ki, hamein acha job mil gaya, aur is ki wajah se hamare saare kaam chal rahe hain.</w:t>
      </w:r>
    </w:p>
    <w:p>
      <w:pPr>
        <w:jc w:val="right"/>
      </w:pPr>
      <w:r>
        <w:t>وہ محنت سے وہ کام ہو رہا ہے ہمارا۔ ہم نے محنت کی، ہم نے تعلیم حاصل کی، ہمیں اچھا جاب مل گیا، اور اس کی وجہ سے ہمارے سارے کام چل رہے ہیں۔</w:t>
      </w:r>
    </w:p>
    <w:p>
      <w:r>
        <w:rPr>
          <w:b/>
        </w:rPr>
        <w:t xml:space="preserve">[22:05] </w:t>
      </w:r>
      <w:r>
        <w:t>to hamein is jo asbab ka jo parda hai, is ko pharna parega. to tabhi hum samajh sakte hain ke khuda jo hai, sab kuch khuda kar raha hai, insan nahin kar raha hai.</w:t>
      </w:r>
    </w:p>
    <w:p>
      <w:pPr>
        <w:jc w:val="right"/>
      </w:pPr>
      <w:r>
        <w:t>تو ہمیں اس جو اسباب کا جو پردہ ہے، اس کو پھاڑنا پڑے گا۔ تو تبھی ہم سمجھ سکتے ہیں کہ خدا جو ہے، سب کچھ خدا کر رہا ہے، انسان نہیں کر رہا ہے۔</w:t>
      </w:r>
    </w:p>
    <w:p>
      <w:r>
        <w:rPr>
          <w:b/>
        </w:rPr>
        <w:t xml:space="preserve">[22:19] </w:t>
      </w:r>
      <w:r>
        <w:t>isi liye bar bar aisa Allah taala dikhate hain, aur khas tor par bare bare logon ko dikhate hain. jaise abdul kalam speech de rahe the, speech dete dete ek dam se woh gir pade, un ko heart attack ho gaya aur khatam ho gaye.</w:t>
      </w:r>
    </w:p>
    <w:p>
      <w:pPr>
        <w:jc w:val="right"/>
      </w:pPr>
      <w:r>
        <w:t>اسی لیے بار بار ایسا اللہ تعالی دکھاتے ہیں، اور خاص طور پر بڑے بڑے لوگوں کو دکھاتے ہیں۔ جیسے عبدالکلام اسپیچ دے رہے تھے، اسپیچ دیتے دیتے ایک دم سے وہ گر پڑے، ان کو ہارٹ اٹیک ہو گیا اور ختم ہو گئے۔</w:t>
      </w:r>
    </w:p>
    <w:p>
      <w:r>
        <w:rPr>
          <w:b/>
        </w:rPr>
        <w:t xml:space="preserve">[22:35] </w:t>
      </w:r>
      <w:r>
        <w:t>to Allah taala dikhata hai ke dekho, khuda ka hukum tha, is liye woh bol rahe the. ab khuda ka hukum khatam ho gaya to un ka bolna bhi khatam ho gaya. to aise bar bar hota rehta hai.</w:t>
      </w:r>
    </w:p>
    <w:p>
      <w:pPr>
        <w:jc w:val="right"/>
      </w:pPr>
      <w:r>
        <w:t>تو اللہ تعالی دکھاتا ہے کہ دیکھو، خدا کا حکم تھا، اس لیے وہ بول رہے تھے۔ اب خدا کا حکم ختم ہو گیا تو ان کا بولنا بھی ختم ہو گیا۔ تو ایسے بار بار ہوتا رہتا ہے۔</w:t>
      </w:r>
    </w:p>
    <w:p>
      <w:r>
        <w:rPr>
          <w:b/>
        </w:rPr>
        <w:t xml:space="preserve">[22:46] </w:t>
      </w:r>
      <w:r>
        <w:t>to hum ko bohat hi gehri nazar chahiye, baseerat ki aankh chahiye, jo hum dekh saken ke yeh sab kuch khuda ki wajah se ho raha hai.</w:t>
      </w:r>
    </w:p>
    <w:p>
      <w:pPr>
        <w:jc w:val="right"/>
      </w:pPr>
      <w:r>
        <w:t>تو ہم کو بہت ہی گہری نظر چاہیے، بصیرت کی آنکھ چاہیے، جو ہم دیکھ سکیں کہ یہ سب کچھ خدا کی وجہ سے ہو رہا ہے۔</w:t>
      </w:r>
    </w:p>
    <w:p>
      <w:r>
        <w:rPr>
          <w:b/>
        </w:rPr>
        <w:t xml:space="preserve">[22:57] </w:t>
      </w:r>
      <w:r>
        <w:t>aur tamam jo cheezein hain duniya mein, farz kariye ke hamein khane peene ka saman chahiye, hum bazaar mein jaate hain, hamein mil jata hai.</w:t>
      </w:r>
    </w:p>
    <w:p>
      <w:pPr>
        <w:jc w:val="right"/>
      </w:pPr>
      <w:r>
        <w:t>اور تمام جو چیزیں ہیں دنیا میں، فرض کریے کہ ہمیں کھانے پینے کا سامان چاہیے، ہم بازار میں جاتے ہیں، ہمیں مل جاتا ہے۔</w:t>
      </w:r>
    </w:p>
    <w:p>
      <w:r>
        <w:rPr>
          <w:b/>
        </w:rPr>
        <w:t xml:space="preserve">[23:06] </w:t>
      </w:r>
      <w:r>
        <w:t>aur farz kariye ke abhi drought ho jaye, barish hi na ho kahin, to hamein kya milega? khuda barish barsa raha hai, is se</w:t>
      </w:r>
    </w:p>
    <w:p>
      <w:pPr>
        <w:jc w:val="right"/>
      </w:pPr>
      <w:r>
        <w:t>اور فرض کریے کہ ابھی ڈراؤٹ ہو جائے، بارش ہی نہ ہو کہیں، تو ہمیں کیا ملے گا؟ خدا بارش برسا رہا ہے، اس سے</w:t>
      </w:r>
    </w:p>
    <w:p>
      <w:r>
        <w:rPr>
          <w:b/>
        </w:rPr>
        <w:t xml:space="preserve">[23:15] </w:t>
      </w:r>
      <w:r>
        <w:t>ghalla ug raha hai, ghalla market mein aa raha hai. ab hamara ek percent is mein hai ke hamare paas paisa hai, aur woh woh ek percent bhi nahin hai, woh bhi khuda ki wajah se hai, aur hum ja ke is se bazaar se saman khareed lete hain.</w:t>
      </w:r>
    </w:p>
    <w:p>
      <w:pPr>
        <w:jc w:val="right"/>
      </w:pPr>
      <w:r>
        <w:t>غلہ اگ رہا ہے، غلہ مارکیٹ میں آ رہا ہے۔ اب ہمارا ایک پرسنٹ اس میں ہے کہ ہمارے پاس پیسہ ہے، اور وہ وہ ایک پرسنٹ بھی نہیں ہے، وہ بھی خدا کی وجہ سے ہے، اور ہم جا کے اس سے بازار سے سامان خرید لیتے ہیں۔</w:t>
      </w:r>
    </w:p>
    <w:p>
      <w:r>
        <w:rPr>
          <w:b/>
        </w:rPr>
        <w:t xml:space="preserve">[23:28] </w:t>
      </w:r>
      <w:r>
        <w:t>to yahi sab sochna parega ke har kaam jo hai, woh khuda kar raha hai. hum chal bhi rahe hain to khuda chalwa raha hai, kyun ke agar zameen mein gravity na ho to hum chal nahin sakte.</w:t>
      </w:r>
    </w:p>
    <w:p>
      <w:pPr>
        <w:jc w:val="right"/>
      </w:pPr>
      <w:r>
        <w:t>تو یہی سب سوچنا پڑے گا کہ ہر کام جو ہے، وہ خدا کر رہا ہے۔ ہم چل بھی رہے ہیں تو خدا چلوا رہا ہے، کیونکہ اگر زمین میں گریویٹی نہ ہو تو ہم چل نہیں سکتے۔</w:t>
      </w:r>
    </w:p>
    <w:p>
      <w:r>
        <w:rPr>
          <w:b/>
        </w:rPr>
        <w:t xml:space="preserve">[23:39] </w:t>
      </w:r>
      <w:r>
        <w:t>jaise log jaate hain chand pe to woh chal chal nahin sakte hain, uṛte hain to</w:t>
      </w:r>
    </w:p>
    <w:p>
      <w:pPr>
        <w:jc w:val="right"/>
      </w:pPr>
      <w:r>
        <w:t>جیسے لوگ جاتے ہیں چاند پہ تو وہ چل چل نہیں سکتے ہیں، اڑتے ہیں تو</w:t>
      </w:r>
    </w:p>
    <w:p>
      <w:r>
        <w:rPr>
          <w:b/>
        </w:rPr>
        <w:t xml:space="preserve">[23:44] </w:t>
      </w:r>
      <w:r>
        <w:t>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p>
    <w:p>
      <w:pPr>
        <w:jc w:val="right"/>
      </w:pPr>
      <w:r>
        <w:t>ہوا میں تیرتے ہیں۔ تو اس طریقے سے اگر ہم گہری گہرائی سے سوچیں، تب ہمیں لگے گا کہ ہر کام خدا کروا رہا ہے۔ تو ہم اگر خدا کا شکر نہ ادا کریں تو کتنی زیادہ بڑی یہ ایول ہے کہ ہم ہم ہر چیز خدا کی لے رہے ہیں اور اس کا شکر نہیں ادا کر رہے ہیں، کیونکہ خدا کو تو کسی چیز کی ضرورت نہیں ہے۔</w:t>
      </w:r>
    </w:p>
    <w:p>
      <w:r>
        <w:rPr>
          <w:b/>
        </w:rPr>
        <w:t xml:space="preserve">[24:07] </w:t>
      </w:r>
      <w:r>
        <w:t>khuda ko to sirf hamara shukr chahiye, hamari hamd chahiye, hum Allah ko yaad karen. hum</w:t>
      </w:r>
    </w:p>
    <w:p>
      <w:pPr>
        <w:jc w:val="right"/>
      </w:pPr>
      <w:r>
        <w:t>خدا کو تو صرف ہمارا شکر چاہیے، ہماری حمد چاہیے، ہم اللہ کو یاد کریں۔ ہم</w:t>
      </w:r>
    </w:p>
    <w:p>
      <w:r>
        <w:rPr>
          <w:b/>
        </w:rPr>
        <w:t xml:space="preserve">[24:12] </w:t>
      </w:r>
      <w:r>
        <w:t>to yeh kaam hamein karna hai, warna hum ek user per ki hamari zindagi hogi. aur hum kisi ne, ek arab ne Maulana se kaha tha, ek alaarif ke insan aaj jo hai,</w:t>
      </w:r>
    </w:p>
    <w:p>
      <w:pPr>
        <w:jc w:val="right"/>
      </w:pPr>
      <w:r>
        <w:t>تو یہ کام ہمیں کرنا ہے، ورنہ ہم ایک یوزر پر کی ہماری زندگی ہوگی۔ اور ہم کسی نے، ایک عرب نے مولانا سے کہا تھا، ایک العارف کہ انسان آج جو ہے،</w:t>
      </w:r>
    </w:p>
    <w:p>
      <w:r>
        <w:rPr>
          <w:b/>
        </w:rPr>
        <w:t xml:space="preserve">[24:27] </w:t>
      </w:r>
      <w:r>
        <w:t>ne'maton ko to khoob khoob istemal kar raha hai, aur munim ki is ko khabar nahin hai. munim ko woh janta hi nahin ke munim kaun hai, dene wala kaun hai, sirf ne'maton ko istemal kar raha hai.</w:t>
      </w:r>
    </w:p>
    <w:p>
      <w:pPr>
        <w:jc w:val="right"/>
      </w:pPr>
      <w:r>
        <w:t>نعمتوں کو تو خوب خوب استعمال کر رہا ہے، اور منیم کی اس کو خبر نہیں ہے۔ منیم کو وہ جانتا ہی نہیں کہ منیم کون ہے، دینے والا کون ہے، صرف نعمتوں کو استعمال کر رہا ہے۔</w:t>
      </w:r>
    </w:p>
    <w:p>
      <w:r>
        <w:rPr>
          <w:b/>
        </w:rPr>
        <w:t xml:space="preserve">[24:40] </w:t>
      </w:r>
      <w:r>
        <w:t>to yeh duniya mein yeh sab ho raha hai, akhirat mein jab woh pahunchega, tab us ko samajh mein aayega ke sab kuch khuda tha, khuda ki duniya thi, khuda ki tamam cheezein us ne istemal keen, aur khuda ka naam liye baghair.</w:t>
      </w:r>
    </w:p>
    <w:p>
      <w:pPr>
        <w:jc w:val="right"/>
      </w:pPr>
      <w:r>
        <w:t>تو یہ دنیا میں یہ سب ہو رہا ہے، آخرت میں جب وہ پہنچے گا، تب اس کو سمجھ میں آئے گا کہ سب کچھ خدا تھا، خدا کی دنیا تھی، خدا کی تمام چیزیں اس نے استعمال کیں، اور خدا کا نام لیے بغیر۔</w:t>
      </w:r>
    </w:p>
    <w:p>
      <w:r>
        <w:rPr>
          <w:b/>
        </w:rPr>
        <w:t xml:space="preserve">[24:54] </w:t>
      </w:r>
      <w:r>
        <w:t>to us waqt us ko samajh mein aayega, lekin us waqt ka samajhna jo hai, us ke kuch kaam nahin aayega. kaam to isi duniya mein, chunke Allah taala ne is duniya ko paida hi kiya hai ke hamara test ho,</w:t>
      </w:r>
    </w:p>
    <w:p>
      <w:pPr>
        <w:jc w:val="right"/>
      </w:pPr>
      <w:r>
        <w:t>تو اس وقت اس کو سمجھ میں آئے گا، لیکن اس وقت کا سمجھنا جو ہے، اس کے کچھ کام نہیں آئے گا۔ کام تو اسی دنیا میں، چونکہ اللہ تعالی نے اس دنیا کو پیدا ہی کیا ہے کہ ہمارا ٹیسٹ ہو،</w:t>
      </w:r>
    </w:p>
    <w:p>
      <w:r>
        <w:rPr>
          <w:b/>
        </w:rPr>
        <w:t xml:space="preserve">[25:07] </w:t>
      </w:r>
      <w:r>
        <w:t>to hamara jo test ho raha hai, woh isi duniya mein ho raha hai. to is hamein bohat zyada serious hona chahiye, aur bohat zyada soch samajh kar zindagi guzarni hai.</w:t>
      </w:r>
    </w:p>
    <w:p>
      <w:pPr>
        <w:jc w:val="right"/>
      </w:pPr>
      <w:r>
        <w:t>تو ہمارا جو ٹیسٹ ہو رہا ہے، وہ اسی دنیا میں ہو رہا ہے۔ تو اس ہمیں بہت زیادہ سیریس ہونا چاہیے، اور بہت زیادہ سوچ سمجھ کر زندگی گزارنی ہے۔</w:t>
      </w:r>
    </w:p>
    <w:p>
      <w:r>
        <w:rPr>
          <w:b/>
        </w:rPr>
        <w:t xml:space="preserve">[25:18] </w:t>
      </w:r>
      <w:r>
        <w:t>ji, aap ka agla sawal poochne se pehle kuch comment parhna chahunga. yeh comment bheja hai dilli se doctor saniya hasnain khan sahib ne.</w:t>
      </w:r>
    </w:p>
    <w:p>
      <w:pPr>
        <w:jc w:val="right"/>
      </w:pPr>
      <w:r>
        <w:t>جی، آپ کا اگلا سوال پوچھنے سے پہلے کچھ کمنٹ پڑھنا چاہوں گا۔ یہ کمنٹ بھیجا ہے دلی سے ڈاکٹر ثانیہ حسنین خان صاحب نے۔</w:t>
      </w:r>
    </w:p>
    <w:p>
      <w:r>
        <w:rPr>
          <w:b/>
        </w:rPr>
        <w:t xml:space="preserve">[25:27] </w:t>
      </w:r>
      <w:r>
        <w:t>unhon ne likha hai ke "Excellent session on Shukr, Apa has put it very well. We have to develop the faculty of thinking.</w:t>
      </w:r>
    </w:p>
    <w:p>
      <w:pPr>
        <w:jc w:val="right"/>
      </w:pPr>
      <w:r>
        <w:t>انہوں نے لکھا ہے کہ "Excellent session on Shukr, Apa has put it very well. We have to develop the faculty of thinking.</w:t>
      </w:r>
    </w:p>
    <w:p>
      <w:r>
        <w:rPr>
          <w:b/>
        </w:rPr>
        <w:t xml:space="preserve">[25:37] </w:t>
      </w:r>
      <w:r>
        <w:t>In this way, we will discover the blessings of Allah and we will personalize them. This will help us in developing a higher form of Shukr." Maulana called it as creative Shukr.</w:t>
      </w:r>
    </w:p>
    <w:p>
      <w:pPr>
        <w:jc w:val="right"/>
      </w:pPr>
      <w:r>
        <w:t>In this way, we will discover the blessings of Allah and we will personalize them. This will help us in developing a higher form of Shukr." مولانا called it as creative Shukr.</w:t>
      </w:r>
    </w:p>
    <w:p>
      <w:r>
        <w:rPr>
          <w:b/>
        </w:rPr>
        <w:t xml:space="preserve">[25:50] </w:t>
      </w:r>
      <w:r>
        <w:t>doctor aslam khan sahib ne saharanpur se likha hai "We should try to acknowledge each and every visible and invisible blessings of Almighty God.</w:t>
      </w:r>
    </w:p>
    <w:p>
      <w:pPr>
        <w:jc w:val="right"/>
      </w:pPr>
      <w:r>
        <w:t>ڈاکٹر اسلم خان صاحب نے سارن پور سے لکھا ہے "We should try to acknowledge each and every visible and invisible blessings of Almighty God.</w:t>
      </w:r>
    </w:p>
    <w:p>
      <w:r>
        <w:rPr>
          <w:b/>
        </w:rPr>
        <w:t xml:space="preserve">[26:00] </w:t>
      </w:r>
      <w:r>
        <w:t>If we are suffering from any turmoil, it is a result of our own deed</w:t>
      </w:r>
    </w:p>
    <w:p>
      <w:pPr>
        <w:jc w:val="right"/>
      </w:pPr>
      <w:r>
        <w:t>If we are suffering from any turmoil, it is a result of our own deed</w:t>
      </w:r>
    </w:p>
    <w:p>
      <w:r>
        <w:rPr>
          <w:b/>
        </w:rPr>
        <w:t xml:space="preserve">[26:05] </w:t>
      </w:r>
      <w:r>
        <w:t>s." acha, apa agar dekhen to quran aur hadith se bhi yeh sabit hota hai ke maujooda zindagi mein agar Allah ki blessings ko insan acknowledge kare aur hamd aur shukr ka saboot de to yeh aya hai ke is ka akhirat mein shahana mamlat kiya jayega.</w:t>
      </w:r>
    </w:p>
    <w:p>
      <w:pPr>
        <w:jc w:val="right"/>
      </w:pPr>
      <w:r>
        <w:t>s." اچھا، آپا اگر دیکھیں تو قرآن اور حدیث سے بھی یہ ثابت ہوتا ہے کہ موجودہ زندگی میں اگر اللہ کی blessings کو انسان acknowledge کرے اور حمد اور شکر کا ثبوت دے تو یہ آیا ہے کہ اس کا آخرت میں شاہانہ معاملات کیا جائے گا۔</w:t>
      </w:r>
    </w:p>
    <w:p>
      <w:r>
        <w:rPr>
          <w:b/>
        </w:rPr>
        <w:t xml:space="preserve">[26:28] </w:t>
      </w:r>
      <w:r>
        <w:t>to is ke bawajood ke yeh hadith o quran se itne achhe se wazeh hai,</w:t>
      </w:r>
    </w:p>
    <w:p>
      <w:pPr>
        <w:jc w:val="right"/>
      </w:pPr>
      <w:r>
        <w:t>تو اس کے باوجود کہ یہ حدیث و قرآن سے اتنے اچھے سے واضح ہے،</w:t>
      </w:r>
    </w:p>
    <w:p>
      <w:r>
        <w:rPr>
          <w:b/>
        </w:rPr>
        <w:t xml:space="preserve">[26:33] </w:t>
      </w:r>
      <w:r>
        <w:t>phir bhi jo insaan hai woh ungrateful rehta hai. to aisa kyun, apa? to hadith aur quran ki to hum sirf tilawat karte hain, is ko samajh ke parhte hi kahan hain?</w:t>
      </w:r>
    </w:p>
    <w:p>
      <w:pPr>
        <w:jc w:val="right"/>
      </w:pPr>
      <w:r>
        <w:t>پھر بھی جو انسان ہے وہ ungrateful رہتا ہے۔ تو ایسا کیوں، آپا؟ تو حدیث اور قرآن کی تو ہم صرف تلاوت کرتے ہیں، اس کو سمجھ کے پڑھتے ہی کہاں ہیں؟</w:t>
      </w:r>
    </w:p>
    <w:p>
      <w:r>
        <w:rPr>
          <w:b/>
        </w:rPr>
        <w:t xml:space="preserve">[26:47] </w:t>
      </w:r>
      <w:r>
        <w:t>to Allah taala ki nematein jo hain, woh yaad rakhne ki hoti hain. ab farz kariye ke hum ko das bees saal pehle Allah ne koi khaas madad ki thi, aur hum is ko kuch dinon mein bhool jaate hain.</w:t>
      </w:r>
    </w:p>
    <w:p>
      <w:pPr>
        <w:jc w:val="right"/>
      </w:pPr>
      <w:r>
        <w:t>تو اللہ تعالی کی نعمتیں جو ہیں، وہ یاد رکھنے کی ہوتی ہیں۔ اب فرض کریے کہ ہم کو دس بیس سال پہلے اللہ نے کوئی خاص مدد کی تھی، اور ہم اس کو کچھ دنوں میں بھول جاتے ہیں۔</w:t>
      </w:r>
    </w:p>
    <w:p>
      <w:r>
        <w:rPr>
          <w:b/>
        </w:rPr>
        <w:t xml:space="preserve">[26:59] </w:t>
      </w:r>
      <w:r>
        <w:t>to hamein baar baar is ko yaad karna hai, is ka charcha karna hai.</w:t>
      </w:r>
    </w:p>
    <w:p>
      <w:pPr>
        <w:jc w:val="right"/>
      </w:pPr>
      <w:r>
        <w:t>تو ہمیں بار بار اس کو یاد کرنا ہے، اس کا چرچا کرنا ہے۔</w:t>
      </w:r>
    </w:p>
    <w:p>
      <w:r>
        <w:rPr>
          <w:b/>
        </w:rPr>
        <w:t xml:space="preserve">[27:03] </w:t>
      </w:r>
      <w:r>
        <w:t>ab aap dekhiye, maa baap hote hain, un ka beta ne koi khaas bara achievement kiya hota hai, aap is ke haan jayein to woh bas apne bachche ki baat karta rehta hai.</w:t>
      </w:r>
    </w:p>
    <w:p>
      <w:pPr>
        <w:jc w:val="right"/>
      </w:pPr>
      <w:r>
        <w:t>اب آپ دیکھیے، ماں باپ ہوتے ہیں، ان کا بیٹا نے کوئی خاص بڑا achievement کیا ہوتا ہے، آپ اس کے ہاں جائیں تو وہ بس اپنے بچے کی بات کرتا رہتا ہے۔</w:t>
      </w:r>
    </w:p>
    <w:p>
      <w:r>
        <w:rPr>
          <w:b/>
        </w:rPr>
        <w:t xml:space="preserve">[27:14] </w:t>
      </w:r>
      <w:r>
        <w:t>bohat baar mujhe aisa tajruba hua hai. ji, to lekin jo Allah taala hai, jis ne sab kuch kiya hai, is ka hum charcha nahin karte.</w:t>
      </w:r>
    </w:p>
    <w:p>
      <w:pPr>
        <w:jc w:val="right"/>
      </w:pPr>
      <w:r>
        <w:t>بہت بار مجھے ایسا تجربہ ہوا ہے۔ جی، تو لیکن جو اللہ تعالی ہے، جس نے سب کچھ کیا ہے، اس کا ہم چرچا نہیں کرتے۔</w:t>
      </w:r>
    </w:p>
    <w:p>
      <w:r>
        <w:rPr>
          <w:b/>
        </w:rPr>
        <w:t xml:space="preserve">[27:23] </w:t>
      </w:r>
      <w:r>
        <w:t>jab hum charcha nahin karenge to woh to us ki nematein hum bhool hi jayen ge</w:t>
      </w:r>
    </w:p>
    <w:p>
      <w:pPr>
        <w:jc w:val="right"/>
      </w:pPr>
      <w:r>
        <w:t>جب ہم چرچا نہیں کریں گے تو وہ تو اس کی نعمتیں ہم بھول ہی جائیں گ</w:t>
      </w:r>
    </w:p>
    <w:p>
      <w:r>
        <w:rPr>
          <w:b/>
        </w:rPr>
        <w:t xml:space="preserve">[27:27] </w:t>
      </w:r>
      <w:r>
        <w:t>e. phir hamein lagne lagega ke yeh to hum hum hi sab kuch kar rahe hain, hamare log kar rahe hain, insaan kar rahe hain. to hamein is ka charcha karna hai, is ka zikr karna hai, Allah ki barhai karni hai.</w:t>
      </w:r>
    </w:p>
    <w:p>
      <w:pPr>
        <w:jc w:val="right"/>
      </w:pPr>
      <w:r>
        <w:t>ے۔ پھر ہمیں لگنے لگے گا کہ یہ تو ہم ہم ہی سب کچھ کر رہے ہیں، ہمارے لوگ کر رہے ہیں، انسان کر رہے ہیں۔ تو ہمیں اس کا چرچا کرنا ہے، اس کا ذکر کرنا ہے، اللہ کی بڑائی کرنی ہے۔</w:t>
      </w:r>
    </w:p>
    <w:p>
      <w:r>
        <w:rPr>
          <w:b/>
        </w:rPr>
        <w:t xml:space="preserve">[27:39] </w:t>
      </w:r>
      <w:r>
        <w:t>quran mein aaya hai ke Allah ki barhai is tarah karo jis tarah tum apne baap dada ki, apne ancestors ki barhai karte ho</w:t>
      </w:r>
    </w:p>
    <w:p>
      <w:pPr>
        <w:jc w:val="right"/>
      </w:pPr>
      <w:r>
        <w:t>قرآن میں آیا ہے کہ اللہ کی بڑائی اس طرح کرو جس طرح تم اپنے باپ دادا کی، اپنے ancestors کی بڑائی کرتے ہو</w:t>
      </w:r>
    </w:p>
    <w:p>
      <w:r>
        <w:rPr>
          <w:b/>
        </w:rPr>
        <w:t xml:space="preserve">[27:47] </w:t>
      </w:r>
      <w:r>
        <w:t>. to jo aisi barhai kare, jo apne baap dada aur ancestors wali barhai kare, Allah taala ki charcha kare, to wohi samajh lijiye, wohi real charcha hai.</w:t>
      </w:r>
    </w:p>
    <w:p>
      <w:pPr>
        <w:jc w:val="right"/>
      </w:pPr>
      <w:r>
        <w:t>۔ تو جو ایسی بڑائی کرے، جو اپنے باپ دادا اور ancestors والی بڑائی کرے، اللہ تعالی کی چرچا کرے، تو وہی سمجھ لیجئے، وہی real چرچا ہے۔</w:t>
      </w:r>
    </w:p>
    <w:p>
      <w:r>
        <w:rPr>
          <w:b/>
        </w:rPr>
        <w:t xml:space="preserve">[27:59] </w:t>
      </w:r>
      <w:r>
        <w:t>yeh jo munh se jo alhamdulillah jo aaj kal raaij ho gaya hai, yeh is ki koi value nahin hai Allah ke nazdeek. is ko hum keh sakte hain lip service.</w:t>
      </w:r>
    </w:p>
    <w:p>
      <w:pPr>
        <w:jc w:val="right"/>
      </w:pPr>
      <w:r>
        <w:t>یہ جو منہ سے جو الحمدللہ جو آج کل رائج ہو گیا ہے، یہ اس کی کوئی value نہیں ہے اللہ کے نزدیک۔ اس کو ہم کہہ سکتے ہیں lip service۔</w:t>
      </w:r>
    </w:p>
    <w:p>
      <w:r>
        <w:rPr>
          <w:b/>
        </w:rPr>
        <w:t xml:space="preserve">[28:09] </w:t>
      </w:r>
      <w:r>
        <w:t>to yeh sirf lip service hai. to yahi hai ke tamam nematon ko hamein refresh karna hai.</w:t>
      </w:r>
    </w:p>
    <w:p>
      <w:pPr>
        <w:jc w:val="right"/>
      </w:pPr>
      <w:r>
        <w:t>تو یہ صرف lip service ہے۔ تو یہی ہے کہ تمام نعمتوں کو ہمیں refresh کرنا ہے۔</w:t>
      </w:r>
    </w:p>
    <w:p>
      <w:r>
        <w:rPr>
          <w:b/>
        </w:rPr>
        <w:t xml:space="preserve">[28:16] </w:t>
      </w:r>
      <w:r>
        <w:t>maulana kehte the ke main apni ungliyon par nematon ko rozana yaad karta hoon ke Allah ki yeh nemat, yeh nematein. matlab musalsal jo bachpan se Allah ki jo nematein milein, jo Allah taala ne khaas khaas mauqe par madad kiya, woh sab rozana is ko yaad karta hoon.</w:t>
      </w:r>
    </w:p>
    <w:p>
      <w:pPr>
        <w:jc w:val="right"/>
      </w:pPr>
      <w:r>
        <w:t>مولانا کہتے تھے کہ میں اپنی انگلیوں پر نعمتوں کو روزانہ یاد کرتا ہوں کہ اللہ کی یہ نعمت، یہ نعمتیں۔ مطلب مسلسل جو بچپن سے اللہ کی جو نعمتیں ملیں، جو اللہ تعالی نے خاص خاص موقع پر مدد کیا، وہ سب روزانہ اس کو یاد کرتا ہوں۔</w:t>
      </w:r>
    </w:p>
    <w:p>
      <w:r>
        <w:rPr>
          <w:b/>
        </w:rPr>
        <w:t xml:space="preserve">[28:34] </w:t>
      </w:r>
      <w:r>
        <w:t>to is tareeqe se woh refresh hoti rehti hain. tab tab ja ke woh ek haqeeqi shukr dil se niklta hai.</w:t>
      </w:r>
    </w:p>
    <w:p>
      <w:pPr>
        <w:jc w:val="right"/>
      </w:pPr>
      <w:r>
        <w:t>تو اس طریقے سے وہ refresh ہوتی رہتی ہیں۔ تب تب جا کے وہ ایک حقیقی شکر دل سے نکلتا ہے۔</w:t>
      </w:r>
    </w:p>
    <w:p>
      <w:r>
        <w:rPr>
          <w:b/>
        </w:rPr>
        <w:t xml:space="preserve">[28:41] </w:t>
      </w:r>
      <w:r>
        <w:t>to hamein bhi isi tareeqe se nematon ko refresh karna hai, rozana yaad karna hai, Allah ka zikr karna hai, aur Allah ki blessings ka zikr karna hai.</w:t>
      </w:r>
    </w:p>
    <w:p>
      <w:pPr>
        <w:jc w:val="right"/>
      </w:pPr>
      <w:r>
        <w:t>تو ہمیں بھی اسی طریقے سے نعمتوں کو refresh کرنا ہے، روزانہ یاد کرنا ہے، اللہ کا ذکر کرنا ہے، اور اللہ کی blessings کا ذکر کرنا ہے۔</w:t>
      </w:r>
    </w:p>
    <w:p>
      <w:r>
        <w:rPr>
          <w:b/>
        </w:rPr>
        <w:t xml:space="preserve">[28:53] </w:t>
      </w:r>
      <w:r>
        <w:t>tabhi hamare dimagh mein woh blessings jo hain, woh taaza rahen gi. warna to hum sab bhool jayenge. phir hamein lagega ke sab insaan kar rahe hain. kyun?</w:t>
      </w:r>
    </w:p>
    <w:p>
      <w:pPr>
        <w:jc w:val="right"/>
      </w:pPr>
      <w:r>
        <w:t>تبھی ہمارے دماغ میں وہ blessings جو ہیں، وہ تازہ رہیں گی۔ ورنہ تو ہم سب بھول جائیں گے۔ پھر ہمیں لگے گا کہ سب انسان کر رہے ہیں۔ کیوں؟</w:t>
      </w:r>
    </w:p>
    <w:p>
      <w:r>
        <w:rPr>
          <w:b/>
        </w:rPr>
        <w:t xml:space="preserve">[29:02] </w:t>
      </w:r>
      <w:r>
        <w:t>insaan nazar aa raha hai, khuda nazar nahin aa raha hai.</w:t>
      </w:r>
    </w:p>
    <w:p>
      <w:pPr>
        <w:jc w:val="right"/>
      </w:pPr>
      <w:r>
        <w:t>انسان نظر آ رہا ہے، خدا نظر نہیں آ رہا ہے۔</w:t>
      </w:r>
    </w:p>
    <w:p>
      <w:r>
        <w:rPr>
          <w:b/>
        </w:rPr>
        <w:t xml:space="preserve">[29:05] </w:t>
      </w:r>
      <w:r>
        <w:t>lekin marne ke baad khuda, rasool Allah salallahu alaihi wasallam ne farmaya ke khuda isi tarah nazar aayega jaise hum tum chand dekhte ho.</w:t>
      </w:r>
    </w:p>
    <w:p>
      <w:pPr>
        <w:jc w:val="right"/>
      </w:pPr>
      <w:r>
        <w:t>لیکن مرنے کے بعد خدا، رسول اللہ صلی اللہ علیہ وسلم نے فرمایا کہ خدا اسی طرح نظر آئے گا جیسے ہم تم چاند دیکھتے ہو۔</w:t>
      </w:r>
    </w:p>
    <w:p>
      <w:r>
        <w:rPr>
          <w:b/>
        </w:rPr>
        <w:t xml:space="preserve">[29:14] </w:t>
      </w:r>
      <w:r>
        <w:t>to wahan khuda nazar aayega, lekin us waqt jis ne is dunya mein khuda ke aage surrender nahin kiya. to aur wahan jab rab-ul-alameen, tamam kainat ka malik nazar aayega, har aadmi us ke aage jhukna chahega.</w:t>
      </w:r>
    </w:p>
    <w:p>
      <w:pPr>
        <w:jc w:val="right"/>
      </w:pPr>
      <w:r>
        <w:t>تو وہاں خدا نظر آئے گا، لیکن اس وقت جس نے اس دنیا میں خدا کے آگے surrender نہیں کیا۔ تو اور وہاں جب رب العالمین، تمام کائنات کا مالک نظر آئے گا، ہر آدمی اس کے آگے جھکنا چاہے گا۔</w:t>
      </w:r>
    </w:p>
    <w:p>
      <w:r>
        <w:rPr>
          <w:b/>
        </w:rPr>
        <w:t xml:space="preserve">[29:28] </w:t>
      </w:r>
      <w:r>
        <w:t>to jo is dunya mein nahin jhuka, woh wahan jhuk nahin sakega. is ki body akad jaye</w:t>
      </w:r>
    </w:p>
    <w:p>
      <w:pPr>
        <w:jc w:val="right"/>
      </w:pPr>
      <w:r>
        <w:t>تو جو اس دنیا میں نہیں جھکا، وہ وہاں جھک نہیں سکے گا۔ اس کی body اکڑ جائے</w:t>
      </w:r>
    </w:p>
    <w:p>
      <w:r>
        <w:rPr>
          <w:b/>
        </w:rPr>
        <w:t xml:space="preserve">[29:33] </w:t>
      </w:r>
      <w:r>
        <w:t>gi. to ab aap sochiye ke kitna bara woh humiliation hoga. to jo kuch karna hai, hamein isi dunya mein kar dalna hai. warna phir hamein woh koi mauqa nahin milega.</w:t>
      </w:r>
    </w:p>
    <w:p>
      <w:pPr>
        <w:jc w:val="right"/>
      </w:pPr>
      <w:r>
        <w:t>گی۔ تو اب آپ سوچیے کہ کتنا بڑا وہ humiliation ہوگا۔ تو جو کچھ کرنا ہے، ہمیں اسی دنیا میں کر ڈالنا ہے۔ ورنہ پھر ہمیں وہ کوئی موقع نہیں ملے گا۔</w:t>
      </w:r>
    </w:p>
    <w:p>
      <w:r>
        <w:rPr>
          <w:b/>
        </w:rPr>
        <w:t xml:space="preserve">[29:44] </w:t>
      </w:r>
      <w:r>
        <w:t>to yeh saari cheezein hamare jo hamare andar, insaan ke andar jo potential Allah ne rakh diya hai, usi ko hum actualize karte hain.</w:t>
      </w:r>
    </w:p>
    <w:p>
      <w:pPr>
        <w:jc w:val="right"/>
      </w:pPr>
      <w:r>
        <w:t>تو یہ ساری چیزیں ہمارے جو ہمارے اندر، انسان کے اندر جو potential اللہ نے رکھ دیا ہے، اسی کو ہم actualize کرتے ہیں۔</w:t>
      </w:r>
    </w:p>
    <w:p>
      <w:r>
        <w:rPr>
          <w:b/>
        </w:rPr>
        <w:t xml:space="preserve">[29:54] </w:t>
      </w:r>
      <w:r>
        <w:t>dunya mein jo potential rakh diya hai, usi ko hum actualize kar ke poori poori tehzeeb banate hain. to yeh rozana jab bhi hum log Maulana ke paas baithte the, to yahi sab Allah ki baatein hoti thin.</w:t>
      </w:r>
    </w:p>
    <w:p>
      <w:pPr>
        <w:jc w:val="right"/>
      </w:pPr>
      <w:r>
        <w:t>دنیا میں جو potential رکھ دیا ہے، اسی کو ہم actualize کر کے پوری پوری تہذیب بناتے ہیں۔ تو یہ روزانہ جب بھی ہم لوگ مولانا کے پاس بیٹھتے تھے، تو یہی سب اللہ کی باتیں ہوتی تھیں۔</w:t>
      </w:r>
    </w:p>
    <w:p>
      <w:r>
        <w:rPr>
          <w:b/>
        </w:rPr>
        <w:t xml:space="preserve">[30:06] </w:t>
      </w:r>
      <w:r>
        <w:t>ji, Allah ka zikr hota tha, Allah ka charcha hota tha. to is tareeqe se woh baar baar hum logon ko yaad dilate rehte the</w:t>
      </w:r>
    </w:p>
    <w:p>
      <w:pPr>
        <w:jc w:val="right"/>
      </w:pPr>
      <w:r>
        <w:t>جی، اللہ کا ذکر ہوتا تھا، اللہ کا چرچا ہوتا تھا۔ تو اس طریقے سے وہ بار بار ہم لوگوں کو یاد دلاتے رہتے تھے</w:t>
      </w:r>
    </w:p>
    <w:p>
      <w:r>
        <w:rPr>
          <w:b/>
        </w:rPr>
        <w:t xml:space="preserve">[30:15] </w:t>
      </w:r>
      <w:r>
        <w:t>ke kis tareeqe se har mauqe par Allah taala ki madad aa jati hai. haan, dua karna zaroori hai Allah se ki madad ke liye, Allah se ki blessings ke liye, har kaam ke liye hamein dua karna chahiye.</w:t>
      </w:r>
    </w:p>
    <w:p>
      <w:pPr>
        <w:jc w:val="right"/>
      </w:pPr>
      <w:r>
        <w:t>کہ کس طریقے سے ہر موقع پر اللہ تعالی کی مدد آ جاتی ہے۔ ہاں، دعا کرنا ضروری ہے اللہ سے کی مدد کے لیے، اللہ سے کی blessings کے لیے، ہر کام کے لیے ہمیں دعا کرنا چاہیے۔</w:t>
      </w:r>
    </w:p>
    <w:p>
      <w:r>
        <w:rPr>
          <w:b/>
        </w:rPr>
        <w:t xml:space="preserve">[30:29] </w:t>
      </w:r>
      <w:r>
        <w:t>rasool Allah salallahu alaihi wasallam bohat ziyada dua karte the.</w:t>
      </w:r>
    </w:p>
    <w:p>
      <w:pPr>
        <w:jc w:val="right"/>
      </w:pPr>
      <w:r>
        <w:t>رسول اللہ صلی اللہ علیہ وسلم بہت زیادہ دعا کرتے تھے۔</w:t>
      </w:r>
    </w:p>
    <w:p>
      <w:r>
        <w:rPr>
          <w:b/>
        </w:rPr>
        <w:t xml:space="preserve">[30:36] </w:t>
      </w:r>
      <w:r>
        <w:t>aapa, agar aaj ke muashre mein dekha jaye to zahiri aitbar se har shakhs jo hai, wo apne masail se dochar hai.</w:t>
      </w:r>
    </w:p>
    <w:p>
      <w:pPr>
        <w:jc w:val="right"/>
      </w:pPr>
      <w:r>
        <w:t>آپا، اگر آج کے معاشرے میں دیکھا جائے تو ظاہری اعتبار سے ہر شخص جو ہے، وہ اپنے مسائل سے دوچار ہے۔</w:t>
      </w:r>
    </w:p>
    <w:p>
      <w:r>
        <w:rPr>
          <w:b/>
        </w:rPr>
        <w:t xml:space="preserve">[30:44] </w:t>
      </w:r>
      <w:r>
        <w:t>wo apni problems se oopar uth kar nahi soch pata. So the question that comes in mind is that how can one be thankful despite you know facing problems in in one's daily life to is ke bare mein bhi aap kuch advice dein.</w:t>
      </w:r>
    </w:p>
    <w:p>
      <w:pPr>
        <w:jc w:val="right"/>
      </w:pPr>
      <w:r>
        <w:t>وہ اپنی problems سے اوپر اٹھ کر نہیں سوچ پاتا۔ So the question that comes in mind is that how can one be thankful despite you know facing problems in in one's daily life تو اس کے بارے میں بھی آپ کچھ advice دیں۔</w:t>
      </w:r>
    </w:p>
    <w:p>
      <w:r>
        <w:rPr>
          <w:b/>
        </w:rPr>
        <w:t xml:space="preserve">[31:02] </w:t>
      </w:r>
      <w:r>
        <w:t>dekhiye, problems to har ek ko hain. Ye thori ke ke ambani aur adani ko bhi problems hain. Problems se to chhutti kabhi milegi nahi.</w:t>
      </w:r>
    </w:p>
    <w:p>
      <w:pPr>
        <w:jc w:val="right"/>
      </w:pPr>
      <w:r>
        <w:t>دیکھیے، problems تو ہر ایک کو ہیں۔ یہ تھوڑی کہ کہ امبانی اور ایڈانی کو بھی problems ہیں۔ Problems سے تو چھٹی کبھی ملے گی نہیں۔</w:t>
      </w:r>
    </w:p>
    <w:p>
      <w:r>
        <w:rPr>
          <w:b/>
        </w:rPr>
        <w:t xml:space="preserve">[31:13] </w:t>
      </w:r>
      <w:r>
        <w:t>to hamein problems se oopar uth kar dekhna parega. Jisko Maulana kehte the ignore the problems, avail the opportunities to ye nahi ke hum have not se inhi ke problems hain.</w:t>
      </w:r>
    </w:p>
    <w:p>
      <w:pPr>
        <w:jc w:val="right"/>
      </w:pPr>
      <w:r>
        <w:t>تو ہمیں problems سے اوپر اٹھ کر دیکھنا پڑے گا۔ جس کو مولانا کہتے تھے ignore the problems, avail the opportunities تو یہ نہیں کہ ہم have not سے انہی کے problems ہیں۔</w:t>
      </w:r>
    </w:p>
    <w:p>
      <w:r>
        <w:rPr>
          <w:b/>
        </w:rPr>
        <w:t xml:space="preserve">[31:25] </w:t>
      </w:r>
      <w:r>
        <w:t>to hamein problems jo hain, is liye hote hain ke wo hamare liye challenge ka kaam dein, hamare liye motivation ka kaam dein, incentive ka kaam dein.</w:t>
      </w:r>
    </w:p>
    <w:p>
      <w:pPr>
        <w:jc w:val="right"/>
      </w:pPr>
      <w:r>
        <w:t>تو ہمیں problems جو ہیں، اس لیے ہوتے ہیں کہ وہ ہمارے لیے challenge کا کام دیں، ہمارے لیے motivation کا کام دیں، incentive کا کام دیں۔</w:t>
      </w:r>
    </w:p>
    <w:p>
      <w:r>
        <w:rPr>
          <w:b/>
        </w:rPr>
        <w:t xml:space="preserve">[31:35] </w:t>
      </w:r>
      <w:r>
        <w:t>to aisa kabhi nahi hota ke bilkul insan ke andar tamam salahiyaten khatm ho gayi hon to ab opportunities ko avail karne ki.</w:t>
      </w:r>
    </w:p>
    <w:p>
      <w:pPr>
        <w:jc w:val="right"/>
      </w:pPr>
      <w:r>
        <w:t>تو ایسا کبھی نہیں ہوتا کہ بالکل انسان کے اندر تمام صلاحیتیں ختم ہو گئی ہوں تو اب opportunities کو avail کرنے کی۔</w:t>
      </w:r>
    </w:p>
    <w:p>
      <w:r>
        <w:rPr>
          <w:b/>
        </w:rPr>
        <w:t xml:space="preserve">[31:45] </w:t>
      </w:r>
      <w:r>
        <w:t>to aisa nahi hota. Hamesha hamare andar salahiyaten hoti hain. Agar hum apne andar positivity hamare andar rahe, negativity na rahe.</w:t>
      </w:r>
    </w:p>
    <w:p>
      <w:pPr>
        <w:jc w:val="right"/>
      </w:pPr>
      <w:r>
        <w:t>تو ایسا نہیں ہوتا۔ ہمیشہ ہمارے اندر صلاحیتیں ہوتی ہیں۔ اگر ہم اپنے اندر positivity ہمارے اندر رہے، negativity نہ رہے۔</w:t>
      </w:r>
    </w:p>
    <w:p>
      <w:r>
        <w:rPr>
          <w:b/>
        </w:rPr>
        <w:t xml:space="preserve">[31:54] </w:t>
      </w:r>
      <w:r>
        <w:t>nashukri jo hai, wo wo negativity paida karti hai. Isi liye Allah taala ko nashukri bohat zyada napasand hai.</w:t>
      </w:r>
    </w:p>
    <w:p>
      <w:pPr>
        <w:jc w:val="right"/>
      </w:pPr>
      <w:r>
        <w:t>ناشکری جو ہے، وہ وہ negativity پیدا کرتی ہے۔ اسی لیے اللہ تعالی کو ناشکری بہت زیادہ ناپسند ہے۔</w:t>
      </w:r>
    </w:p>
    <w:p>
      <w:r>
        <w:rPr>
          <w:b/>
        </w:rPr>
        <w:t xml:space="preserve">[32:02] </w:t>
      </w:r>
      <w:r>
        <w:t>Maulana kehte the ke jo positive soul hai, wahi jannat mein jayegi. To nashukri jo hai, wo hamare andar negativity paida karti hai.</w:t>
      </w:r>
    </w:p>
    <w:p>
      <w:pPr>
        <w:jc w:val="right"/>
      </w:pPr>
      <w:r>
        <w:t>مولانا کہتے تھے کہ جو positive soul ہے، وہی جنت میں جائے گی۔ تو ناشکری جو ہے، وہ ہمارے اندر negativity پیدا کرتی ہے۔</w:t>
      </w:r>
    </w:p>
    <w:p>
      <w:r>
        <w:rPr>
          <w:b/>
        </w:rPr>
        <w:t xml:space="preserve">[32:11] </w:t>
      </w:r>
      <w:r>
        <w:t>to har halat mein hamein ye khatm karna hai apne andar se. To is ke liye tarah tarah se hum ne apne aap ko explain karna hai. Misal ke taur par, hum hum ko kisi se takleef pahunch gayi to us ko ignore kar dena hai.</w:t>
      </w:r>
    </w:p>
    <w:p>
      <w:pPr>
        <w:jc w:val="right"/>
      </w:pPr>
      <w:r>
        <w:t>تو ہر حالت میں ہمیں یہ ختم کرنا ہے اپنے اندر سے۔ تو اس کے لیے طرح طرح سے ہم نے اپنے آپ کو explain کرنا ہے۔ مثال کے طور پر، ہم ہم کو کسی سے تکلیف پہنچ گئی تو اس کو ignore کر دینا ہے۔</w:t>
      </w:r>
    </w:p>
    <w:p>
      <w:r>
        <w:rPr>
          <w:b/>
        </w:rPr>
        <w:t xml:space="preserve">[32:25] </w:t>
      </w:r>
      <w:r>
        <w:t>us ko sabr, sabr Quran mein aya hai ke sabr jo hai, is ka bohat be hisab ajr hai.</w:t>
      </w:r>
    </w:p>
    <w:p>
      <w:pPr>
        <w:jc w:val="right"/>
      </w:pPr>
      <w:r>
        <w:t>اس کو صبر، صبر قرآن میں آیا ہے کہ صبر جو ہے، اس کا بہت بے حساب اجر ہے۔</w:t>
      </w:r>
    </w:p>
    <w:p>
      <w:r>
        <w:rPr>
          <w:b/>
        </w:rPr>
        <w:t xml:space="preserve">[32:32] </w:t>
      </w:r>
      <w:r>
        <w:t>is par hum sabr kar lein. To sabr kar lenge to Allah taala ki madad aa jayegi. Kyun ke hum jab hum Allah taala ke hukum ke mutabiq amal karenge to Allah taala aur zyada hamari madad karega.</w:t>
      </w:r>
    </w:p>
    <w:p>
      <w:pPr>
        <w:jc w:val="right"/>
      </w:pPr>
      <w:r>
        <w:t>اس پر ہم صبر کر لیں۔ تو صبر کر لیں گے تو اللہ تعالی کی مدد آ جائے گی۔ کیونکہ ہم جب ہم اللہ تعالی کے حکم کے مطابق عمل کریں گے تو اللہ تعالی اور زیادہ ہماری مدد کرے گا۔</w:t>
      </w:r>
    </w:p>
    <w:p>
      <w:r>
        <w:rPr>
          <w:b/>
        </w:rPr>
        <w:t xml:space="preserve">[32:43] </w:t>
      </w:r>
      <w:r>
        <w:t>aur Allah ki madad se hum jo hai, apne hamare apne kaam mein hum kamyab ho jayenge. To problems jo hain, wo challenges hain.</w:t>
      </w:r>
    </w:p>
    <w:p>
      <w:pPr>
        <w:jc w:val="right"/>
      </w:pPr>
      <w:r>
        <w:t>اور اللہ کی مدد سے ہم جو ہے، اپنے ہمارے اپنے کام میں ہم کامیاب ہو جائیں گے۔ تو problems جو ہیں، وہ challenges ہیں۔</w:t>
      </w:r>
    </w:p>
    <w:p>
      <w:r>
        <w:rPr>
          <w:b/>
        </w:rPr>
        <w:t xml:space="preserve">[32:53] </w:t>
      </w:r>
      <w:r>
        <w:t>wo aisi baat nahi hai ke jis ke paas problem hai, us ke aage mawaqe nahi hain. Mawaqe ko istemal karein.</w:t>
      </w:r>
    </w:p>
    <w:p>
      <w:pPr>
        <w:jc w:val="right"/>
      </w:pPr>
      <w:r>
        <w:t>وہ ایسی بات نہیں ہے کہ جس کے پاس problem ہے، اس کے آگے مواقع نہیں ہیں۔ مواقع کو استعمال کریں۔</w:t>
      </w:r>
    </w:p>
    <w:p>
      <w:r>
        <w:rPr>
          <w:b/>
        </w:rPr>
        <w:t xml:space="preserve">[33:00] </w:t>
      </w:r>
      <w:r>
        <w:t>sab se zyada problems to Rasool Allah Sal Allahu Alaihi Wasallam ko the. Makka mein kya halat thi? Log jo hain, namaz roza tak nahi karne dete the.</w:t>
      </w:r>
    </w:p>
    <w:p>
      <w:pPr>
        <w:jc w:val="right"/>
      </w:pPr>
      <w:r>
        <w:t>سب سے زیادہ problems تو رسول اللہ صلی اللہ علیہ وسلم کو تھے۔ مکہ میں کیا حالت تھی؟ لوگ جو ہیں، نماز روزہ تک نہیں کرنے دیتے تھے۔</w:t>
      </w:r>
    </w:p>
    <w:p>
      <w:r>
        <w:rPr>
          <w:b/>
        </w:rPr>
        <w:t xml:space="preserve">[33:09] </w:t>
      </w:r>
      <w:r>
        <w:t>to itna zyada pareshan karte the, Makka chhod ke bhagna pada. To kya aap kamyab nahi hue? Aap ke Michael Hart ne likha hai ke dunya ke sab se zyada barhe kamyab insan</w:t>
      </w:r>
    </w:p>
    <w:p>
      <w:pPr>
        <w:jc w:val="right"/>
      </w:pPr>
      <w:r>
        <w:t>تو اتنا زیادہ پریشان کرتے تھے، مکہ چھوڑ کے بھاگنا پڑا۔ تو کیا آپ کامیاب نہیں ہوئے؟ آپ کے مائیکل ہارڈ نے لکھا ہے کہ دنیا کے سب سے زیادہ بڑے کامیاب انسان</w:t>
      </w:r>
    </w:p>
    <w:p>
      <w:r>
        <w:rPr>
          <w:b/>
        </w:rPr>
        <w:t xml:space="preserve">[33:22] </w:t>
      </w:r>
      <w:r>
        <w:t>the. To problem ko hum kis tarike se us ko apne potential ko actualize karein?</w:t>
      </w:r>
    </w:p>
    <w:p>
      <w:pPr>
        <w:jc w:val="right"/>
      </w:pPr>
      <w:r>
        <w:t>تھے۔ تو problem کو ہم کس طریقے سے اس کو اپنے potential کو actualize کریں؟</w:t>
      </w:r>
    </w:p>
    <w:p>
      <w:r>
        <w:rPr>
          <w:b/>
        </w:rPr>
        <w:t xml:space="preserve">[33:30] </w:t>
      </w:r>
      <w:r>
        <w:t>kis tarike se opportunities ko avail karein? To hikmat ke sath, practical wisdom ke sath. To inhi problem se hum oopar uth jayenge aur hum wahi kamyabi hasil kar sakte hain jo koi bhi kamyabi kisi ne bhi hasil</w:t>
      </w:r>
    </w:p>
    <w:p>
      <w:pPr>
        <w:jc w:val="right"/>
      </w:pPr>
      <w:r>
        <w:t>کس طریقے سے opportunities کو avail کریں؟ تو حکمت کے ساتھ، practical wisdom کے ساتھ۔ تو انہی problem سے ہم اوپر اٹھ جائیں گے اور ہم وہی کامیابی حاصل کر سکتے ہیں جو کوئی بھی کامیابی کسی نے بھی حاصل</w:t>
      </w:r>
    </w:p>
    <w:p>
      <w:r>
        <w:rPr>
          <w:b/>
        </w:rPr>
        <w:t xml:space="preserve">[33:49] </w:t>
      </w:r>
      <w:r>
        <w:t>ki hai. Ek bar Maulana ne encyclopedia mein dikhaya tha ji ke jitne barhe barhe insan paida hue hain, barhi barhi discoveries ki hain, wo sab wahi the jo problem mein paida hue ji, ghareeb ghar mein paida hue, museebaton mein paida hue.</w:t>
      </w:r>
    </w:p>
    <w:p>
      <w:pPr>
        <w:jc w:val="right"/>
      </w:pPr>
      <w:r>
        <w:t>کی ہے۔ ایک بار مولانا نے انسائیکلوپیڈیا میں دکھوایا تھا جی کہ جتنے بڑے بڑے انسان پیدا ہوئے ہیں، بڑی بڑی discoveries کی ہیں، وہ سب وہی تھے جو problem میں پیدا ہوئے جی، غریب گھر میں پیدا ہوئے، مصیبتوں میں پیدا ہوئے۔</w:t>
      </w:r>
    </w:p>
    <w:p>
      <w:r>
        <w:rPr>
          <w:b/>
        </w:rPr>
        <w:t xml:space="preserve">[34:03] </w:t>
      </w:r>
      <w:r>
        <w:t>to un ke andar zabardast incentive hota hai kaam karne ka. To incentive ki wajah se wo taraqqi kar pate hain. To hamein halaat jo hain, wo badalte rehte hain.</w:t>
      </w:r>
    </w:p>
    <w:p>
      <w:pPr>
        <w:jc w:val="right"/>
      </w:pPr>
      <w:r>
        <w:t>تو ان کے اندر زبردست incentive ہوتا ہے کام کرنے کا۔ تو incentive کی وجہ سے وہ ترقی کر پاتے ہیں۔ تو ہمیں حالات جو ہیں، وہ بدلتے رہتے ہیں۔</w:t>
      </w:r>
    </w:p>
    <w:p>
      <w:r>
        <w:rPr>
          <w:b/>
        </w:rPr>
        <w:t xml:space="preserve">[34:14] </w:t>
      </w:r>
      <w:r>
        <w:t>aaj kuch problem hai to kal wo problem nahi rahega.</w:t>
      </w:r>
    </w:p>
    <w:p>
      <w:pPr>
        <w:jc w:val="right"/>
      </w:pPr>
      <w:r>
        <w:t>آج کچھ problem ہے تو کل وہ problem نہیں رہے گا۔</w:t>
      </w:r>
    </w:p>
    <w:p>
      <w:r>
        <w:rPr>
          <w:b/>
        </w:rPr>
        <w:t xml:space="preserve">[34:18] </w:t>
      </w:r>
      <w:r>
        <w:t>to agar hum positive rahenge, positively cheezon ko dekhenge to hum is problem ke bawajood kamyabi hasil kar sakte hain.</w:t>
      </w:r>
    </w:p>
    <w:p>
      <w:pPr>
        <w:jc w:val="right"/>
      </w:pPr>
      <w:r>
        <w:t>تو اگر ہم positive رہیں گے، positively چیزوں کو دیکھیں گے تو ہم اس problem کے باوجود کامیابی حاصل کر سکتے ہیں۔</w:t>
      </w:r>
    </w:p>
    <w:p>
      <w:r>
        <w:rPr>
          <w:b/>
        </w:rPr>
        <w:t xml:space="preserve">[34:27] </w:t>
      </w:r>
      <w:r>
        <w:t>to is dunya mein to problem isi liye hain ke insan ko azadi di gayi hai. Log, har aadmi apni apni azadi ka sahi galat istemal kar raha hai.</w:t>
      </w:r>
    </w:p>
    <w:p>
      <w:pPr>
        <w:jc w:val="right"/>
      </w:pPr>
      <w:r>
        <w:t>تو اس دنیا میں تو problem اسی لیے ہیں کہ انسان کو آزادی دی گئی ہے۔ لوگ، ہر آدمی اپنی اپنی آزادی کا صحیح غلط استعمال کر رہا ہے۔</w:t>
      </w:r>
    </w:p>
    <w:p>
      <w:r>
        <w:rPr>
          <w:b/>
        </w:rPr>
        <w:t xml:space="preserve">[34:36] </w:t>
      </w:r>
      <w:r>
        <w:t>to problem to honge. Lekin problem ko jo Quran mein aya hai innamal yusri yusra innamal yusri yusra to problem ek hain to opportunities double</w:t>
      </w:r>
    </w:p>
    <w:p>
      <w:pPr>
        <w:jc w:val="right"/>
      </w:pPr>
      <w:r>
        <w:t>تو problem تو ہوں گے۔ لیکن problem کو جو قرآن میں آیا ہے إنما الوسر يسر إنما الوسر يسر تو problem ایک ہیں تو opportunities double</w:t>
      </w:r>
    </w:p>
    <w:p>
      <w:r>
        <w:rPr>
          <w:b/>
        </w:rPr>
        <w:t xml:space="preserve">[34:46] </w:t>
      </w:r>
      <w:r>
        <w:t>hain ji. To is opportunities ko istemal kar ke hum apne problems ka solution pa sakte hain. Aur aapa, ye jo problem se oopar uth kar sochna hai, isi ko Quran mein shayad khul ke azeem kaha gaya hai.</w:t>
      </w:r>
    </w:p>
    <w:p>
      <w:pPr>
        <w:jc w:val="right"/>
      </w:pPr>
      <w:r>
        <w:t>ہیں جی۔ تو اس opportunities کو استعمال کر کے ہم اپنے problems کا solution پا سکتے ہیں۔ اور آپا، یہ جو problem سے اوپر اٹھ کر سوچنا ہے، اسی کو قرآن میں شاید کھل کے عظیم کہا گیا ہے۔</w:t>
      </w:r>
    </w:p>
    <w:p>
      <w:r>
        <w:rPr>
          <w:b/>
        </w:rPr>
        <w:t xml:space="preserve">[35:01] </w:t>
      </w:r>
      <w:r>
        <w:t>aur khul ke azeem ke lafzi maani hain bartar kirdaar. to bartar kirdaar aik ideology se paida hota hai.</w:t>
      </w:r>
    </w:p>
    <w:p>
      <w:pPr>
        <w:jc w:val="right"/>
      </w:pPr>
      <w:r>
        <w:t>اور کھل کے عظیم کے لفظی معنی ہیں برتر کردار۔ تو برتر کردار ایک ideology سے پیدا ہوتا ہے۔</w:t>
      </w:r>
    </w:p>
    <w:p>
      <w:r>
        <w:rPr>
          <w:b/>
        </w:rPr>
        <w:t xml:space="preserve">[35:09] </w:t>
      </w:r>
      <w:r>
        <w:t>bartar ideology nahin to bartar kirdaar bhi nahin. aur agar koi insaan quran ki wisdom ko apni daily life mein agar utaare to yaqeenan woh problems se oopar uth kar soch sakta hai aur kaamyaab bhi ho sakta hai.</w:t>
      </w:r>
    </w:p>
    <w:p>
      <w:pPr>
        <w:jc w:val="right"/>
      </w:pPr>
      <w:r>
        <w:t>برتر ideology نہیں تو برتر کردار بھی نہیں۔ اور اگر کوئی انسان قرآن کی wisdom کو اپنی daily life میں اگر اتارے تو یقینا وہ problems سے اوپر اٹھ کر سوچ سکتا ہے اور کامیاب بھی ہو سکتا ہے۔</w:t>
      </w:r>
    </w:p>
    <w:p>
      <w:r>
        <w:rPr>
          <w:b/>
        </w:rPr>
        <w:t xml:space="preserve">[35:24] </w:t>
      </w:r>
      <w:r>
        <w:t>maulana aksar woh big bird of the storm ka example bhi diya karte thay. apa, agla sawal lene se pehle comment parhna chahoon ga jo shafiq rehman sahib ne bheja hai pakistan se.</w:t>
      </w:r>
    </w:p>
    <w:p>
      <w:pPr>
        <w:jc w:val="right"/>
      </w:pPr>
      <w:r>
        <w:t>مولانا اکثر وہ big bird of the storm کا example بھی دیا کرتے تھے۔ آپا، اگلا سوال لینے سے پہلے کمنٹ پڑھنا چاہوں گا جو شفیق رحمان صاحب نے بھیجا ہے پاکستان سے۔</w:t>
      </w:r>
    </w:p>
    <w:p>
      <w:r>
        <w:rPr>
          <w:b/>
        </w:rPr>
        <w:t xml:space="preserve">[35:38] </w:t>
      </w:r>
      <w:r>
        <w:t>unhon ne likha hai "I am from Pakistan and really appreciate your efforts. May Allah bless us." alhamdulillah. apa, agla sawal basically mein sabr o shukr ke hawalay se poochna chahta hoon.</w:t>
      </w:r>
    </w:p>
    <w:p>
      <w:pPr>
        <w:jc w:val="right"/>
      </w:pPr>
      <w:r>
        <w:t>انہوں نے لکھا ہے "I am from Pakistan and really appreciate your efforts. May Allah bless us." الحمدللہ۔ آپا، اگلا سوال basically میں صبر و شکر کے حوالے سے پوچھنا چاہتا ہوں۔</w:t>
      </w:r>
    </w:p>
    <w:p>
      <w:r>
        <w:rPr>
          <w:b/>
        </w:rPr>
        <w:t xml:space="preserve">[35:51] </w:t>
      </w:r>
      <w:r>
        <w:t>maulana yeh kehte thay ke sabr o shukr agar yeh do sifat insaan ke andar hon to kaamyaabi yaqeenan us ko haasil ho sakti hai.</w:t>
      </w:r>
    </w:p>
    <w:p>
      <w:pPr>
        <w:jc w:val="right"/>
      </w:pPr>
      <w:r>
        <w:t>مولانا یہ کہتے تھے کہ صبر و شکر اگر یہ دو صفت انسان کے اندر ہوں تو کامیابی یقینا اس کو حاصل ہو سکتی ہے۔</w:t>
      </w:r>
    </w:p>
    <w:p>
      <w:r>
        <w:rPr>
          <w:b/>
        </w:rPr>
        <w:t xml:space="preserve">[36:00] </w:t>
      </w:r>
      <w:r>
        <w:t>matlab woh apni nakaami ko kaamyaabi mein tabdeel kar sakta hai.</w:t>
      </w:r>
    </w:p>
    <w:p>
      <w:pPr>
        <w:jc w:val="right"/>
      </w:pPr>
      <w:r>
        <w:t>مطلب وہ اپنی ناکامی کو کامیابی میں تبدیل کر سکتا ہے۔</w:t>
      </w:r>
    </w:p>
    <w:p>
      <w:r>
        <w:rPr>
          <w:b/>
        </w:rPr>
        <w:t xml:space="preserve">[36:04] </w:t>
      </w:r>
      <w:r>
        <w:t>to in do ke beech mein kya relation hai? is ko thora aur achay se aap wazeh kar dein.</w:t>
      </w:r>
    </w:p>
    <w:p>
      <w:pPr>
        <w:jc w:val="right"/>
      </w:pPr>
      <w:r>
        <w:t>تو ان دو کے بیچ میں کیا relation ہے؟ اس کو تھوڑا اور اچھے سے آپ واضح کر دیں۔</w:t>
      </w:r>
    </w:p>
    <w:p>
      <w:r>
        <w:rPr>
          <w:b/>
        </w:rPr>
        <w:t xml:space="preserve">[36:11] </w:t>
      </w:r>
      <w:r>
        <w:t>jab bhi hum kisi mushkil haalaat mein par jayen to quran ki taleem ke mutabiq hamein sabr karna hai. kyunke sabr ki wajah se kya hota hai ke hamare andar negativity nahin paida hogi.</w:t>
      </w:r>
    </w:p>
    <w:p>
      <w:pPr>
        <w:jc w:val="right"/>
      </w:pPr>
      <w:r>
        <w:t>جب بھی ہم کسی مشکل حالات میں پڑ جائیں تو قرآن کی تعلیم کے مطابق ہمیں صبر کرنا ہے۔ کیونکہ صبر کی وجہ سے کیا ہوتا ہے کہ ہمارے اندر negativity نہیں پیدا ہوگی۔</w:t>
      </w:r>
    </w:p>
    <w:p>
      <w:r>
        <w:rPr>
          <w:b/>
        </w:rPr>
        <w:t xml:space="preserve">[36:25] </w:t>
      </w:r>
      <w:r>
        <w:t>balkay hum sirf yeh sochen ge ke is maslay ka hal kya hai. aur hal aik nahin, das hal hotay hain. to is maslay ka ha</w:t>
      </w:r>
    </w:p>
    <w:p>
      <w:pPr>
        <w:jc w:val="right"/>
      </w:pPr>
      <w:r>
        <w:t>بلکہ ہم صرف یہ سوچیں گے کہ اس مسئلے کا حل کیا ہے۔ اور حل ایک نہیں، دس حل ہوتے ہیں۔ تو اس مسئلے کا ح</w:t>
      </w:r>
    </w:p>
    <w:p>
      <w:r>
        <w:rPr>
          <w:b/>
        </w:rPr>
        <w:t xml:space="preserve">[36:32] </w:t>
      </w:r>
      <w:r>
        <w:t>l kya hai, woh hum positive andaaz mein soch payein ge. aur agar hum ne is ko shikayat ke andaaz mein liya to hum bohat ziyada negative ho jayen ge.</w:t>
      </w:r>
    </w:p>
    <w:p>
      <w:pPr>
        <w:jc w:val="right"/>
      </w:pPr>
      <w:r>
        <w:t>ل کیا ہے، وہ ہم positive انداز میں سوچ پائیں گے۔ اور اگر ہم نے اس کو شکایت کے انداز میں لیا تو ہم بہت زیادہ negative ہو جائیں گے۔</w:t>
      </w:r>
    </w:p>
    <w:p>
      <w:r>
        <w:rPr>
          <w:b/>
        </w:rPr>
        <w:t xml:space="preserve">[36:43] </w:t>
      </w:r>
      <w:r>
        <w:t>to phir hamara dimagh jo hai, sahi right direction mein kaam hi nahin kare ga. to hum badla lena chahein ge.</w:t>
      </w:r>
    </w:p>
    <w:p>
      <w:pPr>
        <w:jc w:val="right"/>
      </w:pPr>
      <w:r>
        <w:t>تو پھر ہمارا دماغ جو ہے، صحیحright direction میں کام ہی نہیں کرے گا۔ تو ہم بدلہ لینا چاہیں گے۔</w:t>
      </w:r>
    </w:p>
    <w:p>
      <w:r>
        <w:rPr>
          <w:b/>
        </w:rPr>
        <w:t xml:space="preserve">[36:53] </w:t>
      </w:r>
      <w:r>
        <w:t>badla lene mein hum aur apna nuqsan karein ge. to is wajah se hum bilkul positive ho kar hi kaam kar sakte hain.</w:t>
      </w:r>
    </w:p>
    <w:p>
      <w:pPr>
        <w:jc w:val="right"/>
      </w:pPr>
      <w:r>
        <w:t>بدلہ لینے میں ہم اور اپنا نقصان کریں گے۔ تو اس وجہ سے ہم بالکل positive ہو کر ہی کام کر سکتے ہیں۔</w:t>
      </w:r>
    </w:p>
    <w:p>
      <w:r>
        <w:rPr>
          <w:b/>
        </w:rPr>
        <w:t xml:space="preserve">[37:01] </w:t>
      </w:r>
      <w:r>
        <w:t>maulana hamesha kehte thay ke agar hum koi waisi baat un ko batate, kisi ki shikayat ki baat batate ji to woh suntay hi nahin thay.</w:t>
      </w:r>
    </w:p>
    <w:p>
      <w:pPr>
        <w:jc w:val="right"/>
      </w:pPr>
      <w:r>
        <w:t>مولانا ہمیشہ کہتے تھے کہ اگر ہم کوئی ویسی بات ان کو بتاتے، کسی کی شکایت کی بات بتاتے جی تو وہ سنتے ہی نہیں تھے۔</w:t>
      </w:r>
    </w:p>
    <w:p>
      <w:r>
        <w:rPr>
          <w:b/>
        </w:rPr>
        <w:t xml:space="preserve">[37:10] </w:t>
      </w:r>
      <w:r>
        <w:t>kehte thay ke main aik moment ke liye bhi apne andar aik state mein shukr ki state of feeling mein jeeta hoon.</w:t>
      </w:r>
    </w:p>
    <w:p>
      <w:pPr>
        <w:jc w:val="right"/>
      </w:pPr>
      <w:r>
        <w:t>کہتے تھے کہ میں ایک moment کے لیے بھی اپنے اندر ایک state میں شکر کی state of feeling میں جیتا ہوں۔</w:t>
      </w:r>
    </w:p>
    <w:p>
      <w:r>
        <w:rPr>
          <w:b/>
        </w:rPr>
        <w:t xml:space="preserve">[37:19] </w:t>
      </w:r>
      <w:r>
        <w:t>aur aik moment ke liye bhi main shukr ka erosion nahin chahta. kyunke jahan shikayat aayi to wahan shukr ka erosion ho jaye ga.</w:t>
      </w:r>
    </w:p>
    <w:p>
      <w:pPr>
        <w:jc w:val="right"/>
      </w:pPr>
      <w:r>
        <w:t>اور ایک moment کے لیے بھی میں شکر کا erosion نہیں چاہتا۔ کیونکہ جہاں شکایت آئی تو وہاں شکر کا erosion ہو جائے گا۔</w:t>
      </w:r>
    </w:p>
    <w:p>
      <w:r>
        <w:rPr>
          <w:b/>
        </w:rPr>
        <w:t xml:space="preserve">[37:29] </w:t>
      </w:r>
      <w:r>
        <w:t>to shukr jo hai, matlab agar hum aik shakir zindagi hamari hai, tabhi hamare paas farishtay atay hain.</w:t>
      </w:r>
    </w:p>
    <w:p>
      <w:pPr>
        <w:jc w:val="right"/>
      </w:pPr>
      <w:r>
        <w:t>تو شکر جو ہے، مطلب اگر ہم ایک شاکر زندگی ہماری ہے، تبھی ہمارے پاس فرشتے آتے ہیں۔</w:t>
      </w:r>
    </w:p>
    <w:p>
      <w:r>
        <w:rPr>
          <w:b/>
        </w:rPr>
        <w:t xml:space="preserve">[37:39] </w:t>
      </w:r>
      <w:r>
        <w:t>tabhi hamein khuda ki madad milti hai. aur is ka bohat achi misaal hai hazrat abubakar wali ji ke kis tareeqay se jab unhon ne shikayat, unhon ne jawab dena shuru kiya to rasool Allah sal Allah alayh wasallam ne bataya ke farishta chala gaya.</w:t>
      </w:r>
    </w:p>
    <w:p>
      <w:pPr>
        <w:jc w:val="right"/>
      </w:pPr>
      <w:r>
        <w:t>تبھی ہمیں خدا کی مدد ملتی ہے۔ اور اس کا بہت اچھی مثال ہے حضرت ابوبکر والی جی کہ کس طریقے سے جب انہوں نے شکایت، انہوں نے جواب دینا شروع کیا تو رسول اللہ صلی اللہ علیہ وسلم نے بتایا کہ فرشتہ چلا گیا۔</w:t>
      </w:r>
    </w:p>
    <w:p>
      <w:r>
        <w:rPr>
          <w:b/>
        </w:rPr>
        <w:t xml:space="preserve">[37:53] </w:t>
      </w:r>
      <w:r>
        <w:t>to is se hamare liye bhi is mein sabaq hai ke hum aik positive life jayen ge to hamare paas farishtay ayen ge. farishtoon ki madad se hum apna har kaam kar sakte hain.</w:t>
      </w:r>
    </w:p>
    <w:p>
      <w:pPr>
        <w:jc w:val="right"/>
      </w:pPr>
      <w:r>
        <w:t>تو اس سے ہمارے لیے بھی اس میں سبق ہے کہ ہم ایک positive life جیئیں گے تو ہمارے پاس فرشتے آئیں گے۔ فرشتوں کی مدد سے ہم اپنا ہر کام کر سکتے ہیں۔</w:t>
      </w:r>
    </w:p>
    <w:p>
      <w:r>
        <w:rPr>
          <w:b/>
        </w:rPr>
        <w:t xml:space="preserve">[38:04] </w:t>
      </w:r>
      <w:r>
        <w:t>to shukr aur shikayat jama nahin ho sakte. agar hamare andar shikayat hai to hamare andar shukr nahin hoga. aur shukr hai to hamare andar shikayat nahin hogi.</w:t>
      </w:r>
    </w:p>
    <w:p>
      <w:pPr>
        <w:jc w:val="right"/>
      </w:pPr>
      <w:r>
        <w:t>تو شکر اور شکایت جمع نہیں ہو سکتے۔ اگر ہمارے اندر شکایت ہے تو ہمارے اندر شکر نہیں ہوگا۔ اور شکر ہے تو ہمارے اندر شکایت نہیں ہوگی۔</w:t>
      </w:r>
    </w:p>
    <w:p>
      <w:r>
        <w:rPr>
          <w:b/>
        </w:rPr>
        <w:t xml:space="preserve">[38:15] </w:t>
      </w:r>
      <w:r>
        <w:t>to is tareeqay se jaise hamare andar shikayat aaye, usi waqt hum ko is ko de din khatam kar dena hai. kyunke agar hum ne shikayat ko apne dimagh mein rakha to jab hum soyen ge to phir woh hamare dimagh ka hissa ban jaye ga.</w:t>
      </w:r>
    </w:p>
    <w:p>
      <w:pPr>
        <w:jc w:val="right"/>
      </w:pPr>
      <w:r>
        <w:t>تو اس طریقے سے جیسے ہمارے اندر شکایت آئے، اسی وقت ہم کو اس کو دے دن ختم کر دینا ہے۔ کیونکہ اگر ہم نے شکایت کو اپنے دماغ میں رکھا تو جب ہم سوئیں گے تو پھر وہ ہمارے دماغ کا حصہ بن جائے گا۔</w:t>
      </w:r>
    </w:p>
    <w:p>
      <w:r>
        <w:rPr>
          <w:b/>
        </w:rPr>
        <w:t xml:space="preserve">[38:29] </w:t>
      </w:r>
      <w:r>
        <w:t>phir hum usi ke is mein sochte rahen ge, usi ke asar mein rahen ge. to hum usi waqt khatam kar lein. kisi bhi tareeqay se is ko explain kar lein ke is mein kabhi kabhi aisa bhi ho sakta hai ke hamari bhi kuch ghalti rahi ho.</w:t>
      </w:r>
    </w:p>
    <w:p>
      <w:pPr>
        <w:jc w:val="right"/>
      </w:pPr>
      <w:r>
        <w:t>پھر ہم اسی کے اس میں سوچتے رہیں گے، اسی کے اثر میں رہیں گے۔ تو ہم اسی وقت ختم کر لیں۔ کسی بھی طریقے سے اس کو explain کر لیں کہ اس میں کبھی کبھی ایسا بھی ہو سکتا ہے کہ ہماری بھی کچھ غلطی رہی ہو۔</w:t>
      </w:r>
    </w:p>
    <w:p>
      <w:r>
        <w:rPr>
          <w:b/>
        </w:rPr>
        <w:t xml:space="preserve">[38:43] </w:t>
      </w:r>
      <w:r>
        <w:t>to is ko explain kar ke woh dimagh se nikaal dein. aur khuda ki doosri jo blessings hain, us ko yaad karein.</w:t>
      </w:r>
    </w:p>
    <w:p>
      <w:pPr>
        <w:jc w:val="right"/>
      </w:pPr>
      <w:r>
        <w:t>تو اس کو explain کر کے وہ دماغ سے نکال دیں۔ اور خدا کی دوسری جو blessings ہیں، اس کو یاد کریں۔</w:t>
      </w:r>
    </w:p>
    <w:p>
      <w:r>
        <w:rPr>
          <w:b/>
        </w:rPr>
        <w:t xml:space="preserve">[38:51] </w:t>
      </w:r>
      <w:r>
        <w:t>to is tareeqay se shikayat ko kabhi bhi hamein apne dimagh mein rakhna nahin hai.</w:t>
      </w:r>
    </w:p>
    <w:p>
      <w:pPr>
        <w:jc w:val="right"/>
      </w:pPr>
      <w:r>
        <w:t>تو اس طریقے سے شکایت کو کبھی بھی ہمیں اپنے دماغ میں رکھنا نہیں ہے۔</w:t>
      </w:r>
    </w:p>
    <w:p>
      <w:r>
        <w:rPr>
          <w:b/>
        </w:rPr>
        <w:t xml:space="preserve">[38:58] </w:t>
      </w:r>
      <w:r>
        <w:t>dimagh mein rakhen ge to hamare andar aik negative personality banay gi. negative personality banay gi to hamare andar shukr nahin paida hoga.</w:t>
      </w:r>
    </w:p>
    <w:p>
      <w:pPr>
        <w:jc w:val="right"/>
      </w:pPr>
      <w:r>
        <w:t>دماغ میں رکھیں گے تو ہمارے اندر ایک negative personality بنے گی۔ Negative personality بنے گی تو ہمارے اندر شکر نہیں پیدا ہوگا۔</w:t>
      </w:r>
    </w:p>
    <w:p>
      <w:r>
        <w:rPr>
          <w:b/>
        </w:rPr>
        <w:t xml:space="preserve">[39:07] </w:t>
      </w:r>
      <w:r>
        <w:t>sacha shukr ko main keh rahi hoon. woh alhamdulillah wala to shukr, woh to sabhi log kar rahay hain. jo sacha shukr hai, jis se poori hamari personality influence hoti hai, woh shukr nahin paida hoga.</w:t>
      </w:r>
    </w:p>
    <w:p>
      <w:pPr>
        <w:jc w:val="right"/>
      </w:pPr>
      <w:r>
        <w:t>سچا شکر کو میں کہہ رہی ہوں۔ وہ الحمدللہ والا تو شکر، وہ تو سبھی لوگ کر رہے ہیں۔ جو سچا شکر ہے، جس سے پوری ہماری personality influence ہوتی ہے، وہ شکر نہیں پیدا ہوگا۔</w:t>
      </w:r>
    </w:p>
    <w:p>
      <w:r>
        <w:rPr>
          <w:b/>
        </w:rPr>
        <w:t xml:space="preserve">[39:18] </w:t>
      </w:r>
      <w:r>
        <w:t>is liye hamein shikayat ko foran khatm kar dena hai.</w:t>
      </w:r>
    </w:p>
    <w:p>
      <w:pPr>
        <w:jc w:val="right"/>
      </w:pPr>
      <w:r>
        <w:t>اس لیے ہمیں شکایت کو فوراً ختم کر دینا ہے۔</w:t>
      </w:r>
    </w:p>
    <w:p>
      <w:r>
        <w:rPr>
          <w:b/>
        </w:rPr>
        <w:t xml:space="preserve">[39:23] </w:t>
      </w:r>
      <w:r>
        <w:t>ji, kafi logon ne bohat se comments bheje hain. apa, miss asma khanam ne saharanpur se likha hai: "beshak bilkul sahi kaha." apa, jazak allah.</w:t>
      </w:r>
    </w:p>
    <w:p>
      <w:pPr>
        <w:jc w:val="right"/>
      </w:pPr>
      <w:r>
        <w:t>جی، کافی لوگوں نے بہت سے کمنٹس بھیجے ہیں۔ آپا، مس اسماء خانم نے سہارن پور سے لکھا ہے: "بے شک بالکل صحیح کہا۔" آپا، جزاک اللہ۔</w:t>
      </w:r>
    </w:p>
    <w:p>
      <w:r>
        <w:rPr>
          <w:b/>
        </w:rPr>
        <w:t xml:space="preserve">[39:36] </w:t>
      </w:r>
      <w:r>
        <w:t>noreen zahid sahibah ne bheja hai, unhon ne location hi likhi hai: "subhan allah, bohat sabak amoaz baatein batai hain." jazak allah.</w:t>
      </w:r>
    </w:p>
    <w:p>
      <w:pPr>
        <w:jc w:val="right"/>
      </w:pPr>
      <w:r>
        <w:t>نورین زاہد صاحبہ نے بھیجا ہے، انہوں نے location ہی لکھی ہے: "سبحان اللہ، بہت سبق آموز باتیں بتائی ہیں۔" جزاک اللہ۔</w:t>
      </w:r>
    </w:p>
    <w:p>
      <w:r>
        <w:rPr>
          <w:b/>
        </w:rPr>
        <w:t xml:space="preserve">[39:47] </w:t>
      </w:r>
      <w:r>
        <w:t>miss karot lane ne srinagar se likha hai: "This world is a custom-based world.</w:t>
      </w:r>
    </w:p>
    <w:p>
      <w:pPr>
        <w:jc w:val="right"/>
      </w:pPr>
      <w:r>
        <w:t>مس کروت لین نے سری نگر سے لکھا ہے: "This world is a custom-based world.</w:t>
      </w:r>
    </w:p>
    <w:p>
      <w:r>
        <w:rPr>
          <w:b/>
        </w:rPr>
        <w:t xml:space="preserve">[39:53] </w:t>
      </w:r>
      <w:r>
        <w:t>maulana would always say it implies that god has created a world that caters to all needs of human beings. that we have become used to this world and take everything for granted is the irony.</w:t>
      </w:r>
    </w:p>
    <w:p>
      <w:pPr>
        <w:jc w:val="right"/>
      </w:pPr>
      <w:r>
        <w:t>مولانا would always say it implies that God has created a world that caters to all needs of human beings. That we have become used to this world and take everything for granted is the irony.</w:t>
      </w:r>
    </w:p>
    <w:p>
      <w:r>
        <w:rPr>
          <w:b/>
        </w:rPr>
        <w:t xml:space="preserve">[40:07] </w:t>
      </w:r>
      <w:r>
        <w:t>if helplessness is the surest way to find god, gratefulness is the key to realize god</w:t>
      </w:r>
    </w:p>
    <w:p>
      <w:pPr>
        <w:jc w:val="right"/>
      </w:pPr>
      <w:r>
        <w:t>If helplessness is the surest way to find God, gratefulness is the key to realize God</w:t>
      </w:r>
    </w:p>
    <w:p>
      <w:r>
        <w:rPr>
          <w:b/>
        </w:rPr>
        <w:t xml:space="preserve">[40:14] </w:t>
      </w:r>
      <w:r>
        <w:t>. pondering on the creations of creator, all the blessings and opportunities available, and acknowledging his greatness and benevolence is what god expects from us." achha, apa,</w:t>
      </w:r>
    </w:p>
    <w:p>
      <w:pPr>
        <w:jc w:val="right"/>
      </w:pPr>
      <w:r>
        <w:t>. Pondering on the creations of Creator, all the blessings and opportunities available, and acknowledging His greatness and benevolence is what God expects from us." اچھا، آپا،</w:t>
      </w:r>
    </w:p>
    <w:p>
      <w:r>
        <w:rPr>
          <w:b/>
        </w:rPr>
        <w:t xml:space="preserve">[40:29] </w:t>
      </w:r>
      <w:r>
        <w:t>quran mein aaya hai ke agar koi nashukra hai to us ko saza di jaye gi aur agar jo shukr karne wala hai, us ko reward diya jaye ga.</w:t>
      </w:r>
    </w:p>
    <w:p>
      <w:pPr>
        <w:jc w:val="right"/>
      </w:pPr>
      <w:r>
        <w:t>قرآن میں آیا ہے کہ اگر کوئی ناشکرا ہے تو اس کو سزا دی جائے گی اور اگر جو شکر کرنے والا ہے، اس کو ریوارڈ دیا جائے گا۔</w:t>
      </w:r>
    </w:p>
    <w:p>
      <w:r>
        <w:rPr>
          <w:b/>
        </w:rPr>
        <w:t xml:space="preserve">[40:38] </w:t>
      </w:r>
      <w:r>
        <w:t>to is ko bhi thora aur aap achhe se wazeh kar dein.</w:t>
      </w:r>
    </w:p>
    <w:p>
      <w:pPr>
        <w:jc w:val="right"/>
      </w:pPr>
      <w:r>
        <w:t>تو اس کو بھی تھوڑا اور آپ اچھے سے واضح کر دیں۔</w:t>
      </w:r>
    </w:p>
    <w:p>
      <w:r>
        <w:rPr>
          <w:b/>
        </w:rPr>
        <w:t xml:space="preserve">[40:43] </w:t>
      </w:r>
      <w:r>
        <w:t>quran mein chapter 14 mein aaya hai ke agar tum nashukri karoge to mera azab bara sakht hai.</w:t>
      </w:r>
    </w:p>
    <w:p>
      <w:pPr>
        <w:jc w:val="right"/>
      </w:pPr>
      <w:r>
        <w:t>قرآن میں چیپٹر 14 میں آیا ہے کہ اگر تم ناشکری کرو گے تو میرا عذاب بڑا سخت ہے۔</w:t>
      </w:r>
    </w:p>
    <w:p>
      <w:r>
        <w:rPr>
          <w:b/>
        </w:rPr>
        <w:t xml:space="preserve">[40:50] </w:t>
      </w:r>
      <w:r>
        <w:t>is se hamein maloom hota hai ke nashukri jo hai, kitni bari evil hai, jis se hamein apne aap ko har halat mein bachana hai.</w:t>
      </w:r>
    </w:p>
    <w:p>
      <w:pPr>
        <w:jc w:val="right"/>
      </w:pPr>
      <w:r>
        <w:t>اس سے ہمیں معلوم ہوتا ہے کہ ناشکری جو ہے، کتنی بڑی ایول ہے، جس سے ہمیں اپنے آپ کو ہر حالت میں بچانا ہے۔</w:t>
      </w:r>
    </w:p>
    <w:p>
      <w:r>
        <w:rPr>
          <w:b/>
        </w:rPr>
        <w:t xml:space="preserve">[41:00] </w:t>
      </w:r>
      <w:r>
        <w:t>aur aaj har aadmi jo hai, jo hai sahi maene mein koi bhi shukr khuda ka ada nahi kar raha hai.</w:t>
      </w:r>
    </w:p>
    <w:p>
      <w:pPr>
        <w:jc w:val="right"/>
      </w:pPr>
      <w:r>
        <w:t>اور آج ہر آدمی جو ہے، جو ہے صحیح معنی میں کوئی بھی شکر خدا کا ادا نہیں کر رہا ہے۔</w:t>
      </w:r>
    </w:p>
    <w:p>
      <w:r>
        <w:rPr>
          <w:b/>
        </w:rPr>
        <w:t xml:space="preserve">[41:09] </w:t>
      </w:r>
      <w:r>
        <w:t>kyun ke bohat sari aisi cheezein hain jo hamein nahi mili hui hain. bas isi mein ghoom phir kar hamara dimagh isi mein rehta hai. to is tareeqe se hamein quran ki is ayat se hamein yeh learning karni hai ke hamein har halat mein khuda ka shukr ada karna hai.</w:t>
      </w:r>
    </w:p>
    <w:p>
      <w:pPr>
        <w:jc w:val="right"/>
      </w:pPr>
      <w:r>
        <w:t>کیونکہ بہت ساری ایسی چیزیں ہیں جو ہمیں نہیں ملی ہوئی ہیں۔ بس اسی میں گھوم پھر کر ہمارا دماغ اسی میں رہتا ہے۔ تو اس طریقے سے ہمیں قرآن کی اس آیت سے ہمیں یہ لرننگ کرنی ہے کہ ہمیں ہر حالت میں خدا کا شکر ادا کرنا ہے۔</w:t>
      </w:r>
    </w:p>
    <w:p>
      <w:r>
        <w:rPr>
          <w:b/>
        </w:rPr>
        <w:t xml:space="preserve">[41:25] </w:t>
      </w:r>
      <w:r>
        <w:t>kyun ke agar hum ne khuda ka shukr nahi ada kiya to hamein hamein jannat se mahroom kar diya jaye ga.</w:t>
      </w:r>
    </w:p>
    <w:p>
      <w:pPr>
        <w:jc w:val="right"/>
      </w:pPr>
      <w:r>
        <w:t>کیونکہ اگر ہم نے خدا کا شکر نہیں ادا کیا تو ہمیں ہمیں جنت سے محروم کر دیا جائے گا۔</w:t>
      </w:r>
    </w:p>
    <w:p>
      <w:r>
        <w:rPr>
          <w:b/>
        </w:rPr>
        <w:t xml:space="preserve">[41:33] </w:t>
      </w:r>
      <w:r>
        <w:t>abdalabad tak hum, hum aik jis ko maulana kehte thay, jahannum jo hai, aik universal dust bin hai, wahan pare rahen ge aur hamein jannat se mahroom kar diya jaye ga.</w:t>
      </w:r>
    </w:p>
    <w:p>
      <w:pPr>
        <w:jc w:val="right"/>
      </w:pPr>
      <w:r>
        <w:t>ابدالآباد تک ہم، ہم ایک جس کو مولانا کہتے تھے، جہنم جو ہے، ایک یونیورسل ڈسٹ بن ہے، وہاں پڑے رہیں گے اور ہمیں جنت سے محروم کر دیا جائے گا۔</w:t>
      </w:r>
    </w:p>
    <w:p>
      <w:r>
        <w:rPr>
          <w:b/>
        </w:rPr>
        <w:t xml:space="preserve">[41:46] </w:t>
      </w:r>
      <w:r>
        <w:t>quran ke mutabiq yeh baat hai. aur agar hum shukr ada karte hain to allah taala jo hai la in shakartum la zi dannakum ka matlab hai ke dunya mein bhi allah aur de ga aur akhirat mein is ka reward jo hai, woh jannat hai.</w:t>
      </w:r>
    </w:p>
    <w:p>
      <w:pPr>
        <w:jc w:val="right"/>
      </w:pPr>
      <w:r>
        <w:t>قرآن کے مطابق یہ بات ہے۔ اور اگر ہم شکر ادا کرتے ہیں تو اللہ تعالی جو ہے لَعِنْ شَكَرْتُمْ لَا ذِي دَنَّكُمْ کا مطلب ہے کہ دنیا میں بھی اللہ اور دے گا اور آخرت میں اس کا ریوارڈ جو ہے، وہ جنت ہے۔</w:t>
      </w:r>
    </w:p>
    <w:p>
      <w:r>
        <w:rPr>
          <w:b/>
        </w:rPr>
        <w:t xml:space="preserve">[42:01] </w:t>
      </w:r>
      <w:r>
        <w:t>to yeh bohat hi bari quran ki bohat hi important aayatein hain aur is ko hamein hamesha yaad rakhna chahiye ke nashukri hum ko jahannum tak le ja sakti hai aur shukr hum ko jannat tak le jaye ga.</w:t>
      </w:r>
    </w:p>
    <w:p>
      <w:pPr>
        <w:jc w:val="right"/>
      </w:pPr>
      <w:r>
        <w:t>تو یہ بہت ہی بڑی قرآن کی بہت ہی امپورٹنٹ آیتیں ہیں اور اس کو ہمیں ہمیشہ یاد رکھنا چاہیے کہ ناشکری ہم کو جہنم تک لے جا سکتی ہے اور شکر ہم کو جنت تک لے جائے گا۔</w:t>
      </w:r>
    </w:p>
    <w:p>
      <w:r>
        <w:rPr>
          <w:b/>
        </w:rPr>
        <w:t xml:space="preserve">[42:16] </w:t>
      </w:r>
      <w:r>
        <w:t>to is ke baray mein hamein bohat ziyada serious hona hai. ji, miss sarah aman ne apa comment bheja hai ke "Gratitude is the best form of communication with Almighty Allah."</w:t>
      </w:r>
    </w:p>
    <w:p>
      <w:pPr>
        <w:jc w:val="right"/>
      </w:pPr>
      <w:r>
        <w:t>تو اس کے بارے میں ہمیں بہت زیادہ سیریس ہونا ہے۔ جی، مس سارہ امن نے آپا کمنٹ بھیجا ہے کہ "Gratitude is the best form of communication with Almighty Allah."</w:t>
      </w:r>
    </w:p>
    <w:p>
      <w:r>
        <w:rPr>
          <w:b/>
        </w:rPr>
        <w:t xml:space="preserve">[42:31] </w:t>
      </w:r>
      <w:r>
        <w:t>tariq badar sahib ne lahore se likha hai: "In Pakistan, most of the people are engaged in politics, which made them very negative.</w:t>
      </w:r>
    </w:p>
    <w:p>
      <w:pPr>
        <w:jc w:val="right"/>
      </w:pPr>
      <w:r>
        <w:t>طارق بدر صاحب نے لاہور سے لکھا ہے: "In Pakistan, most of the people are engaged in politics, which made them very negative.</w:t>
      </w:r>
    </w:p>
    <w:p>
      <w:r>
        <w:rPr>
          <w:b/>
        </w:rPr>
        <w:t xml:space="preserve">[42:41] </w:t>
      </w:r>
      <w:r>
        <w:t>what is your advice in this regard?" to apa, is ke baray mein aap kya kehna chahen gi?</w:t>
      </w:r>
    </w:p>
    <w:p>
      <w:pPr>
        <w:jc w:val="right"/>
      </w:pPr>
      <w:r>
        <w:t>What is your advice in this regard?" تو آپا، اس کے بارے میں آپ کیا کہنا چاہیں گی؟</w:t>
      </w:r>
    </w:p>
    <w:p>
      <w:r>
        <w:rPr>
          <w:b/>
        </w:rPr>
        <w:t xml:space="preserve">[42:50] </w:t>
      </w:r>
      <w:r>
        <w:t>dekhiye, islam ke mutabiq, quran ke mutabiq, politics jo hai, power hai, political power hai, woh khuda ke dene se milta hai.</w:t>
      </w:r>
    </w:p>
    <w:p>
      <w:pPr>
        <w:jc w:val="right"/>
      </w:pPr>
      <w:r>
        <w:t>دیکھیے، اسلام کے مطابق، قرآن کے مطابق، پولیٹکس جو ہے، پاور ہے، پولیٹیکل پاور ہے، وہ خدا کے دینے سے ملتا ہے۔</w:t>
      </w:r>
    </w:p>
    <w:p>
      <w:r>
        <w:rPr>
          <w:b/>
        </w:rPr>
        <w:t xml:space="preserve">[43:04] </w:t>
      </w:r>
      <w:r>
        <w:t>hum log kya kar rahe hain? ke is ke liye tehreekein chalate hain.</w:t>
      </w:r>
    </w:p>
    <w:p>
      <w:pPr>
        <w:jc w:val="right"/>
      </w:pPr>
      <w:r>
        <w:t>ہم لوگ کیا کر رہے ہیں؟ کہ اس کے لیے تحریکیں چلاتے ہیں۔</w:t>
      </w:r>
    </w:p>
    <w:p>
      <w:r>
        <w:rPr>
          <w:b/>
        </w:rPr>
        <w:t xml:space="preserve">[43:09] </w:t>
      </w:r>
      <w:r>
        <w:t>jo doosre log power par hain, un ko un seat karne ki tehreekein chalate hain. aur is ki wajah se itni ziyada negativity hoti hai ke poori ki poori population negative ho jati hai.</w:t>
      </w:r>
    </w:p>
    <w:p>
      <w:pPr>
        <w:jc w:val="right"/>
      </w:pPr>
      <w:r>
        <w:t>جو دوسرے لوگ پاور پر ہیں، ان کو ان سیٹ کرنے کی تحریکیں چلاتے ہیں۔ اور اس کی وجہ سے اتنی زیادہ نیگیٹیوٹی ہوتی ہے کہ پوری کی پوری پاپولیشن نیگیٹیو ہو جاتی ہے۔</w:t>
      </w:r>
    </w:p>
    <w:p>
      <w:r>
        <w:rPr>
          <w:b/>
        </w:rPr>
        <w:t xml:space="preserve">[43:22] </w:t>
      </w:r>
      <w:r>
        <w:t>tamam log is ke khilaf ho jatay hain. dunya jo hai, do dharon mein bat jati hai. aik rival group hota hai, tamam log is ke khilaf ho jatay hain.</w:t>
      </w:r>
    </w:p>
    <w:p>
      <w:pPr>
        <w:jc w:val="right"/>
      </w:pPr>
      <w:r>
        <w:t>تمام لوگ اس کے خلاف ہو جاتے ہیں۔ دنیا جو ہے، دو دھڑوں میں بٹ جاتی ہے۔ ایک رائیول گروپ ہوتا ہے، تمام لوگ اس کے خلاف ہو جاتے ہیں۔</w:t>
      </w:r>
    </w:p>
    <w:p>
      <w:r>
        <w:rPr>
          <w:b/>
        </w:rPr>
        <w:t xml:space="preserve">[43:31] </w:t>
      </w:r>
      <w:r>
        <w:t>to yeh bilkul galat hai, total sense mein galat hai.</w:t>
      </w:r>
    </w:p>
    <w:p>
      <w:pPr>
        <w:jc w:val="right"/>
      </w:pPr>
      <w:r>
        <w:t>تو یہ بالکل غلط ہے، ٹوٹل سینس میں غلط ہے۔</w:t>
      </w:r>
    </w:p>
    <w:p>
      <w:r>
        <w:rPr>
          <w:b/>
        </w:rPr>
        <w:t xml:space="preserve">[43:36] </w:t>
      </w:r>
      <w:r>
        <w:t>kyunke jo hamein kaam karna hai, woh tazkiya-e-nafs ka karna hai. apne andar hamein positive personality develop karni hai. kyunke jab Allah taala dekhenge ke hamare andar salahiyat paida ho gayi hai hukumat sambhalne ki, tabhi hum ko Allah power dega.</w:t>
      </w:r>
    </w:p>
    <w:p>
      <w:pPr>
        <w:jc w:val="right"/>
      </w:pPr>
      <w:r>
        <w:t>کیونکہ جو ہمیں کام کرنا ہے، وہ تزکیہ نفس کا کرنا ہے۔ اپنے اندر ہمیں پوزیٹیو پرسنیلٹی ڈیویلپ کرنی ہے۔ کیونکہ جب اللہ تعالی دیکھیں گے کہ ہمارے اندر صلاحیت پیدا ہو گئی ہے حکومت سنبھالنے کی، تبھی ہم کو اللہ پاور دے گا۔</w:t>
      </w:r>
    </w:p>
    <w:p>
      <w:r>
        <w:rPr>
          <w:b/>
        </w:rPr>
        <w:t xml:space="preserve">[43:55] </w:t>
      </w:r>
      <w:r>
        <w:t>to yeh power Allah ke dene se milta hai.</w:t>
      </w:r>
    </w:p>
    <w:p>
      <w:pPr>
        <w:jc w:val="right"/>
      </w:pPr>
      <w:r>
        <w:t>تو یہ پاور اللہ کے دینے سے ملتا ہے۔</w:t>
      </w:r>
    </w:p>
    <w:p>
      <w:r>
        <w:rPr>
          <w:b/>
        </w:rPr>
        <w:t xml:space="preserve">[43:58] </w:t>
      </w:r>
      <w:r>
        <w:t>to aap log Allah ki jurisdiction mein dakhil hone ki koshish na karein. kyunke is se milega kuch nahi, siwaye apne aap ko, apni apni barbadi ke siwa aur kuch nahi milne wala hai.</w:t>
      </w:r>
    </w:p>
    <w:p>
      <w:pPr>
        <w:jc w:val="right"/>
      </w:pPr>
      <w:r>
        <w:t>تو آپ لوگ اللہ کی جورسڈکشن میں داخل ہونے کی کوشش نہ کریں۔ کیونکہ اس سے ملے گا کچھ نہیں، سوائے اپنے آپ کو، اپنی اپنی بربادی کے سوا اور کچھ نہیں ملنے والا ہے۔</w:t>
      </w:r>
    </w:p>
    <w:p>
      <w:r>
        <w:rPr>
          <w:b/>
        </w:rPr>
        <w:t xml:space="preserve">[44:14] </w:t>
      </w:r>
      <w:r>
        <w:t>to hamein jo kya karna hai? ke sirf apni positive personality banani hai.</w:t>
      </w:r>
    </w:p>
    <w:p>
      <w:pPr>
        <w:jc w:val="right"/>
      </w:pPr>
      <w:r>
        <w:t>تو ہمیں جو کیا کرنا ہے؟ کہ صرف اپنی پوزیٹیو پرسنیلٹی بنانی ہے۔</w:t>
      </w:r>
    </w:p>
    <w:p>
      <w:r>
        <w:rPr>
          <w:b/>
        </w:rPr>
        <w:t xml:space="preserve">[44:20] </w:t>
      </w:r>
      <w:r>
        <w:t>har tarah se jo Allah taala ke hukum ke mutabiq ek duniya mein ek zindagi guzarni hai. aur politics jo hai, woh yeh hai ke jaise zakat hai, jo yeh jo hukum hai,</w:t>
      </w:r>
    </w:p>
    <w:p>
      <w:pPr>
        <w:jc w:val="right"/>
      </w:pPr>
      <w:r>
        <w:t>ہر طرح سے جو اللہ تعالی کے حکم کے مطابق ایک دنیا میں ایک زندگی گزارنی ہے۔ اور پولیٹکس جو ہے، وہ یہ ہے کہ جیسے زکوۃ ہے، جو یہ جو حکم ہے،</w:t>
      </w:r>
    </w:p>
    <w:p>
      <w:r>
        <w:rPr>
          <w:b/>
        </w:rPr>
        <w:t xml:space="preserve">[44:33] </w:t>
      </w:r>
      <w:r>
        <w:t>quran mein chand chand aayatein hain to politics ke bare mein to bilkul zakat ki tarah hai. agar hamare paas paisa hai to hamare upar zakat farz hai.</w:t>
      </w:r>
    </w:p>
    <w:p>
      <w:pPr>
        <w:jc w:val="right"/>
      </w:pPr>
      <w:r>
        <w:t>قرآن میں چند چند آیتیں ہیں تو پولیٹکس کے بارے میں تو بالکل زکوۃ کی طرح ہے۔ اگر ہمارے پاس پیسہ ہے تو ہمارے اوپر زکوۃ فرض ہے۔</w:t>
      </w:r>
    </w:p>
    <w:p>
      <w:r>
        <w:rPr>
          <w:b/>
        </w:rPr>
        <w:t xml:space="preserve">[44:45] </w:t>
      </w:r>
      <w:r>
        <w:t>paisa nahi hai to hamare upar zakat farz nahi hai.</w:t>
      </w:r>
    </w:p>
    <w:p>
      <w:pPr>
        <w:jc w:val="right"/>
      </w:pPr>
      <w:r>
        <w:t>پیسہ نہیں ہے تو ہمارے اوپر زکوۃ فرض نہیں ہے۔</w:t>
      </w:r>
    </w:p>
    <w:p>
      <w:r>
        <w:rPr>
          <w:b/>
        </w:rPr>
        <w:t xml:space="preserve">[44:49] </w:t>
      </w:r>
      <w:r>
        <w:t>to bilkul wahi hai ke agar hum hum ko power mila hua hai aur jo Allah ke dene se milta hai, agar mila hua hai to hum ko Allah ki marzi ke mutabiq, yaani khaas taur par justice ke mutabiq, is duniya mein rule karna hai, hukumat chalani hai.</w:t>
      </w:r>
    </w:p>
    <w:p>
      <w:pPr>
        <w:jc w:val="right"/>
      </w:pPr>
      <w:r>
        <w:t>تو بالکل وہی ہے کہ اگر ہم ہم کو پاور ملا ہوا ہے اور جو اللہ کے دینے سے ملتا ہے، اگر ملا ہوا ہے تو ہم کو اللہ کی مرضی کے مطابق، یعنی خاص طور پر جسٹس کے مطابق، اس دنیا میں رول کرنا ہے، حکومت چلانی ہے۔</w:t>
      </w:r>
    </w:p>
    <w:p>
      <w:r>
        <w:rPr>
          <w:b/>
        </w:rPr>
        <w:t xml:space="preserve">[45:08] </w:t>
      </w:r>
      <w:r>
        <w:t>to yeh hai. aur jo hai baqi jo hamara kaam hai, woh hai ek ek mustaqil, ek shukr wali zindagi guzarna hai.</w:t>
      </w:r>
    </w:p>
    <w:p>
      <w:pPr>
        <w:jc w:val="right"/>
      </w:pPr>
      <w:r>
        <w:t>تو یہ ہے۔ اور جو ہے باقی جو ہمارا کام ہے، وہ ہے ایک ایک مستقل، ایک شکر والی زندگی گزارنا ہے۔</w:t>
      </w:r>
    </w:p>
    <w:p>
      <w:r>
        <w:rPr>
          <w:b/>
        </w:rPr>
        <w:t xml:space="preserve">[45:19] </w:t>
      </w:r>
      <w:r>
        <w:t>aur jahan hum ne politics mein qadam rakha, foran hum nashukre ho jate hain. kyunke power kisi aur ke paas hai aur woh kyun hamein de dega power?</w:t>
      </w:r>
    </w:p>
    <w:p>
      <w:pPr>
        <w:jc w:val="right"/>
      </w:pPr>
      <w:r>
        <w:t>اور جہاں ہم نے پولیٹکس میں قدم رکھا، فوراً ہم ناشکرے ہو جاتے ہیں۔ کیونکہ پاور کسی اور کے پاس ہے اور وہ کیوں ہمیں دے دے گا پاور؟</w:t>
      </w:r>
    </w:p>
    <w:p>
      <w:r>
        <w:rPr>
          <w:b/>
        </w:rPr>
        <w:t xml:space="preserve">[45:29] </w:t>
      </w:r>
      <w:r>
        <w:t>phir hamein is se ladna padega. aur musalsal ek tehreek chalani padegi. negativity is mein paida</w:t>
      </w:r>
    </w:p>
    <w:p>
      <w:pPr>
        <w:jc w:val="right"/>
      </w:pPr>
      <w:r>
        <w:t>پھر ہمیں اس سے لڑنا پڑے گا۔ اور مسلسل ایک تحریک چلانی پڑے گی۔ نیگیٹیوٹی اس میں پیدا</w:t>
      </w:r>
    </w:p>
    <w:p>
      <w:r>
        <w:rPr>
          <w:b/>
        </w:rPr>
        <w:t xml:space="preserve">[45:36] </w:t>
      </w:r>
      <w:r>
        <w:t>hoti hai, bahut zyada negativity paida hoti hai. hamesha ke liye log do group mein bat jate hain. to is tarah se hamari poori personality negative ho jati hai.</w:t>
      </w:r>
    </w:p>
    <w:p>
      <w:pPr>
        <w:jc w:val="right"/>
      </w:pPr>
      <w:r>
        <w:t>ہوتی ہے، بہت زیادہ نیگیٹیوٹی پیدا ہوتی ہے۔ ہمیشہ کے لیے لوگ دو گروپ میں بٹ جاتے ہیں۔ تو اس طریقے سے ہماری پوری پرسنیلٹی نیگیٹیو ہو جاتی ہے۔</w:t>
      </w:r>
    </w:p>
    <w:p>
      <w:r>
        <w:rPr>
          <w:b/>
        </w:rPr>
        <w:t xml:space="preserve">[45:47] </w:t>
      </w:r>
      <w:r>
        <w:t>to hamein yeh chahiye ke jo kuch hamein mila hua hai, us ke mutabiq hum Allah ki marzi ke mutabiq zindagi guzarein.</w:t>
      </w:r>
    </w:p>
    <w:p>
      <w:pPr>
        <w:jc w:val="right"/>
      </w:pPr>
      <w:r>
        <w:t>تو ہمیں یہ چاہیے کہ جو کچھ ہمیں ملا ہوا ہے، اس کے مطابق ہم اللہ کی مرضی کے مطابق زندگی گزاریں۔</w:t>
      </w:r>
    </w:p>
    <w:p>
      <w:r>
        <w:rPr>
          <w:b/>
        </w:rPr>
        <w:t xml:space="preserve">[45:55] </w:t>
      </w:r>
      <w:r>
        <w:t>jo kuch mila hua hai. to jo nahi mila hua hai, woh jab hamein agar zaroorat Allah taala samjhenge to Allah taala hamein de denge.</w:t>
      </w:r>
    </w:p>
    <w:p>
      <w:pPr>
        <w:jc w:val="right"/>
      </w:pPr>
      <w:r>
        <w:t>جو کچھ ملا ہوا ہے۔ تو جو نہیں ملا ہوا ہے، وہ جب ہمیں اگر ضرورت اللہ تعالی سمجھیں گے تو اللہ تعالی ہمیں دے دیں گے۔</w:t>
      </w:r>
    </w:p>
    <w:p>
      <w:r>
        <w:rPr>
          <w:b/>
        </w:rPr>
        <w:t xml:space="preserve">[46:04] </w:t>
      </w:r>
      <w:r>
        <w:t>jab de denge, us waqt hamara farz banega ke hum justice ke mutabiq hukumat karein. to yeh hai. kyunke asal mein masla yeh hai ke logon ko yahi nahi pata ke creation plan Khuda ka kya hai.</w:t>
      </w:r>
    </w:p>
    <w:p>
      <w:pPr>
        <w:jc w:val="right"/>
      </w:pPr>
      <w:r>
        <w:t>جب دے دیں گے، اس وقت ہمارا فرض بنے گا کہ ہم جسٹس کے مطابق حکومت کریں۔ تو یہ ہے۔ کیونکہ اصل میں مسئلہ یہ ہے کہ لوگوں کو یہی نہیں پتہ کہ کریشن پلان خدا کا کیا ہے۔</w:t>
      </w:r>
    </w:p>
    <w:p>
      <w:r>
        <w:rPr>
          <w:b/>
        </w:rPr>
        <w:t xml:space="preserve">[46:18] </w:t>
      </w:r>
      <w:r>
        <w:t>Khuda ka jo creation plan hai ke is duniya mein hum test ke liye aaye hain aur test ka paper khud Khuda set kiya hua hai. isi liye hum dekhte hain ke har ek ko alag alag test paper diye gaye hain.</w:t>
      </w:r>
    </w:p>
    <w:p>
      <w:pPr>
        <w:jc w:val="right"/>
      </w:pPr>
      <w:r>
        <w:t>خدا کا جو کریشن پلان ہے کہ اس دنیا میں ہم ٹیسٹ کے لیے آئے ہیں اور ٹیسٹ کا پیپر خود خدا سیٹ کیا ہوا ہے۔ اسی لیے ہم دیکھتے ہیں کہ ہر ایک کو الگ الگ ٹیسٹ پیپر دیے گئے ہیں۔</w:t>
      </w:r>
    </w:p>
    <w:p>
      <w:r>
        <w:rPr>
          <w:b/>
        </w:rPr>
        <w:t xml:space="preserve">[46:30] </w:t>
      </w:r>
      <w:r>
        <w:t>ab hum chahein ke doosre ka test paper chheen kar us ko hum apna test paper banayein to yeh yeh mumkin nahi hai. jo test paper hamein mila hua hai, usi ko hamein achhe tarike se is is is par kaam karna hai, is par amal karna hai taake hum Khuda ki marzi ke mutabiq ek zindagi is duniya mein guzarein.</w:t>
      </w:r>
    </w:p>
    <w:p>
      <w:pPr>
        <w:jc w:val="right"/>
      </w:pPr>
      <w:r>
        <w:t>اب ہم چاہیں کہ دوسرے کا ٹیسٹ پیپر چھین کر اس کو ہم اپنا ٹیسٹ پیپر بنائیں تو یہ یہ ممکن نہیں ہے۔ جو ٹیسٹ پیپر ہمیں ملا ہوا ہے، اسی کو ہمیں اچھے طریقے سے اس اس اس پر کام کرنا ہے، اس پر عمل کرنا ہے تاکہ ہم خدا کی مرضی کے مطابق ایک زندگی اس دنیا میں گزاریں۔</w:t>
      </w:r>
    </w:p>
    <w:p>
      <w:r>
        <w:rPr>
          <w:b/>
        </w:rPr>
        <w:t xml:space="preserve">[46:51] </w:t>
      </w:r>
      <w:r>
        <w:t>warna hamari sari zindagi guzar jaye</w:t>
      </w:r>
    </w:p>
    <w:p>
      <w:pPr>
        <w:jc w:val="right"/>
      </w:pPr>
      <w:r>
        <w:t>ورنہ ہماری ساری زندگی گزر جائے</w:t>
      </w:r>
    </w:p>
    <w:p>
      <w:r>
        <w:rPr>
          <w:b/>
        </w:rPr>
        <w:t xml:space="preserve">[46:53] </w:t>
      </w:r>
      <w:r>
        <w:t>gi doosron ke khilaf ukheer pachar karne mein. aur hamein jo karna hai, apna tazkiya-e-nafs, asal kaam tazkiya-e-nafs hai. jo hamein karna hai, wahi nahi hum kar payenge.</w:t>
      </w:r>
    </w:p>
    <w:p>
      <w:pPr>
        <w:jc w:val="right"/>
      </w:pPr>
      <w:r>
        <w:t>گی دوسروں کے خلاف اکھیڑ پچھاڑ کرنے میں۔ اور ہمیں جو کرنا ہے، اپنا تزکیہ نفس، اصل کام تزکیہ نفس ہے۔ جو ہمیں کرنا ہے، وہی نہیں ہم کر پائیں گے۔</w:t>
      </w:r>
    </w:p>
    <w:p>
      <w:r>
        <w:rPr>
          <w:b/>
        </w:rPr>
        <w:t xml:space="preserve">[47:03] </w:t>
      </w:r>
      <w:r>
        <w:t>to yeh bilkul galat baat hai aur hum yeh Khuda ke creation plan ke khilaf hain. apa, bahut se achhe comment aa rahe hain.</w:t>
      </w:r>
    </w:p>
    <w:p>
      <w:pPr>
        <w:jc w:val="right"/>
      </w:pPr>
      <w:r>
        <w:t>تو یہ بالکل غلط بات ہے اور ہم یہ خدا کے کریشن پلان کے خلاف ہیں۔ آپا، بہت سے اچھے کمنٹ آ رہے ہیں۔</w:t>
      </w:r>
    </w:p>
    <w:p>
      <w:r>
        <w:rPr>
          <w:b/>
        </w:rPr>
        <w:t xml:space="preserve">[47:16] </w:t>
      </w:r>
      <w:r>
        <w:t>Shah Khalid sahib ne likha hai: "Listening from Islamabad. Mashallah, very nice</w:t>
      </w:r>
    </w:p>
    <w:p>
      <w:pPr>
        <w:jc w:val="right"/>
      </w:pPr>
      <w:r>
        <w:t>شاہ خالد صاحب نے لکھا ہے: "Listening from Islamabad. ماشاءاللہ، ویری نائس</w:t>
      </w:r>
    </w:p>
    <w:p>
      <w:r>
        <w:rPr>
          <w:b/>
        </w:rPr>
        <w:t xml:space="preserve">[47:21] </w:t>
      </w:r>
      <w:r>
        <w:t>talk. Allah taala Farida apa ki umar mein barkat ata farmaye. Noor ul and Zia ne likha hai: "Mashallah, very motivating talk.</w:t>
      </w:r>
    </w:p>
    <w:p>
      <w:pPr>
        <w:jc w:val="right"/>
      </w:pPr>
      <w:r>
        <w:t>ٹاک۔ اللہ تعالی فریدہ آپا کی عمر میں برکت عطا فرمائے۔ نورال اینڈ ضیاء نے لکھا ہے: "Mashاءاللہ، ویری موٹیویٹنگ ٹاک۔</w:t>
      </w:r>
    </w:p>
    <w:p>
      <w:r>
        <w:rPr>
          <w:b/>
        </w:rPr>
        <w:t xml:space="preserve">[47:31] </w:t>
      </w:r>
      <w:r>
        <w:t>I have started listening to Maulana Wahiduddin Khan since January, and my whole thinking and learning has changed. Alhamdulillah, I have discovered CPS team, and I mean it, because I am being practical after listening to all of Maulana lectures.</w:t>
      </w:r>
    </w:p>
    <w:p>
      <w:pPr>
        <w:jc w:val="right"/>
      </w:pPr>
      <w:r>
        <w:t>آئی ہیو سٹارٹڈ لسننگ ٹو مولانا وحید الدین خان سنس جنوری، اینڈ مائی ہول تھنکنگ اینڈ لرننگ ہیز چینجڈ۔ الحمدللہ، آئی ہیو ڈسکورڈ سی پی ایس ٹیم، اینڈ آئی مین اٹ، بیکاز آئی ایم بینگ پریکٹیکل افٹر لسننگ ٹو ال اف مولانا لیکچرز۔</w:t>
      </w:r>
    </w:p>
    <w:p>
      <w:r>
        <w:rPr>
          <w:b/>
        </w:rPr>
        <w:t xml:space="preserve">[47:49] </w:t>
      </w:r>
      <w:r>
        <w:t>Shah Zaman Hassan sahib ne likha hai: "मैं भी एक नेगेटिव इंसान था, पर जब से مولانا जी से متاثر हुआ हूं, तब से पॉजिटिव रास्ते पर हूं। दुआ दुआ करें कि मैं लगा रहूं।"</w:t>
      </w:r>
    </w:p>
    <w:p>
      <w:pPr>
        <w:jc w:val="right"/>
      </w:pPr>
      <w:r>
        <w:t>شاہ زماں حسان صاحب نے لکھا ہے: "मैं भी एक नेगेटिव इंसान था, पर जब से مولانا जी से متاثر हुआ हूं, तब से पॉजिटिव रास्ते पर हूं। दुआ दुआ करें कि मैं लगा रहूं।"</w:t>
      </w:r>
    </w:p>
    <w:p>
      <w:r>
        <w:rPr>
          <w:b/>
        </w:rPr>
        <w:t xml:space="preserve">[48:07] </w:t>
      </w:r>
      <w:r>
        <w:t>Shahid Hussain sahib ne likha hai: "Problems are challenges. These are potential doors for opportunities. These can work as incentives.</w:t>
      </w:r>
    </w:p>
    <w:p>
      <w:pPr>
        <w:jc w:val="right"/>
      </w:pPr>
      <w:r>
        <w:t>شاہد حسین صاحب نے لکھا ہے: "Problems are challenges. These are potential doors for opportunities. These can work as incentives.</w:t>
      </w:r>
    </w:p>
    <w:p>
      <w:r>
        <w:rPr>
          <w:b/>
        </w:rPr>
        <w:t xml:space="preserve">[48:16] </w:t>
      </w:r>
      <w:r>
        <w:t>Great wisdom."</w:t>
      </w:r>
    </w:p>
    <w:p>
      <w:pPr>
        <w:jc w:val="right"/>
      </w:pPr>
      <w:r>
        <w:t>Great wisdom."</w:t>
      </w:r>
    </w:p>
    <w:p>
      <w:r>
        <w:rPr>
          <w:b/>
        </w:rPr>
        <w:t xml:space="preserve">[48:19] </w:t>
      </w:r>
      <w:r>
        <w:t>Aapa, hona to yahi chahiye ke ek insaan ke seene mein shukr ka darya jo hai, woh beh pade. Kyunke Quran aur Hadees ke mutabiq, sab se bari ibadat jo hai, woh shukriya hai.</w:t>
      </w:r>
    </w:p>
    <w:p>
      <w:pPr>
        <w:jc w:val="right"/>
      </w:pPr>
      <w:r>
        <w:t>آپا، ہونا تو یہی چاہیے کہ ایک انسان کے سینے میں شکر کا دریا جو ہے، وہ بہہ پڑے۔ کیونکہ قرآن اور حدیث کے مطابق، سب سے بڑی عبادت جو ہے، وہ شکریہ ہے۔</w:t>
      </w:r>
    </w:p>
    <w:p>
      <w:r>
        <w:rPr>
          <w:b/>
        </w:rPr>
        <w:t xml:space="preserve">[48:33] </w:t>
      </w:r>
      <w:r>
        <w:t>To "It is said that it is the biggest worship." To "I would like you to comment on it." Asal mein shukr hamare andar, woh jo shukr hai, jo jis jis ko Maulana ne kaha hai ke shukr ka darya, shukr ka samandar</w:t>
      </w:r>
    </w:p>
    <w:p>
      <w:pPr>
        <w:jc w:val="right"/>
      </w:pPr>
      <w:r>
        <w:t>تو "It is said that it is the biggest worship." تو "I would like you to comment on it." اصل میں شکر ہمارے اندر، وہ جو شکر ہے، جو جس جس کو مولانا نے کہا ہے کہ شکر کا دریا، شکر کا سمندر</w:t>
      </w:r>
    </w:p>
    <w:p>
      <w:r>
        <w:rPr>
          <w:b/>
        </w:rPr>
        <w:t xml:space="preserve">[48:47] </w:t>
      </w:r>
      <w:r>
        <w:t>beh pade, to wahi hoga jab hum apne andar bilkul hi koi aisi cheez ki jagah na dein jo hamare shukr ka erosion kare.</w:t>
      </w:r>
    </w:p>
    <w:p>
      <w:pPr>
        <w:jc w:val="right"/>
      </w:pPr>
      <w:r>
        <w:t>بہہ پڑے، تو وہی ہوگا جب ہم اپنے اندر بالکل ہی کوئی ایسی چیز کی جگہ نہ دیں جو ہمارے شکر کا ایروژن کرے۔</w:t>
      </w:r>
    </w:p>
    <w:p>
      <w:r>
        <w:rPr>
          <w:b/>
        </w:rPr>
        <w:t xml:space="preserve">[48:56] </w:t>
      </w:r>
      <w:r>
        <w:t>To jaise Maulana karte the ke koi aisi cheez dimaagh mein daalte hi nahi the jo unka shukr, shukr ka erosion kare. Unke khilaaf to logon ne itna likha, itna kitabein likhi gayi, articles likhe gaye.</w:t>
      </w:r>
    </w:p>
    <w:p>
      <w:pPr>
        <w:jc w:val="right"/>
      </w:pPr>
      <w:r>
        <w:t>تو جیسے مولانا کرتے تھے کہ کوئی ایسی چیز دماغ میں ڈالتے ہی نہیں تھے جو ان کا شکر، شکر کا ایروژن کرے۔ ان کے خلاف تو لوگوں نے اتنا لکھا، اتنا کتابیں لکھی گئیں، آرٹیکلز لکھے گئے۔</w:t>
      </w:r>
    </w:p>
    <w:p>
      <w:r>
        <w:rPr>
          <w:b/>
        </w:rPr>
        <w:t xml:space="preserve">[49:09] </w:t>
      </w:r>
      <w:r>
        <w:t>Is ko bohat itminaan se woh le kar ke apni almari mein woh kitaab laga dete the. Hum logon ko taajjub hota tha ke is se kuch bhi woh negative asar nahi lete the.</w:t>
      </w:r>
    </w:p>
    <w:p>
      <w:pPr>
        <w:jc w:val="right"/>
      </w:pPr>
      <w:r>
        <w:t>اس کو بہت اطمینان سے وہ لے کر کے اپنی الماری میں وہ کتاب لگا دیتے تھے۔ ہم لوگوں کو تعجب ہوتا تھا کہ اس سے کچھ بھی وہ نیگیٹیو اثر نہیں لیتے تھے۔</w:t>
      </w:r>
    </w:p>
    <w:p>
      <w:r>
        <w:rPr>
          <w:b/>
        </w:rPr>
        <w:t xml:space="preserve">[49:20] </w:t>
      </w:r>
      <w:r>
        <w:t>Woh aaj bhi unki kitabon, almari mein woh kitabein lagi hui hain jo unke khilaaf bohat bure bhale tareeqe se likhi gayi hain. To is se unka kuch asar nahi hota tha.</w:t>
      </w:r>
    </w:p>
    <w:p>
      <w:pPr>
        <w:jc w:val="right"/>
      </w:pPr>
      <w:r>
        <w:t>وہ آج بھی ان کی کتابوں، الماری میں وہ کتابیں لگی ہوئی ہیں جو ان کے خلاف بہت برے بھلے طریقے سے لکھی گئی ہیں۔ تو اس سے ان کا کچھ اثر نہیں ہوتا تھا۔</w:t>
      </w:r>
    </w:p>
    <w:p>
      <w:r>
        <w:rPr>
          <w:b/>
        </w:rPr>
        <w:t xml:space="preserve">[49:29] </w:t>
      </w:r>
      <w:r>
        <w:t>Kyunke woh to itna zyada Khuda ke shukr mein jeete the ke saari duniya bhi bura bhala kahe to is se unko asar nahi hota tha.</w:t>
      </w:r>
    </w:p>
    <w:p>
      <w:pPr>
        <w:jc w:val="right"/>
      </w:pPr>
      <w:r>
        <w:t>کیونکہ وہ تو اتنا زیادہ خدا کے شکر میں جیتے تھے کہ ساری دنیا بھی برا بھلا کہے تو اس سے ان کو اثر نہیں ہوتا تھا۔</w:t>
      </w:r>
    </w:p>
    <w:p>
      <w:r>
        <w:rPr>
          <w:b/>
        </w:rPr>
        <w:t xml:space="preserve">[49:38] </w:t>
      </w:r>
      <w:r>
        <w:t>To aise hi hamein bhi karna hai ke hum dekhiye, jab hum khud ek shakir bande ki tarah rahenge na, tabhi farishte hamare paas aayenge.</w:t>
      </w:r>
    </w:p>
    <w:p>
      <w:pPr>
        <w:jc w:val="right"/>
      </w:pPr>
      <w:r>
        <w:t>تو ایسے ہی ہمیں بھی کرنا ہے کہ ہم دیکھیے، جب ہم خود ایک شاکر بندے کی طرح رہیں گے نا، تبھی فرشتے ہمارے پاس آئیں گے۔</w:t>
      </w:r>
    </w:p>
    <w:p>
      <w:r>
        <w:rPr>
          <w:b/>
        </w:rPr>
        <w:t xml:space="preserve">[49:47] </w:t>
      </w:r>
      <w:r>
        <w:t>Ji ke is duniya mein dekhiye, do asraat hamare par padte hain: ek farishton ka asar aur doosre shaitan ka asar. To agar hum shukr karne wale hain to farishte hamare upar asar daalenge.</w:t>
      </w:r>
    </w:p>
    <w:p>
      <w:pPr>
        <w:jc w:val="right"/>
      </w:pPr>
      <w:r>
        <w:t>جی کہ اس دنیا میں دیکھیے، دو اثرات ہمارے پر پڑتے ہیں: ایک فرشتوں کا اثر اور دوسرے شیطان کا اثر۔ تو اگر ہم شکر کرنے والے ہیں تو فرشتے ہمارے اوپر اثر ڈالیں گے۔</w:t>
      </w:r>
    </w:p>
    <w:p>
      <w:r>
        <w:rPr>
          <w:b/>
        </w:rPr>
        <w:t xml:space="preserve">[50:01] </w:t>
      </w:r>
      <w:r>
        <w:t>Aur farishton ke asar se hamare andar woh positive person</w:t>
      </w:r>
    </w:p>
    <w:p>
      <w:pPr>
        <w:jc w:val="right"/>
      </w:pPr>
      <w:r>
        <w:t>اور فرشتوں کے اثر سے ہمارے اندر وہ پوزیٹیو پرسن</w:t>
      </w:r>
    </w:p>
    <w:p>
      <w:r>
        <w:rPr>
          <w:b/>
        </w:rPr>
        <w:t xml:space="preserve">[50:05] </w:t>
      </w:r>
      <w:r>
        <w:t>ality banegi, hamare andar Khuda se ta'alluq qaim hoga. Kyunke Khuda se ta'alluq direct nahi qaim hota, balkeh hamein farishton ke zariye se qaim hota hai.</w:t>
      </w:r>
    </w:p>
    <w:p>
      <w:pPr>
        <w:jc w:val="right"/>
      </w:pPr>
      <w:r>
        <w:t>یلٹی بنے گی، ہمارے اندر خدا سے تعلق قائم ہوگا۔ کیونکہ خدا سے تعلق ڈائریکٹ نہیں قائم ہوتا، بلکہ ہمیں فرشتوں کے ذریعے سے قائم ہوتا ہے۔</w:t>
      </w:r>
    </w:p>
    <w:p>
      <w:r>
        <w:rPr>
          <w:b/>
        </w:rPr>
        <w:t xml:space="preserve">[50:15] </w:t>
      </w:r>
      <w:r>
        <w:t>Farishte woh asar hamare andar paida karte hain, hamare andar woh asar daalte hain. Kaha ek Hadees ke mutabiq: "Yahan par chaar angool bhi jagah aisi nahi jahan ek farishta Khuda ke aage sajda na kar raha ho." To inhi farishton se hamein qurbat hasil</w:t>
      </w:r>
    </w:p>
    <w:p>
      <w:pPr>
        <w:jc w:val="right"/>
      </w:pPr>
      <w:r>
        <w:t>فرشتے وہ اثر ہمارے اندر پیدا کرتے ہیں، ہمارے اندر وہ اثر ڈالتے ہیں۔ کہا ایک حدیث کے مطابق: "یہاں پر چار انگول بھی جگہ ایسی نہیں جہاں ایک فرشتہ خدا کے آگے سجدہ نہ کر رہا ہو۔" تو انہی فرشتوں سے ہمیں قربت حاصل</w:t>
      </w:r>
    </w:p>
    <w:p>
      <w:r>
        <w:rPr>
          <w:b/>
        </w:rPr>
        <w:t xml:space="preserve">[50:31] </w:t>
      </w:r>
      <w:r>
        <w:t>karni hai. Wahi hamare andar woh shukr wali personality ko develop karenge. To hum jo shukr ki personality develop nahi kar sakte, woh jo main reason hai, woh hamare andar hai: ego.</w:t>
      </w:r>
    </w:p>
    <w:p>
      <w:pPr>
        <w:jc w:val="right"/>
      </w:pPr>
      <w:r>
        <w:t>کرنی ہے۔ وہی ہمارے اندر وہ شکر والی پرسنیلٹی کو ڈیویلپ کریں گے۔ تو ہم جو شکر کی پرسنیلٹی ڈیویلپ نہیں کر سکتے، وہ جو مین ریزن ہے، وہ ہمارے اندر ہے: ایگو۔</w:t>
      </w:r>
    </w:p>
    <w:p>
      <w:r>
        <w:rPr>
          <w:b/>
        </w:rPr>
        <w:t xml:space="preserve">[50:46] </w:t>
      </w:r>
      <w:r>
        <w:t>Ego hamare andar itna zyada hota hai ke jahan kisi ne koi baat kahi, bas hum bhadak uthte hain. To agar hum apne ego ko khatm kar dein to hum kyun bhadkenge?</w:t>
      </w:r>
    </w:p>
    <w:p>
      <w:pPr>
        <w:jc w:val="right"/>
      </w:pPr>
      <w:r>
        <w:t>ایگو ہمارے اندر اتنا زیادہ ہوتا ہے کہ جہاں کسی نے کوئی بات کہی، بس ہم بھڑک اٹھتے ہیں۔ تو اگر ہم اپنے ایگو کو ختم کر دیں تو ہم کیوں بھڑکیں گے؟</w:t>
      </w:r>
    </w:p>
    <w:p>
      <w:r>
        <w:rPr>
          <w:b/>
        </w:rPr>
        <w:t xml:space="preserve">[50:56] </w:t>
      </w:r>
      <w:r>
        <w:t>Jaise Maulana kehte the ke "Main apne aap ko chunti ke barabar bhi nahi samajh</w:t>
      </w:r>
    </w:p>
    <w:p>
      <w:pPr>
        <w:jc w:val="right"/>
      </w:pPr>
      <w:r>
        <w:t>جیسے مولانا کہتے تھے کہ "میں اپنے آپ کو چونٹی کے برابر بھی نہیں سمجھ</w:t>
      </w:r>
    </w:p>
    <w:p>
      <w:r>
        <w:rPr>
          <w:b/>
        </w:rPr>
        <w:t xml:space="preserve">[51:00] </w:t>
      </w:r>
      <w:r>
        <w:t>ta." Agar hum apne aap ko chunti ke barabar bhi nahi samjhein to koi hamein kitna bhi bura bhala kehta rahe, hum kyun kyun bhadkenge? Hum woh apna ego khatm karna hai.</w:t>
      </w:r>
    </w:p>
    <w:p>
      <w:pPr>
        <w:jc w:val="right"/>
      </w:pPr>
      <w:r>
        <w:t>تا۔" اگر ہم اپنے آپ کو چونٹی کے برابر بھی نہیں سمجھیں تو کوئی ہمیں کتنا بھی برا بھلا کہتا رہے، ہم کیوں کیوں بھڑکیں گے؟ ہم وہ اپنا ایگو ختم کرنا ہے۔</w:t>
      </w:r>
    </w:p>
    <w:p>
      <w:r>
        <w:rPr>
          <w:b/>
        </w:rPr>
        <w:t xml:space="preserve">[51:12] </w:t>
      </w:r>
      <w:r>
        <w:t>Kyunke do ego is kainat mein nahi chal sakte. Ego to asal Khuda ka ego hai na? To ek Hadees mein aaya hai ke "Jo mere kibr ki chadar ko lena chahega, main us ko zaleel kar doonga." To Khuda ka ego hai.</w:t>
      </w:r>
    </w:p>
    <w:p>
      <w:pPr>
        <w:jc w:val="right"/>
      </w:pPr>
      <w:r>
        <w:t>کیونکہ دو ایگو اس کائنات میں نہیں چل سکتے۔ ایگو تو اصل خدا کا ایگو ہے نا؟ تو ایک حدیث میں آیا ہے کہ "جو میرے کبر کی چادر کو لینا چاہے گا، میں اس کو ذلیل کر دوں گا۔" تو خدا کا ایگو ہے۔</w:t>
      </w:r>
    </w:p>
    <w:p>
      <w:r>
        <w:rPr>
          <w:b/>
        </w:rPr>
        <w:t xml:space="preserve">[51:26] </w:t>
      </w:r>
      <w:r>
        <w:t>Hamein jo kuch hai, woh Khuda ke dene se mila hua hai.</w:t>
      </w:r>
    </w:p>
    <w:p>
      <w:pPr>
        <w:jc w:val="right"/>
      </w:pPr>
      <w:r>
        <w:t>ہمیں جو کچھ ہے، وہ خدا کے دینے سے ملا ہوا ہے۔</w:t>
      </w:r>
    </w:p>
    <w:p>
      <w:r>
        <w:rPr>
          <w:b/>
        </w:rPr>
        <w:t xml:space="preserve">[51:30] </w:t>
      </w:r>
      <w:r>
        <w:t>To hamein to hamara apna kuch hai hi nahi. To kis baat ka ego? Jo ek cheez jo hamein Khuda ne di hai, to mili hui hai.</w:t>
      </w:r>
    </w:p>
    <w:p>
      <w:pPr>
        <w:jc w:val="right"/>
      </w:pPr>
      <w:r>
        <w:t>تو ہمیں تو ہمارا اپنا کچھ ہے ہی نہیں۔ تو کس بات کا ایگو؟ جو ایک چیز جو ہمیں خدا نے دی ہے، تو ملی ہوئی ہے۔</w:t>
      </w:r>
    </w:p>
    <w:p>
      <w:r>
        <w:rPr>
          <w:b/>
        </w:rPr>
        <w:t xml:space="preserve">[51:38] </w:t>
      </w:r>
      <w:r>
        <w:t>Aur jab chahe, woh Khuda hum se chheen sakta hai. To hamein is maqsad ke liye, apne jazba-e-shukr ki hifazat ke liye, apne ego ko khatm karna hai.</w:t>
      </w:r>
    </w:p>
    <w:p>
      <w:pPr>
        <w:jc w:val="right"/>
      </w:pPr>
      <w:r>
        <w:t>اور جب چاہے، وہ خدا ہم سے چھین سکتا ہے۔ تو ہمیں اس مقصد کے لیے، اپنے جذبہ شکر کی حفاظت کے لیے، اپنے ایگو کو ختم کرنا ہے۔</w:t>
      </w:r>
    </w:p>
    <w:p>
      <w:r>
        <w:rPr>
          <w:b/>
        </w:rPr>
        <w:t xml:space="preserve">[51:47] </w:t>
      </w:r>
      <w:r>
        <w:t>Ego ko surrender karna hai. Islam ke maani hi yahi hain: "Submitting to God. Surrender to God</w:t>
      </w:r>
    </w:p>
    <w:p>
      <w:pPr>
        <w:jc w:val="right"/>
      </w:pPr>
      <w:r>
        <w:t>ایگو کو سرینڈر کرنا ہے۔ اسلام کے معنی ہی یہی ہیں: "Submitting to God. Surrender to God</w:t>
      </w:r>
    </w:p>
    <w:p>
      <w:r>
        <w:rPr>
          <w:b/>
        </w:rPr>
        <w:t xml:space="preserve">[51:55] </w:t>
      </w:r>
      <w:r>
        <w:t>." To surrender ka matlab yahi hai: ego ko surrender karna. Aur sirf aur sirf Khuda ki baṛai mein jeena. Ji to Aapa samajh aa raha hai ke jannat ki qeemat shukr hai.</w:t>
      </w:r>
    </w:p>
    <w:p>
      <w:pPr>
        <w:jc w:val="right"/>
      </w:pPr>
      <w:r>
        <w:t>." تو سرینڈر کا مطلب یہی ہے: ایگو کو سرینڈر کرنا۔ اور صرف اور صرف خدا کی بڑائی میں جینا۔ جی تو آپا سمجھ آ رہا ہے کہ جنت کی قیمت شکر ہے۔</w:t>
      </w:r>
    </w:p>
    <w:p>
      <w:r>
        <w:rPr>
          <w:b/>
        </w:rPr>
        <w:t xml:space="preserve">[52:08] </w:t>
      </w:r>
      <w:r>
        <w:t>Aur jannat usi ko milegi jo is qeemat ko ada karega. Aur Quran mein bhi Aapa jannat ko le kar yeh zikr aaya hai ke "Tum jahan bhi dekhoge, azeem nem'at aur badshahi dek</w:t>
      </w:r>
    </w:p>
    <w:p>
      <w:pPr>
        <w:jc w:val="right"/>
      </w:pPr>
      <w:r>
        <w:t>اور جنت اسی کو ملے گی جو اس قیمت کو ادا کرے گا۔ اور قرآن میں بھی آپا جنت کو لے کر یہ ذکر آیا ہے کہ "تم جہاں بھی دیکھو گے، عظیم نعمت اور بادشاہی دیک</w:t>
      </w:r>
    </w:p>
    <w:p>
      <w:r>
        <w:rPr>
          <w:b/>
        </w:rPr>
        <w:t xml:space="preserve">[52:21] </w:t>
      </w:r>
      <w:r>
        <w:t>hoge." To yeh bohat zaroori ho jata hai Aapa ke hum apne andar yeh shukr ka ehsaas, shukr ke feeling ko safeguard kar ke hamesha chalein.</w:t>
      </w:r>
    </w:p>
    <w:p>
      <w:pPr>
        <w:jc w:val="right"/>
      </w:pPr>
      <w:r>
        <w:t>ھو گے۔" تو یہ بہت ضروری ہو جاتا ہے آپا کہ ہم اپنے اندر یہ شکر کا احساس، شکر کے فیلنگ کو سیو گارڈ کر کے ہمیشہ چلیں۔</w:t>
      </w:r>
    </w:p>
    <w:p>
      <w:r>
        <w:rPr>
          <w:b/>
        </w:rPr>
        <w:t xml:space="preserve">[52:31] </w:t>
      </w:r>
      <w:r>
        <w:t>to wo kaise kar sakte hain? is ke bare mein bhi bataein. to shukr ke safeguard karne ke liye wahi hai jo ke hum har halat mein Khuda ki barhai mein jaein.</w:t>
      </w:r>
    </w:p>
    <w:p>
      <w:pPr>
        <w:jc w:val="right"/>
      </w:pPr>
      <w:r>
        <w:t>تو وہ کیسے کر سکتے ہیں؟ اس کے بارے میں بھی بتائیں۔ تو شکر کے سیو گارڈ کرنے کے لیے وہی ہے جو کہ ہم ہر حالت میں خدا کی بڑائی میں جئیں۔</w:t>
      </w:r>
    </w:p>
    <w:p>
      <w:r>
        <w:rPr>
          <w:b/>
        </w:rPr>
        <w:t xml:space="preserve">[52:43] </w:t>
      </w:r>
      <w:r>
        <w:t>ji apni barhai ko khatam kar dein aur Khuda ki barhai mein jaein. phir shukriya shukr hai.</w:t>
      </w:r>
    </w:p>
    <w:p>
      <w:pPr>
        <w:jc w:val="right"/>
      </w:pPr>
      <w:r>
        <w:t>جی اپنی بڑائی کو ختم کر دیں اور خدا کی بڑائی میں جئیں۔ پھر شکریہ شکر ہے۔</w:t>
      </w:r>
    </w:p>
    <w:p>
      <w:r>
        <w:rPr>
          <w:b/>
        </w:rPr>
        <w:t xml:space="preserve">[52:50] </w:t>
      </w:r>
      <w:r>
        <w:t>kyunke hamari hazaron lakhon cheezein hain jo hamare paas hain, wo Khuda se mili hui hain. phir hum kyun nahi shukr karein ge? jaise ek baar, ek baar maine ek car mein dekha, peeche likha hua tha:</w:t>
      </w:r>
    </w:p>
    <w:p>
      <w:pPr>
        <w:jc w:val="right"/>
      </w:pPr>
      <w:r>
        <w:t>کیونکہ ہماری ہزاروں لاکھوں چیزیں ہیں جو ہمارے پاس ہیں، وہ خدا سے ملی ہوئی ہیں۔ پھر ہم کیوں نہیں شکر کریں گے؟ جیسے ایک بار، ایک بار میں نے ایک کار میں دیکھا، پیچھے لکھا ہوا تھا:</w:t>
      </w:r>
    </w:p>
    <w:p>
      <w:r>
        <w:rPr>
          <w:b/>
        </w:rPr>
        <w:t xml:space="preserve">[53:05] </w:t>
      </w:r>
      <w:r>
        <w:t>"Dad's gift." to ek cheez baap ne di, ab bete ko itna zyada is ka acknowledgement hua, us ne acknowledge itna zyada kiya ke us ne car pe hi likh diya: "Dad's gift." to</w:t>
      </w:r>
    </w:p>
    <w:p>
      <w:pPr>
        <w:jc w:val="right"/>
      </w:pPr>
      <w:r>
        <w:t>"Dad's gift." تو ایک چیز باپ نے دی، اب بیٹے کو اتنا زیادہ اس کا ایکنالجمنٹ ہوا، اس نے ایکنالج اتنا زیادہ کیا کہ اس نے کار پہ ہی لکھ دیا: "Dad's gift." تو</w:t>
      </w:r>
    </w:p>
    <w:p>
      <w:r>
        <w:rPr>
          <w:b/>
        </w:rPr>
        <w:t xml:space="preserve">[53:20] </w:t>
      </w:r>
      <w:r>
        <w:t>yahan to har cheez Khuda se hamein mili hui hai. to hum Khuda ka shukr ada nahi karein to kis ka ada karein ge? aur baar baar Khuda dikha raha hai ke jab chahein hum cheen sakte hain.</w:t>
      </w:r>
    </w:p>
    <w:p>
      <w:pPr>
        <w:jc w:val="right"/>
      </w:pPr>
      <w:r>
        <w:t>یہاں تو ہر چیز خدا سے ہمیں ملی ہوئی ہے۔ تو ہم خدا کا شکر ادا نہیں کریں تو کس کا ادا کریں گے؟ اور بار بار خدا دکھا رہا ہے کہ جب چاہیں ہم چھین سکتے ہیں۔</w:t>
      </w:r>
    </w:p>
    <w:p>
      <w:r>
        <w:rPr>
          <w:b/>
        </w:rPr>
        <w:t xml:space="preserve">[53:33] </w:t>
      </w:r>
      <w:r>
        <w:t>koi beemar ho jata hai, kisi ko maut aa jati hai, kisi ko accident ho jata hai, kisi ke paas ek cheez hoti hai, wo wo khatam ho jati hai, kisi ka job chala jata</w:t>
      </w:r>
    </w:p>
    <w:p>
      <w:pPr>
        <w:jc w:val="right"/>
      </w:pPr>
      <w:r>
        <w:t>کوئی بیمار ہو جاتا ہے، کسی کو موت آ جاتی ہے، کوئی مر جاتا ہے، کسی کو ایکسیڈنٹ ہو جاتا ہے، کسی کے پاس ایک چیز ہوتی ہے، وہ وہ ختم ہو جاتی ہے، کسی کا جاب چلا جاتا</w:t>
      </w:r>
    </w:p>
    <w:p>
      <w:r>
        <w:rPr>
          <w:b/>
        </w:rPr>
        <w:t xml:space="preserve">[53:45] </w:t>
      </w:r>
      <w:r>
        <w:t>hai. to Khuda ke dene se milta hai, Khuda ke lene se wo chala jata hai. to har halat mein hamein jo kuch hai, wo Khuda se mila hua hai.</w:t>
      </w:r>
    </w:p>
    <w:p>
      <w:pPr>
        <w:jc w:val="right"/>
      </w:pPr>
      <w:r>
        <w:t>ہے۔ تو خدا کے دینے سے ملتا ہے، خدا کے لینے سے وہ چلا جاتا ہے۔ تو ہر حالت میں ہمیں جو کچھ ہے، وہ خدا سے ملا ہوا ہے۔</w:t>
      </w:r>
    </w:p>
    <w:p>
      <w:r>
        <w:rPr>
          <w:b/>
        </w:rPr>
        <w:t xml:space="preserve">[53:55] </w:t>
      </w:r>
      <w:r>
        <w:t>aur kabhi kabhi aisa hota hai ke Khuda kisi maslehat ki wajah se hum se koi cheez leta hai, to tab bhi hamein wo negative nahi hona hai.</w:t>
      </w:r>
    </w:p>
    <w:p>
      <w:pPr>
        <w:jc w:val="right"/>
      </w:pPr>
      <w:r>
        <w:t>اور کبھی کبھی ایسا ہوتا ہے کہ خدا کسی مصلحت کی وجہ سے ہم سے کوئی چیز لیتا ہے، تو تب بھی ہمیں وہ نیگیٹیو نہیں ہونا ہے۔</w:t>
      </w:r>
    </w:p>
    <w:p>
      <w:r>
        <w:rPr>
          <w:b/>
        </w:rPr>
        <w:t xml:space="preserve">[54:05] </w:t>
      </w:r>
      <w:r>
        <w:t>ho sakta hai ke Allah taala is se behtar dene ke liye hamein wo cheez Allah ne liya ho.</w:t>
      </w:r>
    </w:p>
    <w:p>
      <w:pPr>
        <w:jc w:val="right"/>
      </w:pPr>
      <w:r>
        <w:t>ہو سکتا ہے کہ اللہ تعالی اس سے بہتر دینے کے لیے ہمیں وہ چیز اللہ نے لیا ہو۔</w:t>
      </w:r>
    </w:p>
    <w:p>
      <w:r>
        <w:rPr>
          <w:b/>
        </w:rPr>
        <w:t xml:space="preserve">[54:12] </w:t>
      </w:r>
      <w:r>
        <w:t>to ek baar hamare ek rishtedar the, wo un ko fact, un ki apni company thi, us mein kuch problem hua, kuch jhagda ho gaya, to wo chhod kar company ko chale aae.</w:t>
      </w:r>
    </w:p>
    <w:p>
      <w:pPr>
        <w:jc w:val="right"/>
      </w:pPr>
      <w:r>
        <w:t>تو ایک بار ہمارے ایک رشتہ دار تھے، وہ ان کو فیکٹ، ان کی اپنی کمپنی تھی، اس میں کچھ پرابلم ہوا، کچھ جھگڑا ہو گیا، تو وہ چھوڑ کر کمپنی کو چلے آئے۔</w:t>
      </w:r>
    </w:p>
    <w:p>
      <w:r>
        <w:rPr>
          <w:b/>
        </w:rPr>
        <w:t xml:space="preserve">[54:24] </w:t>
      </w:r>
      <w:r>
        <w:t>to bohat zyada wo negative ho rahe the ke "main ne company banai thi, sari mehnat maine ki thi, ab logon ne mujhe pareshan kiya, mujhe chhodna pada company ko.</w:t>
      </w:r>
    </w:p>
    <w:p>
      <w:pPr>
        <w:jc w:val="right"/>
      </w:pPr>
      <w:r>
        <w:t>تو بہت زیادہ وہ نیگیٹیو ہو رہے تھے کہ "میں نے کمپنی بنائی تھی، ساری محنت میں نے کی تھی، اب لوگوں نے مجھے پریشان کیا، مجھے چھوڑنا پڑا کمپنی کو۔</w:t>
      </w:r>
    </w:p>
    <w:p>
      <w:r>
        <w:rPr>
          <w:b/>
        </w:rPr>
        <w:t xml:space="preserve">[54:34] </w:t>
      </w:r>
      <w:r>
        <w:t>" to Maulana ne apni diary mein likha ke kabhi aisa hota hai ke mali jo hai, wo paudhe ko ek jagah se ukhadta hai, us ko kisi doosri behtar jagah lagane ke liye, nasb karne ke liye.</w:t>
      </w:r>
    </w:p>
    <w:p>
      <w:pPr>
        <w:jc w:val="right"/>
      </w:pPr>
      <w:r>
        <w:t>" تو مولانا نے اپنی ڈائری میں لکھا کہ کبھی ایسا ہوتا ہے کہ مالی جو ہے، وہ پودے کو ایک جگہ سے اکھاڑتا ہے، اس کو کسی دوسری بہتر جگہ لگانے کے لیے، نصب کرنے کے لیے۔</w:t>
      </w:r>
    </w:p>
    <w:p>
      <w:r>
        <w:rPr>
          <w:b/>
        </w:rPr>
        <w:t xml:space="preserve">[54:47] </w:t>
      </w:r>
      <w:r>
        <w:t>to wahi hua, wo phir wo bahar chale gaye, aur bahar unhon ne is se bohat zyada bada business kiya. to waqti taur par aisa ho sakta hai ke hamein kuch problem ho jaye, kuch takleef ho jaye,</w:t>
      </w:r>
    </w:p>
    <w:p>
      <w:pPr>
        <w:jc w:val="right"/>
      </w:pPr>
      <w:r>
        <w:t>تو وہی ہوا، وہ پھر وہ باہر چلے گئے، اور باہر انہوں نے اس سے بہت زیادہ بڑا بزنس کیا۔ تو وقتی طور پر ایسا ہو سکتا ہے کہ ہمیں کچھ پرابلم ہو جائے، کچھ تکلیف ہو جائے،</w:t>
      </w:r>
    </w:p>
    <w:p>
      <w:r>
        <w:rPr>
          <w:b/>
        </w:rPr>
        <w:t xml:space="preserve">[54:59] </w:t>
      </w:r>
      <w:r>
        <w:t>to is se bhi hamein negative nahi hona hai. kyunke ho sakta hai ke Allah taala ke liye hamare, hum Allah taala ke haan, hamare liye koi zyada bada plan ho.</w:t>
      </w:r>
    </w:p>
    <w:p>
      <w:pPr>
        <w:jc w:val="right"/>
      </w:pPr>
      <w:r>
        <w:t>تو اس سے بھی ہمیں نیگیٹیو نہیں ہونا ہے۔ کیونکہ ہو سکتا ہے کہ اللہ تعالی کے لیے ہمارے، ہم اللہ تعالی کے ہاں، ہمارے لیے کوئی زیادہ بڑا پلان ہو۔</w:t>
      </w:r>
    </w:p>
    <w:p>
      <w:r>
        <w:rPr>
          <w:b/>
        </w:rPr>
        <w:t xml:space="preserve">[55:08] </w:t>
      </w:r>
      <w:r>
        <w:t>abhi jo hum program kar ho raha tha Hazrat Yusuf par ke Hazrat Yusuf ko jab kunwein mein daal diya gaya tha, to wo us waqt unhon ne thodi socha hoga ke kal wo wahan badshah ke, badshah ke takht ke baad un ki doosri jagah milegi un ko.</w:t>
      </w:r>
    </w:p>
    <w:p>
      <w:pPr>
        <w:jc w:val="right"/>
      </w:pPr>
      <w:r>
        <w:t>ابھی جو ہم پروگرام کر ہو رہا تھا حضرت یوسف پر کہ حضرت یوسف کو جب کنویں میں ڈال دیا گیا تھا، تو وہ اس وقت انہوں نے تھوڑی سوچا ہوگا کہ کل وہ وہاں بادشاہ کے، بادشاہ کے تخت کے بعد ان کی دوسری جگہ ملے گی ان کو۔</w:t>
      </w:r>
    </w:p>
    <w:p>
      <w:r>
        <w:rPr>
          <w:b/>
        </w:rPr>
        <w:t xml:space="preserve">[55:24] </w:t>
      </w:r>
      <w:r>
        <w:t>to Allah taala ke paas kisi cheez ki</w:t>
      </w:r>
    </w:p>
    <w:p>
      <w:pPr>
        <w:jc w:val="right"/>
      </w:pPr>
      <w:r>
        <w:t>تو اللہ تعالی کے پاس کسی چیز کی</w:t>
      </w:r>
    </w:p>
    <w:p>
      <w:r>
        <w:rPr>
          <w:b/>
        </w:rPr>
        <w:t xml:space="preserve">[55:28] </w:t>
      </w:r>
      <w:r>
        <w:t>kami nahi hai, bas hamein shukr karna hai aur Khuda se dua karni hai, to wo sab kuch hamein aur mazeed mil jayega.</w:t>
      </w:r>
    </w:p>
    <w:p>
      <w:pPr>
        <w:jc w:val="right"/>
      </w:pPr>
      <w:r>
        <w:t>کمی نہیں ہے، بس ہمیں شکر کرنا ہے اور خدا سے دعا کرنی ہے، تو وہ سب کچھ ہمیں اور مزید مل جائے گا۔</w:t>
      </w:r>
    </w:p>
    <w:p>
      <w:r>
        <w:rPr>
          <w:b/>
        </w:rPr>
        <w:t xml:space="preserve">[55:38] </w:t>
      </w:r>
      <w:r>
        <w:t>ji apa, aakhri sawal poochne se pehle do comments parhna chahunga. ye bohat hi pyare comments hain. Sadia Ajmal sahiba ne likha hai: "Mashاءاللہ, listening from Islamabad.</w:t>
      </w:r>
    </w:p>
    <w:p>
      <w:pPr>
        <w:jc w:val="right"/>
      </w:pPr>
      <w:r>
        <w:t>جی آپا، آخری سوال پوچھنے سے پہلے دو کمنٹس پڑھنا چاہوں گا۔ یہ بہت ہی پیارے کمنٹس ہیں۔ سعدیہ اجمل صاحبہ نے لکھا ہے: "Mashاءاللہ, listening from Islamabad.</w:t>
      </w:r>
    </w:p>
    <w:p>
      <w:r>
        <w:rPr>
          <w:b/>
        </w:rPr>
        <w:t xml:space="preserve">[55:52] </w:t>
      </w:r>
      <w:r>
        <w:t>aaj lag raha hai apa ke andar Maulana sahib bol rah</w:t>
      </w:r>
    </w:p>
    <w:p>
      <w:pPr>
        <w:jc w:val="right"/>
      </w:pPr>
      <w:r>
        <w:t>آج لگ رہا ہے آپا کے اندر مولانا صاحب بول رہ</w:t>
      </w:r>
    </w:p>
    <w:p>
      <w:r>
        <w:rPr>
          <w:b/>
        </w:rPr>
        <w:t xml:space="preserve">[55:56] </w:t>
      </w:r>
      <w:r>
        <w:t>e hain, wahi lehja, wahi expression. Syed Haseeb Shah Naqvi sahib ne likha hai: "Khuda se joRne ka jo kaam Maulana aur un ki team kar rahi hai, ye aaj ke zamane ke bohat aham zaroorat hai.</w:t>
      </w:r>
    </w:p>
    <w:p>
      <w:pPr>
        <w:jc w:val="right"/>
      </w:pPr>
      <w:r>
        <w:t>ے ہیں، وہی لہجہ، وہی ایکسپریشن۔ سید حسیب شاہ نقوی صاحب نے لکھا ہے: "خدا سے جوڑنے کا جو کام مولانا اور ان کی ٹیم کر رہی ہے، یہ آج کے زمانے کے بہت اہم ضرورت ہے۔</w:t>
      </w:r>
    </w:p>
    <w:p>
      <w:r>
        <w:rPr>
          <w:b/>
        </w:rPr>
        <w:t xml:space="preserve">[56:13] </w:t>
      </w:r>
      <w:r>
        <w:t>maine Maulana ko taqreeban ek saal pehle se sunna shuru kiya aur maine apne aap mein bohat changes mehsoos ki.</w:t>
      </w:r>
    </w:p>
    <w:p>
      <w:pPr>
        <w:jc w:val="right"/>
      </w:pPr>
      <w:r>
        <w:t>میں نے مولانا کو تقریباً ایک سال پہلے سے سننا شروع کیا اور میں نے اپنے آپ میں بہت چینجز محسوس کیے۔</w:t>
      </w:r>
    </w:p>
    <w:p>
      <w:r>
        <w:rPr>
          <w:b/>
        </w:rPr>
        <w:t xml:space="preserve">[56:24] </w:t>
      </w:r>
      <w:r>
        <w:t>Allah Kareem CPS team ki madadgar ho. Ameen." apa, aakhri sawal yahi hai ke kya shukr do tareeqe ke hain?</w:t>
      </w:r>
    </w:p>
    <w:p>
      <w:pPr>
        <w:jc w:val="right"/>
      </w:pPr>
      <w:r>
        <w:t>اللہ کریم سی پی ایس ٹیم کی مددگار ہو۔ آمین۔" آپا، آخری سوال یہی ہے کہ کیا شکر دو طریقے کے ہیں؟</w:t>
      </w:r>
    </w:p>
    <w:p>
      <w:r>
        <w:rPr>
          <w:b/>
        </w:rPr>
        <w:t xml:space="preserve">[56:33] </w:t>
      </w:r>
      <w:r>
        <w:t>ek normal shukr aur thrilling shukr. Maulana ne ye lafz bada istemal kiya hai, to main chahunga ke is ke bare mein aap hum sab ko bataein.</w:t>
      </w:r>
    </w:p>
    <w:p>
      <w:pPr>
        <w:jc w:val="right"/>
      </w:pPr>
      <w:r>
        <w:t>ایک نارمل شکر اور تھرلنگ شکر۔ مولانا نے یہ لفظ بڑا استعمال کیا ہے، تو میں چاہوں گا کہ اس کے بارے میں آپ ہم سب کو بتائیں۔</w:t>
      </w:r>
    </w:p>
    <w:p>
      <w:r>
        <w:rPr>
          <w:b/>
        </w:rPr>
        <w:t xml:space="preserve">[56:43] </w:t>
      </w:r>
      <w:r>
        <w:t>to hum log to normal shukr karte the, Maulana ne hum logon ko thrilling shukr bataya. kyunke wo har waqt thrilling shukr mein hi rehte the.</w:t>
      </w:r>
    </w:p>
    <w:p>
      <w:pPr>
        <w:jc w:val="right"/>
      </w:pPr>
      <w:r>
        <w:t>تو ہم لوگ تو نارمل شکر کرتے تھے، مولانا نے ہم لوگوں کو تھرلنگ شکر بتایا۔ کیونکہ وہ ہر وقت تھرلنگ شکر میں ہی رہتے تھے۔</w:t>
      </w:r>
    </w:p>
    <w:p>
      <w:r>
        <w:rPr>
          <w:b/>
        </w:rPr>
        <w:t xml:space="preserve">[56:54] </w:t>
      </w:r>
      <w:r>
        <w:t>misal ke taur par, hamara Nizamuddin mein jo ghar hai, wo chalis saal pehle hamein ye ghar hum logon ne liya tha. to shuru shuru mein, koi bhi naya ghar hota hai to shuru shuru mein logon ko bohat fascination hota hai, bohat acha lagta hai.</w:t>
      </w:r>
    </w:p>
    <w:p>
      <w:pPr>
        <w:jc w:val="right"/>
      </w:pPr>
      <w:r>
        <w:t>مثال کے طور پر، ہمارا نظام الدین میں جو گھر ہے، وہ چالیس سال پہلے ہمیں یہ گھر ہم لوگوں نے لیا تھا۔ تو شروع شروع میں، کوئی بھی نیا گھر ہوتا ہے تو شروع شروع میں لوگوں کو بہت فیسینیشن ہوتا ہے، بہت اچھا لگتا ہے۔</w:t>
      </w:r>
    </w:p>
    <w:p>
      <w:r>
        <w:rPr>
          <w:b/>
        </w:rPr>
        <w:t xml:space="preserve">[57:10] </w:t>
      </w:r>
      <w:r>
        <w:t>dheere dheere woh use to ho jaate hain. to Maulana ne kaha ke "main rozana, mujhe aisa lagta hai ke aaj hi mujhe yeh ghar mila hai." to is tareeqe se woh apne shukr ko thrilling shukr bana dete ke har blessing, aur phir woh blessing ko generalize kar dete.</w:t>
      </w:r>
    </w:p>
    <w:p>
      <w:pPr>
        <w:jc w:val="right"/>
      </w:pPr>
      <w:r>
        <w:t>دھیرے دھیرے وہ یوز ٹو ہو جاتے ہیں۔ تو مولانا نے کہا کہ "میں روزانہ، مجھے ایسا لگتا ہے کہ آج ہی مجھے یہ گھر ملا ہے۔" تو اس طریقے سے وہ اپنے شکر کو تھرلنگ شکر بنا دیتے کہ ہر بلیسنگ، اور پھر وہ بلیسنگ کو جنرلائز کر دیتے۔</w:t>
      </w:r>
    </w:p>
    <w:p>
      <w:r>
        <w:rPr>
          <w:b/>
        </w:rPr>
        <w:t xml:space="preserve">[57:26] </w:t>
      </w:r>
      <w:r>
        <w:t>kisi ko koi blessing mili</w:t>
      </w:r>
    </w:p>
    <w:p>
      <w:pPr>
        <w:jc w:val="right"/>
      </w:pPr>
      <w:r>
        <w:t>کسی کو کوئی بلیسنگ ملی</w:t>
      </w:r>
    </w:p>
    <w:p>
      <w:r>
        <w:rPr>
          <w:b/>
        </w:rPr>
        <w:t xml:space="preserve">[57:28] </w:t>
      </w:r>
      <w:r>
        <w:t>hai to is ko bhi, woh is ko bhi woh karte the, apne oopar is ko lete the. ke misaal ke taur par, kisi ko koi cheez mili hai to woh keh dete hain: "Allah taala ne itna bara jo hai, itna zyada dene wala hai, Khuda itna zyada insaan ko chahta hai." to woh is is se bhi Khuda ka shukr haasil karte the.</w:t>
      </w:r>
    </w:p>
    <w:p>
      <w:pPr>
        <w:jc w:val="right"/>
      </w:pPr>
      <w:r>
        <w:t>ہے تو اس کو بھی، وہ اس کو بھی وہ کرتے تھے، اپنے اوپر اس کو لیتے تھے۔ کہ مثال کے طور پر، کسی کو کوئی چیز ملی ہے تو وہ کہہ دیتے ہیں: "اللہ تعالی نے اتنا بڑا جو ہے، اتنا زیادہ دینے والا ہے، خدا اتنا زیادہ انسان کو چاہتا ہے۔" تو وہ اس اس سے بھی خدا کا شکر حاصل کرتے تھے۔</w:t>
      </w:r>
    </w:p>
    <w:p>
      <w:r>
        <w:rPr>
          <w:b/>
        </w:rPr>
        <w:t xml:space="preserve">[57:54] </w:t>
      </w:r>
      <w:r>
        <w:t>to isi tarah, jaise misaal ke taur par, suraj ki roshni, suraj nikal raha hai to is ko aisa un ko lagta tha ke jaise suraj mere hi liye nikal raha hai, jaise hawaein Allah ne mere hi liye chalai hain.</w:t>
      </w:r>
    </w:p>
    <w:p>
      <w:pPr>
        <w:jc w:val="right"/>
      </w:pPr>
      <w:r>
        <w:t>تو اسی طرح، جیسے مثال کے طور پر، سورج کی روشنی، سورج نکل رہا ہے تو اس کو ایسا ان کو لگتا تھا کہ جیسے سورج میرے ہی لیے نکل رہا ہے، جیسے ہوائیں اللہ نے میرے ہی لیے چلائی ہیں۔</w:t>
      </w:r>
    </w:p>
    <w:p>
      <w:r>
        <w:rPr>
          <w:b/>
        </w:rPr>
        <w:t xml:space="preserve">[58:05] </w:t>
      </w:r>
      <w:r>
        <w:t>to jab hum is tareeqe se is ko particular banayenge, tab lagega ke yeh tab bara shukr lagega. agar lagega ke yeh to roz suraj nikalta hai, roz hawaein chalti hain, to is se woh itna bara shukr nahi aa sakta hai.</w:t>
      </w:r>
    </w:p>
    <w:p>
      <w:pPr>
        <w:jc w:val="right"/>
      </w:pPr>
      <w:r>
        <w:t>تو جب ہم اس طریقے سے اس کو پرٹیکولر بنائیں گے، تب لگے گا کہ یہ تب بڑا شکر لگے گا۔ اگر لگے گا کہ یہ تو روز سورج نکلتا ہے، روز ہوائیں چلتی ہیں، تو اس سے وہ اتنا بڑا شکر نہیں آ سکتا ہے۔</w:t>
      </w:r>
    </w:p>
    <w:p>
      <w:r>
        <w:rPr>
          <w:b/>
        </w:rPr>
        <w:t xml:space="preserve">[58:20] </w:t>
      </w:r>
      <w:r>
        <w:t>to hamein asbaab ke parde ko phaadna hai, tabhi hamein jo hai woh woh shukr hamare andar paida hoga.</w:t>
      </w:r>
    </w:p>
    <w:p>
      <w:pPr>
        <w:jc w:val="right"/>
      </w:pPr>
      <w:r>
        <w:t>تو ہمیں اسباب کے پردے کو پھاڑنا ہے، تبھی ہمیں جو ہے وہ وہ شکر ہمارے اندر پیدا ہوگا۔</w:t>
      </w:r>
    </w:p>
    <w:p>
      <w:r>
        <w:rPr>
          <w:b/>
        </w:rPr>
        <w:t xml:space="preserve">[58:29] </w:t>
      </w:r>
      <w:r>
        <w:t>aur wahi shukr jo hai, deen daari ki asal spirit hai, aur wahi shukr jo hai, jannat ki qeemat hai. kyunke hum logon ne pehle to, main jab sirf kitabon ka translation karti thi, tab bhi main ne itna baaton ko nahi samjhata.</w:t>
      </w:r>
    </w:p>
    <w:p>
      <w:pPr>
        <w:jc w:val="right"/>
      </w:pPr>
      <w:r>
        <w:t>اور وہی شکر جو ہے، دین داری کی اصل سپرٹ ہے، اور وہی شکر جو ہے، جنت کی قیمت ہے۔ کیونکہ ہم لوگوں نے پہلے تو، میں جب صرف کتابوں کا ٹرانسلیشن کرتی تھی، تب بھی میں نے اتنا باتوں کو نہیں سمجھاتا۔</w:t>
      </w:r>
    </w:p>
    <w:p>
      <w:r>
        <w:rPr>
          <w:b/>
        </w:rPr>
        <w:t xml:space="preserve">[58:44] </w:t>
      </w:r>
      <w:r>
        <w:t>lekin hum logon ne jo program attend kiye, taqreeban 21 saal attend kiye hain, aur pehle ghar mein hote the, yahan par 21 saal.</w:t>
      </w:r>
    </w:p>
    <w:p>
      <w:pPr>
        <w:jc w:val="right"/>
      </w:pPr>
      <w:r>
        <w:t>لیکن ہم لوگوں نے جو پروگرام اٹینڈ کیے، تقریباً 21 سال اٹینڈ کیے ہیں، اور پہلے گھر میں ہوتے تھے، یہاں پر 21 سال۔</w:t>
      </w:r>
    </w:p>
    <w:p>
      <w:r>
        <w:rPr>
          <w:b/>
        </w:rPr>
        <w:t xml:space="preserve">[58:55] </w:t>
      </w:r>
      <w:r>
        <w:t>to is ki wajah se hum logon ke andar yeh saari cheezein jo hain, clear huin. nahi to kitaab padh lene se itna clarity nahi aati</w:t>
      </w:r>
    </w:p>
    <w:p>
      <w:pPr>
        <w:jc w:val="right"/>
      </w:pPr>
      <w:r>
        <w:t>تو اس کی وجہ سے ہم لوگوں کے اندر یہ ساری چیزیں جو ہیں، کلیئر ہوئیں۔ نہیں تو کتاب پڑھ لینے سے اتنا کلیرٹی نہیں آتی</w:t>
      </w:r>
    </w:p>
    <w:p>
      <w:r>
        <w:rPr>
          <w:b/>
        </w:rPr>
        <w:t xml:space="preserve">[59:04] </w:t>
      </w:r>
      <w:r>
        <w:t>. to main yahi chahungi ke log jo hain, video sunein, audio sunen. is mein hamari jo jo bhi jo speaker hota hai, us ki personality ka bhi reflection hota hai.</w:t>
      </w:r>
    </w:p>
    <w:p>
      <w:pPr>
        <w:jc w:val="right"/>
      </w:pPr>
      <w:r>
        <w:t>۔ تو میں یہی چاہوں گی کہ لوگ جو ہیں، ویڈیو سنیں، آڈیو سنیں۔ اس میں ہماری جو جو بھی جو سپیکر ہوتا ہے، اس کی پرسنیلٹی کا بھی ریفلیکشن ہوتا ہے۔</w:t>
      </w:r>
    </w:p>
    <w:p>
      <w:r>
        <w:rPr>
          <w:b/>
        </w:rPr>
        <w:t xml:space="preserve">[59:14] </w:t>
      </w:r>
      <w:r>
        <w:t>to woh zyada gehrai se hamare andar woh baatein utarti hain. to is ki wajah se woh baaton ko jo hai, bilkul hum internalize kar lete hain.</w:t>
      </w:r>
    </w:p>
    <w:p>
      <w:pPr>
        <w:jc w:val="right"/>
      </w:pPr>
      <w:r>
        <w:t>تو وہ زیادہ گہرائی سے ہمارے اندر وہ باتیں اترتی ہیں۔ تو اس کی وجہ سے وہ باتوں کو جو ہے، بالکل ہم انٹرنلائز کر لیتے ہیں۔</w:t>
      </w:r>
    </w:p>
    <w:p>
      <w:r>
        <w:rPr>
          <w:b/>
        </w:rPr>
        <w:t xml:space="preserve">[59:26] </w:t>
      </w:r>
      <w:r>
        <w:t>to is mein ek ab yeh khatam karungi, sirf ek is par ke jaise hamara hum oxygen, Allah taala ne saari duniya mein oxygen rakhi hui hai, hum saans le rahe hain.</w:t>
      </w:r>
    </w:p>
    <w:p>
      <w:pPr>
        <w:jc w:val="right"/>
      </w:pPr>
      <w:r>
        <w:t>تو اس میں ایک اب یہ ختم کروں گی، صرف ایک اس پر کہ جیسے ہمارا ہم اکسیجن، اللہ تعالی نے ساری دنیا میں اکسیجن رکھی ہوئی ہے، ہم سانس لے رہے ہیں۔</w:t>
      </w:r>
    </w:p>
    <w:p>
      <w:r>
        <w:rPr>
          <w:b/>
        </w:rPr>
        <w:t xml:space="preserve">[59:37] </w:t>
      </w:r>
      <w:r>
        <w:t>hamein pata bhi nahi chal raha hai ke hum oxygen ki saans le rahe hain, aur oxygen itni bari cheez hai. to hum is ka shukr kaise ada karein? to abhi jab covid hua, aur Italy mein to bohat zyada hua tha, to yeh bohat viral hua tha, yeh message ke ek boodha aadmi tha, 95 year old,</w:t>
      </w:r>
    </w:p>
    <w:p>
      <w:pPr>
        <w:jc w:val="right"/>
      </w:pPr>
      <w:r>
        <w:t>ہمیں پتہ بھی نہیں چل رہا ہے کہ ہم اکسیجن کی سانس لے رہے ہیں، اور اکسیجن اتنی بڑی چیز ہے۔ تو ہم اس کا شکر کیسے ادا کریں؟ تو ابھی جب کووڈ ہوا، اور اٹلی میں تو بہت زیادہ ہوا تھا، تو یہ بہت وائرل ہوا تھا، یہ میسج کہ ایک بوڑھا آدمی تھا، 95 ایئر اولڈ،</w:t>
      </w:r>
    </w:p>
    <w:p>
      <w:r>
        <w:rPr>
          <w:b/>
        </w:rPr>
        <w:t xml:space="preserve">[59:56] </w:t>
      </w:r>
      <w:r>
        <w:t>to us ko hospitalize hona pada covid ki wajah se. to woh chand din woh hospital mein raha, aur us ko us ko ventilator us ne use kiya, phir woh acha hua.</w:t>
      </w:r>
    </w:p>
    <w:p>
      <w:pPr>
        <w:jc w:val="right"/>
      </w:pPr>
      <w:r>
        <w:t>تو اس کو ہاسپٹلائز ہونا پڑا کووڈ کی وجہ سے۔ تو وہ چند دن وہ ہاسپٹل میں رہا، اور اس کو اس کو وینٹیلیٹر اس نے یوز کیا، پھر وہ اچھا ہو گیا۔</w:t>
      </w:r>
    </w:p>
    <w:p>
      <w:r>
        <w:rPr>
          <w:b/>
        </w:rPr>
        <w:t xml:space="preserve">[1:00:09] </w:t>
      </w:r>
      <w:r>
        <w:t>jab acha hua to us ka jo bill aaya, woh paanch hazar euro tha. to woh bill dekh kar rone laga. to tamam jo doctors the, woh samajhne lage ke us ke paas paisa nahi, is liye ro raha hai.</w:t>
      </w:r>
    </w:p>
    <w:p>
      <w:pPr>
        <w:jc w:val="right"/>
      </w:pPr>
      <w:r>
        <w:t>جب اچھا ہوا تو اس کا جو بل آیا، وہ پانچ ہزار یورو تھا۔ تو وہ بل دیکھ کر رونے لگا۔ تو تمام جو ڈاکٹرز تھے، وہ سمجھنے لگے کہ اس کے پاس پیسہ نہیں، اس لیے رو رہا ہے۔</w:t>
      </w:r>
    </w:p>
    <w:p>
      <w:r>
        <w:rPr>
          <w:b/>
        </w:rPr>
        <w:t xml:space="preserve">[1:00:21] </w:t>
      </w:r>
      <w:r>
        <w:t>unhone us ko samjhaya ke nahi, koi baat nahi,</w:t>
      </w:r>
    </w:p>
    <w:p>
      <w:pPr>
        <w:jc w:val="right"/>
      </w:pPr>
      <w:r>
        <w:t>انہوں نے اس کو سمجھایا کہ نہیں، کوئی بات نہیں،</w:t>
      </w:r>
    </w:p>
    <w:p>
      <w:r>
        <w:rPr>
          <w:b/>
        </w:rPr>
        <w:t xml:space="preserve">[1:00:24] </w:t>
      </w:r>
      <w:r>
        <w:t>hum log is ko dekh lenge, aap pareshan na hon. to us ne kaha ke dekhiye, yeh paise ki baat nahi hai, mere paas paisa hai, lekin main yeh soch raha tha ke main 95 saal se Khuda ki sehat bakhsh oxygen le raha hoon, aur main ne Khuda ka kabhi shukr ada nahi kiya.</w:t>
      </w:r>
    </w:p>
    <w:p>
      <w:pPr>
        <w:jc w:val="right"/>
      </w:pPr>
      <w:r>
        <w:t>ہم لوگ اس کو دیکھ لیں گے، آپ پریشان نہ ہوں۔ تو اس نے کہا کہ دیکھیے، یہ پیسے کی بات نہیں ہے، میرے پاس پیسہ ہے، لیکن میں یہ سوچ رہا تھا کہ میں 95 سال سے خدا کی صحت بخش اکسیجن لے رہا ہوں، اور میں نے خدا کا کبھی شکر ادا نہیں کیا۔</w:t>
      </w:r>
    </w:p>
    <w:p>
      <w:r>
        <w:rPr>
          <w:b/>
        </w:rPr>
        <w:t xml:space="preserve">[1:00:44] </w:t>
      </w:r>
      <w:r>
        <w:t>to main kitna zyada, I hope to God, kitna zyada. to is baat se main ro raha hoon, na yeh ke mere paas paisa nahi hai.</w:t>
      </w:r>
    </w:p>
    <w:p>
      <w:pPr>
        <w:jc w:val="right"/>
      </w:pPr>
      <w:r>
        <w:t>تو میں کتنا زیادہ، آئی ہوپ ٹو گاڈ، کتنا زیادہ۔ تو اس بات سے میں رو رہا ہوں، نہ یہ کہ میرے پاس پیسہ نہیں ہے۔</w:t>
      </w:r>
    </w:p>
    <w:p>
      <w:r>
        <w:rPr>
          <w:b/>
        </w:rPr>
        <w:t xml:space="preserve">[1:00:53] </w:t>
      </w:r>
      <w:r>
        <w:t>to aap sochiye ke yeh rone ka maqam hai ke hum log jo hain, Khuda ki har cheez use kar rahe hain, aur Khuda ka shukr nahi ada kar rahe hain.</w:t>
      </w:r>
    </w:p>
    <w:p>
      <w:pPr>
        <w:jc w:val="right"/>
      </w:pPr>
      <w:r>
        <w:t>تو آپ سوچیے کہ یہ رونے کا مقام ہے کہ ہم لوگ جو ہیں، خدا کی ہر چیز یوز کر رہے ہیں، اور خدا کا شکر نہیں ادا کر رہے ہیں۔</w:t>
      </w:r>
    </w:p>
    <w:p>
      <w:r>
        <w:rPr>
          <w:b/>
        </w:rPr>
        <w:t xml:space="preserve">[1:01:03] </w:t>
      </w:r>
      <w:r>
        <w:t>kyunke Khuda ka shukr hi price hai. agar hum ne price nahi di to hum user par qaraar diye jayenge, user par jo ke bilkul bilkul jis jis ka koi haq nahi hota, kisi cheez par qabza kar le.</w:t>
      </w:r>
    </w:p>
    <w:p>
      <w:pPr>
        <w:jc w:val="right"/>
      </w:pPr>
      <w:r>
        <w:t>کیونکہ خدا کا شکر ہی پرائس ہے۔ اگر ہم نے پرائس نہیں دی تو ہم یوزر پر قرار دیے جائیں گے، یوزر پر جو کہ بالکل بالکل جس جس کا کوئی حق نہیں ہوتا، کسی چیز پر قبضہ کر لے۔</w:t>
      </w:r>
    </w:p>
    <w:p>
      <w:r>
        <w:rPr>
          <w:b/>
        </w:rPr>
        <w:t xml:space="preserve">[1:01:16] </w:t>
      </w:r>
      <w:r>
        <w:t>jis ko Urdu mein kehte hain ghasabana qabza.</w:t>
      </w:r>
    </w:p>
    <w:p>
      <w:pPr>
        <w:jc w:val="right"/>
      </w:pPr>
      <w:r>
        <w:t>جس کو اردو میں کہتے ہیں غاصبانہ قبضہ۔</w:t>
      </w:r>
    </w:p>
    <w:p>
      <w:r>
        <w:rPr>
          <w:b/>
        </w:rPr>
        <w:t xml:space="preserve">[1:01:19] </w:t>
      </w:r>
      <w:r>
        <w:t>to is duniya par hamara ghasabana qabza hoga, agar hum Khuda ka shukr nahi ada karein. haan, thank you aap.</w:t>
      </w:r>
    </w:p>
    <w:p>
      <w:pPr>
        <w:jc w:val="right"/>
      </w:pPr>
      <w:r>
        <w:t>تو اس دنیا پر ہمارا غاصبانہ قبضہ ہوگا، اگر ہم خدا کا شکر نہیں ادا کریں۔ ہاں، تھینک یو آپا۔</w:t>
      </w:r>
    </w:p>
    <w:p>
      <w:r>
        <w:rPr>
          <w:b/>
        </w:rPr>
        <w:t xml:space="preserve">[1:01:28] </w:t>
      </w:r>
      <w:r>
        <w:t>aaj aap ne bohat hi achay se hamein bohat si pyari pyari baatein shukr ke hawalay se bataein. jazak Allah. is duniya mein jo shakhs Allah ka shukr guzar banda ban kar rehna chahta hai, to us ko Shaitan ke fitnon ko pehchanna padega.</w:t>
      </w:r>
    </w:p>
    <w:p>
      <w:pPr>
        <w:jc w:val="right"/>
      </w:pPr>
      <w:r>
        <w:t>آج آپ نے بہت ہی اچھے سے ہمیں بہت سی پیاری پیاری باتیں شکر کے حوالے سے بتائیں۔ جزاک اللہ۔ اس دنیا میں جو شخص اللہ کا شکر گزار بندہ بن کر رہنا چاہتا ہے، تو اس کو شیطان کے فتنوں کو پہچاننا پڑے گا۔</w:t>
      </w:r>
    </w:p>
    <w:p>
      <w:r>
        <w:rPr>
          <w:b/>
        </w:rPr>
        <w:t xml:space="preserve">[1:01:46] </w:t>
      </w:r>
      <w:r>
        <w:t>Shaitan yahi chahta hai ke woh kisi tareeqe se insaan ko is afzal ibadat se hata de. ek bohat hi pyari riwayat hai jo main share karna chahta hoon, jo Muaz bin Jabal ke hawalay se hai ke unhone ek martaba farmaya ke Rasool Allah ne un ka haath pakda aur kaha ke aye Muaz, main tum se mohabbat karta hoon.</w:t>
      </w:r>
    </w:p>
    <w:p>
      <w:pPr>
        <w:jc w:val="right"/>
      </w:pPr>
      <w:r>
        <w:t>شیطان یہی چاہتا ہے کہ وہ کسی طریقے سے انسان کو اس افضل عبادت سے ہٹا دے۔ ایک بہت ہی پیاری روایت ہے جو میں شیئر کرنا چاہتا ہوں، جو معاذ بن جبل کے حوالے سے ہے کہ انہوں نے ایک مرتبہ فرمایا کہ رسول اللہ نے ان کا ہاتھ پکڑا اور کہا کہ اے معاذ، میں تم سے محبت کرتا ہوں۔</w:t>
      </w:r>
    </w:p>
    <w:p>
      <w:r>
        <w:rPr>
          <w:b/>
        </w:rPr>
        <w:t xml:space="preserve">[1:02:11] </w:t>
      </w:r>
      <w:r>
        <w:t>jab Muaz ne, Hazrat Muaz ne yeh suna to unhone bhi kaha ke aye ya ya Rasool, mujhe bhi aap se bohat mohabbat hai.</w:t>
      </w:r>
    </w:p>
    <w:p>
      <w:pPr>
        <w:jc w:val="right"/>
      </w:pPr>
      <w:r>
        <w:t>جب معاذ نے، حضرت معاذ نے یہ سنا تو انہوں نے بھی کہا کہ اے یا یا رسول، مجھے بھی آپ سے بہت محبت ہے۔</w:t>
      </w:r>
    </w:p>
    <w:p>
      <w:r>
        <w:rPr>
          <w:b/>
        </w:rPr>
        <w:t xml:space="preserve">[1:02:21] </w:t>
      </w:r>
      <w:r>
        <w:t>phir rasool Allah ne farmaya ke main tumhein aik wasiyat karta hoon, aur main chahta hoon ke tum namaz ke baad is dua ko zaroor mango.</w:t>
      </w:r>
    </w:p>
    <w:p>
      <w:pPr>
        <w:jc w:val="right"/>
      </w:pPr>
      <w:r>
        <w:t>پھر رسول اللہ نے فرمایا کہ میں تمہیں ایک وصیت کرتا ہوں، اور میں چاہتا ہوں کہ تم نماز کے بعد اس دعا کو ضرور مانگو۔</w:t>
      </w:r>
    </w:p>
    <w:p>
      <w:r>
        <w:rPr>
          <w:b/>
        </w:rPr>
        <w:t xml:space="preserve">[1:02:30] </w:t>
      </w:r>
      <w:r>
        <w:t>aur woh dua yeh thi ke aye Allah, mujhe zikr mein, apne zikr mein, apni ibadat karne mein, aur apne shukr ada karne mein madad farma.</w:t>
      </w:r>
    </w:p>
    <w:p>
      <w:pPr>
        <w:jc w:val="right"/>
      </w:pPr>
      <w:r>
        <w:t>اور وہ دعا یہ تھی کہ اے اللہ، مجھے ذکر میں، اپنے ذکر میں، اپنی عبادت کرنے میں، اور اپنے شکر ادا کرنے میں مدد فرما۔</w:t>
      </w:r>
    </w:p>
    <w:p>
      <w:r>
        <w:rPr>
          <w:b/>
        </w:rPr>
        <w:t xml:space="preserve">[1:02:40] </w:t>
      </w:r>
      <w:r>
        <w:t>is se sabit hota hai ke shukr sab se bari ibadat hai. to aaj ka session hum yahin khatam karte hain. hum phir lotenge agle Sunday saare das baje.</w:t>
      </w:r>
    </w:p>
    <w:p>
      <w:pPr>
        <w:jc w:val="right"/>
      </w:pPr>
      <w:r>
        <w:t>اس سے ثابت ہوتا ہے کہ شکر سب سے بڑی عبادت ہے۔ تو آج کا سیشن ہم یہیں ختم کرتے ہیں۔ ہم پھر لوٹیں گے اگلے سنڈے ساڑھے دس بجے۔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