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Method of The Prophet of Islam February 02, 2019</w:t>
      </w:r>
    </w:p>
    <w:p>
      <w:r>
        <w:t>https://www.youtube.com/watch?v=8R8ztCC5tsI</w:t>
      </w:r>
    </w:p>
    <w:p>
      <w:r>
        <w:rPr>
          <w:b/>
        </w:rPr>
        <w:t xml:space="preserve">[00:13] </w:t>
      </w:r>
      <w:r>
        <w:t>okay, we will start today's session of maulana sahib. and before we start, i want to share with everybody who is watching this program that aaj we are honored and privileged with the presence of a very important and a spiritual personality, imam farooq sahib from boston.</w:t>
      </w:r>
    </w:p>
    <w:p>
      <w:pPr>
        <w:jc w:val="right"/>
      </w:pPr>
      <w:r>
        <w:t>اوکے، وی ویل سٹارٹ ٹوڈے سیشن آف مولانا صاحب۔ اینڈ بیفور وی سٹارٹ، آئی وانٹ ٹو شیئر ود ایوری بڈی ہو واچنگ دس پروگرام دیٹ آج وی آر آنرڈ اینڈ پریولجڈ ود دی پریزنس آف اے ویری امپورٹنٹ اینڈ اے سپرچول پرسنیلٹی، امام فاروق صاحب فرام بوسٹن۔</w:t>
      </w:r>
    </w:p>
    <w:p>
      <w:r>
        <w:rPr>
          <w:b/>
        </w:rPr>
        <w:t xml:space="preserve">[00:34] </w:t>
      </w:r>
      <w:r>
        <w:t>imam farooq sahib from boston, i mean he leads a mosque there, and in his earlier life he was a singer, and presently he is involved with a lot of work that pertains to muslim community and the community that surrounds the mosque area.</w:t>
      </w:r>
    </w:p>
    <w:p>
      <w:pPr>
        <w:jc w:val="right"/>
      </w:pPr>
      <w:r>
        <w:t>امام فاروق صاحب فرام بوسٹن، آئی مین ہی لیڈز اے موس دیر، اینڈ ان ہز ارلیئر لائف ہی واز اے سنگر، اینڈ پریزنٹلی ہی از انوالو ود اے لاٹ آف ورک دیٹ پرٹینز ٹو مسلم کمیونٹی اینڈ دا کمیونٹی دیٹ سراؤنڈز دی موسک ایریا۔</w:t>
      </w:r>
    </w:p>
    <w:p>
      <w:r>
        <w:rPr>
          <w:b/>
        </w:rPr>
        <w:t xml:space="preserve">[00:52] </w:t>
      </w:r>
      <w:r>
        <w:t>and his dynamism and his god gifted voice has moved a lot of people, and today we are truly honored to have him here at cps, and we will have an interaction shortly with him after maulana sahib's talk.</w:t>
      </w:r>
    </w:p>
    <w:p>
      <w:pPr>
        <w:jc w:val="right"/>
      </w:pPr>
      <w:r>
        <w:t>اینڈ ہز ڈائنامزم اینڈ ہز گاڈ گفٹڈ وائس ہیز مووڈ اے لاٹ آف پیپل، اینڈ ٹوڈے وی آر ٹرولی آنرڈ ٹو ہیو ہم ہیر ایٹ سی پی ایس، اینڈ وی ویل ہیو این انٹریکشن شارٹلی ود ہم آفٹر مولانا صاحب ٹاک۔</w:t>
      </w:r>
    </w:p>
    <w:p>
      <w:r>
        <w:rPr>
          <w:b/>
        </w:rPr>
        <w:t xml:space="preserve">[01:09] </w:t>
      </w:r>
      <w:r>
        <w:t>so i would request maulana sahib to begin his talk now.</w:t>
      </w:r>
    </w:p>
    <w:p>
      <w:pPr>
        <w:jc w:val="right"/>
      </w:pPr>
      <w:r>
        <w:t>سو آئی وڈ ریکویسٹ مولانا صاحب ٹو بیگن ہز ٹاک ناو۔</w:t>
      </w:r>
    </w:p>
    <w:p>
      <w:r>
        <w:rPr>
          <w:b/>
        </w:rPr>
        <w:t xml:space="preserve">[01:14] </w:t>
      </w:r>
      <w:r>
        <w:t>bismillah rahman rahim, wa salallahu ala nabiyyil karim, rab ishrah li sadri, wa yassir li amri, wah lul uqdatan min lisani,</w:t>
      </w:r>
    </w:p>
    <w:p>
      <w:pPr>
        <w:jc w:val="right"/>
      </w:pPr>
      <w:r>
        <w:t>بسم اللہ الرحمن الرحیم، وصلی اللہ علی النبی الکریم، رب اشرح لی صدری، ویسر لی امری، واحل العقدۃ من لسانی،</w:t>
      </w:r>
    </w:p>
    <w:p>
      <w:r>
        <w:rPr>
          <w:b/>
        </w:rPr>
        <w:t xml:space="preserve">[01:32] </w:t>
      </w:r>
      <w:r>
        <w:t>ekah qooli.</w:t>
      </w:r>
    </w:p>
    <w:p>
      <w:pPr>
        <w:jc w:val="right"/>
      </w:pPr>
      <w:r>
        <w:t>یکہ قولی۔</w:t>
      </w:r>
    </w:p>
    <w:p>
      <w:r>
        <w:rPr>
          <w:b/>
        </w:rPr>
        <w:t xml:space="preserve">[01:36] </w:t>
      </w:r>
      <w:r>
        <w:t>is waqt mein prophet of islam salallaho alaihi wasallam ko le kar kuch baatein arz karunga.</w:t>
      </w:r>
    </w:p>
    <w:p>
      <w:pPr>
        <w:jc w:val="right"/>
      </w:pPr>
      <w:r>
        <w:t>اس وقت میں پرافٹ آف اسلام صلی اللہ علیہ وسلم کو لے کر کچھ باتیں عرض کروں گا۔</w:t>
      </w:r>
    </w:p>
    <w:p>
      <w:r>
        <w:rPr>
          <w:b/>
        </w:rPr>
        <w:t xml:space="preserve">[01:53] </w:t>
      </w:r>
      <w:r>
        <w:t>dekhiye, aap jante hain ke prophet of islam seven century AD mein makah mein aaye.</w:t>
      </w:r>
    </w:p>
    <w:p>
      <w:pPr>
        <w:jc w:val="right"/>
      </w:pPr>
      <w:r>
        <w:t>دیکھیے، آپ جانتے ہیں کہ پرافٹ آف اسلام سیون سینچری اے ڈی میں مکہ میں آئے۔</w:t>
      </w:r>
    </w:p>
    <w:p>
      <w:r>
        <w:rPr>
          <w:b/>
        </w:rPr>
        <w:t xml:space="preserve">[02:05] </w:t>
      </w:r>
      <w:r>
        <w:t>is waqt makah</w:t>
      </w:r>
    </w:p>
    <w:p>
      <w:pPr>
        <w:jc w:val="right"/>
      </w:pPr>
      <w:r>
        <w:t>اس وقت مکہ</w:t>
      </w:r>
    </w:p>
    <w:p>
      <w:r>
        <w:rPr>
          <w:b/>
        </w:rPr>
        <w:t xml:space="preserve">[02:10] </w:t>
      </w:r>
      <w:r>
        <w:t>full of problems tha kyunke khud kaba mein 360 idols rakhe hue the,</w:t>
      </w:r>
    </w:p>
    <w:p>
      <w:pPr>
        <w:jc w:val="right"/>
      </w:pPr>
      <w:r>
        <w:t>فل آف پرابلمز تھا کیونکہ خود کعبہ میں 360 آئیڈلز رکھے ہوئے تھے،</w:t>
      </w:r>
    </w:p>
    <w:p>
      <w:r>
        <w:rPr>
          <w:b/>
        </w:rPr>
        <w:t xml:space="preserve">[02:27] </w:t>
      </w:r>
      <w:r>
        <w:t>jiska matlab hai ke practically kaba was</w:t>
      </w:r>
    </w:p>
    <w:p>
      <w:pPr>
        <w:jc w:val="right"/>
      </w:pPr>
      <w:r>
        <w:t>جس کا معنی ہے کہ پریکٹیکلی کعبہ واز</w:t>
      </w:r>
    </w:p>
    <w:p>
      <w:r>
        <w:rPr>
          <w:b/>
        </w:rPr>
        <w:t xml:space="preserve">[02:37] </w:t>
      </w:r>
      <w:r>
        <w:t>full of</w:t>
      </w:r>
    </w:p>
    <w:p>
      <w:pPr>
        <w:jc w:val="right"/>
      </w:pPr>
      <w:r>
        <w:t>فل آف</w:t>
      </w:r>
    </w:p>
    <w:p>
      <w:r>
        <w:rPr>
          <w:b/>
        </w:rPr>
        <w:t xml:space="preserve">[02:40] </w:t>
      </w:r>
      <w:r>
        <w:t>idols.</w:t>
      </w:r>
    </w:p>
    <w:p>
      <w:pPr>
        <w:jc w:val="right"/>
      </w:pPr>
      <w:r>
        <w:t>آئیڈلز۔</w:t>
      </w:r>
    </w:p>
    <w:p>
      <w:r>
        <w:rPr>
          <w:b/>
        </w:rPr>
        <w:t xml:space="preserve">[02:44] </w:t>
      </w:r>
      <w:r>
        <w:t>to what to do? there was the first problem.</w:t>
      </w:r>
    </w:p>
    <w:p>
      <w:pPr>
        <w:jc w:val="right"/>
      </w:pPr>
      <w:r>
        <w:t>تو واٹ ٹو ڈو؟ دیر واز دا فرسٹ پرابلم۔</w:t>
      </w:r>
    </w:p>
    <w:p>
      <w:r>
        <w:rPr>
          <w:b/>
        </w:rPr>
        <w:t xml:space="preserve">[02:51] </w:t>
      </w:r>
      <w:r>
        <w:t>to dekhiye, hazrat aisha jo har waqt rehti thin aap ke saath, unhone rasool allah ka method</w:t>
      </w:r>
    </w:p>
    <w:p>
      <w:pPr>
        <w:jc w:val="right"/>
      </w:pPr>
      <w:r>
        <w:t>تو دیکھیے، حضرت عائشہ جو ہر وقت رہتی تھیں آپ کے ساتھ، انہوں نے رسول اللہ کا میتھڈ</w:t>
      </w:r>
    </w:p>
    <w:p>
      <w:r>
        <w:rPr>
          <w:b/>
        </w:rPr>
        <w:t xml:space="preserve">[03:09] </w:t>
      </w:r>
      <w:r>
        <w:t>is tarah se bataya hai ke when ever the prophet had to choose between the two, he always opted for the easier rather than harder option.</w:t>
      </w:r>
    </w:p>
    <w:p>
      <w:pPr>
        <w:jc w:val="right"/>
      </w:pPr>
      <w:r>
        <w:t>اس طرح سے بتایا ہے کہ وین ایور دا پرافٹ ہیڈ ٹو چوز بٹوین دا ٹو، ہی الویز اپٹڈ فار دی ایزر رادر دین ہارڈر آپشن۔</w:t>
      </w:r>
    </w:p>
    <w:p>
      <w:r>
        <w:rPr>
          <w:b/>
        </w:rPr>
        <w:t xml:space="preserve">[03:32] </w:t>
      </w:r>
      <w:r>
        <w:t>yeh rasool allah ka mustaqil method tha. maine bahut socha is par aur rasool allah ke life ko le kar,</w:t>
      </w:r>
    </w:p>
    <w:p>
      <w:pPr>
        <w:jc w:val="right"/>
      </w:pPr>
      <w:r>
        <w:t>یہ رسول اللہ کا مستقل میتھڈ تھا۔ میں نے بہت سوچا اس پر اور رسول اللہ کے لائف کو لے کر،</w:t>
      </w:r>
    </w:p>
    <w:p>
      <w:r>
        <w:rPr>
          <w:b/>
        </w:rPr>
        <w:t xml:space="preserve">[03:47] </w:t>
      </w:r>
      <w:r>
        <w:t>jo life aap ki hai makah mein, madinah mein, is ko le kar maine socha ke woh kya tha easier aur kya tha harder.</w:t>
      </w:r>
    </w:p>
    <w:p>
      <w:pPr>
        <w:jc w:val="right"/>
      </w:pPr>
      <w:r>
        <w:t>جو لائف آپ کی ہے مکہ میں، مدینہ میں، اس کو لے کر میں نے سوچا کہ وہ کیا تھا ایزر اور کیا تھا ہارڈر۔</w:t>
      </w:r>
    </w:p>
    <w:p>
      <w:r>
        <w:rPr>
          <w:b/>
        </w:rPr>
        <w:t xml:space="preserve">[03:58] </w:t>
      </w:r>
      <w:r>
        <w:t>to maine yeh jaana ke koi bhi situation ho, koi bhi situation ho, chahe makah ho ya duniya ka koi bhi part,</w:t>
      </w:r>
    </w:p>
    <w:p>
      <w:pPr>
        <w:jc w:val="right"/>
      </w:pPr>
      <w:r>
        <w:t>تو میں نے یہ جانا کہ کوئی بھی سچویشن ہو، کوئی بھی سچویشن ہو، چاہے مکہ ہو یا دنیا کا کوئی بھی پارٹ،</w:t>
      </w:r>
    </w:p>
    <w:p>
      <w:r>
        <w:rPr>
          <w:b/>
        </w:rPr>
        <w:t xml:space="preserve">[04:15] </w:t>
      </w:r>
      <w:r>
        <w:t>to har tarah do cheezein hoti hain: problem aur saath saath opportunities.</w:t>
      </w:r>
    </w:p>
    <w:p>
      <w:pPr>
        <w:jc w:val="right"/>
      </w:pPr>
      <w:r>
        <w:t>تو ہر طرح دو چیزیں ہوتی ہیں: پرابلم اور ساتھ ساتھ اپرچونیٹیز۔</w:t>
      </w:r>
    </w:p>
    <w:p>
      <w:r>
        <w:rPr>
          <w:b/>
        </w:rPr>
        <w:t xml:space="preserve">[04:28] </w:t>
      </w:r>
      <w:r>
        <w:t>aisa kabhi hota nahin ke problem ho, opportunity na ho. hamesha aisa hota hai.</w:t>
      </w:r>
    </w:p>
    <w:p>
      <w:pPr>
        <w:jc w:val="right"/>
      </w:pPr>
      <w:r>
        <w:t>ایسا کبھی ہوتا نہیں کہ پرابلم ہو، اپرچونیٹی نہ ہو۔ ہمیشہ ایسا ہوتا ہے۔</w:t>
      </w:r>
    </w:p>
    <w:p>
      <w:r>
        <w:rPr>
          <w:b/>
        </w:rPr>
        <w:t xml:space="preserve">[04:42] </w:t>
      </w:r>
      <w:r>
        <w:t>to rasool allah ka jo tareeqa tha, jaisa ke khud hazrat aisha ne bataya</w:t>
      </w:r>
    </w:p>
    <w:p>
      <w:pPr>
        <w:jc w:val="right"/>
      </w:pPr>
      <w:r>
        <w:t>تو رسول اللہ کا جو طریقہ تھا، جیسا کہ خود حضرت عائشہ نے بتایا</w:t>
      </w:r>
    </w:p>
    <w:p>
      <w:r>
        <w:rPr>
          <w:b/>
        </w:rPr>
        <w:t xml:space="preserve">[04:51] </w:t>
      </w:r>
      <w:r>
        <w:t>ke aap ne hamesha situation ki study ki pehle, yani apna kaam shuru karne se pehle study ki.</w:t>
      </w:r>
    </w:p>
    <w:p>
      <w:pPr>
        <w:jc w:val="right"/>
      </w:pPr>
      <w:r>
        <w:t>کہ آپ نے ہمیشہ سچویشن کی اسٹڈی کی پہلے، یعنی اپنا کام شروع کرنے سے پہلے اسٹڈی کی۔</w:t>
      </w:r>
    </w:p>
    <w:p>
      <w:r>
        <w:rPr>
          <w:b/>
        </w:rPr>
        <w:t xml:space="preserve">[05:04] </w:t>
      </w:r>
      <w:r>
        <w:t>jaisa ke kitab mein aata hai ke shuru ke teen saal aap ne</w:t>
      </w:r>
    </w:p>
    <w:p>
      <w:pPr>
        <w:jc w:val="right"/>
      </w:pPr>
      <w:r>
        <w:t>جیسا کہ کتاب میں آتا ہے کہ شروع کے تین سال آپ نے</w:t>
      </w:r>
    </w:p>
    <w:p>
      <w:r>
        <w:rPr>
          <w:b/>
        </w:rPr>
        <w:t xml:space="preserve">[05:12] </w:t>
      </w:r>
      <w:r>
        <w:t>secretly kaam kiya. yeh secretly nahin tha, it was not secret kaam. haqeeqat mein aap teen saal tak study karte rahe ke kya hai arab, kya hai makah.</w:t>
      </w:r>
    </w:p>
    <w:p>
      <w:pPr>
        <w:jc w:val="right"/>
      </w:pPr>
      <w:r>
        <w:t>سیکرٹلی کام کیا۔ یہ سیکرٹلی نہیں تھا، اٹ واز ناٹ سیکرٹ کام۔ حقیقت میں آپ تین سال تک اسٹڈی کرتے رہے کہ کیا ہے عرب، کیا ہے مکہ۔</w:t>
      </w:r>
    </w:p>
    <w:p>
      <w:r>
        <w:rPr>
          <w:b/>
        </w:rPr>
        <w:t xml:space="preserve">[05:34] </w:t>
      </w:r>
      <w:r>
        <w:t>to teen saal jo aata hai ke rasool allah ne secretly kaam kiya, koi secret nahin tha. aap teen saal study karte rahe ke in america ke ke makah ki situation, arab ki situation ke mutabiq, woh jo formula hai, us ko main yahan kaise apply karoon, kaise apply karoon.</w:t>
      </w:r>
    </w:p>
    <w:p>
      <w:pPr>
        <w:jc w:val="right"/>
      </w:pPr>
      <w:r>
        <w:t>تو تین سال جو آتا ہے کہ رسول اللہ نے سیکرٹلی کام کیا، کوئی سیکرٹ نہیں تھا۔ آپ تین سال اسٹڈی کرتے رہے کہ ان امریکہ کے کے مکہ کی سچویشن، عرب کی سچویشن کے مطابق، وہ جو فارمولا ہے، اس کو میں یہاں کیسے اپلاؤں، کیسے اپلائی کروں۔</w:t>
      </w:r>
    </w:p>
    <w:p>
      <w:r>
        <w:rPr>
          <w:b/>
        </w:rPr>
        <w:t xml:space="preserve">[06:04] </w:t>
      </w:r>
      <w:r>
        <w:t>woh formula tha</w:t>
      </w:r>
    </w:p>
    <w:p>
      <w:pPr>
        <w:jc w:val="right"/>
      </w:pPr>
      <w:r>
        <w:t>وہ فارمولا تھا</w:t>
      </w:r>
    </w:p>
    <w:p>
      <w:r>
        <w:rPr>
          <w:b/>
        </w:rPr>
        <w:t xml:space="preserve">[06:08] </w:t>
      </w:r>
      <w:r>
        <w:t>ke</w:t>
      </w:r>
    </w:p>
    <w:p>
      <w:pPr>
        <w:jc w:val="right"/>
      </w:pPr>
      <w:r>
        <w:t>کہ</w:t>
      </w:r>
    </w:p>
    <w:p>
      <w:r>
        <w:rPr>
          <w:b/>
        </w:rPr>
        <w:t xml:space="preserve">[06:12] </w:t>
      </w:r>
      <w:r>
        <w:t>inna ma'al usri yusra. yeh formula tha: inna ma'al usri yusra. is ka matlab yeh hai</w:t>
      </w:r>
    </w:p>
    <w:p>
      <w:pPr>
        <w:jc w:val="right"/>
      </w:pPr>
      <w:r>
        <w:t>انا مال عسر یسرا۔ یہ فارمولا تھا: انا مال عسر یسرا۔ اس کا مطلب یہ ہے</w:t>
      </w:r>
    </w:p>
    <w:p>
      <w:r>
        <w:rPr>
          <w:b/>
        </w:rPr>
        <w:t xml:space="preserve">[06:24] </w:t>
      </w:r>
      <w:r>
        <w:t>ke with every hardship, there is ease. with every hardship, there is ease.</w:t>
      </w:r>
    </w:p>
    <w:p>
      <w:pPr>
        <w:jc w:val="right"/>
      </w:pPr>
      <w:r>
        <w:t>کہ ود ایوری ہارڈشپ، دیر از ایز۔ ود ایوری ہارڈشپ، دیر از ایز۔</w:t>
      </w:r>
    </w:p>
    <w:p>
      <w:r>
        <w:rPr>
          <w:b/>
        </w:rPr>
        <w:t xml:space="preserve">[06:33] </w:t>
      </w:r>
      <w:r>
        <w:t>yani</w:t>
      </w:r>
    </w:p>
    <w:p>
      <w:pPr>
        <w:jc w:val="right"/>
      </w:pPr>
      <w:r>
        <w:t>یعنی</w:t>
      </w:r>
    </w:p>
    <w:p>
      <w:r>
        <w:rPr>
          <w:b/>
        </w:rPr>
        <w:t xml:space="preserve">[06:36] </w:t>
      </w:r>
      <w:r>
        <w:t>is ka matlab kya hua? kitaab mein with every difficulty, there is a opportunity.</w:t>
      </w:r>
    </w:p>
    <w:p>
      <w:pPr>
        <w:jc w:val="right"/>
      </w:pPr>
      <w:r>
        <w:t>اس کا مطلب کیا ہوا؟ کتاب میں ود ایوری ڈیفیکلٹی، دیر از اے اپرچونیٹی۔</w:t>
      </w:r>
    </w:p>
    <w:p>
      <w:r>
        <w:rPr>
          <w:b/>
        </w:rPr>
        <w:t xml:space="preserve">[06:49] </w:t>
      </w:r>
      <w:r>
        <w:t>yeh Allah ka paida kiya hua nizaam hai. yeh Allah ka paida kiya hua nizaam hai</w:t>
      </w:r>
    </w:p>
    <w:p>
      <w:pPr>
        <w:jc w:val="right"/>
      </w:pPr>
      <w:r>
        <w:t>یہ اللہ کا پیدا کیا ہوا نظام ہے۔ یہ اللہ کا پیدا کیا ہوا نظام ہے</w:t>
      </w:r>
    </w:p>
    <w:p>
      <w:r>
        <w:rPr>
          <w:b/>
        </w:rPr>
        <w:t xml:space="preserve">[06:59] </w:t>
      </w:r>
      <w:r>
        <w:t>ke jab bhi kahin tum dekho ke wahan hardship hai, to in advance yeh samajh lo ke yahan zaroor koi na koi opportunity maujood hogi.</w:t>
      </w:r>
    </w:p>
    <w:p>
      <w:pPr>
        <w:jc w:val="right"/>
      </w:pPr>
      <w:r>
        <w:t>کہ جب بھی کہیں تم دیکھو کہ وہاں ہارڈشپ ہے، تو ان ایڈوانس یہ سمجھ لو کہ یہاں ضرور کوئی نہ کوئی اپرچونیٹی موجود ہوگی۔</w:t>
      </w:r>
    </w:p>
    <w:p>
      <w:r>
        <w:rPr>
          <w:b/>
        </w:rPr>
        <w:t xml:space="preserve">[07:13] </w:t>
      </w:r>
      <w:r>
        <w:t>to ignore the problem, avail the opportunities. yeh formula hua</w:t>
      </w:r>
    </w:p>
    <w:p>
      <w:pPr>
        <w:jc w:val="right"/>
      </w:pPr>
      <w:r>
        <w:t>تو اگنور دا پرابلم، اویل دا اپرچونیٹیز۔ یہ فارمولا ہوا</w:t>
      </w:r>
    </w:p>
    <w:p>
      <w:r>
        <w:rPr>
          <w:b/>
        </w:rPr>
        <w:t xml:space="preserve">[07:22] </w:t>
      </w:r>
      <w:r>
        <w:t>Rasool Allah ka. formula yeh hua ke ignore the problem, avail the opportunities.</w:t>
      </w:r>
    </w:p>
    <w:p>
      <w:pPr>
        <w:jc w:val="right"/>
      </w:pPr>
      <w:r>
        <w:t>رسول اللہ کا۔ فارمولا یہ ہوا کہ اگنور دا پرابلم، اویل دا اپرچونیٹیز۔</w:t>
      </w:r>
    </w:p>
    <w:p>
      <w:r>
        <w:rPr>
          <w:b/>
        </w:rPr>
        <w:t xml:space="preserve">[07:33] </w:t>
      </w:r>
      <w:r>
        <w:t>yeh isi ko kaha ke yallimuhul kitabal hikmah. yeh hikmah hai.</w:t>
      </w:r>
    </w:p>
    <w:p>
      <w:pPr>
        <w:jc w:val="right"/>
      </w:pPr>
      <w:r>
        <w:t>یہ اسی کو کہا کہ یعلمہ الکتاب الحکمہ۔ یہ حکمہ ہے۔</w:t>
      </w:r>
    </w:p>
    <w:p>
      <w:r>
        <w:rPr>
          <w:b/>
        </w:rPr>
        <w:t xml:space="preserve">[07:42] </w:t>
      </w:r>
      <w:r>
        <w:t>hikmah means wisdom. to wisdom yeh hai ke jis situation mein tum apne aap ko pa rahe ho, us situation mein discover karo ke kya hai difficulty aur kya hai opportunity.</w:t>
      </w:r>
    </w:p>
    <w:p>
      <w:pPr>
        <w:jc w:val="right"/>
      </w:pPr>
      <w:r>
        <w:t>حکمہ مینز وزڈم۔ تو وزڈم یہ ہے کہ جس سچویشن میں تم اپنے آپ کو پا رہے ہو، اس سچویشن میں ڈسکور کرو کہ کیا ہے ڈیفیکلٹی اور کیا ہے اپرچونیٹی۔</w:t>
      </w:r>
    </w:p>
    <w:p>
      <w:r>
        <w:rPr>
          <w:b/>
        </w:rPr>
        <w:t xml:space="preserve">[08:02] </w:t>
      </w:r>
      <w:r>
        <w:t>to difficulty ko avoid karo aur opportunity ko avail karo. to aap ne bohat hi minute study ki Makkah ke halaat ki.</w:t>
      </w:r>
    </w:p>
    <w:p>
      <w:pPr>
        <w:jc w:val="right"/>
      </w:pPr>
      <w:r>
        <w:t>تو ڈیفیکلٹی کو اوائڈ کرو اور اپرچونیٹی کو اویل کرو۔ تو آپ نے بہت ہی مائنوٹ اسٹڈی کی مکہ کے حالات کی۔</w:t>
      </w:r>
    </w:p>
    <w:p>
      <w:r>
        <w:rPr>
          <w:b/>
        </w:rPr>
        <w:t xml:space="preserve">[08:18] </w:t>
      </w:r>
      <w:r>
        <w:t>to aap ne dekha</w:t>
      </w:r>
    </w:p>
    <w:p>
      <w:pPr>
        <w:jc w:val="right"/>
      </w:pPr>
      <w:r>
        <w:t>تو آپ نے دیکھا</w:t>
      </w:r>
    </w:p>
    <w:p>
      <w:r>
        <w:rPr>
          <w:b/>
        </w:rPr>
        <w:t xml:space="preserve">[08:23] </w:t>
      </w:r>
      <w:r>
        <w:t>ke Makkah mein agarche us waqt jo log dominating position mein thay, woh mushrik thay, idol worshipper thay, to unhon ne yeh kar rakha tha ke un ke liye woh business tha.</w:t>
      </w:r>
    </w:p>
    <w:p>
      <w:pPr>
        <w:jc w:val="right"/>
      </w:pPr>
      <w:r>
        <w:t>کہ مکہ میں اگرچہ اس وقت جو لوگ ڈومینیٹنگ پوزیشن میں تھے، وہ مشرک تھے، آئیڈل ورشپر تھے، تو انہوں نے یہ کر رکھا تھا کہ ان کے لیے وہ بزنس تھا۔</w:t>
      </w:r>
    </w:p>
    <w:p>
      <w:r>
        <w:rPr>
          <w:b/>
        </w:rPr>
        <w:t xml:space="preserve">[08:43] </w:t>
      </w:r>
      <w:r>
        <w:t>yani idol worship un ke liye business tha. kyunke aap jante hain ke Makkah mein koi agriculture nahi tha, koi horticulture nahi tha,</w:t>
      </w:r>
    </w:p>
    <w:p>
      <w:pPr>
        <w:jc w:val="right"/>
      </w:pPr>
      <w:r>
        <w:t>یعنی آئیڈل ورشپ ان کے لیے بزنس تھا۔ کیونکہ آپ جانتے ہیں کہ مکہ میں کوئی ایگریکلچر نہیں تھا، کوئی ہارٹیکلچر نہیں تھا،</w:t>
      </w:r>
    </w:p>
    <w:p>
      <w:r>
        <w:rPr>
          <w:b/>
        </w:rPr>
        <w:t xml:space="preserve">[08:58] </w:t>
      </w:r>
      <w:r>
        <w:t>koi business nahi tha. to un ka zariya, un ki earning ka zariya kya tha?</w:t>
      </w:r>
    </w:p>
    <w:p>
      <w:pPr>
        <w:jc w:val="right"/>
      </w:pPr>
      <w:r>
        <w:t>کوئی بزنس نہیں تھا۔ تو ان کا ذریعہ، ان کی ارننگ کا ذریعہ کیا تھا؟</w:t>
      </w:r>
    </w:p>
    <w:p>
      <w:r>
        <w:rPr>
          <w:b/>
        </w:rPr>
        <w:t xml:space="preserve">[09:08] </w:t>
      </w:r>
      <w:r>
        <w:t>log aate thay Kaba mein. Kaba ki jo precises thi, woh market bani hui thi.</w:t>
      </w:r>
    </w:p>
    <w:p>
      <w:pPr>
        <w:jc w:val="right"/>
      </w:pPr>
      <w:r>
        <w:t>لوگ آتے تھے کعبہ میں۔ کعبہ کی جو پریبیسس تھی، وہ مارکیٹ بنی ہوئی تھی۔</w:t>
      </w:r>
    </w:p>
    <w:p>
      <w:r>
        <w:rPr>
          <w:b/>
        </w:rPr>
        <w:t xml:space="preserve">[09:20] </w:t>
      </w:r>
      <w:r>
        <w:t>wohan par khareed farokht hoti thi. to log aate thay, apne bhaton ko charawa charate thay, apne bhaton ko poojhte thay.</w:t>
      </w:r>
    </w:p>
    <w:p>
      <w:pPr>
        <w:jc w:val="right"/>
      </w:pPr>
      <w:r>
        <w:t>وہاں پر خرید فروخت ہوتی تھی۔ تو لوگ آتے تھے، اپنے بتوں کو چراوا چراتے تھے، اپنے بتوں کو پوچھتے تھے۔</w:t>
      </w:r>
    </w:p>
    <w:p>
      <w:r>
        <w:rPr>
          <w:b/>
        </w:rPr>
        <w:t xml:space="preserve">[09:33] </w:t>
      </w:r>
      <w:r>
        <w:t>is ki wajah se wahan par ek business chalta tha. business.</w:t>
      </w:r>
    </w:p>
    <w:p>
      <w:pPr>
        <w:jc w:val="right"/>
      </w:pPr>
      <w:r>
        <w:t>اس کی وجہ سے وہاں پر ایک بزنس چلتا تھا۔ بزنس۔</w:t>
      </w:r>
    </w:p>
    <w:p>
      <w:r>
        <w:rPr>
          <w:b/>
        </w:rPr>
        <w:t xml:space="preserve">[09:43] </w:t>
      </w:r>
      <w:r>
        <w:t>to aap ko saare Arab ka audience Makkah hi mil raha tha.</w:t>
      </w:r>
    </w:p>
    <w:p>
      <w:pPr>
        <w:jc w:val="right"/>
      </w:pPr>
      <w:r>
        <w:t>تو آپ کو سارے عرب کا آڈینس مکہ ہی مل رہا تھا۔</w:t>
      </w:r>
    </w:p>
    <w:p>
      <w:r>
        <w:rPr>
          <w:b/>
        </w:rPr>
        <w:t xml:space="preserve">[09:54] </w:t>
      </w:r>
      <w:r>
        <w:t>yeh jo log aate thay, un ko aap ne liya as an audience. to saare saare Arab ke log wahan aate thay daily.</w:t>
      </w:r>
    </w:p>
    <w:p>
      <w:pPr>
        <w:jc w:val="right"/>
      </w:pPr>
      <w:r>
        <w:t>یہ جو لوگ آتے تھے، ان کو آپ نے لیا ایز این آڈینس۔ تو سارے سارے عرب کے لوگ وہاں آتے تھے ڈیلی۔</w:t>
      </w:r>
    </w:p>
    <w:p>
      <w:r>
        <w:rPr>
          <w:b/>
        </w:rPr>
        <w:t xml:space="preserve">[10:11] </w:t>
      </w:r>
      <w:r>
        <w:t>to is ka matlab kyunke wahan aap ko</w:t>
      </w:r>
    </w:p>
    <w:p>
      <w:pPr>
        <w:jc w:val="right"/>
      </w:pPr>
      <w:r>
        <w:t>تو اس کا معنی کیونکہ وہاں آپ کو</w:t>
      </w:r>
    </w:p>
    <w:p>
      <w:r>
        <w:rPr>
          <w:b/>
        </w:rPr>
        <w:t xml:space="preserve">[10:16] </w:t>
      </w:r>
      <w:r>
        <w:t>modern occupation ka age jo aaya hai ke hum yahan bol rahe hain aur saari duniya hum sun sakti hai, is ka aap ne ek ek bohat hi beautiful yani method nikala ke aap ne kabhi daura nahi kiya Arab mein, idhar udhar gaye nahi,</w:t>
      </w:r>
    </w:p>
    <w:p>
      <w:pPr>
        <w:jc w:val="right"/>
      </w:pPr>
      <w:r>
        <w:t>ماڈرن اکوپیشن کا ایج جو آیا ہے کہ ہم یہاں بول رہے ہیں اور ساری دنیا ہم سن سکتی ہے، اس کا آپ نے ایک ایک بہت ہی بیوٹی فل یعنی میتھڈ نکالا کہ آپ نے کبھی دورہ نہیں کیا عرب میں، ادھر ادھر گئے نہیں،</w:t>
      </w:r>
    </w:p>
    <w:p>
      <w:r>
        <w:rPr>
          <w:b/>
        </w:rPr>
        <w:t xml:space="preserve">[10:44] </w:t>
      </w:r>
      <w:r>
        <w:t>Makkah mein rahe. lekin Makkah hi mein aap ne international dawat work shuru kar diya.</w:t>
      </w:r>
    </w:p>
    <w:p>
      <w:pPr>
        <w:jc w:val="right"/>
      </w:pPr>
      <w:r>
        <w:t>مکہ میں رہے۔ لیکن مکہ ہی میں آپ نے انٹرنیشنل دعوت ورک شروع کر دیا۔</w:t>
      </w:r>
    </w:p>
    <w:p>
      <w:r>
        <w:rPr>
          <w:b/>
        </w:rPr>
        <w:t xml:space="preserve">[10:54] </w:t>
      </w:r>
      <w:r>
        <w:t>kyunke asal kaam aap ka to dawah tha, Rasool Allah ka asal mission dawah, dawat tha, dawat. saare yani saare Arab ke logon ko yeh batana ke Allah Rabbul Alameen ek hai,</w:t>
      </w:r>
    </w:p>
    <w:p>
      <w:pPr>
        <w:jc w:val="right"/>
      </w:pPr>
      <w:r>
        <w:t>کیونکہ اصل کام آپ کا تو دعویٰ تھا، رسول اللہ کا اصل مشن دعویٰ، دعوت تھا، دعوت۔ سارے یعنی سارے عرب کے لوگوں کو یہ بتانا کہ اللہ رب العالمین ایک ہے،</w:t>
      </w:r>
    </w:p>
    <w:p>
      <w:r>
        <w:rPr>
          <w:b/>
        </w:rPr>
        <w:t xml:space="preserve">[11:11] </w:t>
      </w:r>
      <w:r>
        <w:t>isi ka worship karo, isi ko maano. Allah Rabbul Alameen do ya kai nahi hai.</w:t>
      </w:r>
    </w:p>
    <w:p>
      <w:pPr>
        <w:jc w:val="right"/>
      </w:pPr>
      <w:r>
        <w:t>اسی کا ورشپ کرو، اسی کو مانو۔ اللہ رب العالمین دو یا کئی نہیں ہے۔</w:t>
      </w:r>
    </w:p>
    <w:p>
      <w:r>
        <w:rPr>
          <w:b/>
        </w:rPr>
        <w:t xml:space="preserve">[11:22] </w:t>
      </w:r>
      <w:r>
        <w:t>is message ko aap ne ajeeb o ghareeb hikmat ke saath, wisdom ke saath, Makkah mein rehte hi internationalize kar diya.</w:t>
      </w:r>
    </w:p>
    <w:p>
      <w:pPr>
        <w:jc w:val="right"/>
      </w:pPr>
      <w:r>
        <w:t>اس میسج کو آپ نے عجیب و غریب حکمت کے ساتھ، وزڈم کے ساتھ، مکہ میں رہتے ہی انٹرنیشنلائز کر دیا۔</w:t>
      </w:r>
    </w:p>
    <w:p>
      <w:r>
        <w:rPr>
          <w:b/>
        </w:rPr>
        <w:t xml:space="preserve">[11:34] </w:t>
      </w:r>
      <w:r>
        <w:t>kahin gaye nahi, Makkah mein rahe. lekin is ko international bana diya is tareeqe se ke aap ne ek hikmat ikhtiyar ki.</w:t>
      </w:r>
    </w:p>
    <w:p>
      <w:pPr>
        <w:jc w:val="right"/>
      </w:pPr>
      <w:r>
        <w:t>کہیں گئے نہیں، مکہ میں رہے۔ لیکن اس کو انٹرنیشنل بنا دیا اس طریقے سے کہ آپ نے ایک حکمت اختیار کی۔</w:t>
      </w:r>
    </w:p>
    <w:p>
      <w:r>
        <w:rPr>
          <w:b/>
        </w:rPr>
        <w:t xml:space="preserve">[11:48] </w:t>
      </w:r>
      <w:r>
        <w:t>jo log wahan atay thay bar bar say, un say kuch bhi aap nay agarche atay thay but buton ko poojnay kay liye, kaba mein har qabeelay ka but rakha hua tha.</w:t>
      </w:r>
    </w:p>
    <w:p>
      <w:pPr>
        <w:jc w:val="right"/>
      </w:pPr>
      <w:r>
        <w:t>جو لوگ وہاں آتے تھے بار بار سے، ان سے کچھ بھی آپ نے اگرچہ آتے تھے بت بتوں کو پوجنے کے لیے، کعبہ میں ہر قبیلے کا بت رکھا ہوا تھا۔</w:t>
      </w:r>
    </w:p>
    <w:p>
      <w:r>
        <w:rPr>
          <w:b/>
        </w:rPr>
        <w:t xml:space="preserve">[12:04] </w:t>
      </w:r>
      <w:r>
        <w:t>har qabeelay ka but woh atay thay wahan. to aap nay un kay buton ko tora nahi, kuch bhi nahi kiya.</w:t>
      </w:r>
    </w:p>
    <w:p>
      <w:pPr>
        <w:jc w:val="right"/>
      </w:pPr>
      <w:r>
        <w:t>ہر قبیلے کا بت وہ آتے تھے وہاں۔ تو آپ نے ان کے بتوں کو توڑا نہیں، کچھ بھی نہیں کیا۔</w:t>
      </w:r>
    </w:p>
    <w:p>
      <w:r>
        <w:rPr>
          <w:b/>
        </w:rPr>
        <w:t xml:space="preserve">[12:18] </w:t>
      </w:r>
      <w:r>
        <w:t>jaisa tha waisa reh diya. kyunkay inhi kay inhi buton ki wajah say to yeh log baat atay thay. ab woh but na rahay to koi aaye ga bhi nahi.</w:t>
      </w:r>
    </w:p>
    <w:p>
      <w:pPr>
        <w:jc w:val="right"/>
      </w:pPr>
      <w:r>
        <w:t>جیسا تھا ویسے رہ دیا۔ کیونکہ انہی کے انہی بتوں کی وجہ سے تو یہ لوگ بات آتے تھے۔ اب وہ بت نہ رہے تو کوئی آئے گا بھی نہیں۔</w:t>
      </w:r>
    </w:p>
    <w:p>
      <w:r>
        <w:rPr>
          <w:b/>
        </w:rPr>
        <w:t xml:space="preserve">[12:31] </w:t>
      </w:r>
      <w:r>
        <w:t>to buton ki wajah say aap ko wahan international audience mil raha tha. yeh kitni bari wisdom hai jo rasool Allah nay ikhtiyar ki</w:t>
      </w:r>
    </w:p>
    <w:p>
      <w:pPr>
        <w:jc w:val="right"/>
      </w:pPr>
      <w:r>
        <w:t>تو بتوں کی وجہ سے آپ کو وہاں انٹرنیشنل آڈینس مل رہا تھا۔ یہ کتنی بڑی وزڈم ہے جو رسول اللہ نے اختیار کی</w:t>
      </w:r>
    </w:p>
    <w:p>
      <w:r>
        <w:rPr>
          <w:b/>
        </w:rPr>
        <w:t xml:space="preserve">[12:44] </w:t>
      </w:r>
      <w:r>
        <w:t>kay inhi buton ki wajah say saray jo tribes thay makkah kay, balkay pooray arab kay, pooray arab kay tamam tribes wahan atay thay apnay buton ko poojnay kay liye.</w:t>
      </w:r>
    </w:p>
    <w:p>
      <w:pPr>
        <w:jc w:val="right"/>
      </w:pPr>
      <w:r>
        <w:t>کہ انہی بتوں کی وجہ سے سارے جو ٹرائبز تھے مکہ کے، بلکہ پورے عرب کے، پورے عرب کے تمام ٹرائب وہاں آتے تھے اپنے بتوں کو پوجنے کے لیے۔</w:t>
      </w:r>
    </w:p>
    <w:p>
      <w:r>
        <w:rPr>
          <w:b/>
        </w:rPr>
        <w:t xml:space="preserve">[13:03] </w:t>
      </w:r>
      <w:r>
        <w:t>to woh international gathering hoti thi wahan par. international gathering. to aap nay is ko istemal kiya bator international conference kay, international audience kay.</w:t>
      </w:r>
    </w:p>
    <w:p>
      <w:pPr>
        <w:jc w:val="right"/>
      </w:pPr>
      <w:r>
        <w:t>تو وہ انٹرنیشنل گیدرنگ ہوتی تھی وہاں پر۔ انٹرنیشنل گیدرنگ۔ تو آپ نے اس کو استعمال کیا بطور انٹرنیشنل کانفرنس کے، انٹرنیشنل آڈینس کے۔</w:t>
      </w:r>
    </w:p>
    <w:p>
      <w:r>
        <w:rPr>
          <w:b/>
        </w:rPr>
        <w:t xml:space="preserve">[13:20] </w:t>
      </w:r>
      <w:r>
        <w:t>ab wahan jatay hain aap aur kehtay hain: "eha nas, qoolu la ilaha illallah, tuflehu. eha nas, qoolu la ilaha illallah, tuflehu." yeh thi wisdom jo rasool Allah nay ikhtiyar ki.</w:t>
      </w:r>
    </w:p>
    <w:p>
      <w:pPr>
        <w:jc w:val="right"/>
      </w:pPr>
      <w:r>
        <w:t>اب وہاں جاتے ہیں آپ اور کہتے ہیں: "ایہا الناس، قولو لا الہ الا اللہ، تفلحو۔ ایہا الناس، قولو لا الہ الا اللہ، تفلحو۔" یہ تھی وزڈم جو رسول اللہ نے اختیار کی۔</w:t>
      </w:r>
    </w:p>
    <w:p>
      <w:r>
        <w:rPr>
          <w:b/>
        </w:rPr>
        <w:t xml:space="preserve">[13:35] </w:t>
      </w:r>
      <w:r>
        <w:t>to Michael Hart nay apni kitab mein yeh to bataya hai kay rasool Allah ko bohat bari success mili. he was most successful man in the history.</w:t>
      </w:r>
    </w:p>
    <w:p>
      <w:pPr>
        <w:jc w:val="right"/>
      </w:pPr>
      <w:r>
        <w:t>تو مائیکل ہارٹ نے اپنی کتاب میں یہ تو بتایا ہے کہ رسول اللہ کو بہت بڑی سکسیس ملی۔ ہی واز موسٹ سکسیسفل مین ان دا ہسٹری۔</w:t>
      </w:r>
    </w:p>
    <w:p>
      <w:r>
        <w:rPr>
          <w:b/>
        </w:rPr>
        <w:t xml:space="preserve">[13:48] </w:t>
      </w:r>
      <w:r>
        <w:t>lekin what was the wisdom behind the success? yeh woh nahi bata saka. woh Michael Hart yeh nahi bata saka kay rasool Allah ki is supreme success mein wisdom kya thi.</w:t>
      </w:r>
    </w:p>
    <w:p>
      <w:pPr>
        <w:jc w:val="right"/>
      </w:pPr>
      <w:r>
        <w:t>لیکن واٹ واز دا وزڈم بیہائنڈ دا سکسیس؟ یہ وہ نہیں بتا بتا سکے۔ وہ مائیکل ہارٹ یہ نہیں بتا بتا سکے کہ رسول اللہ کی اس سپریم سکسیس میں وزڈم کیا تھی۔</w:t>
      </w:r>
    </w:p>
    <w:p>
      <w:r>
        <w:rPr>
          <w:b/>
        </w:rPr>
        <w:t xml:space="preserve">[14:06] </w:t>
      </w:r>
      <w:r>
        <w:t>woh wisdom yahi thi kay aap nay controversial point say chhera hi nahi, control position point say touch hi nahi kiya.</w:t>
      </w:r>
    </w:p>
    <w:p>
      <w:pPr>
        <w:jc w:val="right"/>
      </w:pPr>
      <w:r>
        <w:t>وہ وزڈم یہی تھی کہ آپ نے کنٹروورشل پوائنٹ سے چھیڑا ہی نہیں، کنٹرول پوزیشن پوائنٹ سے ٹچ ہی نہیں کیا۔</w:t>
      </w:r>
    </w:p>
    <w:p>
      <w:r>
        <w:rPr>
          <w:b/>
        </w:rPr>
        <w:t xml:space="preserve">[14:21] </w:t>
      </w:r>
      <w:r>
        <w:t>to normal halaat baqi rahi. aur aap logon ko</w:t>
      </w:r>
    </w:p>
    <w:p>
      <w:pPr>
        <w:jc w:val="right"/>
      </w:pPr>
      <w:r>
        <w:t>تو نارمل حالات باقی رہی۔ اور آپ لوگوں کو</w:t>
      </w:r>
    </w:p>
    <w:p>
      <w:r>
        <w:rPr>
          <w:b/>
        </w:rPr>
        <w:t xml:space="preserve">[14:32] </w:t>
      </w:r>
      <w:r>
        <w:t>normal halaat mein apna message detay rahay, peaceful andaaz mein. aur is kay baad jab un ko maloom hua quraish ko kay yeh to ulta ho raha hai,</w:t>
      </w:r>
    </w:p>
    <w:p>
      <w:pPr>
        <w:jc w:val="right"/>
      </w:pPr>
      <w:r>
        <w:t>نارمل حالات میں اپنا میسج دیتے رہے، پیس فل انداز میں۔ اور اس کے بعد جب ان کو معلوم ہوا قریش کو کہ یہ تو الٹا ہو رہا ہے،</w:t>
      </w:r>
    </w:p>
    <w:p>
      <w:r>
        <w:rPr>
          <w:b/>
        </w:rPr>
        <w:t xml:space="preserve">[14:51] </w:t>
      </w:r>
      <w:r>
        <w:t>yeh to hamaray hamaray audience ko apnay favor mein istemal kar rahay hain, quraish ko yeh pata chala kay yeh jo atay hain, yeh hamaray liye atay hain, log hamaray buton ko poojnay kay liye atay hain.</w:t>
      </w:r>
    </w:p>
    <w:p>
      <w:pPr>
        <w:jc w:val="right"/>
      </w:pPr>
      <w:r>
        <w:t>یہ تو ہمارے ہمارے آڈینس کو اپنے فیور میں استعمال کر رہے ہیں، قریش کو یہ پتہ چلا کہ یہ جو آتے ہیں، یہ ہمارے لیے آتے ہیں، لوگ ہمارے بتوں کو پوجنے کے لیے آتے ہیں۔</w:t>
      </w:r>
    </w:p>
    <w:p>
      <w:r>
        <w:rPr>
          <w:b/>
        </w:rPr>
        <w:t xml:space="preserve">[15:08] </w:t>
      </w:r>
      <w:r>
        <w:t>lekin ulta ho raha hai. yeh to Muhammad is ko istemal kar rahay hain. saray sara jo audience hai, woh in kay liye opportunity ban raha hai.</w:t>
      </w:r>
    </w:p>
    <w:p>
      <w:pPr>
        <w:jc w:val="right"/>
      </w:pPr>
      <w:r>
        <w:t>لیکن الٹا ہو رہا ہے۔ یہ تو محمد اس کو استعمال کر رہے ہیں۔ سارے سارا جو آڈینس ہے، وہ ان کے لیے اپرچونیٹی بن رہا ہے۔</w:t>
      </w:r>
    </w:p>
    <w:p>
      <w:r>
        <w:rPr>
          <w:b/>
        </w:rPr>
        <w:t xml:space="preserve">[15:21] </w:t>
      </w:r>
      <w:r>
        <w:t>to unhonay khud pehlay to rasool Allah ko makkah say nikala kay yahan say jayen.</w:t>
      </w:r>
    </w:p>
    <w:p>
      <w:pPr>
        <w:jc w:val="right"/>
      </w:pPr>
      <w:r>
        <w:t>تو انہوں نے خود پہلے تو رسول اللہ کو مکہ سے نکالا کہ یہاں سے جائیں۔</w:t>
      </w:r>
    </w:p>
    <w:p>
      <w:r>
        <w:rPr>
          <w:b/>
        </w:rPr>
        <w:t xml:space="preserve">[15:32] </w:t>
      </w:r>
      <w:r>
        <w:t>makkah say nikala. aur phir khud hi rai chheri. jab rasool Allah madina chalay gaye to unhonay rai chheri.</w:t>
      </w:r>
    </w:p>
    <w:p>
      <w:pPr>
        <w:jc w:val="right"/>
      </w:pPr>
      <w:r>
        <w:t>مکہ سے نکالا۔ اور پھر خود ہی رائے چھیڑی۔ جب رسول اللہ مدینہ چلے گئے تو انہوں نے رائے چھیڑی۔</w:t>
      </w:r>
    </w:p>
    <w:p>
      <w:r>
        <w:rPr>
          <w:b/>
        </w:rPr>
        <w:t xml:space="preserve">[15:43] </w:t>
      </w:r>
      <w:r>
        <w:t>lekin aap dekhiye, rasool Allah ki wisdom itni zabardast thi kay aap yani kaha jata hai hamari tareekh kitabon mein kay rasool Allah kay ghazwat ki tadad 85 hai.</w:t>
      </w:r>
    </w:p>
    <w:p>
      <w:pPr>
        <w:jc w:val="right"/>
      </w:pPr>
      <w:r>
        <w:t>لیکن آپ دیکھیں، رسول اللہ کی وزڈم اتنی زبردست تھی کہ آپ یعنی کہا جاتا ہے ہماری تاریخ کتابوں میں کہ رسول اللہ کے غزوات کی تعداد 85 ہے۔</w:t>
      </w:r>
    </w:p>
    <w:p>
      <w:r>
        <w:rPr>
          <w:b/>
        </w:rPr>
        <w:t xml:space="preserve">[16:00] </w:t>
      </w:r>
      <w:r>
        <w:t>85. to mein nay bohat ziyada is ko study ki kay where are those 85 ghazwat?</w:t>
      </w:r>
    </w:p>
    <w:p>
      <w:pPr>
        <w:jc w:val="right"/>
      </w:pPr>
      <w:r>
        <w:t>85۔ تو میں نے بہت زیادہ اس کو اسٹڈی کی کہ ویئر آر دو 85 غزوات؟</w:t>
      </w:r>
    </w:p>
    <w:p>
      <w:r>
        <w:rPr>
          <w:b/>
        </w:rPr>
        <w:t xml:space="preserve">[16:10] </w:t>
      </w:r>
      <w:r>
        <w:t>kitabon mein to gin laraian hain nahi. dekhiye to rasool Allah nay aik bhi full full larai nahi ki hai.</w:t>
      </w:r>
    </w:p>
    <w:p>
      <w:pPr>
        <w:jc w:val="right"/>
      </w:pPr>
      <w:r>
        <w:t>کتابوں میں تو گن لڑائیاں ہیں نہیں۔ دیکھیے تو رسول اللہ نے ایک بھی فل فل لڑائی نہیں کی ہے۔</w:t>
      </w:r>
    </w:p>
    <w:p>
      <w:r>
        <w:rPr>
          <w:b/>
        </w:rPr>
        <w:t xml:space="preserve">[16:23] </w:t>
      </w:r>
      <w:r>
        <w:t>All those so-called battles were scriptures.</w:t>
      </w:r>
    </w:p>
    <w:p>
      <w:pPr>
        <w:jc w:val="right"/>
      </w:pPr>
      <w:r>
        <w:t>ال دو سو کالڈ بیٹلز ویر اسکرپچز۔</w:t>
      </w:r>
    </w:p>
    <w:p>
      <w:r>
        <w:rPr>
          <w:b/>
        </w:rPr>
        <w:t xml:space="preserve">[16:31] </w:t>
      </w:r>
      <w:r>
        <w:t>all those so called ghazwat ya battles were simply skirmishes, jharap.</w:t>
      </w:r>
    </w:p>
    <w:p>
      <w:pPr>
        <w:jc w:val="right"/>
      </w:pPr>
      <w:r>
        <w:t>ال دو سو کالڈ غزوات یا بیٹلز ویر سمپلی اسکرپچز، جھڑپ۔</w:t>
      </w:r>
    </w:p>
    <w:p>
      <w:r>
        <w:rPr>
          <w:b/>
        </w:rPr>
        <w:t xml:space="preserve">[16:43] </w:t>
      </w:r>
      <w:r>
        <w:t>to jharap kaisay hui? Rasool Allah nay apni hikmat say, apni wisdom say he he he reduced.</w:t>
      </w:r>
    </w:p>
    <w:p>
      <w:pPr>
        <w:jc w:val="right"/>
      </w:pPr>
      <w:r>
        <w:t>تو جھڑپ کیسے ہوئی؟ رسول اللہ نے اپنی حکمت سے، اپنی وزڈم سے ہی ہی ہی ریڈیوسڈ۔</w:t>
      </w:r>
    </w:p>
    <w:p>
      <w:r>
        <w:rPr>
          <w:b/>
        </w:rPr>
        <w:t xml:space="preserve">[16:59] </w:t>
      </w:r>
      <w:r>
        <w:t>he managed to reduce all those battles into scriptures. yani aap nay jin cheezon ko quraish chahtay thay larai banana,</w:t>
      </w:r>
    </w:p>
    <w:p>
      <w:pPr>
        <w:jc w:val="right"/>
      </w:pPr>
      <w:r>
        <w:t>ہی مینج ٹو ریڈیوس ال دو بیٹل انٹو اسکرپچز۔ یعنی آپ نے جن چیزوں کو قریش چاہتے تھے لڑائی بنانا،</w:t>
      </w:r>
    </w:p>
    <w:p>
      <w:r>
        <w:rPr>
          <w:b/>
        </w:rPr>
        <w:t xml:space="preserve">[17:13] </w:t>
      </w:r>
      <w:r>
        <w:t>un ko aap nay scripture bana diya. to jharap hui. bas dekhiye, dictionary kay mutabiq war ka matlab hai jo kam az kam chhay din jari rahay,</w:t>
      </w:r>
    </w:p>
    <w:p>
      <w:pPr>
        <w:jc w:val="right"/>
      </w:pPr>
      <w:r>
        <w:t>ان کو آپ نے اسکرپچ بنا دیا۔ تو جھڑپ ہوئی۔ بس دیکھیے، ڈکشنری کے مطابق وار کا مطلب ہے جو کم از کم چھ دن جاری رہے،</w:t>
      </w:r>
    </w:p>
    <w:p>
      <w:r>
        <w:rPr>
          <w:b/>
        </w:rPr>
        <w:t xml:space="preserve">[17:31] </w:t>
      </w:r>
      <w:r>
        <w:t>aik haftah, tab woh war hai. yani full full war ki definition yeh hai: "the definition of full war is that it remains up to six days." to rasool Allah kay to koi chhay din larai hui nahi.</w:t>
      </w:r>
    </w:p>
    <w:p>
      <w:pPr>
        <w:jc w:val="right"/>
      </w:pPr>
      <w:r>
        <w:t>ایک ہفتہ، تب وہ وار ہے۔ یعنی فل فل وار کی ڈیفینیشن یہ ہے: "دا ڈیفینیشن آف فل فل وار از دیٹ اٹ ریمینز اپ ٹو سکس ڈیز۔" تو رسول اللہ کے تو کوئی چھ دن لڑائی ہوئی نہیں۔</w:t>
      </w:r>
    </w:p>
    <w:p>
      <w:r>
        <w:rPr>
          <w:b/>
        </w:rPr>
        <w:t xml:space="preserve">[17:54] </w:t>
      </w:r>
      <w:r>
        <w:t>kaise nahi hui? rasool Allah ne tamam quraish ke larai ko script bana diya.</w:t>
      </w:r>
    </w:p>
    <w:p>
      <w:pPr>
        <w:jc w:val="right"/>
      </w:pPr>
      <w:r>
        <w:t>کیسے نہیں ہوئی؟ رسول اللہ نے تمام قریش کے لڑائی کو اسکرپچ بنا دیا۔</w:t>
      </w:r>
    </w:p>
    <w:p>
      <w:r>
        <w:rPr>
          <w:b/>
        </w:rPr>
        <w:t xml:space="preserve">[18:10] </w:t>
      </w:r>
      <w:r>
        <w:t>yeh tha rasool Allah ka tareeqa. ab ummat-e-muslima ka jo mission hai, mission hai dawat ka mission, to woh uljhe hue hain takrao mein.</w:t>
      </w:r>
    </w:p>
    <w:p>
      <w:pPr>
        <w:jc w:val="right"/>
      </w:pPr>
      <w:r>
        <w:t>یہ تھا رسول اللہ کا طریقہ۔ اب امت مسلمہ کا جو مشن ہے، مشن ہے دعوت کا مشن، تو وہ الجھے ہوئے ہیں ٹکراؤ میں۔</w:t>
      </w:r>
    </w:p>
    <w:p>
      <w:r>
        <w:rPr>
          <w:b/>
        </w:rPr>
        <w:t xml:space="preserve">[18:25] </w:t>
      </w:r>
      <w:r>
        <w:t>hamein yeh chahiye ke hum in woh takrao paida karein to hum us ko reduce kar dein, takrao na banne dein.</w:t>
      </w:r>
    </w:p>
    <w:p>
      <w:pPr>
        <w:jc w:val="right"/>
      </w:pPr>
      <w:r>
        <w:t>ہمیں یہ چاہیے کہ ہم ان وہ ٹکراؤ پیدا کریں تو ہم اس کو ریڈیوس کر دیں، ٹکراؤ نہ بننے دیں۔</w:t>
      </w:r>
    </w:p>
    <w:p>
      <w:r>
        <w:rPr>
          <w:b/>
        </w:rPr>
        <w:t xml:space="preserve">[18:36] </w:t>
      </w:r>
      <w:r>
        <w:t>aur aaj ka jo communication hai, aaj ke jo mawaqe hain, yani communication ka ek samandar hai hamare is aas paas.</w:t>
      </w:r>
    </w:p>
    <w:p>
      <w:pPr>
        <w:jc w:val="right"/>
      </w:pPr>
      <w:r>
        <w:t>اور آج کا جو کمیونیکیشن ہے، آج کے جو مواقع ہیں، یعنی کمیونیکیشن کا ایک سمندر ہے ہمارے اس پاس۔</w:t>
      </w:r>
    </w:p>
    <w:p>
      <w:r>
        <w:rPr>
          <w:b/>
        </w:rPr>
        <w:t xml:space="preserve">[18:49] </w:t>
      </w:r>
      <w:r>
        <w:t>is communication ko hum istemal karein dawat ke liye. communication ko hum istemal karein dawat ke liye.</w:t>
      </w:r>
    </w:p>
    <w:p>
      <w:pPr>
        <w:jc w:val="right"/>
      </w:pPr>
      <w:r>
        <w:t>اس کمیونیکیشن کو ہم استعمال کریں دعوت کے لیے۔ کمیونیکیشن کو ہم استعمال کریں دعوت کے لیے۔</w:t>
      </w:r>
    </w:p>
    <w:p>
      <w:r>
        <w:rPr>
          <w:b/>
        </w:rPr>
        <w:t xml:space="preserve">[18:58] </w:t>
      </w:r>
      <w:r>
        <w:t>yeh yeh hai prophetic wisdom ke hum avoid karein aur koi bhi,</w:t>
      </w:r>
    </w:p>
    <w:p>
      <w:pPr>
        <w:jc w:val="right"/>
      </w:pPr>
      <w:r>
        <w:t>یہ یہ ہے پرافٹک وزڈم کہ ہم اوائڈ کریں اور کوئی بھی،</w:t>
      </w:r>
    </w:p>
    <w:p>
      <w:r>
        <w:rPr>
          <w:b/>
        </w:rPr>
        <w:t xml:space="preserve">[19:10] </w:t>
      </w:r>
      <w:r>
        <w:t>koi bhi war na hone dein. rasool Allah ka tareeqa hai ke war na hone do</w:t>
      </w:r>
    </w:p>
    <w:p>
      <w:pPr>
        <w:jc w:val="right"/>
      </w:pPr>
      <w:r>
        <w:t>کوئی بھی وار نہ ہونے دیں۔ رسول اللہ کا طریقہ ہے کہ وار نہ ہونے دو</w:t>
      </w:r>
    </w:p>
    <w:p>
      <w:r>
        <w:rPr>
          <w:b/>
        </w:rPr>
        <w:t xml:space="preserve">[19:19] </w:t>
      </w:r>
      <w:r>
        <w:t>aur war ko manage karke aisa karo ke woh cheez tumhare liye dawat ki opportunity ban jaye.</w:t>
      </w:r>
    </w:p>
    <w:p>
      <w:pPr>
        <w:jc w:val="right"/>
      </w:pPr>
      <w:r>
        <w:t>اور وار کے مینج کر کے ایسا کرو کہ وہ چیز تمہارے لیے دعوت کی اپرچونیٹی بن جائے۔</w:t>
      </w:r>
    </w:p>
    <w:p>
      <w:r>
        <w:rPr>
          <w:b/>
        </w:rPr>
        <w:t xml:space="preserve">[19:31] </w:t>
      </w:r>
      <w:r>
        <w:t>yeh hai prophetic wisdom. meri dua hai ke Allah taala hum ko tofeeq de ke hum prophetic wisdom ko samjhein aur us ke mutabiq apne kaam ki planning karein.</w:t>
      </w:r>
    </w:p>
    <w:p>
      <w:pPr>
        <w:jc w:val="right"/>
      </w:pPr>
      <w:r>
        <w:t>یہ ہے پرافٹک وزڈم۔ میری دعا ہے کہ اللہ تعالی ہم کو توفیق دے کہ ہم پرافٹک وزڈم کو سمجھیں اور اس کے مطابق اپنے کام کی پلاننگ کریں۔</w:t>
      </w:r>
    </w:p>
    <w:p>
      <w:r>
        <w:rPr>
          <w:b/>
        </w:rPr>
        <w:t xml:space="preserve">[19:48] </w:t>
      </w:r>
      <w:r>
        <w:t>planning. assalamu alaikum wa rahmatullah.</w:t>
      </w:r>
    </w:p>
    <w:p>
      <w:pPr>
        <w:jc w:val="right"/>
      </w:pPr>
      <w:r>
        <w:t>پلاننگ۔ السلام علیکم ورحمۃ اللہ۔</w:t>
      </w:r>
    </w:p>
    <w:p>
      <w:r>
        <w:rPr>
          <w:b/>
        </w:rPr>
        <w:t xml:space="preserve">[20:03] </w:t>
      </w:r>
      <w:r>
        <w:t>ah Maulana spoke today about the the method of the prophet or the policy that the prophet used in spreading his mission when he came to Arabia in the seventh century.</w:t>
      </w:r>
    </w:p>
    <w:p>
      <w:pPr>
        <w:jc w:val="right"/>
      </w:pPr>
      <w:r>
        <w:t>اہ مولانا سپوک ٹوڈے اباؤٹ دا دا میتھڈ اف دا پرافٹ اور دا پالیسی دیٹ دا پرافٹ یوزڈ ان سپریڈنگ ہز مشن وین ہی کیم ٹو عریبیہ ان دا سیونتھ سینچری۔</w:t>
      </w:r>
    </w:p>
    <w:p>
      <w:r>
        <w:rPr>
          <w:b/>
        </w:rPr>
        <w:t xml:space="preserve">[20:19] </w:t>
      </w:r>
      <w:r>
        <w:t>so Maulana began by telling us that the prophet came to Mecca at a time in the seventh century when Arabia was full of problems.</w:t>
      </w:r>
    </w:p>
    <w:p>
      <w:pPr>
        <w:jc w:val="right"/>
      </w:pPr>
      <w:r>
        <w:t>سو مولانا بیگن بائی ٹیلنگ اس دیٹ دا پرافٹ کیم ٹو مکہ ایٹ ا ٹائم ان دا سیونتھ سینچری وین عریبیہ واز فل اف پرابلمز۔</w:t>
      </w:r>
    </w:p>
    <w:p>
      <w:r>
        <w:rPr>
          <w:b/>
        </w:rPr>
        <w:t xml:space="preserve">[20:30] </w:t>
      </w:r>
      <w:r>
        <w:t>and one of the most important, one of the biggest problems confronting Mecca or Arabia that point in time was that the Kaaba, which was, which is the house of God, had 360 idols placed in its premises.</w:t>
      </w:r>
    </w:p>
    <w:p>
      <w:pPr>
        <w:jc w:val="right"/>
      </w:pPr>
      <w:r>
        <w:t>اینڈ ون اف دا موسٹ امپورٹنٹ، ون اف دا بگسٹ پرابلمز کنفرنٹنگ مکہ اور عریبیہ دیٹ پوائنٹ ان ٹائم واز دیٹ دا کعبہ، وچ واز، وچ از دا ہاؤس اف گاڈ، ہیڈ 360 ائیڈلز پلیسڈ ان اٹس پریمسز۔</w:t>
      </w:r>
    </w:p>
    <w:p>
      <w:r>
        <w:rPr>
          <w:b/>
        </w:rPr>
        <w:t xml:space="preserve">[20:48] </w:t>
      </w:r>
      <w:r>
        <w:t>so this was a huge problem for the prophet because the prophetic mission was a mission of monotheism or the mission of one God.</w:t>
      </w:r>
    </w:p>
    <w:p>
      <w:pPr>
        <w:jc w:val="right"/>
      </w:pPr>
      <w:r>
        <w:t>سو دس واز ا ہیوج پرابلم فار دا پرافٹ بیکاز دا پرافٹک مشن واز ا مشن اف مونوتھیزم اور دا مشن اف ون گاڈ۔</w:t>
      </w:r>
    </w:p>
    <w:p>
      <w:r>
        <w:rPr>
          <w:b/>
        </w:rPr>
        <w:t xml:space="preserve">[20:56] </w:t>
      </w:r>
      <w:r>
        <w:t>so what was the policy of the prophet? what did the prophet do to resolve the situation or the problem that he confronted with</w:t>
      </w:r>
    </w:p>
    <w:p>
      <w:pPr>
        <w:jc w:val="right"/>
      </w:pPr>
      <w:r>
        <w:t>سو واٹ واز دا پالیسی اف دا پرافٹ؟ واٹ ڈیڈ دا پرافٹ ڈو ٹو ریزولو دا سچویشن اور دا پرابلم دیٹ ہی کنفرنٹڈ ود</w:t>
      </w:r>
    </w:p>
    <w:p>
      <w:r>
        <w:rPr>
          <w:b/>
        </w:rPr>
        <w:t xml:space="preserve">[21:06] </w:t>
      </w:r>
      <w:r>
        <w:t>? so Maulana told us that the prophet's policy can be understood from the words of Hazrat Aisha, who described the prophet's method in these words.</w:t>
      </w:r>
    </w:p>
    <w:p>
      <w:pPr>
        <w:jc w:val="right"/>
      </w:pPr>
      <w:r>
        <w:t>؟ سو مولانا ٹولڈ اس دیٹ دا پرافٹس پالیسی کین بی انڈرسٹوڈ فرام دا ورڈز اف حضرت عائشہ، ہو ڈسکرائب دا پرافٹس میتھڈ ان دیز ورڈز۔</w:t>
      </w:r>
    </w:p>
    <w:p>
      <w:r>
        <w:rPr>
          <w:b/>
        </w:rPr>
        <w:t xml:space="preserve">[21:20] </w:t>
      </w:r>
      <w:r>
        <w:t>she said that whenever the prophet had to choose between the two, between two options, he opted for the easier option over the harder option.</w:t>
      </w:r>
    </w:p>
    <w:p>
      <w:pPr>
        <w:jc w:val="right"/>
      </w:pPr>
      <w:r>
        <w:t>شی سیڈ دیٹ وین ایور دا پرافٹ ہیڈ ٹو چوز بٹوین دا ٹو، بٹوین ٹو اپشنز، ہی اپٹڈ فار دا ایزیر اپشن اوور دا ہارڈر اپشن۔</w:t>
      </w:r>
    </w:p>
    <w:p>
      <w:r>
        <w:rPr>
          <w:b/>
        </w:rPr>
        <w:t xml:space="preserve">[21:32] </w:t>
      </w:r>
      <w:r>
        <w:t>so Maulana then explained what is the easier option and what is the harder option and how did the prophet choose the easier option?</w:t>
      </w:r>
    </w:p>
    <w:p>
      <w:pPr>
        <w:jc w:val="right"/>
      </w:pPr>
      <w:r>
        <w:t>سو مولانا دین ایکسپلینڈ واٹ از دا ایزیر اپشن اینڈ واٹ از دا ہارڈر اپشن اینڈ ہاؤ ڈیڈ دا پرافٹ چوز دا ایزیر اپشن؟</w:t>
      </w:r>
    </w:p>
    <w:p>
      <w:r>
        <w:rPr>
          <w:b/>
        </w:rPr>
        <w:t xml:space="preserve">[21:44] </w:t>
      </w:r>
      <w:r>
        <w:t>so he explained to us that when we study the Mecca period of the life of the prophet and the Madinah period of the life of the prophet, what we observe is that the prophet always differentiated between problems and opportunities.</w:t>
      </w:r>
    </w:p>
    <w:p>
      <w:pPr>
        <w:jc w:val="right"/>
      </w:pPr>
      <w:r>
        <w:t>سو ہی ایکسپلین ٹو اس دیٹ وین وی سٹڈی دا مکہ پیریڈ اف دا لائف اف دا پرافٹ اینڈ دا مدینن پیریڈ اف دا لائف اف دا پرافٹ، واٹ وی ابزرو از دیٹ دا پرافٹ الویز ڈیفرنشیٹڈ بٹوین پرابلمز اینڈ اپرچونیٹیز۔</w:t>
      </w:r>
    </w:p>
    <w:p>
      <w:r>
        <w:rPr>
          <w:b/>
        </w:rPr>
        <w:t xml:space="preserve">[22:01] </w:t>
      </w:r>
      <w:r>
        <w:t>he gave us the principle that whenever there is a problem, there will always be an opportunity, and we should always focus on the opportunity.</w:t>
      </w:r>
    </w:p>
    <w:p>
      <w:pPr>
        <w:jc w:val="right"/>
      </w:pPr>
      <w:r>
        <w:t>ہی گیو اس دا پرنسپل دیٹ وین ایور دیر از ا پرابلم، دیر ول الویز بی این اپرچونیٹی، اینڈ وی شوڈ الویز فوکس ان دا اپرچونیٹی۔</w:t>
      </w:r>
    </w:p>
    <w:p>
      <w:r>
        <w:rPr>
          <w:b/>
        </w:rPr>
        <w:t xml:space="preserve">[22:09] </w:t>
      </w:r>
      <w:r>
        <w:t>and this formula has been derived from a verse of the Quran, which states that with every hardship there is ease. so whenever there is a difficulty or whenever there is an, there is a problem, there will always be an opportunity, and it should be our policy or our method to focus on the opportunity, to discover the opportunity in the midst of the problems.</w:t>
      </w:r>
    </w:p>
    <w:p>
      <w:pPr>
        <w:jc w:val="right"/>
      </w:pPr>
      <w:r>
        <w:t>اینڈ دس فارمولا ہیز بین ڈیرائیوڈ فرام ا ورس اف دا قرآن، وچ سٹیٹس دیٹ ود ایوری hardship دیر از ease۔ سو وین ایور دیر از ا difficulty اور وین ایور دیر از این، دیر از ا پرابلم، دیر ول الویز بی این اپرچونیٹی، اینڈ اٹ شوڈ بی اور پالیسی اور اور میتھڈ ٹو فوکس ان دا اپرچونیٹی، ٹو ڈسکور دا اپرچونیٹی ان دا مڈز اف دا پرابلمز۔</w:t>
      </w:r>
    </w:p>
    <w:p>
      <w:r>
        <w:rPr>
          <w:b/>
        </w:rPr>
        <w:t xml:space="preserve">[22:33] </w:t>
      </w:r>
      <w:r>
        <w:t>so how did the prophet discover opportunity in the midst of the problem in Mecca?</w:t>
      </w:r>
    </w:p>
    <w:p>
      <w:pPr>
        <w:jc w:val="right"/>
      </w:pPr>
      <w:r>
        <w:t>سو ہاؤ ڈیڈ دا پرافٹ ڈسکور اپرچونیٹی ان دا مڈز اف دا پرابلم ان مکہ؟</w:t>
      </w:r>
    </w:p>
    <w:p>
      <w:r>
        <w:rPr>
          <w:b/>
        </w:rPr>
        <w:t xml:space="preserve">[22:40] </w:t>
      </w:r>
      <w:r>
        <w:t>so he explained that in Kaaba there were 360 idols, and Kaaba was the center of Arabia, the center of all the worshippers of Arabia.</w:t>
      </w:r>
    </w:p>
    <w:p>
      <w:pPr>
        <w:jc w:val="right"/>
      </w:pPr>
      <w:r>
        <w:t>سو ہی ایکسپلین دیٹ ان کعبہ دیر وار 360 ائیڈلز، اینڈ کعبہ واز دا سینٹر اف عریبیہ، دا سینٹر اف ال دا وشرپرز اف عریبیہ۔</w:t>
      </w:r>
    </w:p>
    <w:p>
      <w:r>
        <w:rPr>
          <w:b/>
        </w:rPr>
        <w:t xml:space="preserve">[22:52] </w:t>
      </w:r>
      <w:r>
        <w:t>so there were various tribes all over Arabia, and people from all across Arabia used to come to the Kaaba because their idols were placed inside the Kaaba, and they would pay obeisance to their idols.</w:t>
      </w:r>
    </w:p>
    <w:p>
      <w:pPr>
        <w:jc w:val="right"/>
      </w:pPr>
      <w:r>
        <w:t>سو دیر وار ویریس ٹرائبز ال اوور عریبیہ، اینڈ پیپل فرام ال اکراس عریبیہ یوز ٹو کم ٹو دا کعبہ بیکاز دیر ائیڈلز وار پلیسڈ انسائیڈ دا کعبہ، اینڈ دے وڈ پے اوبیسنس ٹو دیر ائیڈلز۔</w:t>
      </w:r>
    </w:p>
    <w:p>
      <w:r>
        <w:rPr>
          <w:b/>
        </w:rPr>
        <w:t xml:space="preserve">[23:05] </w:t>
      </w:r>
      <w:r>
        <w:t>so they would flock to the Kaaba round the year. so what did the prophet do?</w:t>
      </w:r>
    </w:p>
    <w:p>
      <w:pPr>
        <w:jc w:val="right"/>
      </w:pPr>
      <w:r>
        <w:t>سو دے وڈ فلاک ٹو دا کعبہ راؤنڈ دا ایئر۔ سو واٹ ڈیڈ دا پرافٹ ڈو؟</w:t>
      </w:r>
    </w:p>
    <w:p>
      <w:r>
        <w:rPr>
          <w:b/>
        </w:rPr>
        <w:t xml:space="preserve">[23:11] </w:t>
      </w:r>
      <w:r>
        <w:t>The prophet did not clash with the people who came there. The prophet did not go out and break their idols. But the prophet did something wise, extremely wise.</w:t>
      </w:r>
    </w:p>
    <w:p>
      <w:pPr>
        <w:jc w:val="right"/>
      </w:pPr>
      <w:r>
        <w:t>دا پرافٹ ڈیڈ ناٹ کلیش ود دا پیپل ہو کیم دیر۔ دا پرافٹ ڈیڈ ناٹ گو اؤٹ اینڈ بریک دیر ائیڈلز۔ بٹ دا پرافٹ ڈیڈ سمتھنگ ویری وائز، ایکسٹریملی وائز۔</w:t>
      </w:r>
    </w:p>
    <w:p>
      <w:r>
        <w:rPr>
          <w:b/>
        </w:rPr>
        <w:t xml:space="preserve">[23:22] </w:t>
      </w:r>
      <w:r>
        <w:t>he utilized the gathering that he had collected over there to pay obeisance to their idols as an audience.</w:t>
      </w:r>
    </w:p>
    <w:p>
      <w:pPr>
        <w:jc w:val="right"/>
      </w:pPr>
      <w:r>
        <w:t>ہی یوٹیلائز دا گیدرنگ دیٹ ہیڈ کلیکٹڈ اوور دیر ٹو پے اوبیسنس ٹو دیر ائیڈلز ایز این اڈینس۔</w:t>
      </w:r>
    </w:p>
    <w:p>
      <w:r>
        <w:rPr>
          <w:b/>
        </w:rPr>
        <w:t xml:space="preserve">[23:32] </w:t>
      </w:r>
      <w:r>
        <w:t>He utilized all the people as an audience to convey his message of monotheism.</w:t>
      </w:r>
    </w:p>
    <w:p>
      <w:pPr>
        <w:jc w:val="right"/>
      </w:pPr>
      <w:r>
        <w:t>ہی یوٹیلائز ال دو پیپل ایز این اڈینس ٹو کنوے ہز میسج اف مونوتھیزم۔</w:t>
      </w:r>
    </w:p>
    <w:p>
      <w:r>
        <w:rPr>
          <w:b/>
        </w:rPr>
        <w:t xml:space="preserve">[23:40] </w:t>
      </w:r>
      <w:r>
        <w:t>So this is a very important teaching which the prophet gave us. And Maulana said that the prophet internationalized his message in this way because many people he did not travel anywhere outside Mecca.</w:t>
      </w:r>
    </w:p>
    <w:p>
      <w:pPr>
        <w:jc w:val="right"/>
      </w:pPr>
      <w:r>
        <w:t>سو دس از ا ویری امپورٹنٹ ٹیچنگ وچ دا پرافٹ گیو اس۔ اینڈ مولانا سیڈ دیٹ دا پرافٹ انٹرنیشنلائزڈ ہز میسج ان دس وے بیکاز مینی پیپل ہی ڈیڈ ناٹ ٹریول اینی ویر اؤٹ سائیڈ مکہ۔</w:t>
      </w:r>
    </w:p>
    <w:p>
      <w:r>
        <w:rPr>
          <w:b/>
        </w:rPr>
        <w:t xml:space="preserve">[23:56] </w:t>
      </w:r>
      <w:r>
        <w:t>he did not go to places outside Mecca in different parts of Arabia. Rather, he stayed in Mecca, and all the people who came to Mecca, to the Kaaba, to pray there and to worship their idols.</w:t>
      </w:r>
    </w:p>
    <w:p>
      <w:pPr>
        <w:jc w:val="right"/>
      </w:pPr>
      <w:r>
        <w:t>ہی ڈیڈ ناٹ گو ٹو پلیسز اؤٹ سائیڈ مکہ ان ڈفرنٹ پارٹس اف عریبیہ۔ رادر ہی سٹیڈ ان مکہ، اینڈ ال دو پیپل ہو کیم ٹو مکہ، ٹو دا کعبہ، ٹو پری دیر اینڈ ٹو وشرپ دیر ائیڈلز۔</w:t>
      </w:r>
    </w:p>
    <w:p>
      <w:r>
        <w:rPr>
          <w:b/>
        </w:rPr>
        <w:t xml:space="preserve">[24:10] </w:t>
      </w:r>
      <w:r>
        <w:t>he used them to transmit his message, to spread his message. So this was their gathering of all the people there was like an international gathering or conference, and the prophet would deliver his message to them.</w:t>
      </w:r>
    </w:p>
    <w:p>
      <w:pPr>
        <w:jc w:val="right"/>
      </w:pPr>
      <w:r>
        <w:t>ہی یوز دیم ٹو ٹرانسمٹ ہز میسج، ٹو سپریڈ ہز میسج۔ سو دس واز دیر گیدرنگ اف ال دا پیپل دیر واز لائک این انٹرنیشنل گیدرنگ اور کانفرنس، اینڈ دا پرافٹ وڈ ڈیلیور ہز میسج ٹو دیم۔</w:t>
      </w:r>
    </w:p>
    <w:p>
      <w:r>
        <w:rPr>
          <w:b/>
        </w:rPr>
        <w:t xml:space="preserve">[24:24] </w:t>
      </w:r>
      <w:r>
        <w:t>So this was a very important example of how the Prophet converted a problem into an opportunity. There was a huge problem, and that was that was the presence of idols in the Kaaba.</w:t>
      </w:r>
    </w:p>
    <w:p>
      <w:pPr>
        <w:jc w:val="right"/>
      </w:pPr>
      <w:r>
        <w:t>سو دس واز ا ویری امپورٹنٹ ایگزامپل اف ہاؤ دا پرافٹ کنورٹڈ ا پرابلم انٹو این اپرچونیٹی۔ دیر واز ا ہیوج پرابلم، اینڈ دیٹ واز دیٹ واز دا پریزنس اف ائیڈلز ان دا کعبہ۔</w:t>
      </w:r>
    </w:p>
    <w:p>
      <w:r>
        <w:rPr>
          <w:b/>
        </w:rPr>
        <w:t xml:space="preserve">[24:36] </w:t>
      </w:r>
      <w:r>
        <w:t>The Prophet did not clash with the idols. He did not protest against the idols. Rather, he only utilized the people who were gathering there to pray to the idols as his audience.</w:t>
      </w:r>
    </w:p>
    <w:p>
      <w:pPr>
        <w:jc w:val="right"/>
      </w:pPr>
      <w:r>
        <w:t>دا پرافٹ ڈیڈ ناٹ کلیش ود دا ائیڈلز۔ ہی ڈیڈ ناٹ پروٹیسٹ اگینسٹ دا ائیڈلز۔ رادر ہی اونلی یوٹیلائز دا پیپل ہو وار گیدرنگ دیر دیر ٹو پری ٹو دا ائیڈلز ایز ہز اڈینس۔</w:t>
      </w:r>
    </w:p>
    <w:p>
      <w:r>
        <w:rPr>
          <w:b/>
        </w:rPr>
        <w:t xml:space="preserve">[24:49] </w:t>
      </w:r>
      <w:r>
        <w:t>So Maulana told us, he told us that this is the mission of Muslims, and the mission of Muslims is to avoid confrontation.</w:t>
      </w:r>
    </w:p>
    <w:p>
      <w:pPr>
        <w:jc w:val="right"/>
      </w:pPr>
      <w:r>
        <w:t>سو مولانا ٹولڈ اس، ہیز ٹولڈ اس دیٹ دس از دا مشن اف مسلمز، اینڈ دا مشن اف مسلمز از ٹو اوائڈ کنفرنٹیشن۔</w:t>
      </w:r>
    </w:p>
    <w:p>
      <w:r>
        <w:rPr>
          <w:b/>
        </w:rPr>
        <w:t xml:space="preserve">[24:58] </w:t>
      </w:r>
      <w:r>
        <w:t>Muslims should not confront anybody. Rather, whenever there is a situation of confrontation, they should reduce that confrontation into an opportunity for peace.</w:t>
      </w:r>
    </w:p>
    <w:p>
      <w:pPr>
        <w:jc w:val="right"/>
      </w:pPr>
      <w:r>
        <w:t>مسلمز شوڈ ناٹ کنفرنٹ اینیبڈی۔ رادر وین ایور دیر از ا سچویشن اف کنفرنٹیشن، دے شوڈ ریڈیوس دیٹ کنفرنٹیشن انٹو این اپرچونیٹی فار پیس۔</w:t>
      </w:r>
    </w:p>
    <w:p>
      <w:r>
        <w:rPr>
          <w:b/>
        </w:rPr>
        <w:t xml:space="preserve">[25:08] </w:t>
      </w:r>
      <w:r>
        <w:t>they should maintain normal relations with other people, and to dawah work with them. So he says that today the mission of the Muslim community is to utilize the various means of communication, and to do global dawah work.</w:t>
      </w:r>
    </w:p>
    <w:p>
      <w:pPr>
        <w:jc w:val="right"/>
      </w:pPr>
      <w:r>
        <w:t>دے شوڈ مینٹین نارمل ریلیشنز ود ادر پیپل، اینڈ ڈو داور ورک ود دیم۔ سو ہی سیز دیٹ ٹوڈے دا مشن اف دا مسلم کمیونٹی از ٹو یوٹیلائز دا ویریس مینز اف کمیونیکیشن، اینڈ ٹو ڈو گلوبل داور ورک۔</w:t>
      </w:r>
    </w:p>
    <w:p>
      <w:r>
        <w:rPr>
          <w:b/>
        </w:rPr>
        <w:t xml:space="preserve">[25:24] </w:t>
      </w:r>
      <w:r>
        <w:t>That is the main mission of the Muslim community, and they should not engage in any kind of confrontation.</w:t>
      </w:r>
    </w:p>
    <w:p>
      <w:pPr>
        <w:jc w:val="right"/>
      </w:pPr>
      <w:r>
        <w:t>دیٹ از دا مین مشن اف دا مسلم کمیونٹی، اینڈ دے شوڈ ناٹ انگیج ان اینی کائنڈ اف کنفرنٹیشن۔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