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Existence of God January 27, 2019 Maulana Wahiduddin Khan</w:t>
      </w:r>
    </w:p>
    <w:p>
      <w:r>
        <w:t>https://www.youtube.com/watch?v=fh9tr5ZrUno</w:t>
      </w:r>
    </w:p>
    <w:p>
      <w:r>
        <w:rPr>
          <w:b/>
        </w:rPr>
        <w:t xml:space="preserve">[00:14] </w:t>
      </w:r>
      <w:r>
        <w:t>bismilah raman rahim,</w:t>
      </w:r>
    </w:p>
    <w:p>
      <w:pPr>
        <w:jc w:val="right"/>
      </w:pPr>
      <w:r>
        <w:t>بسم اللہ الرحمن الرحیم،</w:t>
      </w:r>
    </w:p>
    <w:p>
      <w:r>
        <w:rPr>
          <w:b/>
        </w:rPr>
        <w:t xml:space="preserve">[00:19] </w:t>
      </w:r>
      <w:r>
        <w:t>vasli allh ali an-nabi al-karim. rab shrah li sadri, va-yassir li amri, vahl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[00:39] </w:t>
      </w:r>
      <w:r>
        <w:t>27 janvari 2019.</w:t>
      </w:r>
    </w:p>
    <w:p>
      <w:pPr>
        <w:jc w:val="right"/>
      </w:pPr>
      <w:r>
        <w:t>27 جنوری 2019۔</w:t>
      </w:r>
    </w:p>
    <w:p>
      <w:r>
        <w:rPr>
          <w:b/>
        </w:rPr>
        <w:t xml:space="preserve">[00:53] </w:t>
      </w:r>
      <w:r>
        <w:t>main quran ke bare main soch raha tha</w:t>
      </w:r>
    </w:p>
    <w:p>
      <w:pPr>
        <w:jc w:val="right"/>
      </w:pPr>
      <w:r>
        <w:t>میں قرآن کے بارے میں سوچ رہا تھا</w:t>
      </w:r>
    </w:p>
    <w:p>
      <w:r>
        <w:rPr>
          <w:b/>
        </w:rPr>
        <w:t xml:space="preserve">[01:00] </w:t>
      </w:r>
      <w:r>
        <w:t>to aik ajib chiz daryaft hui.</w:t>
      </w:r>
    </w:p>
    <w:p>
      <w:pPr>
        <w:jc w:val="right"/>
      </w:pPr>
      <w:r>
        <w:t>تو ایک عجیب چیز دریافت ہوئی۔</w:t>
      </w:r>
    </w:p>
    <w:p>
      <w:r>
        <w:rPr>
          <w:b/>
        </w:rPr>
        <w:t xml:space="preserve">[01:06] </w:t>
      </w:r>
      <w:r>
        <w:t>ap dekhiye, quran main bataya gaya hai ke musa jab pahunche koh toor par aur allah se un ka mukalama hua,</w:t>
      </w:r>
    </w:p>
    <w:p>
      <w:pPr>
        <w:jc w:val="right"/>
      </w:pPr>
      <w:r>
        <w:t>آپ دیکھیے، قرآن میں بتایا گیا ہے کہ موسیٰ جب پہنچے کوہ طور پر اور اللہ سے ان کا مکالمہ ہوا،</w:t>
      </w:r>
    </w:p>
    <w:p>
      <w:r>
        <w:rPr>
          <w:b/>
        </w:rPr>
        <w:t xml:space="preserve">[01:24] </w:t>
      </w:r>
      <w:r>
        <w:t>allah se un ka mukalama hua</w:t>
      </w:r>
    </w:p>
    <w:p>
      <w:pPr>
        <w:jc w:val="right"/>
      </w:pPr>
      <w:r>
        <w:t>اللہ سے ان کا مکالمہ ہوا</w:t>
      </w:r>
    </w:p>
    <w:p>
      <w:r>
        <w:rPr>
          <w:b/>
        </w:rPr>
        <w:t xml:space="preserve">[01:29] </w:t>
      </w:r>
      <w:r>
        <w:t>bain dekhe hue. yeh mukalama ho raha tha lekin woh dekh nahin rahe the allah ko.</w:t>
      </w:r>
    </w:p>
    <w:p>
      <w:pPr>
        <w:jc w:val="right"/>
      </w:pPr>
      <w:r>
        <w:t>بغیر دیکھے ہوئے۔ یہ مکالمہ ہو رہا تھا لیکن وہ دیکھ نہیں رہے تھے اللہ کو۔</w:t>
      </w:r>
    </w:p>
    <w:p>
      <w:r>
        <w:rPr>
          <w:b/>
        </w:rPr>
        <w:t xml:space="preserve">[01:41] </w:t>
      </w:r>
      <w:r>
        <w:t>to zahir hai ke aik banda agar is ka mukalama ho, woh sune allah rab al-alamin ki awaz ko to woh beqarar ho jayega</w:t>
      </w:r>
    </w:p>
    <w:p>
      <w:pPr>
        <w:jc w:val="right"/>
      </w:pPr>
      <w:r>
        <w:t>تو ظاہر ہے کہ ایک بندہ اگر اس کا مکالمہ ہو، وہ سنے اللہ رب العالمین کی آواز کو تو وہ بے قرار ہو جائے گا</w:t>
      </w:r>
    </w:p>
    <w:p>
      <w:r>
        <w:rPr>
          <w:b/>
        </w:rPr>
        <w:t xml:space="preserve">[01:58] </w:t>
      </w:r>
      <w:r>
        <w:t>dekhne ke liye.</w:t>
      </w:r>
    </w:p>
    <w:p>
      <w:pPr>
        <w:jc w:val="right"/>
      </w:pPr>
      <w:r>
        <w:t>دیکھنے کے لیے۔</w:t>
      </w:r>
    </w:p>
    <w:p>
      <w:r>
        <w:rPr>
          <w:b/>
        </w:rPr>
        <w:t xml:space="preserve">[02:04] </w:t>
      </w:r>
      <w:r>
        <w:t>to zahir hai ke aise hi hua.</w:t>
      </w:r>
    </w:p>
    <w:p>
      <w:pPr>
        <w:jc w:val="right"/>
      </w:pPr>
      <w:r>
        <w:t>تو ظاہر ہے کہ ایسے ہی ہوا۔</w:t>
      </w:r>
    </w:p>
    <w:p>
      <w:r>
        <w:rPr>
          <w:b/>
        </w:rPr>
        <w:t xml:space="preserve">[02:09] </w:t>
      </w:r>
      <w:r>
        <w:t>to is waqt keh pare, hazrat musa yeh keh pare: "rab arni anzar ilaik."</w:t>
      </w:r>
    </w:p>
    <w:p>
      <w:pPr>
        <w:jc w:val="right"/>
      </w:pPr>
      <w:r>
        <w:t>تو اس وقت کہہ پڑے، حضرت موسیٰ یہ کہہ پڑے: "رب ارنی انظر الیک۔"</w:t>
      </w:r>
    </w:p>
    <w:p>
      <w:r>
        <w:rPr>
          <w:b/>
        </w:rPr>
        <w:t xml:space="preserve">[02:20] </w:t>
      </w:r>
      <w:r>
        <w:t>khudaya mujhe dekha, mujhe dikha de, main tujh ko dekhna chahta hoon. to awaz aai</w:t>
      </w:r>
    </w:p>
    <w:p>
      <w:pPr>
        <w:jc w:val="right"/>
      </w:pPr>
      <w:r>
        <w:t>خدایا مجھے دیکھا، مجھے دکھا دے، میں تجھ کو دیکھنا چاہتا ہوں۔ تو آواز آئی</w:t>
      </w:r>
    </w:p>
    <w:p>
      <w:r>
        <w:rPr>
          <w:b/>
        </w:rPr>
        <w:t xml:space="preserve">[02:33] </w:t>
      </w:r>
      <w:r>
        <w:t>keh "lan tarani"، tum is ko dekh nahin sakte۔</w:t>
      </w:r>
    </w:p>
    <w:p>
      <w:pPr>
        <w:jc w:val="right"/>
      </w:pPr>
      <w:r>
        <w:t>کہ "لن ترانی"، تم اس کو دیکھ نہیں سکتے۔</w:t>
      </w:r>
    </w:p>
    <w:p>
      <w:r>
        <w:rPr>
          <w:b/>
        </w:rPr>
        <w:t xml:space="preserve">[02:45] </w:t>
      </w:r>
      <w:r>
        <w:t>to ek taraf dekhiye، quran mein yeh ayat hai keh insan Allah rab al-alameen ko dekh nahin sakte۔</w:t>
      </w:r>
    </w:p>
    <w:p>
      <w:pPr>
        <w:jc w:val="right"/>
      </w:pPr>
      <w:r>
        <w:t>تو ایک طرف دیکھیے، قرآن میں یہ آیت ہے کہ انسان اللہ رب العالمین کو دیکھ نہیں سکتے۔</w:t>
      </w:r>
    </w:p>
    <w:p>
      <w:r>
        <w:rPr>
          <w:b/>
        </w:rPr>
        <w:t xml:space="preserve">[03:01] </w:t>
      </w:r>
      <w:r>
        <w:t>ya moosa ko insan ke،</w:t>
      </w:r>
    </w:p>
    <w:p>
      <w:pPr>
        <w:jc w:val="right"/>
      </w:pPr>
      <w:r>
        <w:t>یا موسیٰ کو انسان کے،</w:t>
      </w:r>
    </w:p>
    <w:p>
      <w:r>
        <w:rPr>
          <w:b/>
        </w:rPr>
        <w:t xml:space="preserve">[03:08] </w:t>
      </w:r>
      <w:r>
        <w:t>ek insan ki hesiyat se sochiye to quran ki yeh ayat batati hai keh insan Allah rab al-alameen ko dekh nahin sakta۔</w:t>
      </w:r>
    </w:p>
    <w:p>
      <w:pPr>
        <w:jc w:val="right"/>
      </w:pPr>
      <w:r>
        <w:t>ایک انسان کی حیثیت سے سوچیے تو قرآن کی یہ آیت بتاتی ہے کہ انسان اللہ رب العالمین کو دیکھ نہیں سکتا۔</w:t>
      </w:r>
    </w:p>
    <w:p>
      <w:r>
        <w:rPr>
          <w:b/>
        </w:rPr>
        <w:t xml:space="preserve">[03:22] </w:t>
      </w:r>
      <w:r>
        <w:t>achha ab aap doosri taraf dekhiye keh quran mein bar bar kaha gaya hai keh</w:t>
      </w:r>
    </w:p>
    <w:p>
      <w:pPr>
        <w:jc w:val="right"/>
      </w:pPr>
      <w:r>
        <w:t>اچھا اب آپ دوسری طرف دیکھیے کہ قرآن میں بار بار کہا گیا ہے کہ</w:t>
      </w:r>
    </w:p>
    <w:p>
      <w:r>
        <w:rPr>
          <w:b/>
        </w:rPr>
        <w:t xml:space="preserve">[03:32] </w:t>
      </w:r>
      <w:r>
        <w:t>ayat Allah par ghaur karo، ayat Allah ko dekho۔ ayat Allah</w:t>
      </w:r>
    </w:p>
    <w:p>
      <w:pPr>
        <w:jc w:val="right"/>
      </w:pPr>
      <w:r>
        <w:t>آیت اللہ پر غور کرو، آیت اللہ کو دیکھو۔ آیت اللہ</w:t>
      </w:r>
    </w:p>
    <w:p>
      <w:r>
        <w:rPr>
          <w:b/>
        </w:rPr>
        <w:t xml:space="preserve">[03:41] </w:t>
      </w:r>
      <w:r>
        <w:t>ek taraf Allah ko dekh nahin sakte، doosri taraf hai keh ayat Allah ko dekho، ghaur karo۔</w:t>
      </w:r>
    </w:p>
    <w:p>
      <w:pPr>
        <w:jc w:val="right"/>
      </w:pPr>
      <w:r>
        <w:t>ایک طرف اللہ کو دیکھ نہیں سکتے، دوسری طرف ہے کہ آیت اللہ کو دیکھو، غور کرو۔</w:t>
      </w:r>
    </w:p>
    <w:p>
      <w:r>
        <w:rPr>
          <w:b/>
        </w:rPr>
        <w:t xml:space="preserve">[03:52] </w:t>
      </w:r>
      <w:r>
        <w:t>is par sochte hue mujhe ek baat samajh aayi</w:t>
      </w:r>
    </w:p>
    <w:p>
      <w:pPr>
        <w:jc w:val="right"/>
      </w:pPr>
      <w:r>
        <w:t>اس پر سوچتے ہوئے مجھے ایک بات سمجھ آئی</w:t>
      </w:r>
    </w:p>
    <w:p>
      <w:r>
        <w:rPr>
          <w:b/>
        </w:rPr>
        <w:t xml:space="preserve">[03:59] </w:t>
      </w:r>
      <w:r>
        <w:t>keh insan khud Allah rab al-alameen ko nahin dekh sakta lekin woh Allah rab al-alameen ki nishaniyon ko dekh sakta hai، ayat Allah ko dekh sakta hai۔</w:t>
      </w:r>
    </w:p>
    <w:p>
      <w:pPr>
        <w:jc w:val="right"/>
      </w:pPr>
      <w:r>
        <w:t>کہ انسان خود اللہ رب العالمین کو نہیں دیکھ سکتا لیکن وہ اللہ رب العالمین کی نشانیوں کو دیکھ سکتا ہے، آیت اللہ کو دیکھ سکتا ہے۔</w:t>
      </w:r>
    </w:p>
    <w:p>
      <w:r>
        <w:rPr>
          <w:b/>
        </w:rPr>
        <w:t xml:space="preserve">[04:16] </w:t>
      </w:r>
      <w:r>
        <w:t>is ka matlab kya hua keh jo log Allah rab al-alameen ko chahte hain dekhna، yaqeen karna</w:t>
      </w:r>
    </w:p>
    <w:p>
      <w:pPr>
        <w:jc w:val="right"/>
      </w:pPr>
      <w:r>
        <w:t>اس کا مطلب کیا ہوا کہ جو لوگ اللہ رب العالمین کو چاہتے ہیں دیکھنا، یقین کرنا</w:t>
      </w:r>
    </w:p>
    <w:p>
      <w:r>
        <w:rPr>
          <w:b/>
        </w:rPr>
        <w:t xml:space="preserve">[04:29] </w:t>
      </w:r>
      <w:r>
        <w:t>to unhein yeh nahin karna chahiye keh woh wajood elahi ko dekhne ki koshish karen ya zaat elahi ko dekhne ki koshish karen۔</w:t>
      </w:r>
    </w:p>
    <w:p>
      <w:pPr>
        <w:jc w:val="right"/>
      </w:pPr>
      <w:r>
        <w:t>تو انہیں یہ نہیں کرنا چاہیے کہ وہ وجود الہی کو دیکھنے کی کوشش کریں یا ذات الہی کو دیکھنے کی کوشش کریں۔</w:t>
      </w:r>
    </w:p>
    <w:p>
      <w:r>
        <w:rPr>
          <w:b/>
        </w:rPr>
        <w:t xml:space="preserve">[04:42] </w:t>
      </w:r>
      <w:r>
        <w:t>nahin، unhein Allah rab al-alameen ki nishaniyon ko yani creation ko dekhen، is par ghaur karen۔</w:t>
      </w:r>
    </w:p>
    <w:p>
      <w:pPr>
        <w:jc w:val="right"/>
      </w:pPr>
      <w:r>
        <w:t>نہیں، انہیں اللہ رب العالمین کی نشانیوں کو یعنی کریشن کو دیکھیں، اس پر غور کریں۔</w:t>
      </w:r>
    </w:p>
    <w:p>
      <w:r>
        <w:rPr>
          <w:b/>
        </w:rPr>
        <w:t xml:space="preserve">[04:55] </w:t>
      </w:r>
      <w:r>
        <w:t>ek hai creator، ek hai creation۔ to creator ko nahin dekh sakte aap is duniya mein lekin creation ko aap dekh sakte hain، is mein is mein Allah ko discover karne ki koshish karen۔</w:t>
      </w:r>
    </w:p>
    <w:p>
      <w:pPr>
        <w:jc w:val="right"/>
      </w:pPr>
      <w:r>
        <w:t>ایک ہے کریٹر، ایک ہے کریشن۔ تو کریٹر کو نہیں دیکھ سکتے آپ اس دنیا میں لیکن کریشن کو آپ دیکھ سکتے ہیں، اس میں اس میں اللہ کو ڈسکور کرنے کی کوشش کریں۔</w:t>
      </w:r>
    </w:p>
    <w:p>
      <w:r>
        <w:rPr>
          <w:b/>
        </w:rPr>
        <w:t xml:space="preserve">[05:15] </w:t>
      </w:r>
      <w:r>
        <w:t>yeh bohat bari hikmat thi jo pehle bohat pehle bata di gayi thi۔ lekin ajeeb baat hai keh aap dekhiye، jitne log hain sab is mamle mein</w:t>
      </w:r>
    </w:p>
    <w:p>
      <w:pPr>
        <w:jc w:val="right"/>
      </w:pPr>
      <w:r>
        <w:t>یہ بہت بڑی حکمت تھی جو پہلے بہت پہلے بتا دی گئی تھی۔ لیکن عجیب بات ہے کہ آپ دیکھیے، جتنے لوگ ہیں سب اس معاملے میں</w:t>
      </w:r>
    </w:p>
    <w:p>
      <w:r>
        <w:rPr>
          <w:b/>
        </w:rPr>
        <w:t xml:space="preserve">[05:30] </w:t>
      </w:r>
      <w:r>
        <w:t>phansay rahe۔ misaal ke taur par dekhiye jo bare bare philosopher the،</w:t>
      </w:r>
    </w:p>
    <w:p>
      <w:pPr>
        <w:jc w:val="right"/>
      </w:pPr>
      <w:r>
        <w:t>پھنسے رہے۔ مثلاً دیکھیے جو بڑے بڑے فلاسفر تھے،</w:t>
      </w:r>
    </w:p>
    <w:p>
      <w:r>
        <w:rPr>
          <w:b/>
        </w:rPr>
        <w:t xml:space="preserve">[05:40] </w:t>
      </w:r>
      <w:r>
        <w:t>secular philosopher، woh sab</w:t>
      </w:r>
    </w:p>
    <w:p>
      <w:pPr>
        <w:jc w:val="right"/>
      </w:pPr>
      <w:r>
        <w:t>سیکولر فلاسفر، وہ سب</w:t>
      </w:r>
    </w:p>
    <w:p>
      <w:r>
        <w:rPr>
          <w:b/>
        </w:rPr>
        <w:t xml:space="preserve">[05:46] </w:t>
      </w:r>
      <w:r>
        <w:t>God ko dekhne ki koshish karte rahe، God mein sochte rahe۔ sab log God mein sochte rahe۔</w:t>
      </w:r>
    </w:p>
    <w:p>
      <w:pPr>
        <w:jc w:val="right"/>
      </w:pPr>
      <w:r>
        <w:t>گاڈ کو دیکھنے کی کوشش کرتے رہے، گاڈ میں سوچتے رہے۔ سب لوگ گاڈ میں سوچتے رہے۔</w:t>
      </w:r>
    </w:p>
    <w:p>
      <w:r>
        <w:rPr>
          <w:b/>
        </w:rPr>
        <w:t xml:space="preserve">[05:59] </w:t>
      </w:r>
      <w:r>
        <w:t>Muslim mutakallimeen the، woh bhi God mein sochte rahe۔ sufia ko dekhiye، sufia bhi zaat elahi ko dekhne ki koshish karte rahe۔</w:t>
      </w:r>
    </w:p>
    <w:p>
      <w:pPr>
        <w:jc w:val="right"/>
      </w:pPr>
      <w:r>
        <w:t>مسلم متکلمین تھے، وہ بھی گاڈ میں سوچتے رہے۔ صوفیاء کو دیکھیے، صوفیاء بھی ذات الہی کو دیکھنے کی کوشش کرتے رہے۔</w:t>
      </w:r>
    </w:p>
    <w:p>
      <w:r>
        <w:rPr>
          <w:b/>
        </w:rPr>
        <w:t xml:space="preserve">[06:18] </w:t>
      </w:r>
      <w:r>
        <w:t>to Allah taala ne intervene kiya۔ jab Allah ne dekha keh sare insan bhatke hue hain،</w:t>
      </w:r>
    </w:p>
    <w:p>
      <w:pPr>
        <w:jc w:val="right"/>
      </w:pPr>
      <w:r>
        <w:t>تو اللہ تعالیٰ نے انٹروین کیا۔ جب اللہ نے دیکھا کہ سارے انسان پھٹکے ہوئے ہیں،</w:t>
      </w:r>
    </w:p>
    <w:p>
      <w:r>
        <w:rPr>
          <w:b/>
        </w:rPr>
        <w:t xml:space="preserve">[06:29] </w:t>
      </w:r>
      <w:r>
        <w:t>jo tareeqa hai woh to yeh hai keh</w:t>
      </w:r>
    </w:p>
    <w:p>
      <w:pPr>
        <w:jc w:val="right"/>
      </w:pPr>
      <w:r>
        <w:t>جو طریقہ ہے وہ تو یہ ہے کہ</w:t>
      </w:r>
    </w:p>
    <w:p>
      <w:r>
        <w:rPr>
          <w:b/>
        </w:rPr>
        <w:t xml:space="preserve">[06:37] </w:t>
      </w:r>
      <w:r>
        <w:t>Allah ki jo takhleeq hai، jo creation hai، is mein ghaur karo aur tum pao، pa lo ge Allah ko۔</w:t>
      </w:r>
    </w:p>
    <w:p>
      <w:pPr>
        <w:jc w:val="right"/>
      </w:pPr>
      <w:r>
        <w:t>اللہ کی جو تخلیق ہے، جو کریشن ہے، اس میں غور کرو اور تم پاؤ، پا لو گے اللہ کو۔</w:t>
      </w:r>
    </w:p>
    <w:p>
      <w:r>
        <w:rPr>
          <w:b/>
        </w:rPr>
        <w:t xml:space="preserve">[06:47] </w:t>
      </w:r>
      <w:r>
        <w:t>yani indirect way mein،</w:t>
      </w:r>
    </w:p>
    <w:p>
      <w:pPr>
        <w:jc w:val="right"/>
      </w:pPr>
      <w:r>
        <w:t>یعنی ان ڈائریکٹ وے میں،</w:t>
      </w:r>
    </w:p>
    <w:p>
      <w:r>
        <w:rPr>
          <w:b/>
        </w:rPr>
        <w:t xml:space="preserve">[06:54] </w:t>
      </w:r>
      <w:r>
        <w:t>the indirect way mein۔ to Allah ne dekha keh insan is mamle mein bhatka hua hai،</w:t>
      </w:r>
    </w:p>
    <w:p>
      <w:pPr>
        <w:jc w:val="right"/>
      </w:pPr>
      <w:r>
        <w:t>دا ان ڈائریکٹ وے میں۔ تو اللہ نے دیکھا کہ انسان اس معاملے میں بھٹکا ہوا ہے،</w:t>
      </w:r>
    </w:p>
    <w:p>
      <w:r>
        <w:rPr>
          <w:b/>
        </w:rPr>
        <w:t xml:space="preserve">[07:08] </w:t>
      </w:r>
      <w:r>
        <w:t>woh sahi andaaz se، sahi angle se dekh nahin raha hai۔</w:t>
      </w:r>
    </w:p>
    <w:p>
      <w:pPr>
        <w:jc w:val="right"/>
      </w:pPr>
      <w:r>
        <w:t>وہ صحیح انداز سے، صحیح اینگل سے دیکھ نہیں رہا ہے۔</w:t>
      </w:r>
    </w:p>
    <w:p>
      <w:r>
        <w:rPr>
          <w:b/>
        </w:rPr>
        <w:t xml:space="preserve">[07:17] </w:t>
      </w:r>
      <w:r>
        <w:t>to Allah ne intervene kiya۔ woh intervene kya tha، woh hadith mein likha hua hai۔</w:t>
      </w:r>
    </w:p>
    <w:p>
      <w:pPr>
        <w:jc w:val="right"/>
      </w:pPr>
      <w:r>
        <w:t>تو اللہ نے انٹروین کیا۔ وہ انٹروین کیا تھا، وہ حدیث میں لکھا ہوا ہے۔</w:t>
      </w:r>
    </w:p>
    <w:p>
      <w:r>
        <w:rPr>
          <w:b/>
        </w:rPr>
        <w:t xml:space="preserve">[07:29] </w:t>
      </w:r>
      <w:r>
        <w:t>hadeesein bohat sari hain. bukhari ki riwayat hai, bukhari jo sab se zyada aam hadees ki kitab mani jati hai, is mein ke "in allah la yadinu bil rajul al fajir".</w:t>
      </w:r>
    </w:p>
    <w:p>
      <w:pPr>
        <w:jc w:val="right"/>
      </w:pPr>
      <w:r>
        <w:t>حدیثیں بہت ساری ہیں۔ بخاری کی روایت ہے، بخاری جو سب سے زیادہ عام حدیث کی کتاب مانی جاتی ہے، اس میں کہ "إن الله ليد الدين بالرجل الفاجر"۔</w:t>
      </w:r>
    </w:p>
    <w:p>
      <w:r>
        <w:rPr>
          <w:b/>
        </w:rPr>
        <w:t xml:space="preserve">[07:51] </w:t>
      </w:r>
      <w:r>
        <w:t>allah is deen ki taeed karega fajar insan ke zariye. lekin yahan fajar ke mani bura nahi, fajar ke mani hain secular.</w:t>
      </w:r>
    </w:p>
    <w:p>
      <w:pPr>
        <w:jc w:val="right"/>
      </w:pPr>
      <w:r>
        <w:t>اللہ اس دین کی تائید کرے گا فاجر انسان کے ذریعے۔ لیکن یہاں فاجر کے معنی برا نہیں، فاجر کے معنی ہیں سیکولر۔</w:t>
      </w:r>
    </w:p>
    <w:p>
      <w:r>
        <w:rPr>
          <w:b/>
        </w:rPr>
        <w:t xml:space="preserve">[08:09] </w:t>
      </w:r>
      <w:r>
        <w:t>secular. to main samajhta hoon ke tareekh mein pehla insan jo tha, woh galileo galilei tha jis ne alag kiya dono ko,</w:t>
      </w:r>
    </w:p>
    <w:p>
      <w:pPr>
        <w:jc w:val="right"/>
      </w:pPr>
      <w:r>
        <w:t>سیکولر۔ تو میں سمجھتا ہوں کہ تاریخ میں پہلا انسان جو تھا، وہ گلیلیو گلیلی تھا جس نے الگ کیا دونوں کو،</w:t>
      </w:r>
    </w:p>
    <w:p>
      <w:r>
        <w:rPr>
          <w:b/>
        </w:rPr>
        <w:t xml:space="preserve">[08:25] </w:t>
      </w:r>
      <w:r>
        <w:t>alag kar diya. yeh isi liye galileo galilei ko founder of science mana jata hai kyunke philosophy jo thi, philosophy phansi hui thi janne mein ke zaat-e-khudawandi kya hai,</w:t>
      </w:r>
    </w:p>
    <w:p>
      <w:pPr>
        <w:jc w:val="right"/>
      </w:pPr>
      <w:r>
        <w:t>الگ کر دیا۔ یہ اسی لیے گلیلیو گلیلی کو فاؤنڈر آف سائنس مانا جاتا ہے کیونکہ فلاسفی جو تھی، فلاسفی پھنسی ہوئی تھی جاننے میں کہ ذات خداوندی کیا ہے،</w:t>
      </w:r>
    </w:p>
    <w:p>
      <w:r>
        <w:rPr>
          <w:b/>
        </w:rPr>
        <w:t xml:space="preserve">[08:46] </w:t>
      </w:r>
      <w:r>
        <w:t>allah rab-ul-alameen kya hai.</w:t>
      </w:r>
    </w:p>
    <w:p>
      <w:pPr>
        <w:jc w:val="right"/>
      </w:pPr>
      <w:r>
        <w:t>اللہ رب العالمین کیا ہے۔</w:t>
      </w:r>
    </w:p>
    <w:p>
      <w:r>
        <w:rPr>
          <w:b/>
        </w:rPr>
        <w:t xml:space="preserve">[08:51] </w:t>
      </w:r>
      <w:r>
        <w:t>to us ne jo</w:t>
      </w:r>
    </w:p>
    <w:p>
      <w:pPr>
        <w:jc w:val="right"/>
      </w:pPr>
      <w:r>
        <w:t>تو اس نے جو</w:t>
      </w:r>
    </w:p>
    <w:p>
      <w:r>
        <w:rPr>
          <w:b/>
        </w:rPr>
        <w:t xml:space="preserve">[08:55] </w:t>
      </w:r>
      <w:r>
        <w:t>kaam kiya, woh yeh ke dealing kar diya. us ne galileo galilei ne dealing kar diya, yani creator ko alag kar diya aur creation ko alag kar diya.</w:t>
      </w:r>
    </w:p>
    <w:p>
      <w:pPr>
        <w:jc w:val="right"/>
      </w:pPr>
      <w:r>
        <w:t>کام کیا، وہ یہ کہ ڈیلنگ کر دیا۔ اس نے گلیلیو گلیلی نے ڈیلنگ کر دیا، یعنی کریٹر کو الگ کر دیا اور کریشن کو الگ کر دیا۔</w:t>
      </w:r>
    </w:p>
    <w:p>
      <w:r>
        <w:rPr>
          <w:b/>
        </w:rPr>
        <w:t xml:space="preserve">[09:11] </w:t>
      </w:r>
      <w:r>
        <w:t>us ke baad se yeh hua</w:t>
      </w:r>
    </w:p>
    <w:p>
      <w:pPr>
        <w:jc w:val="right"/>
      </w:pPr>
      <w:r>
        <w:t>اس کے بعد سے یہ ہوا</w:t>
      </w:r>
    </w:p>
    <w:p>
      <w:r>
        <w:rPr>
          <w:b/>
        </w:rPr>
        <w:t xml:space="preserve">[09:17] </w:t>
      </w:r>
      <w:r>
        <w:t>ke science ka subject god nahi raha balkeh creation of god ban gaya.</w:t>
      </w:r>
    </w:p>
    <w:p>
      <w:pPr>
        <w:jc w:val="right"/>
      </w:pPr>
      <w:r>
        <w:t>کہ سائنس کا سبجیکٹ گاڈ نہیں رہا بلکہ کریشن آف گاڈ بن گیا۔</w:t>
      </w:r>
    </w:p>
    <w:p>
      <w:r>
        <w:rPr>
          <w:b/>
        </w:rPr>
        <w:t xml:space="preserve">[09:29] </w:t>
      </w:r>
      <w:r>
        <w:t>creator nahi raha balkeh creation ban gaya. poori science, poori science philosophy ke muqable mein yeh hua ke philosophy god ki talash mein pari hui thi.</w:t>
      </w:r>
    </w:p>
    <w:p>
      <w:pPr>
        <w:jc w:val="right"/>
      </w:pPr>
      <w:r>
        <w:t>کریٹر نہیں رہا بلکہ کریشن بن گیا۔ پوری سائنس، پوری سائنس فلسفے کے مقابلے میں یہ ہوا کہ فلاسفی گاڈ کی تلاش میں پڑی ہوئی تھی۔</w:t>
      </w:r>
    </w:p>
    <w:p>
      <w:r>
        <w:rPr>
          <w:b/>
        </w:rPr>
        <w:t xml:space="preserve">[09:47] </w:t>
      </w:r>
      <w:r>
        <w:t>galileo galilei ke baad yeh hua ke god ka subject alag aur creation ka subject alag, jis ko woh log kehte hain nature.</w:t>
      </w:r>
    </w:p>
    <w:p>
      <w:pPr>
        <w:jc w:val="right"/>
      </w:pPr>
      <w:r>
        <w:t>گلیلیو گلیلی کے بعد یہ ہوا کہ گاڈ کا سبجیکٹ الگ اور کریشن کا سبجیکٹ الگ، جس کو وہ لوگ کہتے ہیں نیچر۔</w:t>
      </w:r>
    </w:p>
    <w:p>
      <w:r>
        <w:rPr>
          <w:b/>
        </w:rPr>
        <w:t xml:space="preserve">[10:05] </w:t>
      </w:r>
      <w:r>
        <w:t>to sara scientific ilm chal pada nature ki daryaft par.</w:t>
      </w:r>
    </w:p>
    <w:p>
      <w:pPr>
        <w:jc w:val="right"/>
      </w:pPr>
      <w:r>
        <w:t>تو سارا سائنٹیفک علم چل پڑا نیچر کی دریافت پر۔</w:t>
      </w:r>
    </w:p>
    <w:p>
      <w:r>
        <w:rPr>
          <w:b/>
        </w:rPr>
        <w:t xml:space="preserve">[10:17] </w:t>
      </w:r>
      <w:r>
        <w:t>to ilm ko bohat zyada tarrakiyan huin, beshumar daryaften huin, yahan tak ke microworld aur macroworld dono mein bohat door tak logon ki daryaften pahunch gayeen.</w:t>
      </w:r>
    </w:p>
    <w:p>
      <w:pPr>
        <w:jc w:val="right"/>
      </w:pPr>
      <w:r>
        <w:t>تو علم کو بہت زیادہ ترقیاں ہوئیں، بے شمار دریافتیں ہوئیں، یہاں تک کہ مائیکرو ورلڈ اور مائیکرو ورلڈ دونوں میں بہت دور تک لوگوں کی دریافتیں پہنچ گئیں۔</w:t>
      </w:r>
    </w:p>
    <w:p>
      <w:r>
        <w:rPr>
          <w:b/>
        </w:rPr>
        <w:t xml:space="preserve">[10:37] </w:t>
      </w:r>
      <w:r>
        <w:t>microscope aur telescope ke zariye.</w:t>
      </w:r>
    </w:p>
    <w:p>
      <w:pPr>
        <w:jc w:val="right"/>
      </w:pPr>
      <w:r>
        <w:t>مائیکروسکوپ اور ٹیلیسکوپ کے ذریعے۔</w:t>
      </w:r>
    </w:p>
    <w:p>
      <w:r>
        <w:rPr>
          <w:b/>
        </w:rPr>
        <w:t xml:space="preserve">[10:46] </w:t>
      </w:r>
      <w:r>
        <w:t>is ka matlab kya hua? is ka matlab yeh hua ke science</w:t>
      </w:r>
    </w:p>
    <w:p>
      <w:pPr>
        <w:jc w:val="right"/>
      </w:pPr>
      <w:r>
        <w:t>اس کا مطلب کیا ہوا؟ اس کا مطلب یہ ہوا کہ سائنس</w:t>
      </w:r>
    </w:p>
    <w:p>
      <w:r>
        <w:rPr>
          <w:b/>
        </w:rPr>
        <w:t xml:space="preserve">[10:58] </w:t>
      </w:r>
      <w:r>
        <w:t>islam ka ilm, ilm-e-kalam ban gayi. so called ilm-e-kalam to kuch bhi nahi kar paya. jis cheez ko hum islami ilm-e-kalam samajhte hain, us ko to woh to kuch bhi nahi kar paya kyunke woh zaat-e-khudawandi ne baatein karta raha.</w:t>
      </w:r>
    </w:p>
    <w:p>
      <w:pPr>
        <w:jc w:val="right"/>
      </w:pPr>
      <w:r>
        <w:t>اسلام کا علم، علم کلام بن گئی۔ سو کالڈ علم کلام تو کچھ بھی نہیں کر پایا۔ جس چیز کو ہم اسلامی علم کلام سمجھتے ہیں، اس کو تو وہ تو کچھ بھی نہیں کر پایا کیونکہ وہ ذات خداوندی نے باتیں کرتا رہا۔</w:t>
      </w:r>
    </w:p>
    <w:p>
      <w:r>
        <w:rPr>
          <w:b/>
        </w:rPr>
        <w:t xml:space="preserve">[11:21] </w:t>
      </w:r>
      <w:r>
        <w:t>lekin science ne ek poora ilm-e-kalam paida kar diya, islam se nahi, potentially.</w:t>
      </w:r>
    </w:p>
    <w:p>
      <w:pPr>
        <w:jc w:val="right"/>
      </w:pPr>
      <w:r>
        <w:t>لیکن سائنس نے ایک پورا علم کلام پیدا کر دیا، اسلام سے نہیں، پوٹینشلی۔</w:t>
      </w:r>
    </w:p>
    <w:p>
      <w:r>
        <w:rPr>
          <w:b/>
        </w:rPr>
        <w:t xml:space="preserve">[11:33] </w:t>
      </w:r>
      <w:r>
        <w:t>woh kaise? dekhiye, science ne pehli baar yeh discover kiya ke yeh duniya jis mein andar hum rehte hain,</w:t>
      </w:r>
    </w:p>
    <w:p>
      <w:pPr>
        <w:jc w:val="right"/>
      </w:pPr>
      <w:r>
        <w:t>وہ کیسے؟ دیکھیے، سائنس نے پہلی بار یہ ڈسکور کیا کہ یہ دنیا جس میں اندر ہم رہتے ہیں،</w:t>
      </w:r>
    </w:p>
    <w:p>
      <w:r>
        <w:rPr>
          <w:b/>
        </w:rPr>
        <w:t xml:space="preserve">[11:51] </w:t>
      </w:r>
      <w:r>
        <w:t>yeh duniya jis ke andar hum rehte hain, woh bohat hi well planned, well designed universe hai.</w:t>
      </w:r>
    </w:p>
    <w:p>
      <w:pPr>
        <w:jc w:val="right"/>
      </w:pPr>
      <w:r>
        <w:t>یہ دنیا جس کے اندر ہم رہتے ہیں، وہ بہت ہی ویل پلان، ویل ڈیزائنڈ یونیورس ہے۔</w:t>
      </w:r>
    </w:p>
    <w:p>
      <w:r>
        <w:rPr>
          <w:b/>
        </w:rPr>
        <w:t xml:space="preserve">[12:06] </w:t>
      </w:r>
      <w:r>
        <w:t>zero defect universe hai, yani musalsal move kar rahi hai lekin nihayat hi accurate tareeqe se.</w:t>
      </w:r>
    </w:p>
    <w:p>
      <w:pPr>
        <w:jc w:val="right"/>
      </w:pPr>
      <w:r>
        <w:t>زیرو ڈیفیکٹ یونیورس ہے، یعنی مسلسل موو کر رہی ہے لیکن نہایت ہی ایکوریٹ طریقے سے۔</w:t>
      </w:r>
    </w:p>
    <w:p>
      <w:r>
        <w:rPr>
          <w:b/>
        </w:rPr>
        <w:t xml:space="preserve">[12:20] </w:t>
      </w:r>
      <w:r>
        <w:t>is haqeeqat ka ehsas sab se pehle mujhe is waqt hua jab aap se bohat pehle</w:t>
      </w:r>
    </w:p>
    <w:p>
      <w:pPr>
        <w:jc w:val="right"/>
      </w:pPr>
      <w:r>
        <w:t>اس حقیقت کا احساس سب سے پہلے مجھے اس وقت ہوا جب آپ سے بہت پہلے</w:t>
      </w:r>
    </w:p>
    <w:p>
      <w:r>
        <w:rPr>
          <w:b/>
        </w:rPr>
        <w:t xml:space="preserve">[12:30] </w:t>
      </w:r>
      <w:r>
        <w:t>main ne ek kitab parhi, us ka naam tha "the world we live in". ek ba tasweer kitab thi, "the world we live in".</w:t>
      </w:r>
    </w:p>
    <w:p>
      <w:pPr>
        <w:jc w:val="right"/>
      </w:pPr>
      <w:r>
        <w:t>میں نے ایک کتاب پڑھی، اس کا نام تھا "دا ورلڈ وی لیو ان"۔ ایک با تصویر کتاب تھی، "دا ورلڈ وی لیو ان"۔</w:t>
      </w:r>
    </w:p>
    <w:p>
      <w:r>
        <w:rPr>
          <w:b/>
        </w:rPr>
        <w:t xml:space="preserve">[12:46] </w:t>
      </w:r>
      <w:r>
        <w:t>woh duniya jis ke andar hum rehte hain, bade size ki kitab thi aur tasweeren thin us mein.</w:t>
      </w:r>
    </w:p>
    <w:p>
      <w:pPr>
        <w:jc w:val="right"/>
      </w:pPr>
      <w:r>
        <w:t>وہ دنیا جس کے اندر ہم رہتے ہیں، بڑے سائز کی کتاب تھی اور تصویریں تھیں اس میں۔</w:t>
      </w:r>
    </w:p>
    <w:p>
      <w:r>
        <w:rPr>
          <w:b/>
        </w:rPr>
        <w:t xml:space="preserve">[12:59] </w:t>
      </w:r>
      <w:r>
        <w:t>sitaron ki, suraj ki, chand ki</w:t>
      </w:r>
    </w:p>
    <w:p>
      <w:pPr>
        <w:jc w:val="right"/>
      </w:pPr>
      <w:r>
        <w:t>ستاروں کی، سورج کی، چاند کی</w:t>
      </w:r>
    </w:p>
    <w:p>
      <w:r>
        <w:rPr>
          <w:b/>
        </w:rPr>
        <w:t xml:space="preserve">[13:05] </w:t>
      </w:r>
      <w:r>
        <w:t>to tasweeren thin. ek tasweer us mein bohat anokhi thi. ek tasweer woh yeh ke us mein dikhaya tha ke do galaxy hain.</w:t>
      </w:r>
    </w:p>
    <w:p>
      <w:pPr>
        <w:jc w:val="right"/>
      </w:pPr>
      <w:r>
        <w:t>تو تصویریں تھیں۔ ایک تصویر اس میں بہت انوکھی تھی۔ ایک تصویر وہ یہ کہ اس میں دکھایا تھا کہ دو گلیکسی ہیں۔</w:t>
      </w:r>
    </w:p>
    <w:p>
      <w:r>
        <w:rPr>
          <w:b/>
        </w:rPr>
        <w:t xml:space="preserve">[13:18] </w:t>
      </w:r>
      <w:r>
        <w:t>aap jante hain ke ek galaxy mein million billion sitare hote hain. to million billion sitaron ka ek majmooa hota hai, jis ko kehte hain galaxy.</w:t>
      </w:r>
    </w:p>
    <w:p>
      <w:pPr>
        <w:jc w:val="right"/>
      </w:pPr>
      <w:r>
        <w:t>آپ جانتے ہیں کہ ایک گلیکسی میں ملین بلین ستارے ہوتے ہیں۔ تو ملین بلین ستاروں کا ایک مجموعہ ہوتا ہے، جس کو کہتے ہیں گلیکسی۔</w:t>
      </w:r>
    </w:p>
    <w:p>
      <w:r>
        <w:rPr>
          <w:b/>
        </w:rPr>
        <w:t xml:space="preserve">[13:31] </w:t>
      </w:r>
      <w:r>
        <w:t>to do aisi galaxy ek idhar se aati hai, ek idhar hai.</w:t>
      </w:r>
    </w:p>
    <w:p>
      <w:pPr>
        <w:jc w:val="right"/>
      </w:pPr>
      <w:r>
        <w:t>تو دو ایسی گلیکسی ایک ادھر سے آتی ہے، ایک ادھر ہے۔</w:t>
      </w:r>
    </w:p>
    <w:p>
      <w:r>
        <w:rPr>
          <w:b/>
        </w:rPr>
        <w:t xml:space="preserve">[13:39] </w:t>
      </w:r>
      <w:r>
        <w:t>is mein</w:t>
      </w:r>
    </w:p>
    <w:p>
      <w:pPr>
        <w:jc w:val="right"/>
      </w:pPr>
      <w:r>
        <w:t>اس میں</w:t>
      </w:r>
    </w:p>
    <w:p>
      <w:r>
        <w:rPr>
          <w:b/>
        </w:rPr>
        <w:t xml:space="preserve">[13:43] </w:t>
      </w:r>
      <w:r>
        <w:t>dikhaya tha ke woh galaxy aai hai, yahan dakhil hui hai aur itne sitare beshumar is mein hain aur is mein hai, is mein se dakhil ho kar ke bahar nikal gai, idhar aa gai, woh idhar aa gai aur koi takrao pesh nahi aaya.</w:t>
      </w:r>
    </w:p>
    <w:p>
      <w:pPr>
        <w:jc w:val="right"/>
      </w:pPr>
      <w:r>
        <w:t>دکھایا تھا کہ وہ گلیکسی آئی ہے، یہاں داخل ہوئی ہے اور اتنے ستارے بے شمار اس میں ہیں اور اس میں ہے، اس میں سے داخل ہو کر کے باہر نکل گئی، ادھر آ گئی، وہ ادھر آ گئی اور کوئی ٹکراؤ پیش نہیں آیا۔</w:t>
      </w:r>
    </w:p>
    <w:p>
      <w:r>
        <w:rPr>
          <w:b/>
        </w:rPr>
        <w:t xml:space="preserve">[14:09] </w:t>
      </w:r>
      <w:r>
        <w:t>yani million billion sitare ek taraf aur doosri taraf bhi million billion sitare. woh dakhil hota hai ek majmooa doosre mein aur is se guzarta hai doosra majmooa.</w:t>
      </w:r>
    </w:p>
    <w:p>
      <w:pPr>
        <w:jc w:val="right"/>
      </w:pPr>
      <w:r>
        <w:t>یعنی ملین بلین ستارے ایک طرف اور دوسری طرف بھی ملین بلین ستارے۔ وہ داخل ہوتا ہے ایک مجموعہ دوسرے میں اور اس سے گزرتا ہے دوسرا مجموعہ۔</w:t>
      </w:r>
    </w:p>
    <w:p>
      <w:r>
        <w:rPr>
          <w:b/>
        </w:rPr>
        <w:t xml:space="preserve">[14:25] </w:t>
      </w:r>
      <w:r>
        <w:t>ek idhar chala jata hai, ek idhar chala jata hai aur koi takrao pesh nahi aata, koi takrao pesh nahi aata.</w:t>
      </w:r>
    </w:p>
    <w:p>
      <w:pPr>
        <w:jc w:val="right"/>
      </w:pPr>
      <w:r>
        <w:t>ایک ادھر چلا جاتا ہے، ایک ادھر چلا جاتا ہے اور کوئی ٹکراؤ پیش نہیں آتا، کوئی ٹکراؤ پیش نہیں آتا۔</w:t>
      </w:r>
    </w:p>
    <w:p>
      <w:r>
        <w:rPr>
          <w:b/>
        </w:rPr>
        <w:t xml:space="preserve">[14:38] </w:t>
      </w:r>
      <w:r>
        <w:t>to main jab main ne dekha is ko to hairaan reh gaya ke kainat mein kitni accuracy hai, kitna zyada, yani kitni bari planning hai,</w:t>
      </w:r>
    </w:p>
    <w:p>
      <w:pPr>
        <w:jc w:val="right"/>
      </w:pPr>
      <w:r>
        <w:t>تو میں جب میں نے دیکھا اس کو تو حیران رہ گیا کہ کائنات میں کتنی ایکوریسی ہے، کتنا زیادہ، یعنی کتنی بڑی پلاننگ ہے،</w:t>
      </w:r>
    </w:p>
    <w:p>
      <w:r>
        <w:rPr>
          <w:b/>
        </w:rPr>
        <w:t xml:space="preserve">[14:56] </w:t>
      </w:r>
      <w:r>
        <w:t>kitna well designed hai kainat, yeh duniya.</w:t>
      </w:r>
    </w:p>
    <w:p>
      <w:pPr>
        <w:jc w:val="right"/>
      </w:pPr>
      <w:r>
        <w:t>کتنا ویل ڈیزائنڈ ہے کائنات، یہ دنیا۔</w:t>
      </w:r>
    </w:p>
    <w:p>
      <w:r>
        <w:rPr>
          <w:b/>
        </w:rPr>
        <w:t xml:space="preserve">[15:04] </w:t>
      </w:r>
      <w:r>
        <w:t>to is ke baad phir main ne woh kitab parhi ke "zero defect management". zero defect management</w:t>
      </w:r>
    </w:p>
    <w:p>
      <w:pPr>
        <w:jc w:val="right"/>
      </w:pPr>
      <w:r>
        <w:t>تو اس کے بعد پھر میں نے وہ کتاب پڑھی کہ "زیرو ڈیفیکٹ مینجمنٹ"۔ زیرو ڈیفیکٹ مینجمنٹ</w:t>
      </w:r>
    </w:p>
    <w:p>
      <w:r>
        <w:rPr>
          <w:b/>
        </w:rPr>
        <w:t xml:space="preserve">[15:16] </w:t>
      </w:r>
      <w:r>
        <w:t>ke kainat mein ek management hai, bohat hi bara management jis mein billion billion sitare manage kiye ja rahe hain,</w:t>
      </w:r>
    </w:p>
    <w:p>
      <w:pPr>
        <w:jc w:val="right"/>
      </w:pPr>
      <w:r>
        <w:t>کہ کائنات میں ایک مینجمنٹ ہے، بہت ہی بڑا مینجمنٹ جس میں بلین بلین ستارے مینج کیے جا رہے ہیں،</w:t>
      </w:r>
    </w:p>
    <w:p>
      <w:r>
        <w:rPr>
          <w:b/>
        </w:rPr>
        <w:t xml:space="preserve">[15:31] </w:t>
      </w:r>
      <w:r>
        <w:t>solar system manage kiya ja raha hai lekin</w:t>
      </w:r>
    </w:p>
    <w:p>
      <w:pPr>
        <w:jc w:val="right"/>
      </w:pPr>
      <w:r>
        <w:t>سولر سسٹم مینج کیا جا رہا ہے لیکن</w:t>
      </w:r>
    </w:p>
    <w:p>
      <w:r>
        <w:rPr>
          <w:b/>
        </w:rPr>
        <w:t xml:space="preserve">[15:38] </w:t>
      </w:r>
      <w:r>
        <w:t>intehai accuracy ke sath. koi bhi is mein nuqs nahi,</w:t>
      </w:r>
    </w:p>
    <w:p>
      <w:pPr>
        <w:jc w:val="right"/>
      </w:pPr>
      <w:r>
        <w:t>انتہائی یکرسی کے ساتھ۔ کوئی بھی اس میں نقص نہیں،</w:t>
      </w:r>
    </w:p>
    <w:p>
      <w:r>
        <w:rPr>
          <w:b/>
        </w:rPr>
        <w:t xml:space="preserve">[15:47] </w:t>
      </w:r>
      <w:r>
        <w:t>koi badnazmi nahi, kuch bhi nahi. to itni bari kainat jis mein billion billion, million nahi, billion sitare hain aur sab harkat mein hain,</w:t>
      </w:r>
    </w:p>
    <w:p>
      <w:pPr>
        <w:jc w:val="right"/>
      </w:pPr>
      <w:r>
        <w:t>کوئی بد نظمی نہیں، کچھ بھی نہیں۔ تو اتنی بڑی کائنات جس میں بلین بلین، ملین نہیں، بلین ستارے ہیں اور سب حرکت میں ہیں،</w:t>
      </w:r>
    </w:p>
    <w:p>
      <w:r>
        <w:rPr>
          <w:b/>
        </w:rPr>
        <w:t xml:space="preserve">[16:03] </w:t>
      </w:r>
      <w:r>
        <w:t>sab harkat mein hain lekin sare sare nizam zero defect management pe chal raha hai, zero defect, yani defect hai nahi.</w:t>
      </w:r>
    </w:p>
    <w:p>
      <w:pPr>
        <w:jc w:val="right"/>
      </w:pPr>
      <w:r>
        <w:t>سب حرکت میں ہیں لیکن سارے سارے نظام زیرو ڈیفیکٹ مینجمنٹ پہ چل رہا ہے، زیرو ڈیفیکٹ، یعنی ڈیفیکٹ ہے نہیں۔</w:t>
      </w:r>
    </w:p>
    <w:p>
      <w:r>
        <w:rPr>
          <w:b/>
        </w:rPr>
        <w:t xml:space="preserve">[16:22] </w:t>
      </w:r>
      <w:r>
        <w:t>aur phir baat phir main ne quran mein jo parha woh ayat to ayat bhi is ke is ki peshgi khabar bhi de di gai hai. woh ayat kya hai?</w:t>
      </w:r>
    </w:p>
    <w:p>
      <w:pPr>
        <w:jc w:val="right"/>
      </w:pPr>
      <w:r>
        <w:t>اور پھر بات پھر میں نے قرآن میں جو پڑھا وہ آیت تو آیت بھی اس کے اس کی پیشگی خبر بھی دے دی گئی ہے۔ وہ آیت کیا ہے؟</w:t>
      </w:r>
    </w:p>
    <w:p>
      <w:r>
        <w:rPr>
          <w:b/>
        </w:rPr>
        <w:t xml:space="preserve">[16:33] </w:t>
      </w:r>
      <w:r>
        <w:t>"altarab alfutur". woh ayat parhiye, is ka tarjuma parhiye. surah almulk chapter number 67, verse number three: "alladhi khalaqa sab'a samawati tibaqan ma dara fi khalqi alrahman min tafawutin farji'i albasara hal tara min futoor".</w:t>
      </w:r>
    </w:p>
    <w:p>
      <w:pPr>
        <w:jc w:val="right"/>
      </w:pPr>
      <w:r>
        <w:t>"الطراب الفتور"۔ وہ آیت پڑھیے، اس کا ترجمہ پڑھیے۔ سورہ الملک چیپٹر نمبر 67، ورس نمبر تھری: "الذی خلق سبع سماوات طباقا ما درا فی خلق الرحمن من تفاوت فرجع البصرھل تراب فتور"۔</w:t>
      </w:r>
    </w:p>
    <w:p>
      <w:r>
        <w:rPr>
          <w:b/>
        </w:rPr>
        <w:t xml:space="preserve">[16:55] </w:t>
      </w:r>
      <w:r>
        <w:t>jis ne banaye saat aasman upar tale, tum rehman ke banane mein koi khalal nahi dekho ge. phir nigah daal kar dekh lo, kahin tum ko koi khalal nazar aata hai.</w:t>
      </w:r>
    </w:p>
    <w:p>
      <w:pPr>
        <w:jc w:val="right"/>
      </w:pPr>
      <w:r>
        <w:t>جس نے بنائے سات آسمان اوپر تلے، تم رحمان کے بنانے میں کوئی خلل نہیں دیکھو گے۔ پھر نگاہ ڈال کر دیکھ لو، کہیں تم کو کوئی خلل نظر آتا ہے۔</w:t>
      </w:r>
    </w:p>
    <w:p>
      <w:r>
        <w:rPr>
          <w:b/>
        </w:rPr>
        <w:t xml:space="preserve">[17:10] </w:t>
      </w:r>
      <w:r>
        <w:t>dekhiye, hamari kitabon mein woh quran, quran mein, quran mein to futur ka lafz hai, futur ka ke kahin futur nahi hai.</w:t>
      </w:r>
    </w:p>
    <w:p>
      <w:pPr>
        <w:jc w:val="right"/>
      </w:pPr>
      <w:r>
        <w:t>دیکھیے، ہماری کتابوں میں وہ قرآن، قرآن میں، قرآن میں تو فتور کا لفظ ہے، فتور کا کہ کہیں فتور نہیں ہے۔</w:t>
      </w:r>
    </w:p>
    <w:p>
      <w:r>
        <w:rPr>
          <w:b/>
        </w:rPr>
        <w:t xml:space="preserve">[17:24] </w:t>
      </w:r>
      <w:r>
        <w:t>itni bari universe hai, itni galaxies hain, itne sitare hain aur sab adbo hain aur koi futur nahi.</w:t>
      </w:r>
    </w:p>
    <w:p>
      <w:pPr>
        <w:jc w:val="right"/>
      </w:pPr>
      <w:r>
        <w:t>اتنی بڑی یونیورس ہے، اتنی گلیکسیز ہیں، اتنے ستارے ہیں اور سب ادبو ہیں اور کوئی فتور نہیں۔</w:t>
      </w:r>
    </w:p>
    <w:p>
      <w:r>
        <w:rPr>
          <w:b/>
        </w:rPr>
        <w:t xml:space="preserve">[17:35] </w:t>
      </w:r>
      <w:r>
        <w:t>isi ko scientific zuban mein kaha gaya ke zero defect management hai.</w:t>
      </w:r>
    </w:p>
    <w:p>
      <w:pPr>
        <w:jc w:val="right"/>
      </w:pPr>
      <w:r>
        <w:t>اسی کو سائنٹیفک زبان میں کہا گیا کہ زیرو ڈیفیکٹ مینجمنٹ ہے۔</w:t>
      </w:r>
    </w:p>
    <w:p>
      <w:r>
        <w:rPr>
          <w:b/>
        </w:rPr>
        <w:t xml:space="preserve">[17:43] </w:t>
      </w:r>
      <w:r>
        <w:t>aap ghor kijiye, kitni bari kainat mein zero defect management kiya apne aap ho jayega, khud ba khud ho jayega.</w:t>
      </w:r>
    </w:p>
    <w:p>
      <w:pPr>
        <w:jc w:val="right"/>
      </w:pPr>
      <w:r>
        <w:t>آپ غور کیجئے، کتنی بڑی کائنات میں زیرو ڈیفیکٹ مینجمنٹ کیا اپنے آپ ہو جائے گا، خود بخود ہو جائے گا۔</w:t>
      </w:r>
    </w:p>
    <w:p>
      <w:r>
        <w:rPr>
          <w:b/>
        </w:rPr>
        <w:t xml:space="preserve">[17:53] </w:t>
      </w:r>
      <w:r>
        <w:t>to zero defect management apne aap chala raha hai, cheekh raha hai, awaz de raha hai ke is ke peeche khuda hai, is ke peeche creator hai.</w:t>
      </w:r>
    </w:p>
    <w:p>
      <w:pPr>
        <w:jc w:val="right"/>
      </w:pPr>
      <w:r>
        <w:t>تو زیرو ڈیفیکٹ مینجمنٹ اپنے آپ چلا رہا ہے، چیخ رہا ہے، آواز دے رہا ہے کہ اس کے پیچھے خدا ہے، اس کے پیچھے کریٹر ہے۔</w:t>
      </w:r>
    </w:p>
    <w:p>
      <w:r>
        <w:rPr>
          <w:b/>
        </w:rPr>
        <w:t xml:space="preserve">[18:09] </w:t>
      </w:r>
      <w:r>
        <w:t>to is ka matlab kya hua ke jo hazrat musa ke waqe mein jo batai gai thi, woh bohat bari aql ki baat thi.</w:t>
      </w:r>
    </w:p>
    <w:p>
      <w:pPr>
        <w:jc w:val="right"/>
      </w:pPr>
      <w:r>
        <w:t>تو اس کا معنی کیا ہوا کہ جو حضرت موسیٰ کے واقعے میں جو بتائی گئی تھی، وہ بہت بڑی عقل کی بات تھی۔</w:t>
      </w:r>
    </w:p>
    <w:p>
      <w:r>
        <w:rPr>
          <w:b/>
        </w:rPr>
        <w:t xml:space="preserve">[18:20] </w:t>
      </w:r>
      <w:r>
        <w:t>woh yeh thi ke</w:t>
      </w:r>
    </w:p>
    <w:p>
      <w:pPr>
        <w:jc w:val="right"/>
      </w:pPr>
      <w:r>
        <w:t>وہ یہ تھی کہ</w:t>
      </w:r>
    </w:p>
    <w:p>
      <w:r>
        <w:rPr>
          <w:b/>
        </w:rPr>
        <w:t xml:space="preserve">[18:25] </w:t>
      </w:r>
      <w:r>
        <w:t>khuda jis ne itni bari kainat banai hai, koi choti si cheez hogi aur tum dekh lo is ko aasani se. woh itni bari haqeeqat hai ke is ko dekhne ke liye yeh aankhen nakafi hain.</w:t>
      </w:r>
    </w:p>
    <w:p>
      <w:pPr>
        <w:jc w:val="right"/>
      </w:pPr>
      <w:r>
        <w:t>خدا جس نے اتنی بڑی کائنات بنائی ہے، کوئی چھوٹی سی چیز ہوگی اور تم دیکھ لو اس کو آسانی سے۔ وہ اتنی بڑی حقیقت ہے کہ اس کو دیکھنے کے لیے یہ آنکھیں ناکافی ہیں۔</w:t>
      </w:r>
    </w:p>
    <w:p>
      <w:r>
        <w:rPr>
          <w:b/>
        </w:rPr>
        <w:t xml:space="preserve">[18:42] </w:t>
      </w:r>
      <w:r>
        <w:t>musa ke pas jo aankh thi, wahi thi jo mere pas hai. doosri aankh to milegi akhirat mein, is duniya mein to milne wali nahi hai.</w:t>
      </w:r>
    </w:p>
    <w:p>
      <w:pPr>
        <w:jc w:val="right"/>
      </w:pPr>
      <w:r>
        <w:t>موسیٰ کے پاس جو آنکھ تھی، وہی تھی جو میرے پاس ہے۔ دوسری آنکھ تو ملے گی آخرت میں، اس دنیا میں تو ملنے والی نہیں ہے۔</w:t>
      </w:r>
    </w:p>
    <w:p>
      <w:r>
        <w:rPr>
          <w:b/>
        </w:rPr>
        <w:t xml:space="preserve">[18:54] </w:t>
      </w:r>
      <w:r>
        <w:t>is aankh se na main dekh sakta hoon, na musa dekh sakte hain. yeh bataya gaya tha is mein, yaani insan. wahan musa ka matlab hai insan</w:t>
      </w:r>
    </w:p>
    <w:p>
      <w:pPr>
        <w:jc w:val="right"/>
      </w:pPr>
      <w:r>
        <w:t>اس آنکھ سے نہ میں دیکھ سکتا ہوں، نہ موسیٰ دیکھ سکتے ہیں۔ یہ بتایا گیا تھا اس میں، یعنی انسان۔ وہاں موسیٰ کا مطلب ہے انسان</w:t>
      </w:r>
    </w:p>
    <w:p>
      <w:r>
        <w:rPr>
          <w:b/>
        </w:rPr>
        <w:t xml:space="preserve">[19:08] </w:t>
      </w:r>
      <w:r>
        <w:t>ke khuda itni zyada badi haqeeqat hai, itni zyada badi haqeeqat hai ke tumhari aankh, ek insan ki aankh, is ko dekh nahi sakti.</w:t>
      </w:r>
    </w:p>
    <w:p>
      <w:pPr>
        <w:jc w:val="right"/>
      </w:pPr>
      <w:r>
        <w:t>کہ خدا اتنی زیادہ بڑی حقیقت ہے، اتنی زیادہ بڑی حقیقت ہے کہ تمہاری آنکھ، ایک انسان کی آنکھ، اس کو دیکھ نہیں سکتی۔</w:t>
      </w:r>
    </w:p>
    <w:p>
      <w:r>
        <w:rPr>
          <w:b/>
        </w:rPr>
        <w:t xml:space="preserve">[19:19] </w:t>
      </w:r>
      <w:r>
        <w:t>is ke liye ek aur aankh chahiye, woh jannat mein jo log milenge, khushhal, un ko milegi. lekin ek aur cheez tum dekh sakte ho,</w:t>
      </w:r>
    </w:p>
    <w:p>
      <w:pPr>
        <w:jc w:val="right"/>
      </w:pPr>
      <w:r>
        <w:t>اس کے لیے ایک اور آنکھ چاہیے، وہ جنت میں جو لوگ ملیں گے، خوشحال، ان کو ملے گی۔ لیکن ایک اور چیز تم دیکھ سکتے ہو،</w:t>
      </w:r>
    </w:p>
    <w:p>
      <w:r>
        <w:rPr>
          <w:b/>
        </w:rPr>
        <w:t xml:space="preserve">[19:33] </w:t>
      </w:r>
      <w:r>
        <w:t>aur woh hai khuda ki takhleeq, khuda ka creation.</w:t>
      </w:r>
    </w:p>
    <w:p>
      <w:pPr>
        <w:jc w:val="right"/>
      </w:pPr>
      <w:r>
        <w:t>اور وہ ہے خدا کی تخلیق، خدا کا کریشن۔</w:t>
      </w:r>
    </w:p>
    <w:p>
      <w:r>
        <w:rPr>
          <w:b/>
        </w:rPr>
        <w:t xml:space="preserve">[19:42] </w:t>
      </w:r>
      <w:r>
        <w:t>to creator ko dekhne ki koshish mat karo,</w:t>
      </w:r>
    </w:p>
    <w:p>
      <w:pPr>
        <w:jc w:val="right"/>
      </w:pPr>
      <w:r>
        <w:t>تو کریٹر کو دیکھنے کی کوشش مت کرو،</w:t>
      </w:r>
    </w:p>
    <w:p>
      <w:r>
        <w:rPr>
          <w:b/>
        </w:rPr>
        <w:t xml:space="preserve">[19:48] </w:t>
      </w:r>
      <w:r>
        <w:t>takhleeq ko dekhne ki koshish karo. woh is ko tum dekh sakte ho. yeh kaam kiya galileo galile ne, aur isi par poori science chal padi.</w:t>
      </w:r>
    </w:p>
    <w:p>
      <w:pPr>
        <w:jc w:val="right"/>
      </w:pPr>
      <w:r>
        <w:t>تخلیق کو دیکھنے کی کوشش کرو۔ وہ اس کو تم دیکھ سکتے ہو۔ یہ کام کیا گلیلیو گلیلی نے، اور اسی پر پوری سائنس چل پڑی۔</w:t>
      </w:r>
    </w:p>
    <w:p>
      <w:r>
        <w:rPr>
          <w:b/>
        </w:rPr>
        <w:t xml:space="preserve">[20:01] </w:t>
      </w:r>
      <w:r>
        <w:t>isi liye galileo galile ko founder of science mana jata hai. tab main samjha ke woh kya cheez hai jo bukhari mein batai gayi hai: "in allah layudiddina birrajulilfajir".</w:t>
      </w:r>
    </w:p>
    <w:p>
      <w:pPr>
        <w:jc w:val="right"/>
      </w:pPr>
      <w:r>
        <w:t>اسی لیے گلیلیو گلیلی کو فاؤنڈر آف سائنس مانا جاتا ہے۔ تب میں سمجھا کہ وہ کیا چیز ہے جو بخاری میں بتائی گئی ہے: "إن الله لييذ الدين بالرجل الفاجر"۔</w:t>
      </w:r>
    </w:p>
    <w:p>
      <w:r>
        <w:rPr>
          <w:b/>
        </w:rPr>
        <w:t xml:space="preserve">[20:16] </w:t>
      </w:r>
      <w:r>
        <w:t>allah is deen ki madad karega fajar insan ke zariye, non believer ke zariye, secular insan ke zariye.</w:t>
      </w:r>
    </w:p>
    <w:p>
      <w:pPr>
        <w:jc w:val="right"/>
      </w:pPr>
      <w:r>
        <w:t>اللہ اس دین کی مدد کرے گا فاجر انسان کے ذریعے، نان بیلیور کے ذریعے، سیکولر انسان کے ذریعے۔</w:t>
      </w:r>
    </w:p>
    <w:p>
      <w:r>
        <w:rPr>
          <w:b/>
        </w:rPr>
        <w:t xml:space="preserve">[20:30] </w:t>
      </w:r>
      <w:r>
        <w:t>kaisi ajeeb baat hai!</w:t>
      </w:r>
    </w:p>
    <w:p>
      <w:pPr>
        <w:jc w:val="right"/>
      </w:pPr>
      <w:r>
        <w:t>کیسی عجیب بات ہے!</w:t>
      </w:r>
    </w:p>
    <w:p>
      <w:r>
        <w:rPr>
          <w:b/>
        </w:rPr>
        <w:t xml:space="preserve">[20:35] </w:t>
      </w:r>
      <w:r>
        <w:t>poori tareekh mein insan, agarche quran mein is ka ishara maujood tha, phir bhi quran insan ko daryaft nahi kar saka ke quran khuda ko dekhna hai to takhleeq ke zariye dekho, na ke khud barah e rast khuda ko.</w:t>
      </w:r>
    </w:p>
    <w:p>
      <w:pPr>
        <w:jc w:val="right"/>
      </w:pPr>
      <w:r>
        <w:t>پوری تاریخ میں انسان، اگرچہ قرآن میں اس کا اشارہ موجود تھا، پھر بھی قرآن انسان کو دریافت نہیں کر سکا کہ قرآن خدا کو دیکھنا ہے تو تخلیق کے ذریعے دیکھو، نہ کہ خود براہ راست خدا کو۔</w:t>
      </w:r>
    </w:p>
    <w:p>
      <w:r>
        <w:rPr>
          <w:b/>
        </w:rPr>
        <w:t xml:space="preserve">[21:00] </w:t>
      </w:r>
      <w:r>
        <w:t>kyun ke barah e rast khuda ko tum dekh nahi sakte. lan turani!</w:t>
      </w:r>
    </w:p>
    <w:p>
      <w:pPr>
        <w:jc w:val="right"/>
      </w:pPr>
      <w:r>
        <w:t>کیونکہ براہ راست خدا کو تم دیکھ نہیں سکتے۔ لن ترانی!</w:t>
      </w:r>
    </w:p>
    <w:p>
      <w:r>
        <w:rPr>
          <w:b/>
        </w:rPr>
        <w:t xml:space="preserve">[21:07] </w:t>
      </w:r>
      <w:r>
        <w:t>to itni badi tehqeeq, haqeeqat, itni badi haqeeqat ke khawand rab ul alameen ko agar tum chaho ke un ki zaat ko dekh lo to is duniya mein nahi dekh sakte.</w:t>
      </w:r>
    </w:p>
    <w:p>
      <w:pPr>
        <w:jc w:val="right"/>
      </w:pPr>
      <w:r>
        <w:t>تو اتنی بڑی تحقیق، حقیقت، اتنی بڑی حقیقت کہ خداوند رب العالمین کو اگر تم چاہو کہ ان کی ذات کو دیکھ لو تو اس دنیا میں نہیں دیکھ سکتے۔</w:t>
      </w:r>
    </w:p>
    <w:p>
      <w:r>
        <w:rPr>
          <w:b/>
        </w:rPr>
        <w:t xml:space="preserve">[21:21] </w:t>
      </w:r>
      <w:r>
        <w:t>haan, tum is ki jo takhleeq hai, is ka jo creation hai, woh tum dekh sakte ho.</w:t>
      </w:r>
    </w:p>
    <w:p>
      <w:pPr>
        <w:jc w:val="right"/>
      </w:pPr>
      <w:r>
        <w:t>ہاں، تم اس کی جو تخلیق ہے، اس کا جو کریشن ہے، وہ تم دیکھ سکتے ہو۔</w:t>
      </w:r>
    </w:p>
    <w:p>
      <w:r>
        <w:rPr>
          <w:b/>
        </w:rPr>
        <w:t xml:space="preserve">[21:31] </w:t>
      </w:r>
      <w:r>
        <w:t>yeh diya ek rajul fajar ne, yaani ek secular insan ne. yeh concept hai: "in allah layudiddina birrajulilfajir".</w:t>
      </w:r>
    </w:p>
    <w:p>
      <w:pPr>
        <w:jc w:val="right"/>
      </w:pPr>
      <w:r>
        <w:t>یہ دیا ایک رجل فاجر نے، یعنی ایک سیکولر انسان نے۔ یہ کانسیپٹ ہے: "إن الله لييذ الدين بالرجل الفاجر"۔</w:t>
      </w:r>
    </w:p>
    <w:p>
      <w:r>
        <w:rPr>
          <w:b/>
        </w:rPr>
        <w:t xml:space="preserve">[21:51] </w:t>
      </w:r>
      <w:r>
        <w:t>to yeh rajul fajar wahid kyun hai? yeh bhi main sochta tha, wahid ka lafz kyun hai? to main samajhta hoon ke is se murad yahi galileo galile hai,</w:t>
      </w:r>
    </w:p>
    <w:p>
      <w:pPr>
        <w:jc w:val="right"/>
      </w:pPr>
      <w:r>
        <w:t>تو یہ رجل فاجر واحد کیوں ہے؟ یہ بھی میں سوچتا تھا، واحد کا لفظ کیوں ہے؟ تو میں سمجھتا ہوں کہ اس سے مراد یہی گلیلیو گلیلی ہے،</w:t>
      </w:r>
    </w:p>
    <w:p>
      <w:r>
        <w:rPr>
          <w:b/>
        </w:rPr>
        <w:t xml:space="preserve">[22:06] </w:t>
      </w:r>
      <w:r>
        <w:t>jis ne poori tareekh ko ek ek sahi angle se sochne ka darwaza khola.</w:t>
      </w:r>
    </w:p>
    <w:p>
      <w:pPr>
        <w:jc w:val="right"/>
      </w:pPr>
      <w:r>
        <w:t>جس نے پوری تاریخ کو ایک ایک صحیح اینگل سے سوچنے کا دروازہ کھولا۔</w:t>
      </w:r>
    </w:p>
    <w:p>
      <w:r>
        <w:rPr>
          <w:b/>
        </w:rPr>
        <w:t xml:space="preserve">[22:17] </w:t>
      </w:r>
      <w:r>
        <w:t>galileo galile, jo italy ka scientist tha, italy ka,</w:t>
      </w:r>
    </w:p>
    <w:p>
      <w:pPr>
        <w:jc w:val="right"/>
      </w:pPr>
      <w:r>
        <w:t>گلیلیو گلیلی، جو اٹلی کا سائنٹسٹ تھا، اٹلی کا،</w:t>
      </w:r>
    </w:p>
    <w:p>
      <w:r>
        <w:rPr>
          <w:b/>
        </w:rPr>
        <w:t xml:space="preserve">[22:26] </w:t>
      </w:r>
      <w:r>
        <w:t>us ne sahi angle diya insan ko sochne ka. sahi angle diya,</w:t>
      </w:r>
    </w:p>
    <w:p>
      <w:pPr>
        <w:jc w:val="right"/>
      </w:pPr>
      <w:r>
        <w:t>اس نے صحیح اینگل دیا انسان کو سوچنے کا۔ صحیح اینگل دیا،</w:t>
      </w:r>
    </w:p>
    <w:p>
      <w:r>
        <w:rPr>
          <w:b/>
        </w:rPr>
        <w:t xml:space="preserve">[22:36] </w:t>
      </w:r>
      <w:r>
        <w:t>sahi angle diya, sahi angle! musalman nahi de sake, farz jo itne sare philosopher paida hue, woh nahi de sake, mufakkir paida hue, woh nahi de sake ke "in allah layudiddina birrajulilfajir".</w:t>
      </w:r>
    </w:p>
    <w:p>
      <w:pPr>
        <w:jc w:val="right"/>
      </w:pPr>
      <w:r>
        <w:t>صحیح اینگل دیا، صحیح اینگل! مسلمان نہیں دے سکے، فرض جو اتنے سارے فلاسفر پیدا ہوئے، وہ نہیں دے سکے، مفکر پیدا ہوئے، وہ نہیں دے سکے کہ "إن الله لييذ الدين بالرجل الفاجر"۔</w:t>
      </w:r>
    </w:p>
    <w:p>
      <w:r>
        <w:rPr>
          <w:b/>
        </w:rPr>
        <w:t xml:space="preserve">[22:54] </w:t>
      </w:r>
      <w:r>
        <w:t>is ka doosre lafzon mein kahunga ke jab tamam philosopher nakaam ho jayenge ya tamam muslim mutakallimeen nakaam ho jayenge,</w:t>
      </w:r>
    </w:p>
    <w:p>
      <w:pPr>
        <w:jc w:val="right"/>
      </w:pPr>
      <w:r>
        <w:t>اس کا دوسرے لفظوں میں کہوں گا کہ جب تمام فلاسفہ ناکام ہو جائیں گے یا تمام مسلم متکلمین ناکام ہو جائیں گے،</w:t>
      </w:r>
    </w:p>
    <w:p>
      <w:r>
        <w:rPr>
          <w:b/>
        </w:rPr>
        <w:t xml:space="preserve">[23:09] </w:t>
      </w:r>
      <w:r>
        <w:t>tab ek secular insan uthega, ek secular insan uthega, aur woh batayega ke dekho, sahi angle yeh hai, tum galat angle se dekh rahe ho,</w:t>
      </w:r>
    </w:p>
    <w:p>
      <w:pPr>
        <w:jc w:val="right"/>
      </w:pPr>
      <w:r>
        <w:t>تب ایک سیکولر انسان اٹھے گا، ایک سیکولر انسان اٹھے گا، اور وہ بتائے گا کہ دیکھو، صحیح اینگل یہ ہے، تم غلط اینگل سے دیکھ رہے ہو،</w:t>
      </w:r>
    </w:p>
    <w:p>
      <w:r>
        <w:rPr>
          <w:b/>
        </w:rPr>
        <w:t xml:space="preserve">[23:25] </w:t>
      </w:r>
      <w:r>
        <w:t>tum zaat e khuda ke angle se dekh rahe ho. nahi,</w:t>
      </w:r>
    </w:p>
    <w:p>
      <w:pPr>
        <w:jc w:val="right"/>
      </w:pPr>
      <w:r>
        <w:t>تم ذات خدا کے اینگل سے دیکھ رہے ہو۔ نہیں،</w:t>
      </w:r>
    </w:p>
    <w:p>
      <w:r>
        <w:rPr>
          <w:b/>
        </w:rPr>
        <w:t xml:space="preserve">[23:32] </w:t>
      </w:r>
      <w:r>
        <w:t>tum dekho nature ke angle se, yaani</w:t>
      </w:r>
    </w:p>
    <w:p>
      <w:pPr>
        <w:jc w:val="right"/>
      </w:pPr>
      <w:r>
        <w:t>تم دیکھو نیچر کے اینگل سے، یعنی</w:t>
      </w:r>
    </w:p>
    <w:p>
      <w:r>
        <w:rPr>
          <w:b/>
        </w:rPr>
        <w:t xml:space="preserve">[23:37] </w:t>
      </w:r>
      <w:r>
        <w:t>khuda ki takhleeq ke angle se.</w:t>
      </w:r>
    </w:p>
    <w:p>
      <w:pPr>
        <w:jc w:val="right"/>
      </w:pPr>
      <w:r>
        <w:t>خدا کی تخلیق کے اینگل سے۔</w:t>
      </w:r>
    </w:p>
    <w:p>
      <w:r>
        <w:rPr>
          <w:b/>
        </w:rPr>
        <w:t xml:space="preserve">[23:44] </w:t>
      </w:r>
      <w:r>
        <w:t>yahi hai imaan ka rasta ke hum angle badlein apna.</w:t>
      </w:r>
    </w:p>
    <w:p>
      <w:pPr>
        <w:jc w:val="right"/>
      </w:pPr>
      <w:r>
        <w:t>یہی ہے ایمان کا راستہ کہ ہم اینگل بدلیں اپنا۔</w:t>
      </w:r>
    </w:p>
    <w:p>
      <w:r>
        <w:rPr>
          <w:b/>
        </w:rPr>
        <w:t xml:space="preserve">[23:53] </w:t>
      </w:r>
      <w:r>
        <w:t>soofiya jo hain, un ka woh isi angle se dekhte rahe, zaat Khuda ke angle se. Chunancha aisi bhi, aise bhi soofi paida hue jinhon ne kaha ke "reet Rabbi kashaf bin amrat".</w:t>
      </w:r>
    </w:p>
    <w:p>
      <w:pPr>
        <w:jc w:val="right"/>
      </w:pPr>
      <w:r>
        <w:t>صوفیاء جو ہیں، ان کا وہ اسی اینگل سے دیکھتے رہے، ذات خدا کے اینگل سے۔ چنانچہ ایسی بھی، ایسے بھی صوفی پیدا ہوئے جنہوں نے کہا کہ "ریت ربی کشاب بن امرت"۔</w:t>
      </w:r>
    </w:p>
    <w:p>
      <w:r>
        <w:rPr>
          <w:b/>
        </w:rPr>
        <w:t xml:space="preserve">[24:13] </w:t>
      </w:r>
      <w:r>
        <w:t>reet Rabbi,</w:t>
      </w:r>
    </w:p>
    <w:p>
      <w:pPr>
        <w:jc w:val="right"/>
      </w:pPr>
      <w:r>
        <w:t>ریت ربی،</w:t>
      </w:r>
    </w:p>
    <w:p>
      <w:r>
        <w:rPr>
          <w:b/>
        </w:rPr>
        <w:t xml:space="preserve">[24:18] </w:t>
      </w:r>
      <w:r>
        <w:t>yani ek naujawan ki shakal mein dekha, yeh bilkul jhooti baat hai. Yani Khuda kisi naujawan ki shakal mein dhal ke soofi ke samne aa jayega?</w:t>
      </w:r>
    </w:p>
    <w:p>
      <w:pPr>
        <w:jc w:val="right"/>
      </w:pPr>
      <w:r>
        <w:t>یعنی ایک نوجوان کی شکل میں دیکھا، یہ بالکل جھوٹی بات ہے۔ یعنی خدا کسی نوجوان کی شکل میں ڈھل کے صوفی کے سامنے آ جائے گا؟</w:t>
      </w:r>
    </w:p>
    <w:p>
      <w:r>
        <w:rPr>
          <w:b/>
        </w:rPr>
        <w:t xml:space="preserve">[24:39] </w:t>
      </w:r>
      <w:r>
        <w:t>yeh sab galat baatein thin, isi mein phanse rahe log.</w:t>
      </w:r>
    </w:p>
    <w:p>
      <w:pPr>
        <w:jc w:val="right"/>
      </w:pPr>
      <w:r>
        <w:t>یہ سب غلط باتیں تھیں، اسی میں پھنسے رہے لوگ۔</w:t>
      </w:r>
    </w:p>
    <w:p>
      <w:r>
        <w:rPr>
          <w:b/>
        </w:rPr>
        <w:t xml:space="preserve">[24:46] </w:t>
      </w:r>
      <w:r>
        <w:t>to falasfa bhi is maamle mein nakaam rahe, mutakallimi is maamle mein nakaam rahe, soofi bhi is maamle mein nakaam rahe.</w:t>
      </w:r>
    </w:p>
    <w:p>
      <w:pPr>
        <w:jc w:val="right"/>
      </w:pPr>
      <w:r>
        <w:t>تو فلاسفہ بھی اس معاملے میں ناکام رہے، متکلمی اس معاملے میں ناکام رہے، صوفی بھی اس معاملے میں ناکام رہے۔</w:t>
      </w:r>
    </w:p>
    <w:p>
      <w:r>
        <w:rPr>
          <w:b/>
        </w:rPr>
        <w:t xml:space="preserve">[25:00] </w:t>
      </w:r>
      <w:r>
        <w:t>ek secular insan ne darwaza khola, jaisa ke Bukhari mein bataya gaya tha: "In Allah layud din bir rajulil fujur".</w:t>
      </w:r>
    </w:p>
    <w:p>
      <w:pPr>
        <w:jc w:val="right"/>
      </w:pPr>
      <w:r>
        <w:t>ایک سیکولر انسان نے دروازہ کھولا، جیسا کہ بخاری میں بتایا گیا تھا: "إن الله لييذ الدين بالرجل الفاجر"۔</w:t>
      </w:r>
    </w:p>
    <w:p>
      <w:r>
        <w:rPr>
          <w:b/>
        </w:rPr>
        <w:t xml:space="preserve">[25:15] </w:t>
      </w:r>
      <w:r>
        <w:t>woh rajul fujur ya woh secular insan sahi angle se ka door kholega ke yeh hai angle, yeh is tarah dekho.</w:t>
      </w:r>
    </w:p>
    <w:p>
      <w:pPr>
        <w:jc w:val="right"/>
      </w:pPr>
      <w:r>
        <w:t>وہ رجل فاجر یا وہ سیکولر انسان صحیح اینگل سے کا ڈور کھولے گا کہ یہ ہے اینگل، یہ اس طرح دیکھو۔</w:t>
      </w:r>
    </w:p>
    <w:p>
      <w:r>
        <w:rPr>
          <w:b/>
        </w:rPr>
        <w:t xml:space="preserve">[25:32] </w:t>
      </w:r>
      <w:r>
        <w:t>ab jo insan science ne, jo uska Quran mein ishara hai, is mein maujood hai:</w:t>
      </w:r>
    </w:p>
    <w:p>
      <w:pPr>
        <w:jc w:val="right"/>
      </w:pPr>
      <w:r>
        <w:t>اب جو انسان سائنس نے، جو اس کا قرآن میں اشارہ ہے، اس میں موجود ہے:</w:t>
      </w:r>
    </w:p>
    <w:p>
      <w:r>
        <w:rPr>
          <w:b/>
        </w:rPr>
        <w:t xml:space="preserve">[25:45] </w:t>
      </w:r>
      <w:r>
        <w:t>"Ayat fata'arufun".</w:t>
      </w:r>
    </w:p>
    <w:p>
      <w:pPr>
        <w:jc w:val="right"/>
      </w:pPr>
      <w:r>
        <w:t>"آیات فتعرفون"۔</w:t>
      </w:r>
    </w:p>
    <w:p>
      <w:r>
        <w:rPr>
          <w:b/>
        </w:rPr>
        <w:t xml:space="preserve">[25:53] </w:t>
      </w:r>
      <w:r>
        <w:t>to Ayatullah se tum Allah ko</w:t>
      </w:r>
    </w:p>
    <w:p>
      <w:pPr>
        <w:jc w:val="right"/>
      </w:pPr>
      <w:r>
        <w:t>تو آیت اللہ سے تم اللہ کو</w:t>
      </w:r>
    </w:p>
    <w:p>
      <w:r>
        <w:rPr>
          <w:b/>
        </w:rPr>
        <w:t xml:space="preserve">[25:59] </w:t>
      </w:r>
      <w:r>
        <w:t>ki marifat hasil karoge. Allah ki marifat Ayatullah ke ilm se hoti hai, direct Allah ko dekh kar nahi hoti hai.</w:t>
      </w:r>
    </w:p>
    <w:p>
      <w:pPr>
        <w:jc w:val="right"/>
      </w:pPr>
      <w:r>
        <w:t>کی معرفت حاصل کرو گے۔ اللہ کی معرفت آیت اللہ کے علم سے ہوتی ہے، ڈائریکٹ اللہ کو دیکھ کر نہیں ہوتی ہے۔</w:t>
      </w:r>
    </w:p>
    <w:p>
      <w:r>
        <w:rPr>
          <w:b/>
        </w:rPr>
        <w:t xml:space="preserve">[26:15] </w:t>
      </w:r>
      <w:r>
        <w:t>"Ayat fata'arufun". To yeh jo hai ke dikhayega Allah future mein, to woh is se murad yahi hai: science to hai ke science ke zariye Allah tum ko nishaniyan dikhayega,</w:t>
      </w:r>
    </w:p>
    <w:p>
      <w:pPr>
        <w:jc w:val="right"/>
      </w:pPr>
      <w:r>
        <w:t>"آیات فتعرفون"۔ تو یہ جو ہے کہ دکھائے گا اللہ فیوچر میں، تو وہ اس سے مراد یہی ہے: سائنس تو ہے کہ سائنس کے ذریعے اللہ تم کو نشانیاں دکھائے گا،</w:t>
      </w:r>
    </w:p>
    <w:p>
      <w:r>
        <w:rPr>
          <w:b/>
        </w:rPr>
        <w:t xml:space="preserve">[26:37] </w:t>
      </w:r>
      <w:r>
        <w:t>creation ki nishaniyan, to tum Allah ko pehchan loge.</w:t>
      </w:r>
    </w:p>
    <w:p>
      <w:pPr>
        <w:jc w:val="right"/>
      </w:pPr>
      <w:r>
        <w:t>کریشن کی نشانیاں، تو تم اللہ کو پہچان لو گے۔</w:t>
      </w:r>
    </w:p>
    <w:p>
      <w:r>
        <w:rPr>
          <w:b/>
        </w:rPr>
        <w:t xml:space="preserve">[26:44] </w:t>
      </w:r>
      <w:r>
        <w:t>kaisi ajeeb baat hai yeh,</w:t>
      </w:r>
    </w:p>
    <w:p>
      <w:pPr>
        <w:jc w:val="right"/>
      </w:pPr>
      <w:r>
        <w:t>کیسی عجیب بات ہے یہ،</w:t>
      </w:r>
    </w:p>
    <w:p>
      <w:r>
        <w:rPr>
          <w:b/>
        </w:rPr>
        <w:t xml:space="preserve">[26:48] </w:t>
      </w:r>
      <w:r>
        <w:t>jo Quran mein bhi hai, hadith mein bhi hai.</w:t>
      </w:r>
    </w:p>
    <w:p>
      <w:pPr>
        <w:jc w:val="right"/>
      </w:pPr>
      <w:r>
        <w:t>جو قرآن میں بھی ہے، حدیث میں بھی ہے۔</w:t>
      </w:r>
    </w:p>
    <w:p>
      <w:r>
        <w:rPr>
          <w:b/>
        </w:rPr>
        <w:t xml:space="preserve">[27:05] </w:t>
      </w:r>
      <w:r>
        <w:t>ab mujhe woh kitab yaad aati hai jo bahut pehle maine padhi thi: "The Law of the World We Live In".</w:t>
      </w:r>
    </w:p>
    <w:p>
      <w:pPr>
        <w:jc w:val="right"/>
      </w:pPr>
      <w:r>
        <w:t>اب مجھے وہ کتاب یاد آتی ہے جو بہت پہلے میں نے پڑھی تھی: "دا لو دا ورلڈ وی لیو ان"۔</w:t>
      </w:r>
    </w:p>
    <w:p>
      <w:r>
        <w:rPr>
          <w:b/>
        </w:rPr>
        <w:t xml:space="preserve">[27:17] </w:t>
      </w:r>
      <w:r>
        <w:t>"The World We Live In" woh badi size ki kitab thi.</w:t>
      </w:r>
    </w:p>
    <w:p>
      <w:pPr>
        <w:jc w:val="right"/>
      </w:pPr>
      <w:r>
        <w:t>"دا ورلڈ وی لیو ان" وہ بڑی سائز کی کتاب تھی۔</w:t>
      </w:r>
    </w:p>
    <w:p>
      <w:r>
        <w:rPr>
          <w:b/>
        </w:rPr>
        <w:t xml:space="preserve">[27:27] </w:t>
      </w:r>
      <w:r>
        <w:t>to is mein do galaxies ek doosre ke andar ta'aqub kar ke nikal jati hain, aur un mein takrao nahi.</w:t>
      </w:r>
    </w:p>
    <w:p>
      <w:pPr>
        <w:jc w:val="right"/>
      </w:pPr>
      <w:r>
        <w:t>تو اس میں دو گلیکسیز ایک دوسرے کے اندر تعاقب کر کے نکل جاتی ہیں، اور ان میں ٹکراؤ نہیں۔</w:t>
      </w:r>
    </w:p>
    <w:p>
      <w:r>
        <w:rPr>
          <w:b/>
        </w:rPr>
        <w:t xml:space="preserve">[27:41] </w:t>
      </w:r>
      <w:r>
        <w:t>itna accurate un ka management hai ke koi takrao pesh nahi aata.</w:t>
      </w:r>
    </w:p>
    <w:p>
      <w:pPr>
        <w:jc w:val="right"/>
      </w:pPr>
      <w:r>
        <w:t>اتنا ایکوریٹ ان کا مینجمنٹ ہے کہ کوئی ٹکراؤ پیش نہیں آتا۔</w:t>
      </w:r>
    </w:p>
    <w:p>
      <w:r>
        <w:rPr>
          <w:b/>
        </w:rPr>
        <w:t xml:space="preserve">[27:54] </w:t>
      </w:r>
      <w:r>
        <w:t>to insan ne yeh daryaft kiya ke jis duniya mein hum rehte hain, yeh jo duniya mein hum rehte hain, yeh universe, yeh well designed hai,</w:t>
      </w:r>
    </w:p>
    <w:p>
      <w:pPr>
        <w:jc w:val="right"/>
      </w:pPr>
      <w:r>
        <w:t>تو انسان نے یہ دریافت کیا کہ جس دنیا میں ہم رہتے ہیں، یہ جو دنیا میں ہم رہتے ہیں، یہ یونیورس، یہ ویل ڈیزائنڈ ہے،</w:t>
      </w:r>
    </w:p>
    <w:p>
      <w:r>
        <w:rPr>
          <w:b/>
        </w:rPr>
        <w:t xml:space="preserve">[28:09] </w:t>
      </w:r>
      <w:r>
        <w:t>well planned hai,</w:t>
      </w:r>
    </w:p>
    <w:p>
      <w:pPr>
        <w:jc w:val="right"/>
      </w:pPr>
      <w:r>
        <w:t>ویل پلانڈ ہے،</w:t>
      </w:r>
    </w:p>
    <w:p>
      <w:r>
        <w:rPr>
          <w:b/>
        </w:rPr>
        <w:t xml:space="preserve">[28:13] </w:t>
      </w:r>
      <w:r>
        <w:t>well organized hai, is ke andar zero defect management hai, to aisa kaise hai?</w:t>
      </w:r>
    </w:p>
    <w:p>
      <w:pPr>
        <w:jc w:val="right"/>
      </w:pPr>
      <w:r>
        <w:t>ویل آرگنائزڈ ہے، اس کے اندر زیرو ڈیفیکٹ مینجمنٹ ہے، تو ایسا کیسے ہے؟</w:t>
      </w:r>
    </w:p>
    <w:p>
      <w:r>
        <w:rPr>
          <w:b/>
        </w:rPr>
        <w:t xml:space="preserve">[28:26] </w:t>
      </w:r>
      <w:r>
        <w:t>yeh more than impossible hai, yeh baat. Yeh baat more than impossible hai ke apne aap hi ho jaye.</w:t>
      </w:r>
    </w:p>
    <w:p>
      <w:pPr>
        <w:jc w:val="right"/>
      </w:pPr>
      <w:r>
        <w:t>یہ مور دین امپاسیبل ہے، یہ بات۔ یہ بات مور دین امپاسیبل ہے کہ اپنے آپ ہی ہو جائے۔</w:t>
      </w:r>
    </w:p>
    <w:p>
      <w:r>
        <w:rPr>
          <w:b/>
        </w:rPr>
        <w:t xml:space="preserve">[28:36] </w:t>
      </w:r>
      <w:r>
        <w:t>itni badi baat,</w:t>
      </w:r>
    </w:p>
    <w:p>
      <w:pPr>
        <w:jc w:val="right"/>
      </w:pPr>
      <w:r>
        <w:t>اتنی بڑی بات،</w:t>
      </w:r>
    </w:p>
    <w:p>
      <w:r>
        <w:rPr>
          <w:b/>
        </w:rPr>
        <w:t xml:space="preserve">[28:40] </w:t>
      </w:r>
      <w:r>
        <w:t>yeh to koi karne wala kar raha hai, koi manage karne wala manage kar raha hai.</w:t>
      </w:r>
    </w:p>
    <w:p>
      <w:pPr>
        <w:jc w:val="right"/>
      </w:pPr>
      <w:r>
        <w:t>یہ تو کوئی کرنے والا کر رہا ہے، کوئی مینج کرنے والا مینج کر رہا ہے۔</w:t>
      </w:r>
    </w:p>
    <w:p>
      <w:r>
        <w:rPr>
          <w:b/>
        </w:rPr>
        <w:t xml:space="preserve">[28:51] </w:t>
      </w:r>
      <w:r>
        <w:t>to insan khuda ko direct nahi dekh saka, dekh sakta na dekha, lekin us ki takhleeq ke through bilashuba woh dekhta hai.</w:t>
      </w:r>
    </w:p>
    <w:p>
      <w:pPr>
        <w:jc w:val="right"/>
      </w:pPr>
      <w:r>
        <w:t>تو انسان خدا کو ڈائریکٹ نہیں دیکھ سکا، دیکھ سکتا نہ دیکھا، لیکن اس کی تخلیق کے تھرو بلاشبہ وہ دیکھتا ہے۔</w:t>
      </w:r>
    </w:p>
    <w:p>
      <w:r>
        <w:rPr>
          <w:b/>
        </w:rPr>
        <w:t xml:space="preserve">[29:07] </w:t>
      </w:r>
      <w:r>
        <w:t>jab mein sochta hoon woh ke do galaxy aise ek doosre ke darmiyan se guzar rahi hain, to sach mein aisa lagta hai ke mein mein dekh raha hoon.</w:t>
      </w:r>
    </w:p>
    <w:p>
      <w:pPr>
        <w:jc w:val="right"/>
      </w:pPr>
      <w:r>
        <w:t>جب میں سوچتا ہوں وہ کہ دو گلیکسی ایسے ایک دوسرے کے درمیان سے گزر رہی ہیں، تو سچ میں ایسا لگتا ہے کہ میں میں دیکھ رہا ہوں۔</w:t>
      </w:r>
    </w:p>
    <w:p>
      <w:r>
        <w:rPr>
          <w:b/>
        </w:rPr>
        <w:t xml:space="preserve">[29:23] </w:t>
      </w:r>
      <w:r>
        <w:t>to sach mein dekhne jaisa tajurba hone lagta hai,</w:t>
      </w:r>
    </w:p>
    <w:p>
      <w:pPr>
        <w:jc w:val="right"/>
      </w:pPr>
      <w:r>
        <w:t>تو سچ میں دیکھنے جیسا تجربہ ہونے لگتا ہے،</w:t>
      </w:r>
    </w:p>
    <w:p>
      <w:r>
        <w:rPr>
          <w:b/>
        </w:rPr>
        <w:t xml:space="preserve">[29:31] </w:t>
      </w:r>
      <w:r>
        <w:t>aur is tarah ki beshumar daryaften jo science ke zariye hui hain, hum ko beshumar cheezein.</w:t>
      </w:r>
    </w:p>
    <w:p>
      <w:pPr>
        <w:jc w:val="right"/>
      </w:pPr>
      <w:r>
        <w:t>اور اس طرح کی بے شمار دریافتیں جو سائنس کے ذریعے ہوئی ہیں، ہم کو بے شمار چیزیں۔</w:t>
      </w:r>
    </w:p>
    <w:p>
      <w:r>
        <w:rPr>
          <w:b/>
        </w:rPr>
        <w:t xml:space="preserve">[29:46] </w:t>
      </w:r>
      <w:r>
        <w:t>ek cheez ko to mein rozana intentionally dekhta hoon, intentionally.</w:t>
      </w:r>
    </w:p>
    <w:p>
      <w:pPr>
        <w:jc w:val="right"/>
      </w:pPr>
      <w:r>
        <w:t>ایک چیز کو تو میں روزانہ انٹینشنلی دیکھتا ہوں، انٹینشنلی۔</w:t>
      </w:r>
    </w:p>
    <w:p>
      <w:r>
        <w:rPr>
          <w:b/>
        </w:rPr>
        <w:t xml:space="preserve">[29:58] </w:t>
      </w:r>
      <w:r>
        <w:t>yani din mein mein pata karta hoon ke aaj suraj kitne bare, yani sun rise kitne baje hoga.</w:t>
      </w:r>
    </w:p>
    <w:p>
      <w:pPr>
        <w:jc w:val="right"/>
      </w:pPr>
      <w:r>
        <w:t>یعنی دن میں میں پتہ کرتا ہوں کہ آج سورج کتنے بڑے، یعنی سن رائز کتنے بجے ہوگا۔</w:t>
      </w:r>
    </w:p>
    <w:p>
      <w:r>
        <w:rPr>
          <w:b/>
        </w:rPr>
        <w:t xml:space="preserve">[30:10] </w:t>
      </w:r>
      <w:r>
        <w:t>aaj sun rise kitne baje hoga. aur phir subah ko mein baithta hoon, savere uth kar ke bar bar, to mein dekhta hoon ke suraj nikal raha hai.</w:t>
      </w:r>
    </w:p>
    <w:p>
      <w:pPr>
        <w:jc w:val="right"/>
      </w:pPr>
      <w:r>
        <w:t>آج سن رائز کتنے بجے ہوگا۔ اور پھر صبح کو میں بیٹھتا ہوں، سویرے اٹھ کر کے بار بار، تو میں دیکھتا ہوں کہ سورج نکل رہا ہے۔</w:t>
      </w:r>
    </w:p>
    <w:p>
      <w:r>
        <w:rPr>
          <w:b/>
        </w:rPr>
        <w:t xml:space="preserve">[30:22] </w:t>
      </w:r>
      <w:r>
        <w:t>jo kal dooba tha, woh aaj nikal raha hai, theek waqt par, almarg ke mutabiq jo waqt hai, us ka usi waqt nikal raha hai, second ka farq nahi.</w:t>
      </w:r>
    </w:p>
    <w:p>
      <w:pPr>
        <w:jc w:val="right"/>
      </w:pPr>
      <w:r>
        <w:t>جو کل ڈوبا تھا، وہ آج نکل رہا ہے، ٹھیک وقت پر، المرگ کے مطابق جو وقت ہے، اس کا اسی وقت نکل رہا ہے، سیکنڈ کا فرق نہیں۔</w:t>
      </w:r>
    </w:p>
    <w:p>
      <w:r>
        <w:rPr>
          <w:b/>
        </w:rPr>
        <w:t xml:space="preserve">[30:39] </w:t>
      </w:r>
      <w:r>
        <w:t>yeh hai zero defect management. to zero defect management ko aap hum apni aankhon se dekhte hain, micro world mein bhi, micro world mein bhi.</w:t>
      </w:r>
    </w:p>
    <w:p>
      <w:pPr>
        <w:jc w:val="right"/>
      </w:pPr>
      <w:r>
        <w:t>یہ ہے زیرو ڈیفیکٹ مینجمنٹ۔ تو زیرو ڈیفیکٹ مینجمنٹ کو آپ ہم اپنی آنکھوں سے دیکھتے ہیں، مائیکرو ورلڈ میں بھی، مائیکرو ورلڈ میں بھی۔</w:t>
      </w:r>
    </w:p>
    <w:p>
      <w:r>
        <w:rPr>
          <w:b/>
        </w:rPr>
        <w:t xml:space="preserve">[30:55] </w:t>
      </w:r>
      <w:r>
        <w:t>to zero defect management kaise?</w:t>
      </w:r>
    </w:p>
    <w:p>
      <w:pPr>
        <w:jc w:val="right"/>
      </w:pPr>
      <w:r>
        <w:t>تو زیرو ڈیفیکٹ مینجمنٹ کیسے؟</w:t>
      </w:r>
    </w:p>
    <w:p>
      <w:r>
        <w:rPr>
          <w:b/>
        </w:rPr>
        <w:t xml:space="preserve">[31:03] </w:t>
      </w:r>
      <w:r>
        <w:t>yani more than certainty hai yeh baat ke is ko ek powerful maker, powerful god, powerful creator is ko manage kar raha hai,</w:t>
      </w:r>
    </w:p>
    <w:p>
      <w:pPr>
        <w:jc w:val="right"/>
      </w:pPr>
      <w:r>
        <w:t>یعنی مور دین سرٹینٹی ہے یہ بات کہ اس کو ایک پاور فل میکر، پاور فل گاڈ، پاور فل کریٹر اس کو مینج کر رہا ہے،</w:t>
      </w:r>
    </w:p>
    <w:p>
      <w:r>
        <w:rPr>
          <w:b/>
        </w:rPr>
        <w:t xml:space="preserve">[31:18] </w:t>
      </w:r>
      <w:r>
        <w:t>more than certainty.</w:t>
      </w:r>
    </w:p>
    <w:p>
      <w:pPr>
        <w:jc w:val="right"/>
      </w:pPr>
      <w:r>
        <w:t>مور دین سرٹینٹی۔</w:t>
      </w:r>
    </w:p>
    <w:p>
      <w:r>
        <w:rPr>
          <w:b/>
        </w:rPr>
        <w:t xml:space="preserve">[31:27] </w:t>
      </w:r>
      <w:r>
        <w:t>to itni bari haqeeqat jis ko quran mein bata diya gaya tha, phir bhi logon ne is ko jaana nahi.</w:t>
      </w:r>
    </w:p>
    <w:p>
      <w:pPr>
        <w:jc w:val="right"/>
      </w:pPr>
      <w:r>
        <w:t>تو اتنی بڑی حقیقت جس کو قرآن میں بتا دیا گیا تھا، پھر بھی لوگوں نے اس کو جانا نہیں۔</w:t>
      </w:r>
    </w:p>
    <w:p>
      <w:r>
        <w:rPr>
          <w:b/>
        </w:rPr>
        <w:t xml:space="preserve">[31:37] </w:t>
      </w:r>
      <w:r>
        <w:t>log bhatakte rahe, philosophers, mutakallimeen aur sufia woh zaat e khawandandi ko dekhne ki koshish karte rahe.</w:t>
      </w:r>
    </w:p>
    <w:p>
      <w:pPr>
        <w:jc w:val="right"/>
      </w:pPr>
      <w:r>
        <w:t>لوگ بھٹکتے رہے، فلاسفہ، متکلمین اور صوفیاء وہ ذات خداوندی کو دیکھنے کی کوشش کرتے رہے۔</w:t>
      </w:r>
    </w:p>
    <w:p>
      <w:r>
        <w:rPr>
          <w:b/>
        </w:rPr>
        <w:t xml:space="preserve">[31:56] </w:t>
      </w:r>
      <w:r>
        <w:t>un ko dekhna tha takhleeqat e khawandandi mein, un ko dekhna tha takhleeqat e khawandandi mein.</w:t>
      </w:r>
    </w:p>
    <w:p>
      <w:pPr>
        <w:jc w:val="right"/>
      </w:pPr>
      <w:r>
        <w:t>ان کو دیکھنا تھا تخلیقات خداوندی میں، ان کو دیکھنا تھا تخلیقات خداوندی میں۔</w:t>
      </w:r>
    </w:p>
    <w:p>
      <w:r>
        <w:rPr>
          <w:b/>
        </w:rPr>
        <w:t xml:space="preserve">[32:14] </w:t>
      </w:r>
      <w:r>
        <w:t>yani yeh sochte to bilkul thrill paida hota hai, thrill</w:t>
      </w:r>
    </w:p>
    <w:p>
      <w:pPr>
        <w:jc w:val="right"/>
      </w:pPr>
      <w:r>
        <w:t>یعنی یہ سوچتے تو بالکل تھرل پیدا ہوتا ہے، تھرل</w:t>
      </w:r>
    </w:p>
    <w:p>
      <w:r>
        <w:rPr>
          <w:b/>
        </w:rPr>
        <w:t xml:space="preserve">[32:19] </w:t>
      </w:r>
      <w:r>
        <w:t>aap kaanp uthte hain,</w:t>
      </w:r>
    </w:p>
    <w:p>
      <w:pPr>
        <w:jc w:val="right"/>
      </w:pPr>
      <w:r>
        <w:t>۔ آپ کانپ اٹھتے ہیں،</w:t>
      </w:r>
    </w:p>
    <w:p>
      <w:r>
        <w:rPr>
          <w:b/>
        </w:rPr>
        <w:t xml:space="preserve">[32:25] </w:t>
      </w:r>
      <w:r>
        <w:t>aap kaanp uthte hain. aur ek ajeeb baat hai ke mein paidaishi tor par</w:t>
      </w:r>
    </w:p>
    <w:p>
      <w:pPr>
        <w:jc w:val="right"/>
      </w:pPr>
      <w:r>
        <w:t>آپ کانپ اٹھتے ہیں۔ اور ایک عجیب بات ہے کہ میں پیدائشی طور پر</w:t>
      </w:r>
    </w:p>
    <w:p>
      <w:r>
        <w:rPr>
          <w:b/>
        </w:rPr>
        <w:t xml:space="preserve">[32:37] </w:t>
      </w:r>
      <w:r>
        <w:t>ya is liye yeh baat mere andar introven thi. jab mein kuch nahi jaanta tha, na science, na kuch.</w:t>
      </w:r>
    </w:p>
    <w:p>
      <w:pPr>
        <w:jc w:val="right"/>
      </w:pPr>
      <w:r>
        <w:t>یا اس لیے یہ بات میرے اندر انٹروون تھی۔ جب میں کچھ نہیں جانتا تھا، نہ سائنس، نہ کچھ۔</w:t>
      </w:r>
    </w:p>
    <w:p>
      <w:r>
        <w:rPr>
          <w:b/>
        </w:rPr>
        <w:t xml:space="preserve">[32:50] </w:t>
      </w:r>
      <w:r>
        <w:t>jab chota tha mein to mein UP ke ek gaon mein rehta tha, ek bohat hi remote village mein.</w:t>
      </w:r>
    </w:p>
    <w:p>
      <w:pPr>
        <w:jc w:val="right"/>
      </w:pPr>
      <w:r>
        <w:t>جب چھوٹا تھا میں تو میں یو پی کے ایک گاؤں میں رہتا تھا، ایک بہت ہی ریموٹ ولیج میں۔</w:t>
      </w:r>
    </w:p>
    <w:p>
      <w:r>
        <w:rPr>
          <w:b/>
        </w:rPr>
        <w:t xml:space="preserve">[33:02] </w:t>
      </w:r>
      <w:r>
        <w:t>remote,</w:t>
      </w:r>
    </w:p>
    <w:p>
      <w:pPr>
        <w:jc w:val="right"/>
      </w:pPr>
      <w:r>
        <w:t>ریموٹ،</w:t>
      </w:r>
    </w:p>
    <w:p>
      <w:r>
        <w:rPr>
          <w:b/>
        </w:rPr>
        <w:t xml:space="preserve">[33:06] </w:t>
      </w:r>
      <w:r>
        <w:t>wahan kuch nahi tha, na road thi, na na telephone tha, na communication tha, na bijli thi.</w:t>
      </w:r>
    </w:p>
    <w:p>
      <w:pPr>
        <w:jc w:val="right"/>
      </w:pPr>
      <w:r>
        <w:t>وہاں کچھ نہیں تھا، نہ روڈ تھی، نہ نہ ٹیلی فون تھا، نہ کمیونیکیشن تھا، نہ بجلی تھی۔</w:t>
      </w:r>
    </w:p>
    <w:p>
      <w:r>
        <w:rPr>
          <w:b/>
        </w:rPr>
        <w:t xml:space="preserve">[33:17] </w:t>
      </w:r>
      <w:r>
        <w:t>albatta ek chota sa pul tha, ek chota sa pul</w:t>
      </w:r>
    </w:p>
    <w:p>
      <w:pPr>
        <w:jc w:val="right"/>
      </w:pPr>
      <w:r>
        <w:t>البتہ ایک چھوٹا سا پل تھا، ایک چھوٹا سا پل</w:t>
      </w:r>
    </w:p>
    <w:p>
      <w:r>
        <w:rPr>
          <w:b/>
        </w:rPr>
        <w:t xml:space="preserve">[33:24] </w:t>
      </w:r>
      <w:r>
        <w:t>jo 1936 mein bana tha, 36 mein. is ki bhi ek kahani hai.</w:t>
      </w:r>
    </w:p>
    <w:p>
      <w:pPr>
        <w:jc w:val="right"/>
      </w:pPr>
      <w:r>
        <w:t>جو 1936 میں بنا تھا، 36 میں۔ اس کی بھی ایک کہانی ہے۔</w:t>
      </w:r>
    </w:p>
    <w:p>
      <w:r>
        <w:rPr>
          <w:b/>
        </w:rPr>
        <w:t xml:space="preserve">[33:38] </w:t>
      </w:r>
      <w:r>
        <w:t>to mein bator mizaj ke, yeh mera mizaj tha ke rozana mein subah sawere wahan jata tha aur pul pakar jata tha, chota sa pul pakar aur dekhta tha ke kaise suraj nikal raha hai.</w:t>
      </w:r>
    </w:p>
    <w:p>
      <w:pPr>
        <w:jc w:val="right"/>
      </w:pPr>
      <w:r>
        <w:t>تو میں بطور مزاج کے، یہ میرا مزاج تھا کہ روزانہ میں صبح سویرے وہاں جاتا تھا اور پل پکڑ جاتا تھا، چھوٹا سا پل پکڑ اور دیکھتا تھا کہ کیسے سورج نکل رہا ہے۔</w:t>
      </w:r>
    </w:p>
    <w:p>
      <w:r>
        <w:rPr>
          <w:b/>
        </w:rPr>
        <w:t xml:space="preserve">[33:56] </w:t>
      </w:r>
      <w:r>
        <w:t>phir sham ko jata tha, phir dekhta tha kaise suraj suraj doob raha hai. theek waqt par nikalna, aur aap ko tajurba hoga is manzar ko dekhne ke liye mein kya karta tha.</w:t>
      </w:r>
    </w:p>
    <w:p>
      <w:pPr>
        <w:jc w:val="right"/>
      </w:pPr>
      <w:r>
        <w:t>پھر شام کو جاتا تھا، پھر دیکھتا تھا کیسے سورج سورج ڈوب رہا ہے۔ ٹھیک وقت پر نکلنا، اور آپ کو تجربہ ہوگا اس منظر کو دیکھنے کے لیے میں کیا کرتا تھا۔</w:t>
      </w:r>
    </w:p>
    <w:p>
      <w:r>
        <w:rPr>
          <w:b/>
        </w:rPr>
        <w:t xml:space="preserve">[34:15] </w:t>
      </w:r>
      <w:r>
        <w:t>jab mein adub mein tha, shahar mein, yeh to gaon ki baat hai. jab se mein shahar mein tha to daily sham ko mujhe aata tha post office.</w:t>
      </w:r>
    </w:p>
    <w:p>
      <w:pPr>
        <w:jc w:val="right"/>
      </w:pPr>
      <w:r>
        <w:t>جب میں ادوب میں تھا، شہر میں، یہ تو گاؤں کی بات ہے۔ جب سے میں شہر میں تھا تو ڈیلی شام کو مجھے آتا تھا پوسٹ آفس۔</w:t>
      </w:r>
    </w:p>
    <w:p>
      <w:r>
        <w:rPr>
          <w:b/>
        </w:rPr>
        <w:t xml:space="preserve">[34:28] </w:t>
      </w:r>
      <w:r>
        <w:t>is zamane mein ek system tha, telegraph par aata tha time, ghaliban chah baje.</w:t>
      </w:r>
    </w:p>
    <w:p>
      <w:pPr>
        <w:jc w:val="right"/>
      </w:pPr>
      <w:r>
        <w:t>اس زمانے میں ایک سسٹم تھا، ٹیلی گراف پر آتا تھا ٹائم، غالباً چھ بجے۔</w:t>
      </w:r>
    </w:p>
    <w:p>
      <w:r>
        <w:rPr>
          <w:b/>
        </w:rPr>
        <w:t xml:space="preserve">[34:38] </w:t>
      </w:r>
      <w:r>
        <w:t>jaise hi chah bajta tha, tik tik tik awaz aati thi ke chah baj gaya. is se ja kar mein apni ghari mein milata tha, shahar mein jab mein tha, adub mein.</w:t>
      </w:r>
    </w:p>
    <w:p>
      <w:pPr>
        <w:jc w:val="right"/>
      </w:pPr>
      <w:r>
        <w:t>جیسے ہی چھ بجتا تھا، ٹک ٹک ٹک آواز آتی تھی کہ چھ بج گیا۔ اس سے جا کر میں اپنی گھڑی میں ملاتا تھا، شہر میں جب میں تھا، ادوب میں۔</w:t>
      </w:r>
    </w:p>
    <w:p>
      <w:r>
        <w:rPr>
          <w:b/>
        </w:rPr>
        <w:t xml:space="preserve">[34:54] </w:t>
      </w:r>
      <w:r>
        <w:t>to yeh sab mein is waqt mere andar shaoor nahi tha, yeh sab baatein mujhe pata nahi thi. lekin pata nahi kyun mere andar yeh sab shauq tha bachpan se.</w:t>
      </w:r>
    </w:p>
    <w:p>
      <w:pPr>
        <w:jc w:val="right"/>
      </w:pPr>
      <w:r>
        <w:t>تو یہ سب میں اس وقت میرے اندر شعور نہیں تھا، یہ سب باتیں مجھے پتہ نہیں تھیں۔ لیکن پتہ نہیں کیوں میرے اندر یہ سب شوق تھا بچپن سے۔</w:t>
      </w:r>
    </w:p>
    <w:p>
      <w:r>
        <w:rPr>
          <w:b/>
        </w:rPr>
        <w:t xml:space="preserve">[35:09] </w:t>
      </w:r>
      <w:r>
        <w:t>woh woh kitab ya woh sab literature to mujhe baad ko mila, lekin yeh shaoor mere andar introon tha.</w:t>
      </w:r>
    </w:p>
    <w:p>
      <w:pPr>
        <w:jc w:val="right"/>
      </w:pPr>
      <w:r>
        <w:t>وہ وہ کتاب یا وہ سب لٹریچر تو مجھے بعد کو ملا، لیکن یہ شعور میرے اندر انٹروون تھا۔</w:t>
      </w:r>
    </w:p>
    <w:p>
      <w:r>
        <w:rPr>
          <w:b/>
        </w:rPr>
        <w:t xml:space="preserve">[35:23] </w:t>
      </w:r>
      <w:r>
        <w:t>to in in tajurbaat ne mujhe bilkul aisa kar diya mera haal ke jaise ke mein Allah rab ul alameen ko dekh raha hoon, karne ka tarah.</w:t>
      </w:r>
    </w:p>
    <w:p>
      <w:pPr>
        <w:jc w:val="right"/>
      </w:pPr>
      <w:r>
        <w:t>تو ان ان تجربات نے مجھے بالکل ایسا کر دیا میرا حال کہ جیسے کہ میں اللہ رب العالمین کو دیکھ رہا ہوں، کرنے کا طرح۔</w:t>
      </w:r>
    </w:p>
    <w:p>
      <w:r>
        <w:rPr>
          <w:b/>
        </w:rPr>
        <w:t xml:space="preserve">[35:40] </w:t>
      </w:r>
      <w:r>
        <w:t>bilkul mera mizaj woh ban gaya, karne ka tarah ke mein dekh raha hoon.</w:t>
      </w:r>
    </w:p>
    <w:p>
      <w:pPr>
        <w:jc w:val="right"/>
      </w:pPr>
      <w:r>
        <w:t>بالکل میرا مزاج وہ بن گیا، کرنے کا طرح کہ میں دیکھ رہا ہوں۔</w:t>
      </w:r>
    </w:p>
    <w:p>
      <w:r>
        <w:rPr>
          <w:b/>
        </w:rPr>
        <w:t xml:space="preserve">[35:55] </w:t>
      </w:r>
      <w:r>
        <w:t>to baharhal mein yeh kahunga ke jo log abhi bhi philosophy mein Khuda ko dhoondh rahe hain ya ilm kalam mein Khuda ko dhoondh rahe hain,</w:t>
      </w:r>
    </w:p>
    <w:p>
      <w:pPr>
        <w:jc w:val="right"/>
      </w:pPr>
      <w:r>
        <w:t>تو بہرحال میں یہ کہوں گا کہ جو لوگ ابھی بھی فلاسفی میں خدا کو ڈھونڈ رہے ہیں یا علم کلام میں خدا کو ڈھونڈ رہے ہیں،</w:t>
      </w:r>
    </w:p>
    <w:p>
      <w:r>
        <w:rPr>
          <w:b/>
        </w:rPr>
        <w:t xml:space="preserve">[36:10] </w:t>
      </w:r>
      <w:r>
        <w:t>unhein is ko chhodna chahiye. aur ayat Allah mein, yani takhleeq Khuda wandi mein, Khuda ko dhoondhein.</w:t>
      </w:r>
    </w:p>
    <w:p>
      <w:pPr>
        <w:jc w:val="right"/>
      </w:pPr>
      <w:r>
        <w:t>انہیں اس کو چھوڑنا چاہیے۔ اور آیات اللہ میں، یعنی تخلیق خداوندی میں، خدا کو ڈھونڈیں۔</w:t>
      </w:r>
    </w:p>
    <w:p>
      <w:r>
        <w:rPr>
          <w:b/>
        </w:rPr>
        <w:t xml:space="preserve">[36:22] </w:t>
      </w:r>
      <w:r>
        <w:t>ayat Allah kya hai?</w:t>
      </w:r>
    </w:p>
    <w:p>
      <w:pPr>
        <w:jc w:val="right"/>
      </w:pPr>
      <w:r>
        <w:t>آیات اللہ کیا ہے؟</w:t>
      </w:r>
    </w:p>
    <w:p>
      <w:r>
        <w:rPr>
          <w:b/>
        </w:rPr>
        <w:t xml:space="preserve">[36:27] </w:t>
      </w:r>
      <w:r>
        <w:t>Allah to creation, nature, takhleeq.</w:t>
      </w:r>
    </w:p>
    <w:p>
      <w:pPr>
        <w:jc w:val="right"/>
      </w:pPr>
      <w:r>
        <w:t>اللہ تو کریشن، نیچر، تخلیق۔</w:t>
      </w:r>
    </w:p>
    <w:p>
      <w:r>
        <w:rPr>
          <w:b/>
        </w:rPr>
        <w:t xml:space="preserve">[36:40] </w:t>
      </w:r>
      <w:r>
        <w:t>agar aap aisa kar saken to aap tab ja kar woh aap ko woh darja milega jo hadith mein aata hai, karne ka tarah.</w:t>
      </w:r>
    </w:p>
    <w:p>
      <w:pPr>
        <w:jc w:val="right"/>
      </w:pPr>
      <w:r>
        <w:t>اگر آپ ایسا کر سکیں تو آپ تب جا کر وہ آپ کو وہ درجہ ملے گا جو حدیث میں آتا ہے، کرنے کا طرح۔</w:t>
      </w:r>
    </w:p>
    <w:p>
      <w:r>
        <w:rPr>
          <w:b/>
        </w:rPr>
        <w:t xml:space="preserve">[36:51] </w:t>
      </w:r>
      <w:r>
        <w:t>yeh karne ka tarah jo hai, is ke liye aap ko apne pure soch ko overhaul karna parega.</w:t>
      </w:r>
    </w:p>
    <w:p>
      <w:pPr>
        <w:jc w:val="right"/>
      </w:pPr>
      <w:r>
        <w:t>یہ کرنے کا طرح جو ہے، اس کے لیے آپ کو اپنے پورے سوچ کو اوور ہال کرنا پڑے گا۔</w:t>
      </w:r>
    </w:p>
    <w:p>
      <w:r>
        <w:rPr>
          <w:b/>
        </w:rPr>
        <w:t xml:space="preserve">[37:04] </w:t>
      </w:r>
      <w:r>
        <w:t>tab aap karne ka tarah ka darja hasil karenge. yeh baat jo maine aap ke samne bayan ki, yani agar mein yeh kahoon ke ghair shaoori daur aur shaoori daur dono ko mila lijiye,</w:t>
      </w:r>
    </w:p>
    <w:p>
      <w:pPr>
        <w:jc w:val="right"/>
      </w:pPr>
      <w:r>
        <w:t>تب آپ کرنے کا طرح کا درجہ حاصل کریں گے۔ یہ بات جو میں نے آپ کے سامنے بیان کی، یعنی اگر میں یہ کہوں کہ غیر شعوری دور اور شعوری دور دونوں کو ملا لیجئے،</w:t>
      </w:r>
    </w:p>
    <w:p>
      <w:r>
        <w:rPr>
          <w:b/>
        </w:rPr>
        <w:t xml:space="preserve">[37:25] </w:t>
      </w:r>
      <w:r>
        <w:t>aadmi ka ek daur woh hota hai jo</w:t>
      </w:r>
    </w:p>
    <w:p>
      <w:pPr>
        <w:jc w:val="right"/>
      </w:pPr>
      <w:r>
        <w:t>آدمی کا ایک دور وہ ہوتا ہے جو</w:t>
      </w:r>
    </w:p>
    <w:p>
      <w:r>
        <w:rPr>
          <w:b/>
        </w:rPr>
        <w:t xml:space="preserve">[37:32] </w:t>
      </w:r>
      <w:r>
        <w:t>ghair shaoori daur hota hai.</w:t>
      </w:r>
    </w:p>
    <w:p>
      <w:pPr>
        <w:jc w:val="right"/>
      </w:pPr>
      <w:r>
        <w:t>غیر شعوری دور ہوتا ہے۔</w:t>
      </w:r>
    </w:p>
    <w:p>
      <w:r>
        <w:rPr>
          <w:b/>
        </w:rPr>
        <w:t xml:space="preserve">[37:37] </w:t>
      </w:r>
      <w:r>
        <w:t>phir jab bada hota hai, mature hota hai, padhta likhta hai, tab uska shaoori daur aata hai. agar dono ko shamil kar liya jaye to mein goya bachpan se, yani paidaish se,</w:t>
      </w:r>
    </w:p>
    <w:p>
      <w:pPr>
        <w:jc w:val="right"/>
      </w:pPr>
      <w:r>
        <w:t>پھر جب بڑا ہوتا ہے، میچور ہوتا ہے، پڑھتا لکھتا ہے، تب اس کا شعوری دور آتا ہے۔ اگر دونوں کو شامل کر لیا جائے تو میں گویا بچپن سے، یعنی پیدائش سے،</w:t>
      </w:r>
    </w:p>
    <w:p>
      <w:r>
        <w:rPr>
          <w:b/>
        </w:rPr>
        <w:t xml:space="preserve">[38:00] </w:t>
      </w:r>
      <w:r>
        <w:t>seekhar hoon, Allah ko dhoondhne wala. bas ek dum hi bachpan se.</w:t>
      </w:r>
    </w:p>
    <w:p>
      <w:pPr>
        <w:jc w:val="right"/>
      </w:pPr>
      <w:r>
        <w:t>سیکھر ہوں، اللہ کو ڈھونڈنے والا۔ بس ایک دم ہی بچپن سے۔</w:t>
      </w:r>
    </w:p>
    <w:p>
      <w:r>
        <w:rPr>
          <w:b/>
        </w:rPr>
        <w:t xml:space="preserve">[38:14] </w:t>
      </w:r>
      <w:r>
        <w:t>yeh ek ajeeb baat mere sath hui hai ke bilkul bachpan se, bilkul chota tha mein, bohat hi zyada chota.</w:t>
      </w:r>
    </w:p>
    <w:p>
      <w:pPr>
        <w:jc w:val="right"/>
      </w:pPr>
      <w:r>
        <w:t>یہ ایک عجیب بات میرے ساتھ ہوئی ہے کہ بالکل بچپن سے، بالکل چھوٹا تھا میں، بہت ہی زیادہ چھوٹا۔</w:t>
      </w:r>
    </w:p>
    <w:p>
      <w:r>
        <w:rPr>
          <w:b/>
        </w:rPr>
        <w:t xml:space="preserve">[38:31] </w:t>
      </w:r>
      <w:r>
        <w:t>raat ke waqt. is baad mein bhi raat ke waqt apni apni charpai mein bichata tha. saan mein hamare ghar mein kafi bada aagan tha, saan.</w:t>
      </w:r>
    </w:p>
    <w:p>
      <w:pPr>
        <w:jc w:val="right"/>
      </w:pPr>
      <w:r>
        <w:t>رات کے وقت۔ اس بعد میں بھی رات کے وقت اپنی اپنی چارپائی میں بچھاتا تھا۔ سان میں ہمارے گھر میں کافی بڑا آگن تھا، سان۔</w:t>
      </w:r>
    </w:p>
    <w:p>
      <w:r>
        <w:rPr>
          <w:b/>
        </w:rPr>
        <w:t xml:space="preserve">[38:48] </w:t>
      </w:r>
      <w:r>
        <w:t>to gaon mein ek dum sab sitare dikhai de rahe the, jagmag jagmag jagmag jagmag. wahan koi pollution ka koi sawal nahi tha.</w:t>
      </w:r>
    </w:p>
    <w:p>
      <w:pPr>
        <w:jc w:val="right"/>
      </w:pPr>
      <w:r>
        <w:t>تو گاؤں میں ایک دم سب ستارے دکھائی دے رہے تھے، جگمگ جگمگ جگمگ جگمگ۔ وہاں کوئی پولیوشن کا کوئی سوال نہیں تھا۔</w:t>
      </w:r>
    </w:p>
    <w:p>
      <w:r>
        <w:rPr>
          <w:b/>
        </w:rPr>
        <w:t xml:space="preserve">[39:01] </w:t>
      </w:r>
      <w:r>
        <w:t>to raat ko mein charpai apni bichata tha apni aagan mein aur sota tha wahan, aur phir dekhta rehta tha sitaron ko.</w:t>
      </w:r>
    </w:p>
    <w:p>
      <w:pPr>
        <w:jc w:val="right"/>
      </w:pPr>
      <w:r>
        <w:t>تو رات کو میں چارپائی اپنی بچھاتا تھا اپنی آگن میں اور سوتا تھا وہاں، اور پھر دیکھتا رہتا تھا ستاروں کو۔</w:t>
      </w:r>
    </w:p>
    <w:p>
      <w:r>
        <w:rPr>
          <w:b/>
        </w:rPr>
        <w:t xml:space="preserve">[39:15] </w:t>
      </w:r>
      <w:r>
        <w:t>sitaron ko dekhte dekhte mein so jata tha. ek ajeeb zindagi meri hai.</w:t>
      </w:r>
    </w:p>
    <w:p>
      <w:pPr>
        <w:jc w:val="right"/>
      </w:pPr>
      <w:r>
        <w:t>ستاروں کو دیکھتے دیکھتے میں سو جاتا تھا۔ ایک عجیب زندگی میری ہے۔</w:t>
      </w:r>
    </w:p>
    <w:p>
      <w:r>
        <w:rPr>
          <w:b/>
        </w:rPr>
        <w:t xml:space="preserve">[39:27] </w:t>
      </w:r>
      <w:r>
        <w:t>sitaron ko dekhte dekhte mein so jata tha.</w:t>
      </w:r>
    </w:p>
    <w:p>
      <w:pPr>
        <w:jc w:val="right"/>
      </w:pPr>
      <w:r>
        <w:t>ستاروں کو دیکھتے دیکھتے میں سو جاتا تھا۔</w:t>
      </w:r>
    </w:p>
    <w:p>
      <w:r>
        <w:rPr>
          <w:b/>
        </w:rPr>
        <w:t xml:space="preserve">[39:33] </w:t>
      </w:r>
      <w:r>
        <w:t>aur ek aur aadat thi meri ke raat ko jo bistar, jo charpai mein bichhata tha aagan mein, to bistar par chadar hoti thi.</w:t>
      </w:r>
    </w:p>
    <w:p>
      <w:pPr>
        <w:jc w:val="right"/>
      </w:pPr>
      <w:r>
        <w:t>اور ایک اور عادت تھی میری کہ رات کو جو بستر، جو چارپائی میں بچھاتا تھا آگن میں، تو بستر پر چادر ہوتی تھی۔</w:t>
      </w:r>
    </w:p>
    <w:p>
      <w:r>
        <w:rPr>
          <w:b/>
        </w:rPr>
        <w:t xml:space="preserve">[39:48] </w:t>
      </w:r>
      <w:r>
        <w:t>is chadar mein ek taraf hamara jahan hamara ghar tha, jo gaon tha, to ghar ke bilkul paas hum logon ka ek bagh hota hota tha, khandani bagh.</w:t>
      </w:r>
    </w:p>
    <w:p>
      <w:pPr>
        <w:jc w:val="right"/>
      </w:pPr>
      <w:r>
        <w:t>اس چادر میں ایک طرف ہمارا جہاں ہمارا گھر تھا، جو گاؤں تھا، تو گھر کے بالکل پاس ہم لوگوں کا ایک باغ ہوتا ہوتا تھا، خاندانی باغ۔</w:t>
      </w:r>
    </w:p>
    <w:p>
      <w:r>
        <w:rPr>
          <w:b/>
        </w:rPr>
        <w:t xml:space="preserve">[40:05] </w:t>
      </w:r>
      <w:r>
        <w:t>is bagh mein phool thay, chameli ke phool, bela ke phool. to mein kaliyan chunta tha sham ko, kaliyan,</w:t>
      </w:r>
    </w:p>
    <w:p>
      <w:pPr>
        <w:jc w:val="right"/>
      </w:pPr>
      <w:r>
        <w:t>اس باغ میں پھول تھے، چمیلی کے پھول، بیلا کے پھول۔ تو میں کلیاں چنتا تھا شام کو، کلیاں،</w:t>
      </w:r>
    </w:p>
    <w:p>
      <w:r>
        <w:rPr>
          <w:b/>
        </w:rPr>
        <w:t xml:space="preserve">[40:20] </w:t>
      </w:r>
      <w:r>
        <w:t>bele ki aur chameli ki kaliyan chun ke lata tha. aur bistar mein ek, yaani ek idhar takiya hai, ek taraf kaliyan rakhta tha.</w:t>
      </w:r>
    </w:p>
    <w:p>
      <w:pPr>
        <w:jc w:val="right"/>
      </w:pPr>
      <w:r>
        <w:t>بیلے کی اور چمیلی کی کلیاں چن کے لاتا تھا۔ اور بستر میں ایک، یعنی ایک ادھر تکیہ ہے، ایک طرف کلیاں رکھتا تھا۔</w:t>
      </w:r>
    </w:p>
    <w:p>
      <w:r>
        <w:rPr>
          <w:b/>
        </w:rPr>
        <w:t xml:space="preserve">[40:37] </w:t>
      </w:r>
      <w:r>
        <w:t>isi isi ke saath sota tha mein.</w:t>
      </w:r>
    </w:p>
    <w:p>
      <w:pPr>
        <w:jc w:val="right"/>
      </w:pPr>
      <w:r>
        <w:t>اسی اسی کے ساتھ سوتا تھا میں۔</w:t>
      </w:r>
    </w:p>
    <w:p>
      <w:r>
        <w:rPr>
          <w:b/>
        </w:rPr>
        <w:t xml:space="preserve">[40:45] </w:t>
      </w:r>
      <w:r>
        <w:t>to sham ko woh kaliyan hoti theen. lekin subah ka jab mein uthta tha to phool ban jata tha, phool. yaani sham ko kaliyan hoti theen woh aur subah ko phool.</w:t>
      </w:r>
    </w:p>
    <w:p>
      <w:pPr>
        <w:jc w:val="right"/>
      </w:pPr>
      <w:r>
        <w:t>تو شام کو وہ کلیاں ہوتی تھیں۔ لیکن صبح کا جب میں اٹھتا تھا تو پھول بن جاتا تھا، پھول۔ یعنی شام کو کلیاں ہوتی تھیں وہ اور صبح کو پھول۔</w:t>
      </w:r>
    </w:p>
    <w:p>
      <w:r>
        <w:rPr>
          <w:b/>
        </w:rPr>
        <w:t xml:space="preserve">[41:00] </w:t>
      </w:r>
      <w:r>
        <w:t>ek ajib tajurba hota tha, ek ajib tajurba jo mujhe guzarta tha.</w:t>
      </w:r>
    </w:p>
    <w:p>
      <w:pPr>
        <w:jc w:val="right"/>
      </w:pPr>
      <w:r>
        <w:t>ایک عجیب تجربہ ہوتا تھا، ایک عجیب تجربہ جو مجھے گزرتا تھا۔</w:t>
      </w:r>
    </w:p>
    <w:p>
      <w:r>
        <w:rPr>
          <w:b/>
        </w:rPr>
        <w:t xml:space="preserve">[41:11] </w:t>
      </w:r>
      <w:r>
        <w:t>in sab tajurbaat ke darmiyan maine Allah rab ul alameen ko discover kiya.</w:t>
      </w:r>
    </w:p>
    <w:p>
      <w:pPr>
        <w:jc w:val="right"/>
      </w:pPr>
      <w:r>
        <w:t>ان سب تجربات کے درمیان میں نے اللہ رب العالمین کو ڈسکور کیا۔</w:t>
      </w:r>
    </w:p>
    <w:p>
      <w:r>
        <w:rPr>
          <w:b/>
        </w:rPr>
        <w:t xml:space="preserve">[41:25] </w:t>
      </w:r>
      <w:r>
        <w:t>in sab tajurbaat ke darmiyan maine Allah rab ul alameen ko discover kiya.</w:t>
      </w:r>
    </w:p>
    <w:p>
      <w:pPr>
        <w:jc w:val="right"/>
      </w:pPr>
      <w:r>
        <w:t>ان سب تجربات کے درمیان میں نے اللہ رب العالمین کو ڈسکور کیا۔</w:t>
      </w:r>
    </w:p>
    <w:p>
      <w:r>
        <w:rPr>
          <w:b/>
        </w:rPr>
        <w:t xml:space="preserve">[41:34] </w:t>
      </w:r>
      <w:r>
        <w:t>to mein dua karta hoon ke Allah taala hum sab ko tofeeq de ke hum apne khaliq ko daryaft karein taake hum</w:t>
      </w:r>
    </w:p>
    <w:p>
      <w:pPr>
        <w:jc w:val="right"/>
      </w:pPr>
      <w:r>
        <w:t>تو میں دعا کرتا ہوں کہ اللہ تعالیٰ ہم سب کو توفیق دے کہ ہم اپنے خالق کو دریافت کریں تاکہ ہم</w:t>
      </w:r>
    </w:p>
    <w:p>
      <w:r>
        <w:rPr>
          <w:b/>
        </w:rPr>
        <w:t xml:space="preserve">[41:49] </w:t>
      </w:r>
      <w:r>
        <w:t>karne ka tarah ke level par ja kar ibadat kar sakein Allah rab ul alameen ko. Allah rab ul alameen ki jo ibadat jo matloob hai woh hai karne ka tarah ke darje par.</w:t>
      </w:r>
    </w:p>
    <w:p>
      <w:pPr>
        <w:jc w:val="right"/>
      </w:pPr>
      <w:r>
        <w:t>کرنے کا طرح کے لیول پر جا کر عبادت کر سکیں اللہ رب العالمین کو۔ اللہ رب العالمین کی جو عبادت جو مطلوب ہے وہ ہے کرنے کا طرح کے درجے پر۔</w:t>
      </w:r>
    </w:p>
    <w:p>
      <w:r>
        <w:rPr>
          <w:b/>
        </w:rPr>
        <w:t xml:space="preserve">[42:07] </w:t>
      </w:r>
      <w:r>
        <w:t>Allah aap ko tofeeq de. Assalam o Alaikum wa Rahmatullahi.</w:t>
      </w:r>
    </w:p>
    <w:p>
      <w:pPr>
        <w:jc w:val="right"/>
      </w:pPr>
      <w:r>
        <w:t>اللہ آپ کو توفیق دے۔ السلام علیکم ورحمۃ اللہ۔</w:t>
      </w:r>
    </w:p>
    <w:p>
      <w:r>
        <w:rPr>
          <w:b/>
        </w:rPr>
        <w:t xml:space="preserve">[42:23] </w:t>
      </w:r>
      <w:r>
        <w:t>Okay, ah, before we start with the question answer session, there is one announcement: all the people who are watching from Pakistan, ah, please note that, ah, starting first to fifth February, Lahore International Book Fair is starting, and the book fair is being held at Expo Center, Johar Town, Lahore.</w:t>
      </w:r>
    </w:p>
    <w:p>
      <w:pPr>
        <w:jc w:val="right"/>
      </w:pPr>
      <w:r>
        <w:t>اوکے، آہ، before we start with the question answer سیشن، there is one announcement: all the people who are watching from Pakistan, آہ، please note that, آہ، starting first to fifth February, Lahore International Book Fair is starting, and the book fair is being held at Expo Center, جوہر ٹاؤن، لاہور۔</w:t>
      </w:r>
    </w:p>
    <w:p>
      <w:r>
        <w:rPr>
          <w:b/>
        </w:rPr>
        <w:t xml:space="preserve">[42:46] </w:t>
      </w:r>
      <w:r>
        <w:t>So all the books of Maulana sahib are available in the Lahore International Book Fair. You can locally contact Tariq Badar sahib, who will help you with any specific books that you require of Maulana sahib.</w:t>
      </w:r>
    </w:p>
    <w:p>
      <w:pPr>
        <w:jc w:val="right"/>
      </w:pPr>
      <w:r>
        <w:t>So all the books of مولانا صاحب are available in the Lahore International Book Fair. You can locally contact طارق بدر صاحب, who will help you with any specific books that you require of مولانا صاحب۔</w:t>
      </w:r>
    </w:p>
    <w:p>
      <w:r>
        <w:rPr>
          <w:b/>
        </w:rPr>
        <w:t xml:space="preserve">[43:00] </w:t>
      </w:r>
      <w:r>
        <w:t>Ah, Maulana, ab hum comments lena chahenge aaj ke talk ko le ke. Maulana, sab se pehle, ah, yeh comment lena chahenge kal ke talk ke bare mein jo Miss Raziya Siddiqui ne bheja hai,</w:t>
      </w:r>
    </w:p>
    <w:p>
      <w:pPr>
        <w:jc w:val="right"/>
      </w:pPr>
      <w:r>
        <w:t>آہ، مولانا، اب ہم کمنٹس لینا چاہیں گے آج کے ٹاک کو لے کے۔ مولانا، سب سے پہلے، آہ، یہ کمنٹ لینا چاہیں گے کل کے ٹاک کے بارے میں جو مس راضیہ صدیقی نے بھیجا ہے،</w:t>
      </w:r>
    </w:p>
    <w:p>
      <w:r>
        <w:rPr>
          <w:b/>
        </w:rPr>
        <w:t xml:space="preserve">[43:13] </w:t>
      </w:r>
      <w:r>
        <w:t>Ah, jo kal Saturday talk hua tha aap ka. unhon ne likha hai: "Thank you, Maulana, for sharing the insightful wisdom.</w:t>
      </w:r>
    </w:p>
    <w:p>
      <w:pPr>
        <w:jc w:val="right"/>
      </w:pPr>
      <w:r>
        <w:t>آہ، جو کل Saturday ٹاک ہوا تھا آپ کا۔ انہوں نے لکھا ہے: "Thank you, مولانا، for sharing the insightful wisdom.</w:t>
      </w:r>
    </w:p>
    <w:p>
      <w:r>
        <w:rPr>
          <w:b/>
        </w:rPr>
        <w:t xml:space="preserve">[43:24] </w:t>
      </w:r>
      <w:r>
        <w:t>My takeaway, excuse me, my takeaway from the talk is that tolerance is a universal law which is mutually beneficial.</w:t>
      </w:r>
    </w:p>
    <w:p>
      <w:pPr>
        <w:jc w:val="right"/>
      </w:pPr>
      <w:r>
        <w:t>My takeaway, excuse me, my takeaway from the talk is that tolerance is a universal law which is mutually beneficial.</w:t>
      </w:r>
    </w:p>
    <w:p>
      <w:r>
        <w:rPr>
          <w:b/>
        </w:rPr>
        <w:t xml:space="preserve">[43:36] </w:t>
      </w:r>
      <w:r>
        <w:t>By keeping in my orbit, I ensure that both me and the others around me stay in an opportunity zone.</w:t>
      </w:r>
    </w:p>
    <w:p>
      <w:pPr>
        <w:jc w:val="right"/>
      </w:pPr>
      <w:r>
        <w:t>By keeping in my orbit, I ensure that both me and the others around me stay in an opportunity zone.</w:t>
      </w:r>
    </w:p>
    <w:p>
      <w:r>
        <w:rPr>
          <w:b/>
        </w:rPr>
        <w:t xml:space="preserve">[43:46] </w:t>
      </w:r>
      <w:r>
        <w:t>In staying in my orbit, I make myself a part of the universal scheme of the Creator, which is being observed by all, from an ant to a star.</w:t>
      </w:r>
    </w:p>
    <w:p>
      <w:pPr>
        <w:jc w:val="right"/>
      </w:pPr>
      <w:r>
        <w:t>In staying in my orbit, I make myself a part of the universal scheme of the Creator, which is being observed by all, from an ant to a star.</w:t>
      </w:r>
    </w:p>
    <w:p>
      <w:r>
        <w:rPr>
          <w:b/>
        </w:rPr>
        <w:t xml:space="preserve">[43:57] </w:t>
      </w:r>
      <w:r>
        <w:t>We have enough examples to understand that we lose opportunities only when we steer away from our orbit.</w:t>
      </w:r>
    </w:p>
    <w:p>
      <w:pPr>
        <w:jc w:val="right"/>
      </w:pPr>
      <w:r>
        <w:t>We have enough examples to understand that we lose opportunities only when we steer away from our orbit.</w:t>
      </w:r>
    </w:p>
    <w:p>
      <w:r>
        <w:rPr>
          <w:b/>
        </w:rPr>
        <w:t xml:space="preserve">[44:07] </w:t>
      </w:r>
      <w:r>
        <w:t>My second lesson was a great lesson that tolerance is already an established principle. It is like oxygen which is already there.</w:t>
      </w:r>
    </w:p>
    <w:p>
      <w:pPr>
        <w:jc w:val="right"/>
      </w:pPr>
      <w:r>
        <w:t>My second lesson was a great lesson that tolerance is already an established principle. It is like oxygen which is already there.</w:t>
      </w:r>
    </w:p>
    <w:p>
      <w:r>
        <w:rPr>
          <w:b/>
        </w:rPr>
        <w:t xml:space="preserve">[44:18] </w:t>
      </w:r>
      <w:r>
        <w:t>We do not have to do anything superficial to bring about tolerance</w:t>
      </w:r>
    </w:p>
    <w:p>
      <w:pPr>
        <w:jc w:val="right"/>
      </w:pPr>
      <w:r>
        <w:t>We do not have to do anything superficial to bring about tolerance</w:t>
      </w:r>
    </w:p>
    <w:p>
      <w:r>
        <w:rPr>
          <w:b/>
        </w:rPr>
        <w:t xml:space="preserve">[44:24] </w:t>
      </w:r>
      <w:r>
        <w:t>; we only have to consciously discover it. Thirdly, also was very striking to realize that loss is also a law of nature.</w:t>
      </w:r>
    </w:p>
    <w:p>
      <w:pPr>
        <w:jc w:val="right"/>
      </w:pPr>
      <w:r>
        <w:t>; we only have to consciously discover it. Thirdly, also was very striking to realize that loss is also a law of nature.</w:t>
      </w:r>
    </w:p>
    <w:p>
      <w:r>
        <w:rPr>
          <w:b/>
        </w:rPr>
        <w:t xml:space="preserve">[44:35] </w:t>
      </w:r>
      <w:r>
        <w:t>We should try to save ourselves from it as much as possible</w:t>
      </w:r>
    </w:p>
    <w:p>
      <w:pPr>
        <w:jc w:val="right"/>
      </w:pPr>
      <w:r>
        <w:t>We should try to save ourselves from it as much as possible</w:t>
      </w:r>
    </w:p>
    <w:p>
      <w:r>
        <w:rPr>
          <w:b/>
        </w:rPr>
        <w:t xml:space="preserve">[44:41] </w:t>
      </w:r>
      <w:r>
        <w:t>. But if it still happens, we should accept it as a law of nature and replan our efforts. Lastly, just as we do not define a limit to do good to ourselves, we cannot define a limit to tolerance." Maulana, aaj ke talk ko le ke Dr. Safina Tabassum ne likha hai: "Bohat wazeh kiya Maulana Sahab aap ne ke Allah chahta hai Allah ko us ki ayat ke zariye dekha jaye.</w:t>
      </w:r>
    </w:p>
    <w:p>
      <w:pPr>
        <w:jc w:val="right"/>
      </w:pPr>
      <w:r>
        <w:t>. But if it still happens, we should accept it as a law of nature and replan our efforts. Lastly, just as we do not define a limit to do good to ourselves, we cannot define a limit to tolerance." مولانا، آج کے ٹاک کو لے کے ڈاکٹر سفینہ تبسم نے لکھا ہے: "Bہت واضح کیا مولانا صاحب آپ نے کہ اللہ چاہتا ہے اللہ کو اس کی آیت کے ذریعے دیکھا جائے۔</w:t>
      </w:r>
    </w:p>
    <w:p>
      <w:r>
        <w:rPr>
          <w:b/>
        </w:rPr>
        <w:t xml:space="preserve">[45:11] </w:t>
      </w:r>
      <w:r>
        <w:t>Jazak Allah. Maulana Iqbal Umri ne Chennai se likha hai: "Maulana, aaj wazeh hua ke science ka contribution kitna azeem hai religion ko sabit karne mein.</w:t>
      </w:r>
    </w:p>
    <w:p>
      <w:pPr>
        <w:jc w:val="right"/>
      </w:pPr>
      <w:r>
        <w:t>جزاک اللہ۔" مولانا اقبال عمری نے چنئی سے لکھا ہے: "مولانا، آج واضح ہوا کہ سائنس کا کنٹریبیوشن کتنا عظیم ہے ریلیجن کو ثابت کرنے میں۔</w:t>
      </w:r>
    </w:p>
    <w:p>
      <w:r>
        <w:rPr>
          <w:b/>
        </w:rPr>
        <w:t xml:space="preserve">[45:24] </w:t>
      </w:r>
      <w:r>
        <w:t>Yaani sahi imaan ka rasta takhleeq par ghor karna hai, na ke khaliq ki zaat par. Jazak Allah Maulana." Dr. Naghma Siddiqui ne Delhi se likha hai: "I understood today that man cannot see God in this world, but has to discover His existence in His creation.</w:t>
      </w:r>
    </w:p>
    <w:p>
      <w:pPr>
        <w:jc w:val="right"/>
      </w:pPr>
      <w:r>
        <w:t>یعنی صحیح ایمان کا راستہ تخلیق پر غور کرنا ہے، نہ کہ خالق کی ذات پر۔ جزاک اللہ مولانا۔" ڈاکٹر نغمہ صدیقی نے دلی سے لکھا ہے: "I understood today that man cannot see God in this world, but has to discover His existence in His creation.</w:t>
      </w:r>
    </w:p>
    <w:p>
      <w:r>
        <w:rPr>
          <w:b/>
        </w:rPr>
        <w:t xml:space="preserve">[45:47] </w:t>
      </w:r>
      <w:r>
        <w:t>It is said: 'Where there is a design, there is a designer,' and then live a God-oriented life. This is the price of paradise." Professor Najma Siddiqui ne Dubai se likha hai: "Through your lectures, every time you reinforce the concepts from various angles to increase our imaan.</w:t>
      </w:r>
    </w:p>
    <w:p>
      <w:pPr>
        <w:jc w:val="right"/>
      </w:pPr>
      <w:r>
        <w:t>It is said: 'Where there is a design, there is a designer,' and then live a God-oriented life. This is the price of paradise." پروفیسر نجمہ صدیقی نے دبئی سے لکھا ہے: "Through your lectures, every time you reinforce the concepts from various angles to increase our ایمان۔</w:t>
      </w:r>
    </w:p>
    <w:p>
      <w:r>
        <w:rPr>
          <w:b/>
        </w:rPr>
        <w:t xml:space="preserve">[46:11] </w:t>
      </w:r>
      <w:r>
        <w:t>Jazak Allah Maulana." Maulana, ab sawal lena chahenge. Yeh sawal bheja hai Chennai se Maulana Iqbal Umri ne.</w:t>
      </w:r>
    </w:p>
    <w:p>
      <w:pPr>
        <w:jc w:val="right"/>
      </w:pPr>
      <w:r>
        <w:t>جزاک اللہ مولانا۔" مولانا، اب سوال لینا چاہیں گے۔ یہ سوال بھیجا ہے چنئی سے مولانا اقبال عمری نے۔</w:t>
      </w:r>
    </w:p>
    <w:p>
      <w:r>
        <w:rPr>
          <w:b/>
        </w:rPr>
        <w:t xml:space="preserve">[46:22] </w:t>
      </w:r>
      <w:r>
        <w:t>Unhon ne likha hai: "Maulana, ek sahab ne kaha ke science se religion ko sabit mat karein, kyunke science is based on facts and religion is based on faith.</w:t>
      </w:r>
    </w:p>
    <w:p>
      <w:pPr>
        <w:jc w:val="right"/>
      </w:pPr>
      <w:r>
        <w:t>انہوں نے لکھا ہے: "مولانا، ایک صاحب نے کہا کہ سائنس سے ریلیجن کو ثابت مت کریں، کیونکہ سائنس is based on facts and religion is based on faith۔</w:t>
      </w:r>
    </w:p>
    <w:p>
      <w:r>
        <w:rPr>
          <w:b/>
        </w:rPr>
        <w:t xml:space="preserve">[46:36] </w:t>
      </w:r>
      <w:r>
        <w:t>Maulana, is mein kya mughalta hai?" Main baat to sochta hoon ke woh na science ko jante hain na mazhab ko jante hain.</w:t>
      </w:r>
    </w:p>
    <w:p>
      <w:pPr>
        <w:jc w:val="right"/>
      </w:pPr>
      <w:r>
        <w:t>مولانا، اس میں کیا مغالطہ ہے؟" میں بات تو سوچتا ہوں کہ وہ نہ سائنس کو جانتے ہیں نہ مذہب کو جانتے ہیں۔</w:t>
      </w:r>
    </w:p>
    <w:p>
      <w:r>
        <w:rPr>
          <w:b/>
        </w:rPr>
        <w:t xml:space="preserve">[46:47] </w:t>
      </w:r>
      <w:r>
        <w:t>Insaan ne yeh baatein kahein: na science ko jante hain na mazhab ko jante hain. Unko main yeh mashwara de sakta hoon ke zyada study kijiye,</w:t>
      </w:r>
    </w:p>
    <w:p>
      <w:pPr>
        <w:jc w:val="right"/>
      </w:pPr>
      <w:r>
        <w:t>انسان نے یہ باتیں کہیں: نہ سائنس کو جانتے ہیں نہ مذہب کو جانتے ہیں۔ ان کو میں یہ مشورہ دے سکتا ہوں کہ زیادہ اسٹڈی کیجئے،</w:t>
      </w:r>
    </w:p>
    <w:p>
      <w:r>
        <w:rPr>
          <w:b/>
        </w:rPr>
        <w:t xml:space="preserve">[47:00] </w:t>
      </w:r>
      <w:r>
        <w:t>Apne mutalliq ko padhaiye. Yahi keh sakta hoon.</w:t>
      </w:r>
    </w:p>
    <w:p>
      <w:pPr>
        <w:jc w:val="right"/>
      </w:pPr>
      <w:r>
        <w:t>اپنے متعلق کو پڑھائیے۔ یہی کہہ سکتا ہوں۔</w:t>
      </w:r>
    </w:p>
    <w:p>
      <w:r>
        <w:rPr>
          <w:b/>
        </w:rPr>
        <w:t xml:space="preserve">[47:09] </w:t>
      </w:r>
      <w:r>
        <w:t>Maulana, agla sawal ah Srinagar se bheja hai Murad Rehman Sahab ne. Unhon ne likha hai: "Maulana, I am depressed because I have no social status and money.</w:t>
      </w:r>
    </w:p>
    <w:p>
      <w:pPr>
        <w:jc w:val="right"/>
      </w:pPr>
      <w:r>
        <w:t>مولانا، اگلا سوال آہ سری نگر سے بھیجا ہے مراد رحمان صاحب نے۔ انہوں نے لکھا ہے: "مولانا، آئی ایم ڈپریسڈ because I have no social status and money.</w:t>
      </w:r>
    </w:p>
    <w:p>
      <w:r>
        <w:rPr>
          <w:b/>
        </w:rPr>
        <w:t xml:space="preserve">[47:24] </w:t>
      </w:r>
      <w:r>
        <w:t>Will God forgive me if I commit suicide?"</w:t>
      </w:r>
    </w:p>
    <w:p>
      <w:pPr>
        <w:jc w:val="right"/>
      </w:pPr>
      <w:r>
        <w:t>Will God forgive me if I commit suicide؟"</w:t>
      </w:r>
    </w:p>
    <w:p>
      <w:r>
        <w:rPr>
          <w:b/>
        </w:rPr>
        <w:t xml:space="preserve">[47:31] </w:t>
      </w:r>
      <w:r>
        <w:t>Dekhiye,</w:t>
      </w:r>
    </w:p>
    <w:p>
      <w:pPr>
        <w:jc w:val="right"/>
      </w:pPr>
      <w:r>
        <w:t>دیکھیے،</w:t>
      </w:r>
    </w:p>
    <w:p>
      <w:r>
        <w:rPr>
          <w:b/>
        </w:rPr>
        <w:t xml:space="preserve">[47:36] </w:t>
      </w:r>
      <w:r>
        <w:t>Suicide karne ki aap ko zaroorat nahi hai, balke apne is haal se incentive lijiye aap aur aur aur behtar aur</w:t>
      </w:r>
    </w:p>
    <w:p>
      <w:pPr>
        <w:jc w:val="right"/>
      </w:pPr>
      <w:r>
        <w:t>suicide کرنے کی آپ کو ضرورت نہیں ہے، بلکہ اپنے اس حال سے انسنٹیو لیجئے آپ اور اور اور بہتر اور</w:t>
      </w:r>
    </w:p>
    <w:p>
      <w:r>
        <w:rPr>
          <w:b/>
        </w:rPr>
        <w:t xml:space="preserve">[47:50] </w:t>
      </w:r>
      <w:r>
        <w:t>Yaani apne ab zindagi ka ko aap face kijiye zyada badhe hue incentive se.</w:t>
      </w:r>
    </w:p>
    <w:p>
      <w:pPr>
        <w:jc w:val="right"/>
      </w:pPr>
      <w:r>
        <w:t>یعنی اپنے اب زندگی کا کو آپ فیس کیجئے زیادہ بڑھے ہوئے انسنٹیو سے۔</w:t>
      </w:r>
    </w:p>
    <w:p>
      <w:r>
        <w:rPr>
          <w:b/>
        </w:rPr>
        <w:t xml:space="preserve">[48:02] </w:t>
      </w:r>
      <w:r>
        <w:t>Maine apni aankh se ek insaan ko dekha hai,</w:t>
      </w:r>
    </w:p>
    <w:p>
      <w:pPr>
        <w:jc w:val="right"/>
      </w:pPr>
      <w:r>
        <w:t>میں نے اپنی آنکھ سے ایک انسان کو دیکھا ہے،</w:t>
      </w:r>
    </w:p>
    <w:p>
      <w:r>
        <w:rPr>
          <w:b/>
        </w:rPr>
        <w:t xml:space="preserve">[48:08] </w:t>
      </w:r>
      <w:r>
        <w:t>Ab khud apni aankh se dekha hai main</w:t>
      </w:r>
    </w:p>
    <w:p>
      <w:pPr>
        <w:jc w:val="right"/>
      </w:pPr>
      <w:r>
        <w:t>اب خود اپنی آنکھ سے دیکھا ہے میں</w:t>
      </w:r>
    </w:p>
    <w:p>
      <w:r>
        <w:rPr>
          <w:b/>
        </w:rPr>
        <w:t xml:space="preserve">[48:13] </w:t>
      </w:r>
      <w:r>
        <w:t>Ke woh frustration ka shikar ho gaye the. Woh kisi wajah se frustration ka shikar ho gaye the to woh kisi se baat nahi karte the is mauzu par.</w:t>
      </w:r>
    </w:p>
    <w:p>
      <w:pPr>
        <w:jc w:val="right"/>
      </w:pPr>
      <w:r>
        <w:t>کہ وہ فرسٹریشن کا شکار ہو گئے تھے۔ وہ کسی وجہ سے فرسٹریشن کا شکار ہو گئے تھے تو وہ کسی سے بات نہیں کرتے تھے اس موضوع پر۔</w:t>
      </w:r>
    </w:p>
    <w:p>
      <w:r>
        <w:rPr>
          <w:b/>
        </w:rPr>
        <w:t xml:space="preserve">[48:27] </w:t>
      </w:r>
      <w:r>
        <w:t>Andar andar bilkul frustration, yahan tak ke ek din unhon ne zeher kha liya, khudkushi kar ke irade se.</w:t>
      </w:r>
    </w:p>
    <w:p>
      <w:pPr>
        <w:jc w:val="right"/>
      </w:pPr>
      <w:r>
        <w:t>اندر اندر بالکل فرسٹریشن، یہاں تک کہ ایک دن انہوں نے زہر کھا لیا، خودکشی کر کے ارادے سے۔</w:t>
      </w:r>
    </w:p>
    <w:p>
      <w:r>
        <w:rPr>
          <w:b/>
        </w:rPr>
        <w:t xml:space="preserve">[48:41] </w:t>
      </w:r>
      <w:r>
        <w:t>Unhon ne khud apni aankhon se dekha hai un ki, un ka body pada hua hai aur</w:t>
      </w:r>
    </w:p>
    <w:p>
      <w:pPr>
        <w:jc w:val="right"/>
      </w:pPr>
      <w:r>
        <w:t>انہوں نے خود اپنی آنکھوں سے دیکھا ہے ان کی، ان کا باڈی پڑا ہوا ہے اور</w:t>
      </w:r>
    </w:p>
    <w:p>
      <w:r>
        <w:rPr>
          <w:b/>
        </w:rPr>
        <w:t xml:space="preserve">[48:53] </w:t>
      </w:r>
      <w:r>
        <w:t>Bataur lagta hai ke ab woh maut ke kinare pahunch chuke hain. Lekin phir jaldi ek doctor available ho gaya, logon ne jaldi se us ko bulaya,</w:t>
      </w:r>
    </w:p>
    <w:p>
      <w:pPr>
        <w:jc w:val="right"/>
      </w:pPr>
      <w:r>
        <w:t>بظاہر لگتا ہے کہ اب وہ موت کے کنارے پہنچ چکے ہیں۔ لیکن پھر جلدی ایک ڈاکٹر اویلیبل ہو گیا، لوگوں نے جلدی سے اس کو بلایا،</w:t>
      </w:r>
    </w:p>
    <w:p>
      <w:r>
        <w:rPr>
          <w:b/>
        </w:rPr>
        <w:t xml:space="preserve">[49:06] </w:t>
      </w:r>
      <w:r>
        <w:t>Us ne kuch treatment kiya, kuch ulti karwai, kya kiya kya kiya, par woh bach gaye.</w:t>
      </w:r>
    </w:p>
    <w:p>
      <w:pPr>
        <w:jc w:val="right"/>
      </w:pPr>
      <w:r>
        <w:t>اس نے کچھ ٹریٹمنٹ کیا، کچھ الٹی کروائی، کیا کیا کیا کیا، پر وہ بچ گئے۔</w:t>
      </w:r>
    </w:p>
    <w:p>
      <w:r>
        <w:rPr>
          <w:b/>
        </w:rPr>
        <w:t xml:space="preserve">[49:17] </w:t>
      </w:r>
      <w:r>
        <w:t>Aur maine phir unhi unhi ko apni aankhon se dekha hai ke woh business kiya, unhon ne bohat acha business kiya, bohat kamyab, bohat paisa kamaya.</w:t>
      </w:r>
    </w:p>
    <w:p>
      <w:pPr>
        <w:jc w:val="right"/>
      </w:pPr>
      <w:r>
        <w:t>اور میں نے پھر انہی انہی کو اپنی آنکھوں سے دیکھا ہے کہ وہ بزنس کیا، انہوں نے اور بہت اچھا بزنس کیا، بہت کامیاب، بہت پیسہ کمایا۔</w:t>
      </w:r>
    </w:p>
    <w:p>
      <w:r>
        <w:rPr>
          <w:b/>
        </w:rPr>
        <w:t xml:space="preserve">[49:34] </w:t>
      </w:r>
      <w:r>
        <w:t>Us ke baad main ek kitaab padhi, ek kitaab padhi maine. Is kitaab mein likha tha ke jo log suicide karein aur bach jayein kisi wajah se,</w:t>
      </w:r>
    </w:p>
    <w:p>
      <w:pPr>
        <w:jc w:val="right"/>
      </w:pPr>
      <w:r>
        <w:t>اس کے بعد میں ایک کتاب پڑھی، ایک کتاب پڑھی میں نے۔ اس کتاب میں لکھا تھا کہ جو لوگ سوسائیڈ کریں اور بچ جائیں کسی وجہ سے،</w:t>
      </w:r>
    </w:p>
    <w:p>
      <w:r>
        <w:rPr>
          <w:b/>
        </w:rPr>
        <w:t xml:space="preserve">[49:49] </w:t>
      </w:r>
      <w:r>
        <w:t>Suicide karein aur bach jayein to hero ban jate hain woh, kyunke suicide karne se pehle to woh ek dam maishat mein jeete the.</w:t>
      </w:r>
    </w:p>
    <w:p>
      <w:pPr>
        <w:jc w:val="right"/>
      </w:pPr>
      <w:r>
        <w:t>سوسائیڈ کریں اور بچ جائیں تو ہیرو بن جاتے ہیں وہ، کیونکہ سوسائیڈ کرنے سے پہلے تو وہ ایک دم معیشتی میں جیتے تھے۔</w:t>
      </w:r>
    </w:p>
    <w:p>
      <w:r>
        <w:rPr>
          <w:b/>
        </w:rPr>
        <w:t xml:space="preserve">[50:05] </w:t>
      </w:r>
      <w:r>
        <w:t>Zindagi maishat ke maani kya hain? Zindagi ki, zindagi ki value na janna. Yeh jo insaan hai aap, aap ke andar is ki value ko na janna.</w:t>
      </w:r>
    </w:p>
    <w:p>
      <w:pPr>
        <w:jc w:val="right"/>
      </w:pPr>
      <w:r>
        <w:t>زندگی معیشتی کے معنی کیا ہیں؟ زندگی کی، زندگی کی ویلیو نہ جاننا۔ یہ جو انسان ہے آپ، آپ کے اندر اس کی ویلیو کو نہ جاننا۔</w:t>
      </w:r>
    </w:p>
    <w:p>
      <w:r>
        <w:rPr>
          <w:b/>
        </w:rPr>
        <w:t xml:space="preserve">[50:19] </w:t>
      </w:r>
      <w:r>
        <w:t>to is ne likha tha ke jo aadmi suicide kare aur bach jaye, wo apni zindagi ki value ko bohat baray paimane par jaan leta hai aur phir hero ban jata hai.</w:t>
      </w:r>
    </w:p>
    <w:p>
      <w:pPr>
        <w:jc w:val="right"/>
      </w:pPr>
      <w:r>
        <w:t>تو اس نے لکھا تھا کہ جو آدمی سوسائیڈ کرے اور بچ جائے، وہ اپنی زندگی کی ویلیو کو بہت بڑے پیمانے پر جان لیتا ہے اور پھر ہیرو بن جاتا ہے۔</w:t>
      </w:r>
    </w:p>
    <w:p>
      <w:r>
        <w:rPr>
          <w:b/>
        </w:rPr>
        <w:t xml:space="preserve">[50:29] </w:t>
      </w:r>
      <w:r>
        <w:t>wo</w:t>
      </w:r>
    </w:p>
    <w:p>
      <w:pPr>
        <w:jc w:val="right"/>
      </w:pPr>
      <w:r>
        <w:t>وہ</w:t>
      </w:r>
    </w:p>
    <w:p>
      <w:r>
        <w:rPr>
          <w:b/>
        </w:rPr>
        <w:t xml:space="preserve">[50:32] </w:t>
      </w:r>
      <w:r>
        <w:t>to aap apne potential ko daryaft kijiye aur koi bhi kaam jo mile aap ko, chahe wo ghaas kaatne ka kaam ho, shuru kar dijiye.</w:t>
      </w:r>
    </w:p>
    <w:p>
      <w:pPr>
        <w:jc w:val="right"/>
      </w:pPr>
      <w:r>
        <w:t>تو آپ اپنے پوٹینشل کو دریافت کیجئے اور کوئی بھی کام جو ملے آپ کو، چاہے وہ گھاس کاٹنے کا کام ہو، شروع کر دیجئے۔</w:t>
      </w:r>
    </w:p>
    <w:p>
      <w:r>
        <w:rPr>
          <w:b/>
        </w:rPr>
        <w:t xml:space="preserve">[50:45] </w:t>
      </w:r>
      <w:r>
        <w:t>inshallah aap bohat kam kamyab honge, bohat kamyab honge.</w:t>
      </w:r>
    </w:p>
    <w:p>
      <w:pPr>
        <w:jc w:val="right"/>
      </w:pPr>
      <w:r>
        <w:t>انشاءاللہ آپ بہت کم کامیاب ہوں گے، بہت کامیاب ہوں گے۔</w:t>
      </w:r>
    </w:p>
    <w:p>
      <w:r>
        <w:rPr>
          <w:b/>
        </w:rPr>
        <w:t xml:space="preserve">[50:58] </w:t>
      </w:r>
      <w:r>
        <w:t>maulana, kuch comment parhna chahenge. ye comment bheja hai syeda fozana hussain nees bangalore se. unhon ne likha hai: "God has created us for a purpose and we should live up to His expectations and not question His existence.</w:t>
      </w:r>
    </w:p>
    <w:p>
      <w:pPr>
        <w:jc w:val="right"/>
      </w:pPr>
      <w:r>
        <w:t>مولانا، کچھ کمنٹ پڑھنا چاہیں گے۔ یہ کمنٹ بھیجا ہے سیدہ فوزانہ حسین نیس بنگلور سے۔ انہوں نے لکھا ہے: "God has created us for a purpose and we should live up to His expectations and not question His existence.</w:t>
      </w:r>
    </w:p>
    <w:p>
      <w:r>
        <w:rPr>
          <w:b/>
        </w:rPr>
        <w:t xml:space="preserve">[51:16] </w:t>
      </w:r>
      <w:r>
        <w:t>Most important is He is watching our actions and that is enough to feel His presence. He is guiding us, correcting, acknowledging us, letting us live in every type of circumstances which is itself a reward.</w:t>
      </w:r>
    </w:p>
    <w:p>
      <w:pPr>
        <w:jc w:val="right"/>
      </w:pPr>
      <w:r>
        <w:t>Most important is He is watching our actions and that is enough to feel His presence. He is guiding us, correcting, acknowledging us, letting us live in every type of circumstances which is itself a reward.</w:t>
      </w:r>
    </w:p>
    <w:p>
      <w:r>
        <w:rPr>
          <w:b/>
        </w:rPr>
        <w:t xml:space="preserve">[51:34] </w:t>
      </w:r>
      <w:r>
        <w:t>This is my understanding of today's talk." Miss mashallah, miss shabina ali ne kolkata se likha hai:</w:t>
      </w:r>
    </w:p>
    <w:p>
      <w:pPr>
        <w:jc w:val="right"/>
      </w:pPr>
      <w:r>
        <w:t>This is my understanding of today's talk." مس ماشاءاللہ، مس شبینہ علی نے کلکتہ سے لکھا ہے:</w:t>
      </w:r>
    </w:p>
    <w:p>
      <w:r>
        <w:rPr>
          <w:b/>
        </w:rPr>
        <w:t xml:space="preserve">[51:46] </w:t>
      </w:r>
      <w:r>
        <w:t>"Discover God in His creation is my takeaway of today's lecture</w:t>
      </w:r>
    </w:p>
    <w:p>
      <w:pPr>
        <w:jc w:val="right"/>
      </w:pPr>
      <w:r>
        <w:t>"Discover God in His creation is my takeaway of today's lecture</w:t>
      </w:r>
    </w:p>
    <w:p>
      <w:r>
        <w:rPr>
          <w:b/>
        </w:rPr>
        <w:t xml:space="preserve">[51:51] </w:t>
      </w:r>
      <w:r>
        <w:t>. One needs to be a seeker of truth and observer of nature and an inquiring mind to get to the bottom of realization of the Creator and the existence of God." Mr shad hussain ne likha hai kashmir se: "A great seeker revealed many secrets which were in the form of symbols in the Quran and tradition</w:t>
      </w:r>
    </w:p>
    <w:p>
      <w:pPr>
        <w:jc w:val="right"/>
      </w:pPr>
      <w:r>
        <w:t>. One needs to be a seeker of truth and observer of nature and an inquiring mind to get to the bottom of realization of the Creator and the existence of God." مسٹر شاد حسین نے لکھا ہے کشمیر سے: "A great seeker revealed many secrets which were in the form of symbols in the Quran and tradition</w:t>
      </w:r>
    </w:p>
    <w:p>
      <w:r>
        <w:rPr>
          <w:b/>
        </w:rPr>
        <w:t xml:space="preserve">[52:16] </w:t>
      </w:r>
      <w:r>
        <w:t>. Really thrilling." Maulana, ab sawal lena chahenge. ye sawal hai aamir mori sahib ka kashmir se.</w:t>
      </w:r>
    </w:p>
    <w:p>
      <w:pPr>
        <w:jc w:val="right"/>
      </w:pPr>
      <w:r>
        <w:t>. Really thrilling." مولانا، اب سوال لینا چاہیں گے۔ یہ سوال ہے عامر موری صاحب کا کشمیر سے۔</w:t>
      </w:r>
    </w:p>
    <w:p>
      <w:r>
        <w:rPr>
          <w:b/>
        </w:rPr>
        <w:t xml:space="preserve">[52:27] </w:t>
      </w:r>
      <w:r>
        <w:t>unhon ne likha hai: "Maulana sahib, we have heard many Muslim preachers saying that sometimes we need to kill aql in religion because religion is a matter of faith.</w:t>
      </w:r>
    </w:p>
    <w:p>
      <w:pPr>
        <w:jc w:val="right"/>
      </w:pPr>
      <w:r>
        <w:t>انہوں نے لکھا ہے: "مولانا صاحب، we have heard many Muslim preachers saying that sometimes we need to kill عقل in religion because religion is a matter of faith.</w:t>
      </w:r>
    </w:p>
    <w:p>
      <w:r>
        <w:rPr>
          <w:b/>
        </w:rPr>
        <w:t xml:space="preserve">[52:43] </w:t>
      </w:r>
      <w:r>
        <w:t>But science has helped us to understand the uncertain things with certainty. But still, there are few aspects in religion like meraj incident where we are not able to apply our aql.</w:t>
      </w:r>
    </w:p>
    <w:p>
      <w:pPr>
        <w:jc w:val="right"/>
      </w:pPr>
      <w:r>
        <w:t>But science has helped us to understand the uncertain things with certainty. But still, there are few aspects in religion like معراج incident where we are not able to apply our عقل.</w:t>
      </w:r>
    </w:p>
    <w:p>
      <w:r>
        <w:rPr>
          <w:b/>
        </w:rPr>
        <w:t xml:space="preserve">[53:00] </w:t>
      </w:r>
      <w:r>
        <w:t>Kindly guide how to understand such aspects and address this kind of thinking." Dekhiye, ye wo log hote hain jo jo jo farma rahe hain aap un ko ke parhte parhte kuch nahi,</w:t>
      </w:r>
    </w:p>
    <w:p>
      <w:pPr>
        <w:jc w:val="right"/>
      </w:pPr>
      <w:r>
        <w:t>Kindly guide how to understand such aspects and address this kind of thinking." دیکھیے، یہ وہ لوگ ہوتے ہیں جو جو جو فرما رہے ہیں آپ ان کو کہ پڑھتے پڑھتے کچھ نہیں،</w:t>
      </w:r>
    </w:p>
    <w:p>
      <w:r>
        <w:rPr>
          <w:b/>
        </w:rPr>
        <w:t xml:space="preserve">[53:15] </w:t>
      </w:r>
      <w:r>
        <w:t>bilkul yani kuch parhte nahi, bas khali hawa hawa mein apni aql dorate hain.</w:t>
      </w:r>
    </w:p>
    <w:p>
      <w:pPr>
        <w:jc w:val="right"/>
      </w:pPr>
      <w:r>
        <w:t>بالکل یعنی کچھ پڑھتے نہیں، بس خالی ہوا ہوا میں اپنی عقل دوڑاتے ہیں۔</w:t>
      </w:r>
    </w:p>
    <w:p>
      <w:r>
        <w:rPr>
          <w:b/>
        </w:rPr>
        <w:t xml:space="preserve">[53:25] </w:t>
      </w:r>
      <w:r>
        <w:t>main aise logon ko kuch nahi keh sakta siwaye is ke ke wo</w:t>
      </w:r>
    </w:p>
    <w:p>
      <w:pPr>
        <w:jc w:val="right"/>
      </w:pPr>
      <w:r>
        <w:t>میں ایسے لوگوں کو کچھ نہیں کہہ سکتا سوائے اس کے کہ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