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Spirituality in Islam June 11, 2006 Maulana Wahiduddin Khan</w:t>
      </w:r>
    </w:p>
    <w:p>
      <w:r>
        <w:t>https://www.youtube.com/watch?v=gOH7-AdTeMQ</w:t>
      </w:r>
    </w:p>
    <w:p>
      <w:r>
        <w:rPr>
          <w:b/>
        </w:rPr>
        <w:t xml:space="preserve">[00:14] </w:t>
      </w:r>
      <w:r>
        <w:t>bismillah hir rahman nir rahim, wa salli allah ala nabiyyil 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ki jo talk hai, wo</w:t>
      </w:r>
    </w:p>
    <w:p>
      <w:pPr>
        <w:jc w:val="right"/>
      </w:pPr>
      <w:r>
        <w:t>آج کی جو ٹاک ہے، وہ</w:t>
      </w:r>
    </w:p>
    <w:p>
      <w:r>
        <w:rPr>
          <w:b/>
        </w:rPr>
        <w:t xml:space="preserve">[00:47] </w:t>
      </w:r>
      <w:r>
        <w:t>iska subject hai spirituality, lekin ye spirituality ka ek</w:t>
      </w:r>
    </w:p>
    <w:p>
      <w:pPr>
        <w:jc w:val="right"/>
      </w:pPr>
      <w:r>
        <w:t>اس کا سبجیکٹ ہے سپریچولیٹی، لیکن یہ سپریچولیٹی کا ایک</w:t>
      </w:r>
    </w:p>
    <w:p>
      <w:r>
        <w:rPr>
          <w:b/>
        </w:rPr>
        <w:t xml:space="preserve">[00:57] </w:t>
      </w:r>
      <w:r>
        <w:t>ek broader context mein hum lete hain. is ko spirituality ka jo traditional concept hai, us sense mein nahi.</w:t>
      </w:r>
    </w:p>
    <w:p>
      <w:pPr>
        <w:jc w:val="right"/>
      </w:pPr>
      <w:r>
        <w:t>ایک براڈر کانٹیکسٹ میں ہم لیتے ہیں۔ اس کو سپریچولیٹی کا جو ٹریڈیشنل کانسیپٹ ہے، اس سینس میں نہیں۔</w:t>
      </w:r>
    </w:p>
    <w:p>
      <w:r>
        <w:rPr>
          <w:b/>
        </w:rPr>
        <w:t xml:space="preserve">[01:10] </w:t>
      </w:r>
      <w:r>
        <w:t>to aaj ki baat cheet mein shuru kar raha hoon. ye mere haath mein akhbar hai, times of India ka kal ka edition, yani 10 10 June ka edition.</w:t>
      </w:r>
    </w:p>
    <w:p>
      <w:pPr>
        <w:jc w:val="right"/>
      </w:pPr>
      <w:r>
        <w:t>تو آج کی بات چیت میں شروع کر رہا ہوں۔ یہ میرے ہاتھ میں اخبار ہے، ٹائمز آف انڈیا کا کل کا ایڈیشن، یعنی 10 10 جون کا ایڈیشن۔</w:t>
      </w:r>
    </w:p>
    <w:p>
      <w:r>
        <w:rPr>
          <w:b/>
        </w:rPr>
        <w:t xml:space="preserve">[01:31] </w:t>
      </w:r>
      <w:r>
        <w:t>kal yani 10 June ke times of India mein ek report aayi hai in logon ke bare mein jo bohat paise wale log hote hain.</w:t>
      </w:r>
    </w:p>
    <w:p>
      <w:pPr>
        <w:jc w:val="right"/>
      </w:pPr>
      <w:r>
        <w:t>کل یعنی 10 جون کے ٹائمز آف انڈیا میں ایک رپورٹ آئی ہے ان لوگوں کے بارے میں جو بہت پیسے والے لوگ ہوتے ہیں۔</w:t>
      </w:r>
    </w:p>
    <w:p>
      <w:r>
        <w:rPr>
          <w:b/>
        </w:rPr>
        <w:t xml:space="preserve">[01:43] </w:t>
      </w:r>
      <w:r>
        <w:t>to</w:t>
      </w:r>
    </w:p>
    <w:p>
      <w:pPr>
        <w:jc w:val="right"/>
      </w:pPr>
      <w:r>
        <w:t>تو</w:t>
      </w:r>
    </w:p>
    <w:p>
      <w:r>
        <w:rPr>
          <w:b/>
        </w:rPr>
        <w:t xml:space="preserve">[01:46] </w:t>
      </w:r>
      <w:r>
        <w:t>in mein se do aadmi jinka zikr hai is mein, wo bohat hi well known hain.</w:t>
      </w:r>
    </w:p>
    <w:p>
      <w:pPr>
        <w:jc w:val="right"/>
      </w:pPr>
      <w:r>
        <w:t>ان میں سے دو آدمی جن کا ذکر ہے اس میں، وہ بہت ہی ویل نون ہیں۔</w:t>
      </w:r>
    </w:p>
    <w:p>
      <w:r>
        <w:rPr>
          <w:b/>
        </w:rPr>
        <w:t xml:space="preserve">[01:58] </w:t>
      </w:r>
      <w:r>
        <w:t>ek peer</w:t>
      </w:r>
    </w:p>
    <w:p>
      <w:pPr>
        <w:jc w:val="right"/>
      </w:pPr>
      <w:r>
        <w:t>ایک پیئر</w:t>
      </w:r>
    </w:p>
    <w:p>
      <w:r>
        <w:rPr>
          <w:b/>
        </w:rPr>
        <w:t xml:space="preserve">[02:02] </w:t>
      </w:r>
      <w:r>
        <w:t>mard ka naam hai ronald, superstar ronald, r o n a l d o. Superstar ronald aur super model raika, r a i k a, r a i c a.</w:t>
      </w:r>
    </w:p>
    <w:p>
      <w:pPr>
        <w:jc w:val="right"/>
      </w:pPr>
      <w:r>
        <w:t>مرد کا نام ہے رونالڈو، سپر اسٹار رونالڈو، آر او این اے ایل ڈی او۔ سپر اسٹار رونالڈو اور سپر ماڈل رائیکا، آر اے آئی کی، آر اے آئی سی اے۔</w:t>
      </w:r>
    </w:p>
    <w:p>
      <w:r>
        <w:rPr>
          <w:b/>
        </w:rPr>
        <w:t xml:space="preserve">[02:23] </w:t>
      </w:r>
      <w:r>
        <w:t>to is mein</w:t>
      </w:r>
    </w:p>
    <w:p>
      <w:pPr>
        <w:jc w:val="right"/>
      </w:pPr>
      <w:r>
        <w:t>تو اس میں</w:t>
      </w:r>
    </w:p>
    <w:p>
      <w:r>
        <w:rPr>
          <w:b/>
        </w:rPr>
        <w:t xml:space="preserve">[02:30] </w:t>
      </w:r>
      <w:r>
        <w:t>raika kehti hain in dono ke paas itna zyada paisa hai ke inho ne haal mein ek car khareedi hai jis ka jis ki price hai taqreeban 200 tha pound.</w:t>
      </w:r>
    </w:p>
    <w:p>
      <w:pPr>
        <w:jc w:val="right"/>
      </w:pPr>
      <w:r>
        <w:t>رائیکا کہتی ہیں ان دونوں کے پاس اتنا زیادہ پیسہ ہے کہ انہوں نے حال میں ایک کار خریدی ہے جس کا جس کی پرائس ہے تقریباً 200 تھا پاؤنڈ۔</w:t>
      </w:r>
    </w:p>
    <w:p>
      <w:r>
        <w:rPr>
          <w:b/>
        </w:rPr>
        <w:t xml:space="preserve">[02:50] </w:t>
      </w:r>
      <w:r>
        <w:t>taqreeban 200 pound, 200 tha pound, itna zyada paisa in logo ke paas hai. To raika kehti hain ke "if you have money,</w:t>
      </w:r>
    </w:p>
    <w:p>
      <w:pPr>
        <w:jc w:val="right"/>
      </w:pPr>
      <w:r>
        <w:t>تقریباً 200 پاؤنڈ، 200 تھا پاؤنڈ، اتنا زیادہ پیسہ ان لوگوں کے پاس ہے۔ تو رائیکا کہتی ہیں کہ "اف یو ہیو منی،</w:t>
      </w:r>
    </w:p>
    <w:p>
      <w:r>
        <w:rPr>
          <w:b/>
        </w:rPr>
        <w:t xml:space="preserve">[03:10] </w:t>
      </w:r>
      <w:r>
        <w:t>you are the most, you are the worst person in the world. If you, if you have money, you are the worst person in the world.</w:t>
      </w:r>
    </w:p>
    <w:p>
      <w:pPr>
        <w:jc w:val="right"/>
      </w:pPr>
      <w:r>
        <w:t>یو آر دا موسٹ، یو آر دا ورسٹ پرسن ان دی ورلڈ۔ اف یو، اف یو ہیو منی، یو آر دا ورسٹ پرسن ان دی ورلڈ۔</w:t>
      </w:r>
    </w:p>
    <w:p>
      <w:r>
        <w:rPr>
          <w:b/>
        </w:rPr>
        <w:t xml:space="preserve">[03:22] </w:t>
      </w:r>
      <w:r>
        <w:t>agar aap ke paas dolat hai to aap dunya ke sab se zyada bure aadmi hain."</w:t>
      </w:r>
    </w:p>
    <w:p>
      <w:pPr>
        <w:jc w:val="right"/>
      </w:pPr>
      <w:r>
        <w:t>اگر آپ کے پاس دولت ہے تو آپ دنیا کے سب سے زیادہ برے آدمی ہیں۔"</w:t>
      </w:r>
    </w:p>
    <w:p>
      <w:r>
        <w:rPr>
          <w:b/>
        </w:rPr>
        <w:t xml:space="preserve">[03:30] </w:t>
      </w:r>
      <w:r>
        <w:t>is ko maine parh kar socha ke dekhiye aadmi ke paas in logo ke bare mein aksar paperon mein aata hai jo bohat zyada dunya ka saman pa lete hain,</w:t>
      </w:r>
    </w:p>
    <w:p>
      <w:pPr>
        <w:jc w:val="right"/>
      </w:pPr>
      <w:r>
        <w:t>اس کو میں نے پڑھ کر سوچا کہ دیکھیے آدمی کے پاس ان لوگوں کے بارے میں اکثر پیپروں میں آتا ہے جو بہت زیادہ دنیا کا سامان پا لیتے ہیں،</w:t>
      </w:r>
    </w:p>
    <w:p>
      <w:r>
        <w:rPr>
          <w:b/>
        </w:rPr>
        <w:t xml:space="preserve">[03:44] </w:t>
      </w:r>
      <w:r>
        <w:t>jaisay money ya power, property, fame,</w:t>
      </w:r>
    </w:p>
    <w:p>
      <w:pPr>
        <w:jc w:val="right"/>
      </w:pPr>
      <w:r>
        <w:t>جیسے منی یا پاور، پراپرٹی، فیم،</w:t>
      </w:r>
    </w:p>
    <w:p>
      <w:r>
        <w:rPr>
          <w:b/>
        </w:rPr>
        <w:t xml:space="preserve">[03:56] </w:t>
      </w:r>
      <w:r>
        <w:t>is qism ki cheezein, beauty, lekin unko khushi nahi milti.</w:t>
      </w:r>
    </w:p>
    <w:p>
      <w:pPr>
        <w:jc w:val="right"/>
      </w:pPr>
      <w:r>
        <w:t>اس قسم کی چیزیں، بیوٹی، لیکن ان کو خوشی نہیں ملتی۔</w:t>
      </w:r>
    </w:p>
    <w:p>
      <w:r>
        <w:rPr>
          <w:b/>
        </w:rPr>
        <w:t xml:space="preserve">[04:03] </w:t>
      </w:r>
      <w:r>
        <w:t>is par main sochta raha</w:t>
      </w:r>
    </w:p>
    <w:p>
      <w:pPr>
        <w:jc w:val="right"/>
      </w:pPr>
      <w:r>
        <w:t>اس پر میں سوچتا رہا</w:t>
      </w:r>
    </w:p>
    <w:p>
      <w:r>
        <w:rPr>
          <w:b/>
        </w:rPr>
        <w:t xml:space="preserve">[04:05] </w:t>
      </w:r>
      <w:r>
        <w:t>to mujhe Quran ki ek ayat yaad aayi</w:t>
      </w:r>
    </w:p>
    <w:p>
      <w:pPr>
        <w:jc w:val="right"/>
      </w:pPr>
      <w:r>
        <w:t>تو مجھے قرآن کی ایک آیت یاد آئی</w:t>
      </w:r>
    </w:p>
    <w:p>
      <w:r>
        <w:rPr>
          <w:b/>
        </w:rPr>
        <w:t xml:space="preserve">[04:10] </w:t>
      </w:r>
      <w:r>
        <w:t>ke jannat mein jab log chale jayenge</w:t>
      </w:r>
    </w:p>
    <w:p>
      <w:pPr>
        <w:jc w:val="right"/>
      </w:pPr>
      <w:r>
        <w:t>کہ جنت میں جب لوگ چلے جائیں گے</w:t>
      </w:r>
    </w:p>
    <w:p>
      <w:r>
        <w:rPr>
          <w:b/>
        </w:rPr>
        <w:t xml:space="preserve">[04:14] </w:t>
      </w:r>
      <w:r>
        <w:t>tu jannat walay kahain gay "alhamdulillah</w:t>
      </w:r>
    </w:p>
    <w:p>
      <w:pPr>
        <w:jc w:val="right"/>
      </w:pPr>
      <w:r>
        <w:t>تو جنت والے کہیں گے "الحمدللہ</w:t>
      </w:r>
    </w:p>
    <w:p>
      <w:r>
        <w:rPr>
          <w:b/>
        </w:rPr>
        <w:t xml:space="preserve">[04:19] </w:t>
      </w:r>
      <w:r>
        <w:t>allazi ashab an al-huzn."</w:t>
      </w:r>
    </w:p>
    <w:p>
      <w:pPr>
        <w:jc w:val="right"/>
      </w:pPr>
      <w:r>
        <w:t>الذی اصحب ان الحزن۔"</w:t>
      </w:r>
    </w:p>
    <w:p>
      <w:r>
        <w:rPr>
          <w:b/>
        </w:rPr>
        <w:t xml:space="preserve">[04:24] </w:t>
      </w:r>
      <w:r>
        <w:t>یہ 35، 35 میں دیکھ سکتے ہیں آپ، یہ chapter number 35 اور verse number 35۔</w:t>
      </w:r>
    </w:p>
    <w:p>
      <w:pPr>
        <w:jc w:val="right"/>
      </w:pPr>
      <w:r>
        <w:t>یہ 35، 35 میں دیکھ سکتے ہیں آپ، یہ چیپٹر نمبر 35 اور ورس نمبر 35۔</w:t>
      </w:r>
    </w:p>
    <w:p>
      <w:r>
        <w:rPr>
          <w:b/>
        </w:rPr>
        <w:t xml:space="preserve">[04:34] </w:t>
      </w:r>
      <w:r>
        <w:t>yani jannat mein jo log ja chuke honge aur dekhenge jannat ko, is mein rehne lagenge aur wahan par un ko ek aisi zindagi milegi jis mein complete happiness hogi.</w:t>
      </w:r>
    </w:p>
    <w:p>
      <w:pPr>
        <w:jc w:val="right"/>
      </w:pPr>
      <w:r>
        <w:t>یعنی جنت میں جو لوگ جا چکے ہوں گے اور دیکھیں گے جنت کو، اس میں رہنے لگیں گے اور وہاں پر ان کو ایک ایسی زندگی ملے گی جس میں کمپلیٹ ہیپینس ہوگی۔</w:t>
      </w:r>
    </w:p>
    <w:p>
      <w:r>
        <w:rPr>
          <w:b/>
        </w:rPr>
        <w:t xml:space="preserve">[04:50] </w:t>
      </w:r>
      <w:r>
        <w:t>har qism ka pleasure un ko mil chuka hoga, un ke sare desire wahan poori tarah fulfill ho rahe honge. To woh kahenge ke "alhamdulillah alladhi ashab an al-huzn."</w:t>
      </w:r>
    </w:p>
    <w:p>
      <w:pPr>
        <w:jc w:val="right"/>
      </w:pPr>
      <w:r>
        <w:t>ہر قسم کا پیجر ان کو مل چکا ہوگا، ان کے سارے ڈیزائر وہاں پوری طرح فلفل ہو رہے ہوں گے۔ تو وہ کہیں گے کہ "الحمدللہ الذی اصحب ان الحزن۔"</w:t>
      </w:r>
    </w:p>
    <w:p>
      <w:r>
        <w:rPr>
          <w:b/>
        </w:rPr>
        <w:t xml:space="preserve">[05:05] </w:t>
      </w:r>
      <w:r>
        <w:t>praise be to god, he removed from us sorrow.</w:t>
      </w:r>
    </w:p>
    <w:p>
      <w:pPr>
        <w:jc w:val="right"/>
      </w:pPr>
      <w:r>
        <w:t>پریز بی ٹو گاڈ، ہی ریمووڈ فرام اس سارو۔</w:t>
      </w:r>
    </w:p>
    <w:p>
      <w:r>
        <w:rPr>
          <w:b/>
        </w:rPr>
        <w:t xml:space="preserve">[05:19] </w:t>
      </w:r>
      <w:r>
        <w:t>is khuda ka shukar hai, is khuda ki tareef hai jis ne huzn ko hum se door kar diya, sorrow ko hum se door kar diya.</w:t>
      </w:r>
    </w:p>
    <w:p>
      <w:pPr>
        <w:jc w:val="right"/>
      </w:pPr>
      <w:r>
        <w:t>اس خدا کا شکر ہے، اس خدا کی تعریف ہے جس نے حزن کو ہم سے دور کر دیا، سارو کو ہم سے دور کر دیا۔</w:t>
      </w:r>
    </w:p>
    <w:p>
      <w:r>
        <w:rPr>
          <w:b/>
        </w:rPr>
        <w:t xml:space="preserve">[05:31] </w:t>
      </w:r>
      <w:r>
        <w:t>is par ghor karte hue mujhe samajh mein aaya ke zindagi ka jo muamla hai, woh just like rose plant hai.</w:t>
      </w:r>
    </w:p>
    <w:p>
      <w:pPr>
        <w:jc w:val="right"/>
      </w:pPr>
      <w:r>
        <w:t>اس پر غور کرتے ہوئے مجھے سمجھ میں آیا کہ زندگی کا جو معاملہ ہے، وہ جسٹ لائک روز پلانٹ ہے۔</w:t>
      </w:r>
    </w:p>
    <w:p>
      <w:r>
        <w:rPr>
          <w:b/>
        </w:rPr>
        <w:t xml:space="preserve">[05:46] </w:t>
      </w:r>
      <w:r>
        <w:t>aap jante hain ke kitna khoobsurat phool hota hai gulab ka, lekin isi ke sath gulab ke phool pe kaante hote hain.</w:t>
      </w:r>
    </w:p>
    <w:p>
      <w:pPr>
        <w:jc w:val="right"/>
      </w:pPr>
      <w:r>
        <w:t>آپ جانتے ہیں کہ کتنا خوبصورت پھول ہوتا ہے گلاب کا، لیکن اسی کے ساتھ گلاب کے پھول پہ کانٹے ہوتے ہیں۔</w:t>
      </w:r>
    </w:p>
    <w:p>
      <w:r>
        <w:rPr>
          <w:b/>
        </w:rPr>
        <w:t xml:space="preserve">[06:00] </w:t>
      </w:r>
      <w:r>
        <w:t>agar aap chahein aisa plant jis mein phool hi phool ho, kaanta na ho, to aisa rose plant aap ko nahi milega. Yeh illustration hai aaj ki dunya ka.</w:t>
      </w:r>
    </w:p>
    <w:p>
      <w:pPr>
        <w:jc w:val="right"/>
      </w:pPr>
      <w:r>
        <w:t>اگر آپ چاہیں ایسا پلانٹ جس میں پھول ہی پھول ہو، کانٹا نہ ہو، تو ایسا روز پلانٹ آپ کو نہیں ملے گا۔ یہ السٹریشن ہے آج کی دنیا کا۔</w:t>
      </w:r>
    </w:p>
    <w:p>
      <w:r>
        <w:rPr>
          <w:b/>
        </w:rPr>
        <w:t xml:space="preserve">[06:13] </w:t>
      </w:r>
      <w:r>
        <w:t>dunya mein koi bhi cheez jo aap chahte hon aur aap struggle kar ke use pa lein, to agar aap ne phool hasil kiya hai to us ke sath kaanta bhi zaroor aap ke hisse mein aayega.</w:t>
      </w:r>
    </w:p>
    <w:p>
      <w:pPr>
        <w:jc w:val="right"/>
      </w:pPr>
      <w:r>
        <w:t>دنیا میں کوئی بھی چیز جو آپ چاہتے ہوں اور آپ اسٹرل کر کے اسے پا لیں، تو اگر آپ نے پھول حاصل کیا ہے تو اس کے ساتھ کانٹا بھی ضرور آپ کے حصے میں آئے گا۔</w:t>
      </w:r>
    </w:p>
    <w:p>
      <w:r>
        <w:rPr>
          <w:b/>
        </w:rPr>
        <w:t xml:space="preserve">[06:32] </w:t>
      </w:r>
      <w:r>
        <w:t>jitna pleasure hai, jitna saman hai dunya ka, koi bhi aisa nahi hai jo foreign less ho ya har phool ke sath kaanta jura hua hai.</w:t>
      </w:r>
    </w:p>
    <w:p>
      <w:pPr>
        <w:jc w:val="right"/>
      </w:pPr>
      <w:r>
        <w:t>جتنا پریژر ہے، جتنا سامان ہے دنیا کا، کوئی بھی ایسا نہیں ہے جو فارن لیس ہو یا ہر پھول کے ساتھ کانٹا جڑا ہوا ہے۔</w:t>
      </w:r>
    </w:p>
    <w:p>
      <w:r>
        <w:rPr>
          <w:b/>
        </w:rPr>
        <w:t xml:space="preserve">[06:44] </w:t>
      </w:r>
      <w:r>
        <w:t>is liye aap dekhiye ke jo log zyada affluent class jo hai, jo zyada</w:t>
      </w:r>
    </w:p>
    <w:p>
      <w:pPr>
        <w:jc w:val="right"/>
      </w:pPr>
      <w:r>
        <w:t>اس لیے آپ دیکھیے کہ جو لوگ زیادہ افلوئنٹ کلاس جو ہے، جو زیادہ</w:t>
      </w:r>
    </w:p>
    <w:p>
      <w:r>
        <w:rPr>
          <w:b/>
        </w:rPr>
        <w:t xml:space="preserve">[06:52] </w:t>
      </w:r>
      <w:r>
        <w:t>super achiever jo kahe jatay hain, woh sab se zyada tension mein hotay hain, woh sab zyada stress mein hotay hain. Aaj ki dunya mein de-stressing sab se bara business bana hua hai.</w:t>
      </w:r>
    </w:p>
    <w:p>
      <w:pPr>
        <w:jc w:val="right"/>
      </w:pPr>
      <w:r>
        <w:t>سپر اچیور جو کہے جاتے ہیں، وہ سب سے زیادہ ٹینشن میں ہوتے ہیں، وہ سب زیادہ اسٹریس میں ہوتے ہیں۔ آج کی دنیا میں ڈی اسٹریسنگ سب سے بڑا بزنس بنا ہوا ہے۔</w:t>
      </w:r>
    </w:p>
    <w:p>
      <w:r>
        <w:rPr>
          <w:b/>
        </w:rPr>
        <w:t xml:space="preserve">[07:07] </w:t>
      </w:r>
      <w:r>
        <w:t>kyun? Paise wale logo ka masla yeh hai ke un ko stress mein jeete hain, woh to unhe koi chahiye jo un ko stress ko nikale, un ke tension ko nikale.</w:t>
      </w:r>
    </w:p>
    <w:p>
      <w:pPr>
        <w:jc w:val="right"/>
      </w:pPr>
      <w:r>
        <w:t>کیوں؟ پیسے والے لوگوں کا مسئلہ یہ ہے کہ ان کو اسٹریس میں جیتے ہیں، وہ تو انہیں کوئی چاہیے جو ان کو اسٹریس کو نکالے، ان کے ٹینشن کو نکالے۔</w:t>
      </w:r>
    </w:p>
    <w:p>
      <w:r>
        <w:rPr>
          <w:b/>
        </w:rPr>
        <w:t xml:space="preserve">[07:20] </w:t>
      </w:r>
      <w:r>
        <w:t>to poori history yeh batati hai ke jab bhi kisi ne is dunya mein material kamyabi ka koi phool hasil kiya to sath sath kaanta bhi us ke hisse mein aaya.</w:t>
      </w:r>
    </w:p>
    <w:p>
      <w:pPr>
        <w:jc w:val="right"/>
      </w:pPr>
      <w:r>
        <w:t>تو پوری ہسٹری یہ بتاتی ہے کہ جب بھی کسی نے اس دنیا میں مٹیریل کامیابی کا کوئی پھول حاصل کیا تو ساتھ ساتھ کانٹا بھی اس کے حصے میں آیا۔</w:t>
      </w:r>
    </w:p>
    <w:p>
      <w:r>
        <w:rPr>
          <w:b/>
        </w:rPr>
        <w:t xml:space="preserve">[07:36] </w:t>
      </w:r>
      <w:r>
        <w:t>to main samajhta hoon ke yahan money ke sath anti money jura hua hai, wealth ke sath anti wealth jura hua hai, pleasure ke sath anti pleasure jura hua hai.</w:t>
      </w:r>
    </w:p>
    <w:p>
      <w:pPr>
        <w:jc w:val="right"/>
      </w:pPr>
      <w:r>
        <w:t>تو میں سمجھتا ہوں کہ یہاں منی کے ساتھ اینٹی منی جڑا ہوا ہے، ویلتھ کے ساتھ اینٹی ویلتھ جڑا ہوا ہے، پلیژر کے ساتھ اینٹی پلیژر جڑا ہوا ہے۔</w:t>
      </w:r>
    </w:p>
    <w:p>
      <w:r>
        <w:rPr>
          <w:b/>
        </w:rPr>
        <w:t xml:space="preserve">[07:51] </w:t>
      </w:r>
      <w:r>
        <w:t>laqad khalaqnal insana fi kabad. Is tarah ki bohat sari aayatein hain jis mein bataya gaya hai ke insaan kisi bhi haal mein sorrow se apne aap ko door nahi kar sakta, intention aur stress se apne ko khali nahi kar sakta.</w:t>
      </w:r>
    </w:p>
    <w:p>
      <w:pPr>
        <w:jc w:val="right"/>
      </w:pPr>
      <w:r>
        <w:t>لقد خلقت الانسان فی کبد۔ اس طرح کی بہت ساری آیتیں ہیں جس میں بتایا گیا ہے کہ انسان کسی بھی حال میں ساروں سے اپنے آپ کو دور نہیں کر سکتا، انٹینشن اور اسٹریس سے اپنے کو خالی نہیں کر سکتا۔</w:t>
      </w:r>
    </w:p>
    <w:p>
      <w:r>
        <w:rPr>
          <w:b/>
        </w:rPr>
        <w:t xml:space="preserve">[08:13] </w:t>
      </w:r>
      <w:r>
        <w:t>yeh hai sab se bari baat zindagi ki jisay humein janna chahiye. Is haqeeqat ko na janne ka naam tension hai.</w:t>
      </w:r>
    </w:p>
    <w:p>
      <w:pPr>
        <w:jc w:val="right"/>
      </w:pPr>
      <w:r>
        <w:t>یہ ہے سب سے بڑی بات زندگی کی جسے ہمیں جاننا چاہیے۔ اس حقیقت کو نہ جاننے کا نام ٹینشن ہے۔</w:t>
      </w:r>
    </w:p>
    <w:p>
      <w:r>
        <w:rPr>
          <w:b/>
        </w:rPr>
        <w:t xml:space="preserve">[08:26] </w:t>
      </w:r>
      <w:r>
        <w:t>jab aap jaan lete hain ke dunya aisi jagah hai jahan phool ke sath kaanta zaroor hota hai to tension khatm ho jata hai.</w:t>
      </w:r>
    </w:p>
    <w:p>
      <w:pPr>
        <w:jc w:val="right"/>
      </w:pPr>
      <w:r>
        <w:t>جب آپ جان لیتے ہیں کہ دنیا ایسی جگہ ہے جہاں پھول کے ساتھ کانٹا ضرور ہوتا ہے تو ٹینشن ختم ہو جاتا ہے۔</w:t>
      </w:r>
    </w:p>
    <w:p>
      <w:r>
        <w:rPr>
          <w:b/>
        </w:rPr>
        <w:t xml:space="preserve">[08:36] </w:t>
      </w:r>
      <w:r>
        <w:t>jab yeh possible hi na ho ke jab possible hi na ho ke aap aisa phool pa sakte hain jahan kaanta na ho, yani aisa pleasure jo anti-pleasure jis ke sath na ho,</w:t>
      </w:r>
    </w:p>
    <w:p>
      <w:pPr>
        <w:jc w:val="right"/>
      </w:pPr>
      <w:r>
        <w:t>جب یہ پاسیبل ہی نہ ہو کہ جب پاسیبل ہی نہ ہو کہ آپ ایسا پھول پا سکتے ہیں جہاں کانٹا نہ ہو، یعنی ایسا پریژر جو اینٹی پلیژر جس کے ساتھ نہ ہو،</w:t>
      </w:r>
    </w:p>
    <w:p>
      <w:r>
        <w:rPr>
          <w:b/>
        </w:rPr>
        <w:t xml:space="preserve">[08:53] </w:t>
      </w:r>
      <w:r>
        <w:t>to phir aap ka tension khatm ho jata hai. ek 1930 mein ek kitaab chhapi thi, man the unknown.</w:t>
      </w:r>
    </w:p>
    <w:p>
      <w:pPr>
        <w:jc w:val="right"/>
      </w:pPr>
      <w:r>
        <w:t>تو پھر آپ کا ٹینشن ختم ہو جاتا ہے۔ ایک 1930 میں ایک کتاب چھپی تھی، مین دی ان نون۔</w:t>
      </w:r>
    </w:p>
    <w:p>
      <w:r>
        <w:rPr>
          <w:b/>
        </w:rPr>
        <w:t xml:space="preserve">[09:06] </w:t>
      </w:r>
      <w:r>
        <w:t>yeh kitaab ke likhne wale the France ke doctor Alexis Carrel, A L E X I S, doctor Alexis Carrel.</w:t>
      </w:r>
    </w:p>
    <w:p>
      <w:pPr>
        <w:jc w:val="right"/>
      </w:pPr>
      <w:r>
        <w:t>یہ کتاب کے لکھنے والے تھے فرانس کے ڈاکٹر الیکسس کائرل، اے لی ایکس آئی ایس، ڈاکٹر الیکسس کائرل۔</w:t>
      </w:r>
    </w:p>
    <w:p>
      <w:r>
        <w:rPr>
          <w:b/>
        </w:rPr>
        <w:t xml:space="preserve">[09:18] </w:t>
      </w:r>
      <w:r>
        <w:t>to</w:t>
      </w:r>
    </w:p>
    <w:p>
      <w:pPr>
        <w:jc w:val="right"/>
      </w:pPr>
      <w:r>
        <w:t>تو</w:t>
      </w:r>
    </w:p>
    <w:p>
      <w:r>
        <w:rPr>
          <w:b/>
        </w:rPr>
        <w:t xml:space="preserve">[09:22] </w:t>
      </w:r>
      <w:r>
        <w:t>is kitaab ka naam tha man the unknown. main samajhta hoon ke zyada sahi title is kitaab ka hona chahiye, god the unknown.</w:t>
      </w:r>
    </w:p>
    <w:p>
      <w:pPr>
        <w:jc w:val="right"/>
      </w:pPr>
      <w:r>
        <w:t>اس کتاب کا نام تھا مین دی ان نون۔ میں سمجھتا ہوں کہ زیادہ صحیح ٹائٹل اس کتاب کا ہونا چاہیے، گول دی ان نون۔</w:t>
      </w:r>
    </w:p>
    <w:p>
      <w:r>
        <w:rPr>
          <w:b/>
        </w:rPr>
        <w:t xml:space="preserve">[09:32] </w:t>
      </w:r>
      <w:r>
        <w:t>insan ko to hum jante hain, main khud jab ek insan hoon to zahir hai ke main apne aap ko janoonga. to jo cheez unknown hai woh insan nahi hai,</w:t>
      </w:r>
    </w:p>
    <w:p>
      <w:pPr>
        <w:jc w:val="right"/>
      </w:pPr>
      <w:r>
        <w:t>انسان کو تو ہم جانتے ہیں، میں خود جب ایک انسان ہوں تو ظاہر ہے کہ میں اپنے آپ کو جانوں گا۔ تو جو چیز ان نون ہے وہ انسان نہیں ہے،</w:t>
      </w:r>
    </w:p>
    <w:p>
      <w:r>
        <w:rPr>
          <w:b/>
        </w:rPr>
        <w:t xml:space="preserve">[09:45] </w:t>
      </w:r>
      <w:r>
        <w:t>woh hai god. to zyada sahi baat yeh hai ke is dunya mein jo hamein jo problem hamara hai woh hai god the unknown ka problem, yani hum ko god nahi nahi maloom.</w:t>
      </w:r>
    </w:p>
    <w:p>
      <w:pPr>
        <w:jc w:val="right"/>
      </w:pPr>
      <w:r>
        <w:t>وہ ہے گول۔ تو زیادہ صحیح بات یہ ہے کہ اس دنیا میں جو ہمیں جو پرابلم ہمارا ہے وہ ہے گول دی ان نون کا پرابلم، یعنی ہم کو گول نہیں نہیں معلوم۔</w:t>
      </w:r>
    </w:p>
    <w:p>
      <w:r>
        <w:rPr>
          <w:b/>
        </w:rPr>
        <w:t xml:space="preserve">[10:02] </w:t>
      </w:r>
      <w:r>
        <w:t>insan hai lekin is ka god ka pata nahi hai. to</w:t>
      </w:r>
    </w:p>
    <w:p>
      <w:pPr>
        <w:jc w:val="right"/>
      </w:pPr>
      <w:r>
        <w:t>انسان ہے لیکن اس کا گول کا پتہ نہیں ہے۔ تو</w:t>
      </w:r>
    </w:p>
    <w:p>
      <w:r>
        <w:rPr>
          <w:b/>
        </w:rPr>
        <w:t xml:space="preserve">[10:11] </w:t>
      </w:r>
      <w:r>
        <w:t>ek ek sher mujhe yaad aata hai, ek shayar ne kaha tha:</w:t>
      </w:r>
    </w:p>
    <w:p>
      <w:pPr>
        <w:jc w:val="right"/>
      </w:pPr>
      <w:r>
        <w:t>ایک ایک شعر مجھے یاد آتا ہے، ایک شاعر نے کہا تھا:</w:t>
      </w:r>
    </w:p>
    <w:p>
      <w:r>
        <w:rPr>
          <w:b/>
        </w:rPr>
        <w:t xml:space="preserve">[10:18] </w:t>
      </w:r>
      <w:r>
        <w:t>"mujhe bula ke yahan aap chhup gaya koi,</w:t>
      </w:r>
    </w:p>
    <w:p>
      <w:pPr>
        <w:jc w:val="right"/>
      </w:pPr>
      <w:r>
        <w:t>"مجھے بلا کے یہاں آپ چھپ گیا کوئی،</w:t>
      </w:r>
    </w:p>
    <w:p>
      <w:r>
        <w:rPr>
          <w:b/>
        </w:rPr>
        <w:t xml:space="preserve">[10:25] </w:t>
      </w:r>
      <w:r>
        <w:t>woh mehman hoon jise mezban nahi milta." mujhe bula ke yahan aap chhup gaya koi, woh mehman hoon jise mezban nahi milta.</w:t>
      </w:r>
    </w:p>
    <w:p>
      <w:pPr>
        <w:jc w:val="right"/>
      </w:pPr>
      <w:r>
        <w:t>وہ مہماں ہوں جسے میزبان نہیں ملتا۔" مجھے بلا کے یہاں آپ چھپ گیا کوئی، وہ مہماں ہوں جسے میزبان نہیں ملتا۔</w:t>
      </w:r>
    </w:p>
    <w:p>
      <w:r>
        <w:rPr>
          <w:b/>
        </w:rPr>
        <w:t xml:space="preserve">[10:41] </w:t>
      </w:r>
      <w:r>
        <w:t>isi cheez ko doosre lafzon mein hum kehte hain</w:t>
      </w:r>
    </w:p>
    <w:p>
      <w:pPr>
        <w:jc w:val="right"/>
      </w:pPr>
      <w:r>
        <w:t>اسی چیز کو دوسرے لفظوں میں ہم کہتے ہیں</w:t>
      </w:r>
    </w:p>
    <w:p>
      <w:r>
        <w:rPr>
          <w:b/>
        </w:rPr>
        <w:t xml:space="preserve">[10:46] </w:t>
      </w:r>
      <w:r>
        <w:t>identity crisis, crisis, crisis of identity. aaj sari dunya mein jo tension hai, jo stress hai, woh kya hai?</w:t>
      </w:r>
    </w:p>
    <w:p>
      <w:pPr>
        <w:jc w:val="right"/>
      </w:pPr>
      <w:r>
        <w:t>آئیڈینٹیٹی کرائس، کرائسز، کرائسز آف آئیڈینٹیٹی۔ آج ساری دنیا میں جو ٹینشن ہے، جو اسٹریس ہے، وہ کیا ہے؟</w:t>
      </w:r>
    </w:p>
    <w:p>
      <w:r>
        <w:rPr>
          <w:b/>
        </w:rPr>
        <w:t xml:space="preserve">[10:58] </w:t>
      </w:r>
      <w:r>
        <w:t>woh hai crisis of identity. hum ko apni shanakht nahi maloom, hum ko apni pehchan nahi maloom. yeh shayar ne kaha ke woh woh mehman ho jise mezban nahi milta ke dunya mein main aaya, kis ne mujhe bulaya,</w:t>
      </w:r>
    </w:p>
    <w:p>
      <w:pPr>
        <w:jc w:val="right"/>
      </w:pPr>
      <w:r>
        <w:t>وہ ہے کرائسز آف آئیڈینٹیٹی۔ ہم کو اپنی شناخت نہیں معلوم، ہم کو اپنی پہچان نہیں معلوم۔ یہ شاعر نے کہا کہ وہ وہ مہماں ہو جسے میزبان نہیں ملتا کہ دنیا میں میں آیا، کس نے مجھے بلایا،</w:t>
      </w:r>
    </w:p>
    <w:p>
      <w:r>
        <w:rPr>
          <w:b/>
        </w:rPr>
        <w:t xml:space="preserve">[11:14] </w:t>
      </w:r>
      <w:r>
        <w:t>kis ne mujhe paida kiya? to woh dikhai nahi deta. isi baat ko na janne ka naam hai crisis, aur isi baat ko na janne ka wajah se sara frustration, sara tension hota hai.</w:t>
      </w:r>
    </w:p>
    <w:p>
      <w:pPr>
        <w:jc w:val="right"/>
      </w:pPr>
      <w:r>
        <w:t>کس نے مجھے پیدا کیا؟ تو وہ دکھائی نہیں دیتا۔ اسی بات کو نہ جاننے کا نام ہے کرائسز، اور اسی بات کو نہ جاننے کا وجہ سے سارا فرسٹریشن، سارا ٹینشن ہوتا ہے۔</w:t>
      </w:r>
    </w:p>
    <w:p>
      <w:r>
        <w:rPr>
          <w:b/>
        </w:rPr>
        <w:t xml:space="preserve">[11:35] </w:t>
      </w:r>
      <w:r>
        <w:t>kal main radio par ek ek interview padh raha tha, ek ek is ka ek social, yeh social work jis ko kehte hain, is mein kaam karne wale ek sahab the.</w:t>
      </w:r>
    </w:p>
    <w:p>
      <w:pPr>
        <w:jc w:val="right"/>
      </w:pPr>
      <w:r>
        <w:t>کل میں ریڈیو پر ایک ایک انٹرویو پڑھ رہا تھا، ایک ایک اس کا ایک سوشل، یہ سوشل ورک جس کو کہتے ہیں، اس میں کام کرنے والے ایک صاحب تھے۔</w:t>
      </w:r>
    </w:p>
    <w:p>
      <w:r>
        <w:rPr>
          <w:b/>
        </w:rPr>
        <w:t xml:space="preserve">[11:52] </w:t>
      </w:r>
      <w:r>
        <w:t>to unhone kaha ke aaj kal drug bahut badh raha hai, drug ka sevan bahut badh raha hai. to unhone kaha ke drug log kyun lete hain?</w:t>
      </w:r>
    </w:p>
    <w:p>
      <w:pPr>
        <w:jc w:val="right"/>
      </w:pPr>
      <w:r>
        <w:t>تو انہوں نے کہا کہ آج کل ڈرگ بہت بڑھ رہا ہے، ڈرگ کا سیون بہت بڑھ رہا ہے۔ تو انہوں نے کہا کہ ڈرگ لوگ کیوں لیتے ہیں؟</w:t>
      </w:r>
    </w:p>
    <w:p>
      <w:r>
        <w:rPr>
          <w:b/>
        </w:rPr>
        <w:t xml:space="preserve">[12:03] </w:t>
      </w:r>
      <w:r>
        <w:t>to un ke lafzon mein lete hain apne aap ko mentally switched off karne ke liye. yeh bada ajeeb baat is ne likhi ke log drug drug lete hain apne aap ko mentally switched off karne ke liye,</w:t>
      </w:r>
    </w:p>
    <w:p>
      <w:pPr>
        <w:jc w:val="right"/>
      </w:pPr>
      <w:r>
        <w:t>تو ان کے لفظوں میں لیتے ہیں اپنے آپ کو مینٹلی سوئچڈ آف کرنے کے لیے۔ یہ بڑا عجیب بات اس نے لکھی کہ لوگ ڈرگ ڈرگ لیتے ہیں اپنے آپ کو مینٹلی سوئچڈ آف کرنے کے لیے،</w:t>
      </w:r>
    </w:p>
    <w:p>
      <w:r>
        <w:rPr>
          <w:b/>
        </w:rPr>
        <w:t xml:space="preserve">[12:18] </w:t>
      </w:r>
      <w:r>
        <w:t>yani apne mind ke switch ko band karne ke liye, yani sochne ka process khatm karne ke liye.</w:t>
      </w:r>
    </w:p>
    <w:p>
      <w:pPr>
        <w:jc w:val="right"/>
      </w:pPr>
      <w:r>
        <w:t>یعنی اپنے مائنڈ کے سوئچ کو بند کرنے کے لیے، یعنی سوچنے کا پروسیس ختم کرنے کے لیے۔</w:t>
      </w:r>
    </w:p>
    <w:p>
      <w:r>
        <w:rPr>
          <w:b/>
        </w:rPr>
        <w:t xml:space="preserve">[12:27] </w:t>
      </w:r>
      <w:r>
        <w:t>kyun? jo un ko problem pesh aa raha hai, jo stress ya tension jo hai, jo unhappiness jo hai, is ka koi solution dikhai nahi deta unhein.</w:t>
      </w:r>
    </w:p>
    <w:p>
      <w:pPr>
        <w:jc w:val="right"/>
      </w:pPr>
      <w:r>
        <w:t>کیوں؟ جو ان کو پرابلم پیش آ رہا ہے، جو اسٹریس یا ٹینشن جو ہے، جو ان ہیپینس جو ہے، اس کا کوئی سلویوشن دکھائی نہیں دیتا انہیں۔</w:t>
      </w:r>
    </w:p>
    <w:p>
      <w:r>
        <w:rPr>
          <w:b/>
        </w:rPr>
        <w:t xml:space="preserve">[12:42] </w:t>
      </w:r>
      <w:r>
        <w:t>abhi aap dekhiye, abhi ek family Pramod Mahajan ki jinke paas 10 tha karor ka asal tha. to kya hua?</w:t>
      </w:r>
    </w:p>
    <w:p>
      <w:pPr>
        <w:jc w:val="right"/>
      </w:pPr>
      <w:r>
        <w:t>ابھی آپ دیکھیے، ابھی ایک فیملی پرمود مہاجن کی جن کے پاس 10 تھا کروڑ کا اصل تھا۔ تو کیا ہوا؟</w:t>
      </w:r>
    </w:p>
    <w:p>
      <w:r>
        <w:rPr>
          <w:b/>
        </w:rPr>
        <w:t xml:space="preserve">[12:52] </w:t>
      </w:r>
      <w:r>
        <w:t>Pramod Mahajan ko goli maar di gayi, un ka bhai jail mein hai, beta drug le kar ke pada hua hospital mein.</w:t>
      </w:r>
    </w:p>
    <w:p>
      <w:pPr>
        <w:jc w:val="right"/>
      </w:pPr>
      <w:r>
        <w:t>پرمود مہاجن کو گولی مار دی گئی، ان کا بھائی جیل میں ہے، بیٹا ڈرگ لے کر کے پڑا ہوا ہاسپٹل میں۔</w:t>
      </w:r>
    </w:p>
    <w:p>
      <w:r>
        <w:rPr>
          <w:b/>
        </w:rPr>
        <w:t xml:space="preserve">[13:03] </w:t>
      </w:r>
      <w:r>
        <w:t>to yeh sab problem jo hain, jab aadmi dekhta hai ke is ka koi solution nahi hai to drug shuru karta hai lena, yani apne mind mein thinking process ko khatm kar deta hai.</w:t>
      </w:r>
    </w:p>
    <w:p>
      <w:pPr>
        <w:jc w:val="right"/>
      </w:pPr>
      <w:r>
        <w:t>تو یہ سب پرابلم جو ہیں، جب آدمی دیکھتا ہے کہ اس کا کوئی سلویوشن نہیں ہے تو ڈرگ شروع کرتا ہے لینا، یعنی اپنے مائنڈ میں تھنکنگ پروسیس کو ختم کر دیتا ہے۔</w:t>
      </w:r>
    </w:p>
    <w:p>
      <w:r>
        <w:rPr>
          <w:b/>
        </w:rPr>
        <w:t xml:space="preserve">[13:16] </w:t>
      </w:r>
      <w:r>
        <w:t>kyun ke is shayar ne kaha tha ke</w:t>
      </w:r>
    </w:p>
    <w:p>
      <w:pPr>
        <w:jc w:val="right"/>
      </w:pPr>
      <w:r>
        <w:t>کیونکہ اس شاعر نے کہا تھا کہ</w:t>
      </w:r>
    </w:p>
    <w:p>
      <w:r>
        <w:rPr>
          <w:b/>
        </w:rPr>
        <w:t xml:space="preserve">[13:21] </w:t>
      </w:r>
      <w:r>
        <w:t>keh yaad-e-maazi azab hai, ya rab cheen le mujh se hafiza mera, na memory rahe gi, na dimagh ko yaad rahe gi, na koi pareshani hogi.</w:t>
      </w:r>
    </w:p>
    <w:p>
      <w:pPr>
        <w:jc w:val="right"/>
      </w:pPr>
      <w:r>
        <w:t>کہ یاد ماضی عذاب ہے، یا رب چھین لے مجھ سے حافظہ میرا، نہ میموری رہے گی، نہ دماغ کو یاد رہے گی، نہ کوئی پریشانی ہوگی۔</w:t>
      </w:r>
    </w:p>
    <w:p>
      <w:r>
        <w:rPr>
          <w:b/>
        </w:rPr>
        <w:t xml:space="preserve">[13:35] </w:t>
      </w:r>
      <w:r>
        <w:t>to yeh hai negative solution. sari dunya ke log negative solution mein jee rahe hain. bohat sare idare khule hue hain jo yahi kaam karte hain keh thinking process ko stop karte hain.</w:t>
      </w:r>
    </w:p>
    <w:p>
      <w:pPr>
        <w:jc w:val="right"/>
      </w:pPr>
      <w:r>
        <w:t>تو یہ ہے نیگیٹیو سلویوشن۔ ساری دنیا کے لوگ نیگیٹیو سلویوشن میں جی رہے ہیں۔ بہت سارے ادارے کھلے ہوئے ہیں جو یہی کام کرتے ہیں کہ تھنکنگ پروسیس کو سٹاپ کرتے ہیں۔</w:t>
      </w:r>
    </w:p>
    <w:p>
      <w:r>
        <w:rPr>
          <w:b/>
        </w:rPr>
        <w:t xml:space="preserve">[13:50] </w:t>
      </w:r>
      <w:r>
        <w:t>to wahan par das panch minute ke liye aadmi ko sukoon mil jata hai, koi drug le kar sukoon leta hai, koi wine le kar karta hai. yeh jo hai, yeh koi solution nahi hai, yeh negative solution hai.</w:t>
      </w:r>
    </w:p>
    <w:p>
      <w:pPr>
        <w:jc w:val="right"/>
      </w:pPr>
      <w:r>
        <w:t>تو وہاں پر دس پانچ منٹ کے لیے آدمی کو سکون مل جاتا ہے، کوئی ڈرگ لے کر سکون لیتا ہے، کوئی وائن لے کر کرتا ہے۔ یہ جو ہے، یہ کوئی سلویوشن نہیں ہے، یہ نیگیٹیو سلویوشن ہے۔</w:t>
      </w:r>
    </w:p>
    <w:p>
      <w:r>
        <w:rPr>
          <w:b/>
        </w:rPr>
        <w:t xml:space="preserve">[14:04] </w:t>
      </w:r>
      <w:r>
        <w:t>humein ek positive solution chahiye, positive solution.</w:t>
      </w:r>
    </w:p>
    <w:p>
      <w:pPr>
        <w:jc w:val="right"/>
      </w:pPr>
      <w:r>
        <w:t>ہمیں ایک پوزیٹیو سلویوشن چاہیے، پوزیٹیو سلویوشن۔</w:t>
      </w:r>
    </w:p>
    <w:p>
      <w:r>
        <w:rPr>
          <w:b/>
        </w:rPr>
        <w:t xml:space="preserve">[14:12] </w:t>
      </w:r>
      <w:r>
        <w:t>yahan main arz karunga keh yeh sara pareshani is liye hai keh insan apne khalq ko, main samajhta hoon keh sari talash apne khalq ki talash hai, apne creator ki talash hai.</w:t>
      </w:r>
    </w:p>
    <w:p>
      <w:pPr>
        <w:jc w:val="right"/>
      </w:pPr>
      <w:r>
        <w:t>یہاں میں عرض کروں گا کہ یہ سارا پریشانی اس لیے ہے کہ انسان اپنے خالق کو، میں سمجھتا ہوں کہ ساری تلاش اپنے خالق کی تلاش ہے، اپنے کریٹر کی تلاش ہے۔</w:t>
      </w:r>
    </w:p>
    <w:p>
      <w:r>
        <w:rPr>
          <w:b/>
        </w:rPr>
        <w:t xml:space="preserve">[14:24] </w:t>
      </w:r>
      <w:r>
        <w:t>apne creator ko na paane ki wajah se yeh sara crisis hai. jis cheez ko hum kehte hain crisis of identity, woh darasal apne creator ko na paane ki wajah se hai,</w:t>
      </w:r>
    </w:p>
    <w:p>
      <w:pPr>
        <w:jc w:val="right"/>
      </w:pPr>
      <w:r>
        <w:t>اپنے کریٹر کو نہ پانے کی وجہ سے یہ سارا کرائسز ہے۔ جس چیز کو ہم کہتے ہیں کرائسز آف آئیڈینٹیٹی، وہ دراصل اپنے کریٹر کو نہ پانے کی وجہ سے ہے،</w:t>
      </w:r>
    </w:p>
    <w:p>
      <w:r>
        <w:rPr>
          <w:b/>
        </w:rPr>
        <w:t xml:space="preserve">[14:39] </w:t>
      </w:r>
      <w:r>
        <w:t>yani us ko realize na karne ki wajah se hai, us ko discover na karne ki wajah se hai. is mamle mein ek main samajhta hoon keh bachcha aur maa ki misaal bohat achhi hai.</w:t>
      </w:r>
    </w:p>
    <w:p>
      <w:pPr>
        <w:jc w:val="right"/>
      </w:pPr>
      <w:r>
        <w:t>یعنی اس کو ریلائز نہ کرنے کی وجہ سے ہے، اس کو ڈسکور نہ کرنے کی وجہ سے ہے۔ اس معاملے میں ایک میں سمجھتا ہوں کہ بچہ اور ماں کی مثال بہت اچھی ہے۔</w:t>
      </w:r>
    </w:p>
    <w:p>
      <w:r>
        <w:rPr>
          <w:b/>
        </w:rPr>
        <w:t xml:space="preserve">[14:50] </w:t>
      </w:r>
      <w:r>
        <w:t>ek chhota bachcha apni maa se,</w:t>
      </w:r>
    </w:p>
    <w:p>
      <w:pPr>
        <w:jc w:val="right"/>
      </w:pPr>
      <w:r>
        <w:t>ایک چھوٹا بچہ اپنی ماں سے،</w:t>
      </w:r>
    </w:p>
    <w:p>
      <w:r>
        <w:rPr>
          <w:b/>
        </w:rPr>
        <w:t xml:space="preserve">[14:57] </w:t>
      </w:r>
      <w:r>
        <w:t>maa yani gum ho gaya ho, maa ko pa na raha ho to kitna betaab hota hai, woh kitna betaab hota hai. aur jab us ki maa use mil jaye to kis tarah se chhimat jata hai apni maa se.</w:t>
      </w:r>
    </w:p>
    <w:p>
      <w:pPr>
        <w:jc w:val="right"/>
      </w:pPr>
      <w:r>
        <w:t>ماں یعنی گم ہو گیا ہو، ماں کو پا نہ رہا ہو تو کتنا بے تاب ہوتا ہے، وہ کتنا بے تاب ہوتا ہے۔ اور جب اس کی ماں اسے مل جائے تو کس طرح سے چمٹ جاتا ہے اپنی ماں سے۔</w:t>
      </w:r>
    </w:p>
    <w:p>
      <w:r>
        <w:rPr>
          <w:b/>
        </w:rPr>
        <w:t xml:space="preserve">[15:10] </w:t>
      </w:r>
      <w:r>
        <w:t>to yahi mamla bande ka aur Khuda ka hai. bande ki hesiyat bachcha jaisi hai, woh apne Khuda ko dhoondh raha hai, dhoondh raha hai, aur na paane ki wajah se pareshan ho raha hai.</w:t>
      </w:r>
    </w:p>
    <w:p>
      <w:pPr>
        <w:jc w:val="right"/>
      </w:pPr>
      <w:r>
        <w:t>تو یہی معاملہ بندے کا اور خدا کا ہے۔ بندے کی حیثیت بچہ جیسی ہے، وہ اپنے خدا کو ڈھونڈ رہا ہے، ڈھونڈ رہا ہے، اور نہ پانے کی وجہ سے پریشان ہو رہا ہے۔</w:t>
      </w:r>
    </w:p>
    <w:p>
      <w:r>
        <w:rPr>
          <w:b/>
        </w:rPr>
        <w:t xml:space="preserve">[15:24] </w:t>
      </w:r>
      <w:r>
        <w:t>main samajhta hoon keh sab se bara kaam aaj ki dunya mein yeh hai keh hum insan ko Khuda se pehchanwayein, insan ko Khuda ka taaruf karwayein,</w:t>
      </w:r>
    </w:p>
    <w:p>
      <w:pPr>
        <w:jc w:val="right"/>
      </w:pPr>
      <w:r>
        <w:t>میں سمجھتا ہوں کہ سب سے بڑا کام آج کی دنیا میں یہ ہے کہ ہم انسان کو خدا سے پہچنوائیں، انسان کو خدا کا تعارف کروائیں،</w:t>
      </w:r>
    </w:p>
    <w:p>
      <w:r>
        <w:rPr>
          <w:b/>
        </w:rPr>
        <w:t xml:space="preserve">[15:40] </w:t>
      </w:r>
      <w:r>
        <w:t>insan ko batayein keh tumhara ek creator hai, tumhara ek God hai, aur is God ka jo creation plan hai, us se batayein aap.</w:t>
      </w:r>
    </w:p>
    <w:p>
      <w:pPr>
        <w:jc w:val="right"/>
      </w:pPr>
      <w:r>
        <w:t>انسان کو بتائیں کہ تمہارا ایک کریٹر ہے، تمہارا ایک گاڈ ہے، اور اس گاڈ کا جو کریشن پلان ہے، اس سے بتائیں آپ۔</w:t>
      </w:r>
    </w:p>
    <w:p>
      <w:r>
        <w:rPr>
          <w:b/>
        </w:rPr>
        <w:t xml:space="preserve">[15:53] </w:t>
      </w:r>
      <w:r>
        <w:t>main ne kai baar yeh baat kahi hai keh sab se bara masla yeh hai keh log creation plan ko Khuda ka jo hai, woh nahi jante, is liye bhadakte rehte hain idhar se udhar, idhar se udhar.</w:t>
      </w:r>
    </w:p>
    <w:p>
      <w:pPr>
        <w:jc w:val="right"/>
      </w:pPr>
      <w:r>
        <w:t>میں نے کئی بار یہ بات کہی ہے کہ سب سے بڑا مسئلہ یہ ہے کہ لوگ کریشن پلان کو خدا کا جو ہے، وہ نہیں جانتے، اس لیے بھڑکتے رہتے ہیں ادھر سے ادھر، ادھر سے ادھر۔</w:t>
      </w:r>
    </w:p>
    <w:p>
      <w:r>
        <w:rPr>
          <w:b/>
        </w:rPr>
        <w:t xml:space="preserve">[16:10] </w:t>
      </w:r>
      <w:r>
        <w:t>main ne is par bohat ghor kiya to mujhe samajh mein aya hai keh creation plan jo Khuda ka hai, us ko aap ek lafz se samajh sakte hain, woh hai,</w:t>
      </w:r>
    </w:p>
    <w:p>
      <w:pPr>
        <w:jc w:val="right"/>
      </w:pPr>
      <w:r>
        <w:t>میں نے اس پر بہت غور کیا تو مجھے سمجھ میں آیا ہے کہ کریشن پلان جو خدا کا ہے، اس کو آپ ایک لفظ سے سمجھ سکتے ہیں، وہ ہے،</w:t>
      </w:r>
    </w:p>
    <w:p>
      <w:r>
        <w:rPr>
          <w:b/>
        </w:rPr>
        <w:t xml:space="preserve">[16:23] </w:t>
      </w:r>
      <w:r>
        <w:t>woh yeh hai keh</w:t>
      </w:r>
    </w:p>
    <w:p>
      <w:pPr>
        <w:jc w:val="right"/>
      </w:pPr>
      <w:r>
        <w:t>وہ یہ ہے کہ</w:t>
      </w:r>
    </w:p>
    <w:p>
      <w:r>
        <w:rPr>
          <w:b/>
        </w:rPr>
        <w:t xml:space="preserve">[16:30] </w:t>
      </w:r>
      <w:r>
        <w:t>preparatory period. aap jante hain keh school hote hain jo jin ko preparatory school kaha jata hai, yani ibtedai darjaat mein un ko tayyar karwaya jata hai taake aage pahunch sakein woh.</w:t>
      </w:r>
    </w:p>
    <w:p>
      <w:pPr>
        <w:jc w:val="right"/>
      </w:pPr>
      <w:r>
        <w:t>پریپریٹری پیریڈ۔ آپ جانتے ہیں کہ اسکول ہوتے ہیں جو جن کو پریپریٹری اسکول کہا جاتا ہے، یعنی ابتدائی درجات میں ان کو تیار کروایا جاتا ہے تاکہ آگے پہنچ سکیں وہ۔</w:t>
      </w:r>
    </w:p>
    <w:p>
      <w:r>
        <w:rPr>
          <w:b/>
        </w:rPr>
        <w:t xml:space="preserve">[16:46] </w:t>
      </w:r>
      <w:r>
        <w:t>yani school mein tayyar kiya jata hai taake woh school ke level ki tayyari karai jati hai taake woh college mein pahunch sakein. yeh hai preparatory school.</w:t>
      </w:r>
    </w:p>
    <w:p>
      <w:pPr>
        <w:jc w:val="right"/>
      </w:pPr>
      <w:r>
        <w:t>یعنی اسکول میں تیار کیا جاتا ہے تاکہ وہ اسکول کے لیول کی تیاری کرائی جاتی ہے تاکہ وہ کالج میں پہنچ سکیں۔ یہ ہے پریپریٹری اسکول۔</w:t>
      </w:r>
    </w:p>
    <w:p>
      <w:r>
        <w:rPr>
          <w:b/>
        </w:rPr>
        <w:t xml:space="preserve">[16:56] </w:t>
      </w:r>
      <w:r>
        <w:t>to yeh dunya jo hai, yeh preparatory period hai. main samajhta hoon keh best word yeh hai dunya ke bare mein keh yeh hai preparatory period.</w:t>
      </w:r>
    </w:p>
    <w:p>
      <w:pPr>
        <w:jc w:val="right"/>
      </w:pPr>
      <w:r>
        <w:t>تو یہ دنیا جو ہے، یہ پریپریٹری پیریڈ ہے۔ میں سمجھتا ہوں کہ بیسٹ ورڈ یہ ہے دنیا کے بارے میں کہ یہ ہے پریپریٹری پیریڈ۔</w:t>
      </w:r>
    </w:p>
    <w:p>
      <w:r>
        <w:rPr>
          <w:b/>
        </w:rPr>
        <w:t xml:space="preserve">[17:07] </w:t>
      </w:r>
      <w:r>
        <w:t>asal dunya jo hai, jo Khuda ne banai hai, woh post death period mein ati hai, jo hai paradise. Khuda ne ek bohat hi beautiful dunya, perfect dunya, ideal dunya banai jis ko hum paradise kehte hain.</w:t>
      </w:r>
    </w:p>
    <w:p>
      <w:pPr>
        <w:jc w:val="right"/>
      </w:pPr>
      <w:r>
        <w:t>اصل دنیا جو ہے، جو خدا نے بنائی ہے، وہ پوسٹ ڈیتھ پیریڈ میں آتی ہے، جو ہے پیراڈائز۔ خدا نے ایک بہت ہی بیوٹی فل دنیا، پرفیکٹ دنیا، آئیڈیل دنیا بنائی جس کو ہم پیراڈائز کہتے ہیں۔</w:t>
      </w:r>
    </w:p>
    <w:p>
      <w:r>
        <w:rPr>
          <w:b/>
        </w:rPr>
        <w:t xml:space="preserve">[17:26] </w:t>
      </w:r>
      <w:r>
        <w:t>to is se pehle yeh ek preparatory period rakh diya yahan par keh jo log paradise mein jana chahte hain, woh apne aap ko tayyar karein, apne aap ko is layiq banayein keh woh deserve karein wahan settle hone ke liye.</w:t>
      </w:r>
    </w:p>
    <w:p>
      <w:pPr>
        <w:jc w:val="right"/>
      </w:pPr>
      <w:r>
        <w:t>تو اس سے پہلے یہ ایک پریپریٹری پیریڈ رکھ دیا یہاں پر کہ جو لوگ پیراڈائز میں جانا چاہتے ہیں، وہ اپنے آپ کو تیار کریں، اپنے آپ کو اس طائل بنائیں کہ وہ ڈیزرو کریں وہاں سیٹل ہونے کے لیے۔</w:t>
      </w:r>
    </w:p>
    <w:p>
      <w:r>
        <w:rPr>
          <w:b/>
        </w:rPr>
        <w:t xml:space="preserve">[17:46] </w:t>
      </w:r>
      <w:r>
        <w:t>is silsile mein main yeh kahunga keh yeh nature jo hai, jis ke beech mein hum rehte hain, aap jante hain keh nature kis ko kehte hain.</w:t>
      </w:r>
    </w:p>
    <w:p>
      <w:pPr>
        <w:jc w:val="right"/>
      </w:pPr>
      <w:r>
        <w:t>اس سلسلے میں میں یہ کہوں گا کہ یہ نیچر جو ہے، جس کے بیچ میں ہم رہتے ہیں، آپ جانتے ہیں کہ نیچر کس کو کہتے ہیں۔</w:t>
      </w:r>
    </w:p>
    <w:p>
      <w:r>
        <w:rPr>
          <w:b/>
        </w:rPr>
        <w:t xml:space="preserve">[17:56] </w:t>
      </w:r>
      <w:r>
        <w:t>nature ka matlab hai entire physical universe ko hum nature kehte hain. jo kuch bhi hai, woh nature hai.</w:t>
      </w:r>
    </w:p>
    <w:p>
      <w:pPr>
        <w:jc w:val="right"/>
      </w:pPr>
      <w:r>
        <w:t>نیچر کا مطلب ہے انٹائر فزیکل یونیورس کو ہم نیچر کہتے ہیں۔ جو کچھ بھی ہے، وہ نیچر ہے۔</w:t>
      </w:r>
    </w:p>
    <w:p>
      <w:r>
        <w:rPr>
          <w:b/>
        </w:rPr>
        <w:t xml:space="preserve">[18:07] </w:t>
      </w:r>
      <w:r>
        <w:t>yeh Khuda ka creation hai. to Khuda ne nature ko model bana diya hamare liye. main samajhta hoon keh nature ko agar main yeh kahun keh woh rabbani model hai to bohat sahi hoga.</w:t>
      </w:r>
    </w:p>
    <w:p>
      <w:pPr>
        <w:jc w:val="right"/>
      </w:pPr>
      <w:r>
        <w:t>یہ خدا کا کریشن ہے۔ تو خدا نے نیچر کو ماڈل بنا دیا ہمارے لیے۔ میں سمجھتا ہوں کہ نیچر کو اگر میں یہ کہوں کہ وہ ربانی ماڈل ہے تو بہت صحیح ہوگا۔</w:t>
      </w:r>
    </w:p>
    <w:p>
      <w:r>
        <w:rPr>
          <w:b/>
        </w:rPr>
        <w:t xml:space="preserve">[18:21] </w:t>
      </w:r>
      <w:r>
        <w:t>rabbani model yani agar hum paradise ke candidate hain, agar hum chahte hain keh hamein paradise mein jagah mile to is model ko hum follow karna hai jis ko keh nature mein Khuda ne rakh diya hai.</w:t>
      </w:r>
    </w:p>
    <w:p>
      <w:pPr>
        <w:jc w:val="right"/>
      </w:pPr>
      <w:r>
        <w:t>ربانی ماڈل یعنی اگر ہم پیراڈائز کے کینڈیڈیٹ ہیں، اگر ہم چاہتے ہیں کہ ہمیں پیراڈائز میں جگہ ملے تو اس ماڈل کو ہم فالو کرنا ہے جس کو کہ نیچر میں خدا نے رکھ دیا ہے۔</w:t>
      </w:r>
    </w:p>
    <w:p>
      <w:r>
        <w:rPr>
          <w:b/>
        </w:rPr>
        <w:t xml:space="preserve">[18:38] </w:t>
      </w:r>
      <w:r>
        <w:t>nature rabbani model hai is baat ke liye keh hum apne aap ko prepare karein, apne aap ko is qabil banayein keh hamein paradise mein jagah mile.</w:t>
      </w:r>
    </w:p>
    <w:p>
      <w:pPr>
        <w:jc w:val="right"/>
      </w:pPr>
      <w:r>
        <w:t>نیچر ربانی ماڈل ہے اس بات کے لیے کہ ہم اپنے آپ کو پریپیئر کریں، اپنے آپ کو اس قابل بنائیں کہ ہمیں پیراڈائز میں جگہ ملے۔</w:t>
      </w:r>
    </w:p>
    <w:p>
      <w:r>
        <w:rPr>
          <w:b/>
        </w:rPr>
        <w:t xml:space="preserve">[18:51] </w:t>
      </w:r>
      <w:r>
        <w:t>to mein chand ek example doon ga is model ke.</w:t>
      </w:r>
    </w:p>
    <w:p>
      <w:pPr>
        <w:jc w:val="right"/>
      </w:pPr>
      <w:r>
        <w:t>تو میں چند ایک ایگزامپل دوں گا اس ماڈل کے۔</w:t>
      </w:r>
    </w:p>
    <w:p>
      <w:r>
        <w:rPr>
          <w:b/>
        </w:rPr>
        <w:t xml:space="preserve">[18:59] </w:t>
      </w:r>
      <w:r>
        <w:t>dekhiye, quran mein hai ke "lashamsuyabghi alqamaru wallahu sabiqun nahar".</w:t>
      </w:r>
    </w:p>
    <w:p>
      <w:pPr>
        <w:jc w:val="right"/>
      </w:pPr>
      <w:r>
        <w:t>دیکھیے، قرآن میں ہے کہ "لشمسیمبغی القمر واللہ سابق النہار"۔</w:t>
      </w:r>
    </w:p>
    <w:p>
      <w:r>
        <w:rPr>
          <w:b/>
        </w:rPr>
        <w:t xml:space="preserve">[19:08] </w:t>
      </w:r>
      <w:r>
        <w:t>yeh ek model jo hai, is ka ek namoona ke suraj aur chand ya saare stars apne apne orbit par daud rahe hain, koi takrata nahin.</w:t>
      </w:r>
    </w:p>
    <w:p>
      <w:pPr>
        <w:jc w:val="right"/>
      </w:pPr>
      <w:r>
        <w:t>یہ ایک ماڈل جو ہے، اس کا ایک نمونہ کہ سورج اور چاند یا سارے سٹارز اپنے اپنے اربٹ پر دوڑ رہے ہیں، کوئی ٹکراتا نہیں۔</w:t>
      </w:r>
    </w:p>
    <w:p>
      <w:r>
        <w:rPr>
          <w:b/>
        </w:rPr>
        <w:t xml:space="preserve">[19:21] </w:t>
      </w:r>
      <w:r>
        <w:t>lekin "lashamsuyabghi alqamaru wallahu sabiqun nahar" is mein suraj aur chand ka zikr hai, lekin saare stars is mein muraad hain.</w:t>
      </w:r>
    </w:p>
    <w:p>
      <w:pPr>
        <w:jc w:val="right"/>
      </w:pPr>
      <w:r>
        <w:t>لیکن "لشمسیمبغی القمر واللہ سابق النہار" اس میں سورج اور چاند کا ذکر ہے، لیکن سارے سٹارز اس میں مراد ہیں۔</w:t>
      </w:r>
    </w:p>
    <w:p>
      <w:r>
        <w:rPr>
          <w:b/>
        </w:rPr>
        <w:t xml:space="preserve">[19:31] </w:t>
      </w:r>
      <w:r>
        <w:t>yeh saare stars, anginat stars jo space mein hain, daud rahe hain. koi bhi star thehra hua nahin hai, apne مدار, apne apne orbit par daud raha hai, lekin woh takrate nahin hain.</w:t>
      </w:r>
    </w:p>
    <w:p>
      <w:pPr>
        <w:jc w:val="right"/>
      </w:pPr>
      <w:r>
        <w:t>یہ سارے سٹارز، انگنت سٹارز جو اسپیس میں ہیں، دوڑ رہے ہیں۔ کوئی بھی سٹار ٹھہرا ہوا نہیں ہے، اپنے مدار، اپنے اپنے اربٹ پر دوڑ رہا ہے، لیکن وہ ٹکراتے نہیں ہیں۔</w:t>
      </w:r>
    </w:p>
    <w:p>
      <w:r>
        <w:rPr>
          <w:b/>
        </w:rPr>
        <w:t xml:space="preserve">[19:46] </w:t>
      </w:r>
      <w:r>
        <w:t>to yeh ek model yeh hua jo nature mein khuda ne banaya hai ke hum hamari activities kis tarah honi chahiye.</w:t>
      </w:r>
    </w:p>
    <w:p>
      <w:pPr>
        <w:jc w:val="right"/>
      </w:pPr>
      <w:r>
        <w:t>تو یہ ایک ماڈل یہ ہوا جو نیچر میں خدا نے بنایا ہے کہ ہم ہماری ایکٹیویٹیز کس طرح ہونی چاہیے۔</w:t>
      </w:r>
    </w:p>
    <w:p>
      <w:r>
        <w:rPr>
          <w:b/>
        </w:rPr>
        <w:t xml:space="preserve">[19:59] </w:t>
      </w:r>
      <w:r>
        <w:t>is tarah ke hum doosre ke liye koi problem create na karein, doosre se takraao na karein, doosre se lad kar apna raasta na banayein. itna bada universe hai, is mein numerous stars hain aur sab ke sab daud rahe hain, daud rahe hain, daud rahe hain, lekin koi star doosre se takrata nahin,</w:t>
      </w:r>
    </w:p>
    <w:p>
      <w:pPr>
        <w:jc w:val="right"/>
      </w:pPr>
      <w:r>
        <w:t>اس طرح کہ ہم دوسرے کے لیے کوئی پرابلم کریٹ نہ کریں، دوسرے سے ٹکراؤ نہ کریں، دوسرے سے لڑ کر اپنا راستہ نہ بنائیں۔ اتنا بڑا یونیورس ہے، اس میں نیومرس سٹارز ہیں اور سب کے سب دوڑ رہے ہیں، دوڑ رہے ہیں، دوڑ رہے ہیں، لیکن کوئی سٹار دوسرے سے ٹکراتا نہیں،</w:t>
      </w:r>
    </w:p>
    <w:p>
      <w:r>
        <w:rPr>
          <w:b/>
        </w:rPr>
        <w:t xml:space="preserve">[20:20] </w:t>
      </w:r>
      <w:r>
        <w:t>doosre se takrata nahin. yeh hai model, rabbani model. hamein duniya mein freedom mili hui hai ke hum apna</w:t>
      </w:r>
    </w:p>
    <w:p>
      <w:pPr>
        <w:jc w:val="right"/>
      </w:pPr>
      <w:r>
        <w:t>دوسرے سے ٹکراتا نہیں۔ یہ ہے ماڈل، ربانی ماڈل۔ ہمیں دنیا میں فریڈم ملی ہوئی ہے کہ ہم اپنا</w:t>
      </w:r>
    </w:p>
    <w:p>
      <w:r>
        <w:rPr>
          <w:b/>
        </w:rPr>
        <w:t xml:space="preserve">[20:35] </w:t>
      </w:r>
      <w:r>
        <w:t>apna target jo hamara ho, us pe daudein us ke liye. lekin ek condition hai, woh condition kya hai?</w:t>
      </w:r>
    </w:p>
    <w:p>
      <w:pPr>
        <w:jc w:val="right"/>
      </w:pPr>
      <w:r>
        <w:t>اپنا ٹارگٹ جو ہمارا ہو، اس پہ دوڑیں اس کے لیے۔ لیکن ایک کنڈیشن ہے، وہ کنڈیشن کیا ہے؟</w:t>
      </w:r>
    </w:p>
    <w:p>
      <w:r>
        <w:rPr>
          <w:b/>
        </w:rPr>
        <w:t xml:space="preserve">[20:46] </w:t>
      </w:r>
      <w:r>
        <w:t>ke apne orbit mein chalein, doosre ke orbit mein dakhil na ho. isi ko hadith mein is tarah kaha gaya ke ghode ki misaal li gayi ke ek khoonta ho, is khoonte mein ek rassi ho, is mein ghoda bandha hua ho,</w:t>
      </w:r>
    </w:p>
    <w:p>
      <w:pPr>
        <w:jc w:val="right"/>
      </w:pPr>
      <w:r>
        <w:t>کہ اپنے اربٹ میں چلیں، دوسرے کے اربٹ میں داخل نہ ہوں۔ اسی کو حدیث میں اس طرح کہا گیا کہ گھوڑے کی مثال لی گئی کہ ایک کھونٹا ہو، اس کھونٹے میں ایک رسی ہو، اس میں گھوڑا بندھا ہوا ہو،</w:t>
      </w:r>
    </w:p>
    <w:p>
      <w:r>
        <w:rPr>
          <w:b/>
        </w:rPr>
        <w:t xml:space="preserve">[21:07] </w:t>
      </w:r>
      <w:r>
        <w:t>aur woh ghoda is ke chaaron taraf ghoom raha ho. to farmaya ke "yahood meeru al-akhiyat" ke woh ghoomta hai, lekin rassi jitni door jaane allow karti hai, wohi tak jaata hai, woh rassi se aage nahin jaata.</w:t>
      </w:r>
    </w:p>
    <w:p>
      <w:pPr>
        <w:jc w:val="right"/>
      </w:pPr>
      <w:r>
        <w:t>اور وہ گھوڑا اس کے چاروں طرف گھوم رہا ہو۔ تو فرمایا کہ "یہود میر جو الاخیت" کہ وہ گھومتا ہے، لیکن رسی جتنی دور جانے الاؤ کرتی ہے، وہیں تک جاتا ہے، وہ رسی سے آگے نہیں جاتا۔</w:t>
      </w:r>
    </w:p>
    <w:p>
      <w:r>
        <w:rPr>
          <w:b/>
        </w:rPr>
        <w:t xml:space="preserve">[21:26] </w:t>
      </w:r>
      <w:r>
        <w:t>to har ghoda jo hai, us ki gardan mein ek rassi bandhi hui hai. aise hi jo insaan hai, us ki gardan mein, gardan mein faith ki gard rassi bandhi hui hai.</w:t>
      </w:r>
    </w:p>
    <w:p>
      <w:pPr>
        <w:jc w:val="right"/>
      </w:pPr>
      <w:r>
        <w:t>تو ہر گھوڑا جو ہے، اس کی گردن میں ایک رسی بندھی ہوئی ہے۔ ایسے ہی جو انسان ہے، اس کی گردن میں، گردن میں فیتھ کی گرد رسی بندھی ہوئی ہے۔</w:t>
      </w:r>
    </w:p>
    <w:p>
      <w:r>
        <w:rPr>
          <w:b/>
        </w:rPr>
        <w:t xml:space="preserve">[21:42] </w:t>
      </w:r>
      <w:r>
        <w:t>insaan ko khuda ne azaadi di hai, lekin us ko azaadi is tarah di hai ke azaadi ko woh misuse na kare.</w:t>
      </w:r>
    </w:p>
    <w:p>
      <w:pPr>
        <w:jc w:val="right"/>
      </w:pPr>
      <w:r>
        <w:t>انسان کو خدا نے آزادی دی ہے، لیکن اس کو آزادی اس طرح دی ہے کہ آزادی کو وہ مس یوز نہ کرے۔</w:t>
      </w:r>
    </w:p>
    <w:p>
      <w:r>
        <w:rPr>
          <w:b/>
        </w:rPr>
        <w:t xml:space="preserve">[21:53] </w:t>
      </w:r>
      <w:r>
        <w:t>khuda ke bataye hue daayre mein apni azaadi ko istemaal kare. to jis tarah se rassi mein bandha hua ghoda apne daayre mein ghoomta hai aur saare stars apne apne orbit mein ghoomte hain,</w:t>
      </w:r>
    </w:p>
    <w:p>
      <w:pPr>
        <w:jc w:val="right"/>
      </w:pPr>
      <w:r>
        <w:t>خدا کے بتائے ہوئے دائرے میں اپنی آزادی کو استعمال کرے۔ تو جس طرح سے رسی میں بندھا ہوا گھوڑا اپنے دائرے میں گھومتا ہے اور سارے سٹارز اپنے اپنے اربٹ میں گھومتے ہیں،</w:t>
      </w:r>
    </w:p>
    <w:p>
      <w:r>
        <w:rPr>
          <w:b/>
        </w:rPr>
        <w:t xml:space="preserve">[22:08] </w:t>
      </w:r>
      <w:r>
        <w:t>isi tarah insaan ko apni activities is tarah chalana hai ke woh doosre ke liye problem na bane.</w:t>
      </w:r>
    </w:p>
    <w:p>
      <w:pPr>
        <w:jc w:val="right"/>
      </w:pPr>
      <w:r>
        <w:t>اسی طرح انسان کو اپنی ایکٹیویٹیز اس طرح چلانا ہے کہ وہ دوسرے کے لیے پرابلم نہ بنے۔</w:t>
      </w:r>
    </w:p>
    <w:p>
      <w:r>
        <w:rPr>
          <w:b/>
        </w:rPr>
        <w:t xml:space="preserve">[22:20] </w:t>
      </w:r>
      <w:r>
        <w:t>yaani in other words mein keh sakta hoon ke har insaan no problem person ban kar duniya mein rahe, har aurat aur mard society mein is tarah rahein ke doosron ke liye woh no problem person bane hue hon.</w:t>
      </w:r>
    </w:p>
    <w:p>
      <w:pPr>
        <w:jc w:val="right"/>
      </w:pPr>
      <w:r>
        <w:t>یعنی ان ادر ورڈز میں کہہ سکتا ہوں کہ ہر انسان نو پرابلم پرسن بن کر دنیا میں رہے، ہر عورت اور مرد سوسائٹی میں اس طرح رہیں کہ دوسروں کے لیے وہ نو پرابلم پرسن بنے ہوئے ہوں۔</w:t>
      </w:r>
    </w:p>
    <w:p>
      <w:r>
        <w:rPr>
          <w:b/>
        </w:rPr>
        <w:t xml:space="preserve">[22:38] </w:t>
      </w:r>
      <w:r>
        <w:t>yeh hai woh model jo nature mein khuda ne rakh diya hai. isi tarah aap dekhiye ke itni activities hain yeh space mein.</w:t>
      </w:r>
    </w:p>
    <w:p>
      <w:pPr>
        <w:jc w:val="right"/>
      </w:pPr>
      <w:r>
        <w:t>یہ ہے وہ ماڈل جو نیچر میں خدا نے رکھ دیا ہے۔ اسی طرح آپ دیکھیے کہ اتنی ایکٹیویٹیز ہیں یہ سپیس میں۔</w:t>
      </w:r>
    </w:p>
    <w:p>
      <w:r>
        <w:rPr>
          <w:b/>
        </w:rPr>
        <w:t xml:space="preserve">[22:53] </w:t>
      </w:r>
      <w:r>
        <w:t>space mein har cheez harkat mein hai, koi cheez thehri hui nahin hai, lekin complete peace hai.</w:t>
      </w:r>
    </w:p>
    <w:p>
      <w:pPr>
        <w:jc w:val="right"/>
      </w:pPr>
      <w:r>
        <w:t>اسپیس میں ہر چیز حرکت میں ہے، کوئی چیز ٹھہری ہوئی نہیں ہے، لیکن کمپلیٹ پیس ہے۔</w:t>
      </w:r>
    </w:p>
    <w:p>
      <w:r>
        <w:rPr>
          <w:b/>
        </w:rPr>
        <w:t xml:space="preserve">[23:03] </w:t>
      </w:r>
      <w:r>
        <w:t>poori universe mein mukammal peace hai,</w:t>
      </w:r>
    </w:p>
    <w:p>
      <w:pPr>
        <w:jc w:val="right"/>
      </w:pPr>
      <w:r>
        <w:t>پوری یونیورس میں مکمل پیس ہے،</w:t>
      </w:r>
    </w:p>
    <w:p>
      <w:r>
        <w:rPr>
          <w:b/>
        </w:rPr>
        <w:t xml:space="preserve">[23:09] </w:t>
      </w:r>
      <w:r>
        <w:t>poori poori universe peaceful universe hai. to yeh bhi ek model hai ke hum ek aisa family banayein, ek aisa samaj banayein, ek aisi duniya banayein jahan peace hi peace ho.</w:t>
      </w:r>
    </w:p>
    <w:p>
      <w:pPr>
        <w:jc w:val="right"/>
      </w:pPr>
      <w:r>
        <w:t>پوری پوری یونیورس پیس فل یونیورس ہے۔ تو یہ بھی ایک ماڈل ہے کہ ہم ایک ایسا فیملی بنائیں، ایک ایسا سماج بنائیں، ایک ایسی دنیا بنائیں جہاں پیس ہی پیس ہو۔</w:t>
      </w:r>
    </w:p>
    <w:p>
      <w:r>
        <w:rPr>
          <w:b/>
        </w:rPr>
        <w:t xml:space="preserve">[23:21] </w:t>
      </w:r>
      <w:r>
        <w:t>jo log is tarah ka samaj bana sakein duniya mein, wahi aakhirat mein paradise mein</w:t>
      </w:r>
    </w:p>
    <w:p>
      <w:pPr>
        <w:jc w:val="right"/>
      </w:pPr>
      <w:r>
        <w:t>جو لوگ اس طرح کا سماج بنا سکیں دنیا میں، وہی آخرت میں پیراڈائز میں</w:t>
      </w:r>
    </w:p>
    <w:p>
      <w:r>
        <w:rPr>
          <w:b/>
        </w:rPr>
        <w:t xml:space="preserve">[23:31] </w:t>
      </w:r>
      <w:r>
        <w:t>entry paayenge. aise logon ko paradise mein entry nahin milegi jo duniya mein fasad machayein, jo jahan problem create karein, jo duniya mein logon se takraao karte firein.</w:t>
      </w:r>
    </w:p>
    <w:p>
      <w:pPr>
        <w:jc w:val="right"/>
      </w:pPr>
      <w:r>
        <w:t>انٹری پائیں گے۔ ایسے لوگوں کو پیراڈائز میں انٹری نہیں ملے گی جو دنیا میں فساد مچائیں، جو جہاں پرابلم کریٹ کریں، جو دنیا میں لوگوں سے ٹکراؤ کرتے پھریں۔</w:t>
      </w:r>
    </w:p>
    <w:p>
      <w:r>
        <w:rPr>
          <w:b/>
        </w:rPr>
        <w:t xml:space="preserve">[23:43] </w:t>
      </w:r>
      <w:r>
        <w:t>aise log reject kar diye jayenge. quran mein believer ki misaal di gayi hai shajarah tayyibah.</w:t>
      </w:r>
    </w:p>
    <w:p>
      <w:pPr>
        <w:jc w:val="right"/>
      </w:pPr>
      <w:r>
        <w:t>ایسے لوگ ریجیکٹ کر دیے جائیں گے۔ قرآن میں بیلیور کی مثال دی گئی ہے شجرہ طیبہ۔</w:t>
      </w:r>
    </w:p>
    <w:p>
      <w:r>
        <w:rPr>
          <w:b/>
        </w:rPr>
        <w:t xml:space="preserve">[23:55] </w:t>
      </w:r>
      <w:r>
        <w:t>yaani khuda ko jo believe karta hai, khuda ko jo maanta hai, jo believer hai, woh hota hai misl darakht ke shajarah tayyibah. darakht ki maanind darakht kya hai?</w:t>
      </w:r>
    </w:p>
    <w:p>
      <w:pPr>
        <w:jc w:val="right"/>
      </w:pPr>
      <w:r>
        <w:t>یعنی خدا کو جو بیلیو کرتا ہے، خدا کو جو مانتا ہے، جو بیلیور ہے، وہ ہوتا ہے مثل درخت کے شجرہ طیبہ۔ درخت کی مانند درخت کیا ہے؟</w:t>
      </w:r>
    </w:p>
    <w:p>
      <w:r>
        <w:rPr>
          <w:b/>
        </w:rPr>
        <w:t xml:space="preserve">[24:08] </w:t>
      </w:r>
      <w:r>
        <w:t>mein samajhta hoon ke darakht ka ek anokha, woh hai, ek anokhi misaal hai ke poore mahaul se woh apne liye khuraak leta hai.</w:t>
      </w:r>
    </w:p>
    <w:p>
      <w:pPr>
        <w:jc w:val="right"/>
      </w:pPr>
      <w:r>
        <w:t>میں سمجھتا ہوں کہ درخت کا ایک انوکھا، وہ ہے، ایک انوکھی مثال ہے کہ پورے ماحول سے وہ اپنے لیے خوراک لیتا ہے۔</w:t>
      </w:r>
    </w:p>
    <w:p>
      <w:r>
        <w:rPr>
          <w:b/>
        </w:rPr>
        <w:t xml:space="preserve">[24:21] </w:t>
      </w:r>
      <w:r>
        <w:t>zameen ke neeche se khurak leta hai, mitti se, hawaon se leta hai, suraj se leta hai, aur is se woh grow karta hai.</w:t>
      </w:r>
    </w:p>
    <w:p>
      <w:pPr>
        <w:jc w:val="right"/>
      </w:pPr>
      <w:r>
        <w:t>زمین کے نیچے سے خوراک لیتا ہے، مٹی سے، ہواؤں سے لیتا ہے، سورج سے لیتا ہے، اور اس سے وہ گرو کرتا ہے۔</w:t>
      </w:r>
    </w:p>
    <w:p>
      <w:r>
        <w:rPr>
          <w:b/>
        </w:rPr>
        <w:t xml:space="preserve">[24:32] </w:t>
      </w:r>
      <w:r>
        <w:t>yeh chhota sa, ek itna sa seed ya itna sa ek poda hota hai, badhte badhte ek poora darakht ban jata hai. To insaan ko ab, ab koi is ki ladai kisi se nahi hoti.</w:t>
      </w:r>
    </w:p>
    <w:p>
      <w:pPr>
        <w:jc w:val="right"/>
      </w:pPr>
      <w:r>
        <w:t>یہ چھوٹا سا، ایک اتنا سا سیڈ یا اتنا سا ایک پودا ہوتا ہے، بڑھتے بڑھتے ایک پورا درخت بن جاتا ہے۔ تو انسان کو اب، اب کوئی اس کی لڑائی کسی سے نہیں ہوتی۔</w:t>
      </w:r>
    </w:p>
    <w:p>
      <w:r>
        <w:rPr>
          <w:b/>
        </w:rPr>
        <w:t xml:space="preserve">[24:48] </w:t>
      </w:r>
      <w:r>
        <w:t>nihayat khamoshi se woh duniya ko apna dastarkhwan bana leta hai. Isi tarah se ek faithful insaan ko yeh karna hai ke woh apni shakhsiyat ki takmeel kare,</w:t>
      </w:r>
    </w:p>
    <w:p>
      <w:pPr>
        <w:jc w:val="right"/>
      </w:pPr>
      <w:r>
        <w:t>نہایت خاموشی سے وہ دنیا کو اپنا دسترسخان بنا لیتا ہے۔ اسی طرح سے ایک فیتھ فل انسان کو یہ کرنا ہے کہ وہ اپنی شخصیت کی تکمیل کرے،</w:t>
      </w:r>
    </w:p>
    <w:p>
      <w:r>
        <w:rPr>
          <w:b/>
        </w:rPr>
        <w:t xml:space="preserve">[25:03] </w:t>
      </w:r>
      <w:r>
        <w:t>apna personality development kare, baghair is ke ke us ne kisi se takrao kiya ho, kisi se us ne chheen jhapta ki ho.</w:t>
      </w:r>
    </w:p>
    <w:p>
      <w:pPr>
        <w:jc w:val="right"/>
      </w:pPr>
      <w:r>
        <w:t>اپنا پرسنیلٹی ڈیولپمنٹ کرے، بغیر اس کے کہ اس نے کسی سے ٹکراؤ کیا ہو، کسی سے اس نے چھین جھپٹ کی ہو۔</w:t>
      </w:r>
    </w:p>
    <w:p>
      <w:r>
        <w:rPr>
          <w:b/>
        </w:rPr>
        <w:t xml:space="preserve">[25:13] </w:t>
      </w:r>
      <w:r>
        <w:t>aise hi log hain jo jannat mein jagah payenge.</w:t>
      </w:r>
    </w:p>
    <w:p>
      <w:pPr>
        <w:jc w:val="right"/>
      </w:pPr>
      <w:r>
        <w:t>ایسے ہی لوگ ہیں جو جنت میں جگہ پائیں گے۔</w:t>
      </w:r>
    </w:p>
    <w:p>
      <w:r>
        <w:rPr>
          <w:b/>
        </w:rPr>
        <w:t xml:space="preserve">[25:19] </w:t>
      </w:r>
      <w:r>
        <w:t>quran se maloom hota hai ke rizq jo hai, rizq do qism ka hai. Ek hai physical rizq, yaani food.</w:t>
      </w:r>
    </w:p>
    <w:p>
      <w:pPr>
        <w:jc w:val="right"/>
      </w:pPr>
      <w:r>
        <w:t>قرآن سے معلوم ہوتا ہے کہ رزق جو ہے، رزق دو قسم کا ہے۔ ایک ہے فزیکل رزق، یعنی فوڈ۔</w:t>
      </w:r>
    </w:p>
    <w:p>
      <w:r>
        <w:rPr>
          <w:b/>
        </w:rPr>
        <w:t xml:space="preserve">[25:29] </w:t>
      </w:r>
      <w:r>
        <w:t>rizq matlab food. Ek hai physical food aur ek hai spiritual food. Physical food jo hai, woh hamari body ke liye hai.</w:t>
      </w:r>
    </w:p>
    <w:p>
      <w:pPr>
        <w:jc w:val="right"/>
      </w:pPr>
      <w:r>
        <w:t>رزق مطلب فوڈ۔ ایک ہے فزیکل فوڈ اور ایک ہے اسپیریچول فوڈ۔ فزیکل فوڈ جو ہے، وہ ہماری باڈی کے لیے ہے۔</w:t>
      </w:r>
    </w:p>
    <w:p>
      <w:r>
        <w:rPr>
          <w:b/>
        </w:rPr>
        <w:t xml:space="preserve">[25:41] </w:t>
      </w:r>
      <w:r>
        <w:t>hamari body mein gosht chahiye, haddi chahiye, khoon chahiye. Is ke liye physical food hai. Ghalla hai, phal hai, sabzi hai.</w:t>
      </w:r>
    </w:p>
    <w:p>
      <w:pPr>
        <w:jc w:val="right"/>
      </w:pPr>
      <w:r>
        <w:t>ہماری باڈی میں گوشت چاہیے، ہڈی چاہیے، خون چاہیے۔ اس کے لیے فزیکل فوڈ ہے۔ غلہ ہے، پھل ہے، سبزی ہے۔</w:t>
      </w:r>
    </w:p>
    <w:p>
      <w:r>
        <w:rPr>
          <w:b/>
        </w:rPr>
        <w:t xml:space="preserve">[25:51] </w:t>
      </w:r>
      <w:r>
        <w:t>is se hamare jism ko taqat milti hai. Yeh hai physical food. Lekin physical food hamari duniya ki zindagi ke liye kaam dene wala hai.</w:t>
      </w:r>
    </w:p>
    <w:p>
      <w:pPr>
        <w:jc w:val="right"/>
      </w:pPr>
      <w:r>
        <w:t>اس سے ہمارے جسم کو طاقت ملتی ہے۔ یہ ہے فزیکل فوڈ۔ لیکن فزیکل فوڈ ہماری دنیا کی زندگی کے لیے کام دینے والا ہے۔</w:t>
      </w:r>
    </w:p>
    <w:p>
      <w:r>
        <w:rPr>
          <w:b/>
        </w:rPr>
        <w:t xml:space="preserve">[26:04] </w:t>
      </w:r>
      <w:r>
        <w:t>aakhirat mein jo paradise banegi, woh un logon ke liye hai jo spiritual food hasil kar saken duniya mein. Spiritual food yaani apne apne soul ko purify karein, apne soul ko woh, yaani apne apne soul ko woh ghiza pahuncha saken.</w:t>
      </w:r>
    </w:p>
    <w:p>
      <w:pPr>
        <w:jc w:val="right"/>
      </w:pPr>
      <w:r>
        <w:t>آخرت میں جو پیراڈائز بنے بنے گی، وہ ان لوگوں کے لیے ہے جو اسپیریچول فوڈ حاصل کر سکیں دنیا میں۔ اسپیریچول فوڈ یعنی اپنے اپنے سول کو پیوریفائی کریں، اپنے سول کو وہ، یعنی اپنے اپنے سول کو وہ غذا پہنچا سکیں۔</w:t>
      </w:r>
    </w:p>
    <w:p>
      <w:r>
        <w:rPr>
          <w:b/>
        </w:rPr>
        <w:t xml:space="preserve">[26:26] </w:t>
      </w:r>
      <w:r>
        <w:t>to woh kaise hota hai? Physical food to aap jante hain ke body ko hum</w:t>
      </w:r>
    </w:p>
    <w:p>
      <w:pPr>
        <w:jc w:val="right"/>
      </w:pPr>
      <w:r>
        <w:t>تو وہ کیسے ہوتا ہے؟ فزیکل فوڈ تو آپ جانتے ہیں کہ باڈی کو ہم</w:t>
      </w:r>
    </w:p>
    <w:p>
      <w:r>
        <w:rPr>
          <w:b/>
        </w:rPr>
        <w:t xml:space="preserve">[26:37] </w:t>
      </w:r>
      <w:r>
        <w:t>is ko le kar ke body ko taqatwar banate hain. Spiritual food ka jo tareeqa hai, woh hai conversion, yaani material waqeyat ko convert kar ke is ko spiritual lesson mein badalna.</w:t>
      </w:r>
    </w:p>
    <w:p>
      <w:pPr>
        <w:jc w:val="right"/>
      </w:pPr>
      <w:r>
        <w:t>اس کو لے کر کے باڈی کو طاقتور بناتے ہیں۔ اسپیریچول فوڈ کا جو طریقہ ہے، وہ ہے کنورژن، یعنی مٹیریل واقعات کو کنورٹ کر کے اس کو اسپیریچول لیسن میں بدلنا۔</w:t>
      </w:r>
    </w:p>
    <w:p>
      <w:r>
        <w:rPr>
          <w:b/>
        </w:rPr>
        <w:t xml:space="preserve">[26:57] </w:t>
      </w:r>
      <w:r>
        <w:t>jo aas paas hamare waqeyat ho rahe hain, un waqeyat ko hum badal saken.</w:t>
      </w:r>
    </w:p>
    <w:p>
      <w:pPr>
        <w:jc w:val="right"/>
      </w:pPr>
      <w:r>
        <w:t>جو اس پاس ہمارے واقعات ہو رہے ہیں، ان واقعات کو ہم بدل سکیں۔</w:t>
      </w:r>
    </w:p>
    <w:p>
      <w:r>
        <w:rPr>
          <w:b/>
        </w:rPr>
        <w:t xml:space="preserve">[27:06] </w:t>
      </w:r>
      <w:r>
        <w:t>agar yaani material experience ko agar hum spiritual experience mein convert kar saken to isi ka naam hai spiritual food.</w:t>
      </w:r>
    </w:p>
    <w:p>
      <w:pPr>
        <w:jc w:val="right"/>
      </w:pPr>
      <w:r>
        <w:t>اگر یعنی مٹیریل ایکسپیرینس کو اگر ہم اسپیریچول ایکسپیرینس میں کنورٹ کر سکیں تو اسی کا نام ہے اسپیریچول فوڈ۔</w:t>
      </w:r>
    </w:p>
    <w:p>
      <w:r>
        <w:rPr>
          <w:b/>
        </w:rPr>
        <w:t xml:space="preserve">[27:18] </w:t>
      </w:r>
      <w:r>
        <w:t>main arz karoon ke islam mein jo second caliph the, umar farooq, unhone kaha ek bohat ajeeb baat.</w:t>
      </w:r>
    </w:p>
    <w:p>
      <w:pPr>
        <w:jc w:val="right"/>
      </w:pPr>
      <w:r>
        <w:t>میں عرض کروں کہ اسلام میں جو سیکنڈ کیلیف تھے، عمر فاروق، انہوں نے کہا ایک بہت عجیب بات۔</w:t>
      </w:r>
    </w:p>
    <w:p>
      <w:r>
        <w:rPr>
          <w:b/>
        </w:rPr>
        <w:t xml:space="preserve">[27:28] </w:t>
      </w:r>
      <w:r>
        <w:t>unhone kaha ke sab se meetha ghont hai ghusse ko pee jana.</w:t>
      </w:r>
    </w:p>
    <w:p>
      <w:pPr>
        <w:jc w:val="right"/>
      </w:pPr>
      <w:r>
        <w:t>انہوں نے کہا کہ سب سے میٹھا گھوٹ ہے غصے کو پی جانا۔</w:t>
      </w:r>
    </w:p>
    <w:p>
      <w:r>
        <w:rPr>
          <w:b/>
        </w:rPr>
        <w:t xml:space="preserve">[27:39] </w:t>
      </w:r>
      <w:r>
        <w:t>is ka unka jo qaul hai, is ka literal translation yeh hai ke kisi ne ghusse ko pee jane se zyada meetha ghont nahi piya.</w:t>
      </w:r>
    </w:p>
    <w:p>
      <w:pPr>
        <w:jc w:val="right"/>
      </w:pPr>
      <w:r>
        <w:t>اس کا ان کا جو قول ہے، اس کا لٹرل ٹرانسلیشن یہ ہے کہ کسی نے غصہ کو پی جانے سے زیادہ میٹھا گھوٹ نہیں پیا۔</w:t>
      </w:r>
    </w:p>
    <w:p>
      <w:r>
        <w:rPr>
          <w:b/>
        </w:rPr>
        <w:t xml:space="preserve">[27:49] </w:t>
      </w:r>
      <w:r>
        <w:t>is pe ghaur ghaur kijiye, ghussa to bari kadwi cheez hai. Ghussa jab aata hai to aadmi ke andar aag lag jati hai. Woh chahta hai ke woh aadmi jis ne us ko provoke kiya hai, us ko annihilate kar de, use kuchal dale.</w:t>
      </w:r>
    </w:p>
    <w:p>
      <w:pPr>
        <w:jc w:val="right"/>
      </w:pPr>
      <w:r>
        <w:t>اس پہ غور غور کیجئے، غصہ تو بڑی کڑوی چیز ہے۔ غصہ جب آتا ہے تو آدمی کے اندر آگ لگ جاتی ہے۔ وہ چاہتا ہے کہ وہ آدمی جس نے اس کو پرووک کیا ہے، اس کو انہیلیٹ کر دے، اسے کچل ڈالے۔</w:t>
      </w:r>
    </w:p>
    <w:p>
      <w:r>
        <w:rPr>
          <w:b/>
        </w:rPr>
        <w:t xml:space="preserve">[28:06] </w:t>
      </w:r>
      <w:r>
        <w:t>ghussa to aap jante hain ke bari kadwi cheez hai. To kyun woh keh rahe hain ke ghussa sab se meetha ghont hai? Sweeter sip.</w:t>
      </w:r>
    </w:p>
    <w:p>
      <w:pPr>
        <w:jc w:val="right"/>
      </w:pPr>
      <w:r>
        <w:t>غصہ تو آپ جانتے ہیں کہ بڑی کڑوی چیز ہے۔ تو کیوں وہ کہہ رہے ہیں کہ غصہ سب سے میٹھا گھوٹ ہے؟ سویٹرش سپ۔</w:t>
      </w:r>
    </w:p>
    <w:p>
      <w:r>
        <w:rPr>
          <w:b/>
        </w:rPr>
        <w:t xml:space="preserve">[28:16] </w:t>
      </w:r>
      <w:r>
        <w:t>yaani ghusse ko unhone keh rahe hain ke sweeter sip hai, sab se meetha ghont. Woh kaise? Is par hum ne bohat ghaur kiya ke kyun unhone kaha ke ghussa ek meetha ghont hai.</w:t>
      </w:r>
    </w:p>
    <w:p>
      <w:pPr>
        <w:jc w:val="right"/>
      </w:pPr>
      <w:r>
        <w:t>یعنی غصے کو انہوں نے کہہ رہے ہیں کہ سویٹرش سپ ہے، سب سے میٹھا گھوٹ۔ وہ کیسے؟ اس پر ہم نے بہت غور کیا کہ کیوں انہوں نے کہا کہ غصہ ایک میٹھا گھوٹ ہے۔</w:t>
      </w:r>
    </w:p>
    <w:p>
      <w:r>
        <w:rPr>
          <w:b/>
        </w:rPr>
        <w:t xml:space="preserve">[28:29] </w:t>
      </w:r>
      <w:r>
        <w:t>to meri samajh mein yeh aaya ke unka matlab yeh hai ke ghussa jo hai, hum ko ek opportunity deta hai khuda ki blessing lene ke liye.</w:t>
      </w:r>
    </w:p>
    <w:p>
      <w:pPr>
        <w:jc w:val="right"/>
      </w:pPr>
      <w:r>
        <w:t>تو میری سمجھ میں یہ آیا کہ ان کا مطلب یہ ہے کہ غصہ جو ہے، ہم کو ایک اپرچونیٹی دیتا ہے خدا کی بلیسنگ لینے کے لیے۔</w:t>
      </w:r>
    </w:p>
    <w:p>
      <w:r>
        <w:rPr>
          <w:b/>
        </w:rPr>
        <w:t xml:space="preserve">[28:43] </w:t>
      </w:r>
      <w:r>
        <w:t>kyun ke quran mein aur hadith mein yeh baat batai gayi hai ke agar kisi ko ghussa aa jaye aur woh ghusse ko pee le to uska bohat bara ajr hai khuda ke haan.</w:t>
      </w:r>
    </w:p>
    <w:p>
      <w:pPr>
        <w:jc w:val="right"/>
      </w:pPr>
      <w:r>
        <w:t>کیونکہ قرآن میں اور حدیث میں یہ بات بتائی گئی ہے کہ اگر کسی کو غصہ آ جائے اور وہ غصے کو پی لے تو اس کا بہت بڑا اجر ہے خدا کے ہاں۔</w:t>
      </w:r>
    </w:p>
    <w:p>
      <w:r>
        <w:rPr>
          <w:b/>
        </w:rPr>
        <w:t xml:space="preserve">[28:59] </w:t>
      </w:r>
      <w:r>
        <w:t>bohat bara ajr hai. Yaani ghusse par sabr kar lena, ghusse ko pee lena, ghusse ko andar hi andar diffuse kar dena, is par bohat bara ajr bataya gaya hai.</w:t>
      </w:r>
    </w:p>
    <w:p>
      <w:pPr>
        <w:jc w:val="right"/>
      </w:pPr>
      <w:r>
        <w:t>بہت بڑا اجر ہے۔ یعنی غصے پر صبر کر لینا، غصے کو پی لینا، غصے کو اندر ہی اندر ڈیفیوز کر دینا، اس پر بہت بڑا اجر بتایا گیا ہے۔</w:t>
      </w:r>
    </w:p>
    <w:p>
      <w:r>
        <w:rPr>
          <w:b/>
        </w:rPr>
        <w:t xml:space="preserve">[29:12] </w:t>
      </w:r>
      <w:r>
        <w:t>inaam, reward, bohat bara reward bataya gaya. To is ka matlab kya hua? Is ka matlab yeh hua ke woh yeh keh rahe hain ke</w:t>
      </w:r>
    </w:p>
    <w:p>
      <w:pPr>
        <w:jc w:val="right"/>
      </w:pPr>
      <w:r>
        <w:t>انعام، ریوارڈ، بہت بڑا ریوارڈ بتایا گیا۔ تو اس کا مطلب کیا ہوا؟ اس کا مطلب یہ ہوا کہ وہ یہ کہہ رہے ہیں کہ</w:t>
      </w:r>
    </w:p>
    <w:p>
      <w:r>
        <w:rPr>
          <w:b/>
        </w:rPr>
        <w:t xml:space="preserve">[29:26] </w:t>
      </w:r>
      <w:r>
        <w:t>is super reward ko lene ke liye time konsa ho sakta hai? Jab aap ghussa aaye, jab aap thande thande mein hon aur logon se meethi meethi baatein kar rahe hon aur ghusse ka kisi ne aap ko provoke kar ke ghussa na dilaya ho to is ka matlab hai ke woh time hi nahi aaya, woh opportunity nahi aayi.</w:t>
      </w:r>
    </w:p>
    <w:p>
      <w:pPr>
        <w:jc w:val="right"/>
      </w:pPr>
      <w:r>
        <w:t>اس سپر ریوارڈ کو لینے کے لیے ٹائم کونسا ہو سکتا ہے؟ جب آپ غصہ آئے، جب آپ ٹھنڈے ٹھنڈے میں ہوں اور لوگوں سے میٹھی میٹھی باتیں کر رہے ہوں اور غصے کا کسی نے آپ کو پرووک کر کے غصہ نہ دلایا ہو تو اس کا مطلب ہے کہ وہ ٹائم ہی نہیں آیا، وہ اپرچونیٹی نہیں آئی۔</w:t>
      </w:r>
    </w:p>
    <w:p>
      <w:r>
        <w:rPr>
          <w:b/>
        </w:rPr>
        <w:t xml:space="preserve">[29:49] </w:t>
      </w:r>
      <w:r>
        <w:t>woh opportunity jab ke ghussa ko pee kar ke super blessing aap hasil kar sakein, woh tab aaye ga jab ke aap koi provoke kare, aap ko jab aap ko ghussa bhark uthe aap ke andar.</w:t>
      </w:r>
    </w:p>
    <w:p>
      <w:pPr>
        <w:jc w:val="right"/>
      </w:pPr>
      <w:r>
        <w:t>وہ اپرچونیٹی جب کہ غصہ کو پی کر کے سپر بلیسنگ آپ حاصل کر سکیں، وہ تب آئے گا جب کہ آپ کوئی پرووک کرے، آپ کو جب آپ کو غصہ بھڑک اٹھے آپ کے اندر۔</w:t>
      </w:r>
    </w:p>
    <w:p>
      <w:r>
        <w:rPr>
          <w:b/>
        </w:rPr>
        <w:t xml:space="preserve">[30:02] </w:t>
      </w:r>
      <w:r>
        <w:t>to kya umar farooq yeh keh rahe hain ke jab aadmi ko ghussa aata hai to woh ek opportunity le kar aata hai?</w:t>
      </w:r>
    </w:p>
    <w:p>
      <w:pPr>
        <w:jc w:val="right"/>
      </w:pPr>
      <w:r>
        <w:t>تو کیا عمر فاروق یہ کہہ رہے ہیں کہ جب آدمی کو غصہ آتا ہے تو وہ ایک اپرچونیٹی لے کر آتا ہے؟</w:t>
      </w:r>
    </w:p>
    <w:p>
      <w:r>
        <w:rPr>
          <w:b/>
        </w:rPr>
        <w:t xml:space="preserve">[30:12] </w:t>
      </w:r>
      <w:r>
        <w:t>yaani unhon ne anger ko ek opportunity ke roop mein dekha,</w:t>
      </w:r>
    </w:p>
    <w:p>
      <w:pPr>
        <w:jc w:val="right"/>
      </w:pPr>
      <w:r>
        <w:t>یعنی انہوں نے اینگر کو ایک اپرچونیٹی کے روپ میں دیکھا،</w:t>
      </w:r>
    </w:p>
    <w:p>
      <w:r>
        <w:rPr>
          <w:b/>
        </w:rPr>
        <w:t xml:space="preserve">[30:18] </w:t>
      </w:r>
      <w:r>
        <w:t>bohat bari opportunity. yaani ghusse ka ek pehlu yeh tha ke ghusse ne aap ko bharka diya, aap ke andar aag laga di.</w:t>
      </w:r>
    </w:p>
    <w:p>
      <w:pPr>
        <w:jc w:val="right"/>
      </w:pPr>
      <w:r>
        <w:t>بہت بڑی اپرچونیٹی۔ یعنی غصے کا ایک پہلو یہ تھا کہ غصے نے آپ کو بھڑکا دیا، آپ کے اندر آگ لگا دی۔</w:t>
      </w:r>
    </w:p>
    <w:p>
      <w:r>
        <w:rPr>
          <w:b/>
        </w:rPr>
        <w:t xml:space="preserve">[30:27] </w:t>
      </w:r>
      <w:r>
        <w:t>lekin doosra aspect yeh hai ke agar aap ghusse ko pee lein,</w:t>
      </w:r>
    </w:p>
    <w:p>
      <w:pPr>
        <w:jc w:val="right"/>
      </w:pPr>
      <w:r>
        <w:t>لیکن دوسرا اسپیکٹ یہ ہے کہ اگر آپ غصے کو پی لیں،</w:t>
      </w:r>
    </w:p>
    <w:p>
      <w:r>
        <w:rPr>
          <w:b/>
        </w:rPr>
        <w:t xml:space="preserve">[30:36] </w:t>
      </w:r>
      <w:r>
        <w:t>agar aap ghusse ko andar andar diffuse kar dein to kya hai? woh goya aap, woh goya ke aap ne is ko ek ek opportunity ke roop mein liya ke ghusse ko super blessing hasil karne ke liye aap opportunity bana di.</w:t>
      </w:r>
    </w:p>
    <w:p>
      <w:pPr>
        <w:jc w:val="right"/>
      </w:pPr>
      <w:r>
        <w:t>اگر آپ غصے کو اندر اندر ڈیفیوز کر دیں تو کیا ہے؟ وہ گویا آپ، وہ گویا کہ آپ نے اس کو ایک ایک اپرچونیٹی کے روپ میں لیا کہ غصے کو سپر بلیسنگ حاصل کرنے کے لیے آپ اپرچونیٹی بنا دیا۔</w:t>
      </w:r>
    </w:p>
    <w:p>
      <w:r>
        <w:rPr>
          <w:b/>
        </w:rPr>
        <w:t xml:space="preserve">[30:58] </w:t>
      </w:r>
      <w:r>
        <w:t>aap ne</w:t>
      </w:r>
    </w:p>
    <w:p>
      <w:pPr>
        <w:jc w:val="right"/>
      </w:pPr>
      <w:r>
        <w:t>آپ نے</w:t>
      </w:r>
    </w:p>
    <w:p>
      <w:r>
        <w:rPr>
          <w:b/>
        </w:rPr>
        <w:t xml:space="preserve">[31:03] </w:t>
      </w:r>
      <w:r>
        <w:t>yeh hai is ka matlab. to ghusse ko convert kiya aap ne ek super blessing ke liye. yeh hai spiritual food banaya is ko aap ne.</w:t>
      </w:r>
    </w:p>
    <w:p>
      <w:pPr>
        <w:jc w:val="right"/>
      </w:pPr>
      <w:r>
        <w:t>یہ ہے اس کا مطلب۔ تو غصے کو کنورٹ کیا آپ نے ایک سپر بلیسنگ کے لیے۔ یہ ہے اسپیریچول فوڈ بنایا اس کو آپ نے۔</w:t>
      </w:r>
    </w:p>
    <w:p>
      <w:r>
        <w:rPr>
          <w:b/>
        </w:rPr>
        <w:t xml:space="preserve">[31:13] </w:t>
      </w:r>
      <w:r>
        <w:t>yaani ghusse ko aap ne spiritual food banaya.</w:t>
      </w:r>
    </w:p>
    <w:p>
      <w:pPr>
        <w:jc w:val="right"/>
      </w:pPr>
      <w:r>
        <w:t>یعنی غصے کو آپ نے اسپیریچول فوڈ بنایا۔</w:t>
      </w:r>
    </w:p>
    <w:p>
      <w:r>
        <w:rPr>
          <w:b/>
        </w:rPr>
        <w:t xml:space="preserve">[31:21] </w:t>
      </w:r>
      <w:r>
        <w:t>to yeh hai woh insaan jo</w:t>
      </w:r>
    </w:p>
    <w:p>
      <w:pPr>
        <w:jc w:val="right"/>
      </w:pPr>
      <w:r>
        <w:t>تو یہ ہے وہ انسان جو</w:t>
      </w:r>
    </w:p>
    <w:p>
      <w:r>
        <w:rPr>
          <w:b/>
        </w:rPr>
        <w:t xml:space="preserve">[31:32] </w:t>
      </w:r>
      <w:r>
        <w:t>jannati, jis ko jannati insaan kaha jaye. is par ghhor karte hue mujhe ek aur baat samajh mein aayi. woh yeh hai ke jo log bohat zyada material comfort mein jeete hain,</w:t>
      </w:r>
    </w:p>
    <w:p>
      <w:pPr>
        <w:jc w:val="right"/>
      </w:pPr>
      <w:r>
        <w:t>جنتی، جس کو جنتی انسان کہا جائے۔ اس پر غور کرتے ہوئے مجھے ایک اور بات سمجھ میں آئی۔ وہ یہ ہے کہ جو لوگ بہت زیادہ مٹیریل کمفرٹ میں جیتے ہیں،</w:t>
      </w:r>
    </w:p>
    <w:p>
      <w:r>
        <w:rPr>
          <w:b/>
        </w:rPr>
        <w:t xml:space="preserve">[31:46] </w:t>
      </w:r>
      <w:r>
        <w:t>log luxury mein jeete hain, material comfort mein jeete hain, woh apne liye ek bohat bari, ek bohat bara risk le rahe hain. woh apne aap ko desensitize kar rahe hain.</w:t>
      </w:r>
    </w:p>
    <w:p>
      <w:pPr>
        <w:jc w:val="right"/>
      </w:pPr>
      <w:r>
        <w:t>لوگ لگزری میں جیتے ہیں، مٹیریل کمفرٹ میں جیتے ہیں، وہ اپنے لیے ایک بہت بڑی، ایک بہت بڑا رسک لے رہے ہیں۔ وہ اپنے آپ کو ڈی سینسٹائز کر رہے ہیں۔</w:t>
      </w:r>
    </w:p>
    <w:p>
      <w:r>
        <w:rPr>
          <w:b/>
        </w:rPr>
        <w:t xml:space="preserve">[31:59] </w:t>
      </w:r>
      <w:r>
        <w:t>yaani spiritually desensitize person bana rahe hain.</w:t>
      </w:r>
    </w:p>
    <w:p>
      <w:pPr>
        <w:jc w:val="right"/>
      </w:pPr>
      <w:r>
        <w:t>یعنی اسپیریچولی ڈی سینسٹائز پرسن بنا رہے ہیں۔</w:t>
      </w:r>
    </w:p>
    <w:p>
      <w:r>
        <w:rPr>
          <w:b/>
        </w:rPr>
        <w:t xml:space="preserve">[32:05] </w:t>
      </w:r>
      <w:r>
        <w:t>woh sensitivity apne kam kar rahe hain, khatam kar rahe hain, jis se spiritual sentiment jaage aap ke andar. to yeh log spiritually desensitize person ban jayenge.</w:t>
      </w:r>
    </w:p>
    <w:p>
      <w:pPr>
        <w:jc w:val="right"/>
      </w:pPr>
      <w:r>
        <w:t>وہ سینسٹیوٹی اپنے کم کر رہے ہیں، ختم کر رہے ہیں، جس سے اسپیریچول سینٹیمنٹ جاگے آپ کے اندر۔ تو یہ لوگ اسپیریچولی ڈی سینسٹائز پرسن بن جائیں گے۔</w:t>
      </w:r>
    </w:p>
    <w:p>
      <w:r>
        <w:rPr>
          <w:b/>
        </w:rPr>
        <w:t xml:space="preserve">[32:18] </w:t>
      </w:r>
      <w:r>
        <w:t>phir kya hoga? opportunity aaye gi, is ko avail nahi kar sakein ge woh. to kitni bari mehroomi yeh hai. ghhor kijiye aap ke jo aadmi spiritually desensitize ho jaye to us se bari mehroomi aur kya ho sakti hai?</w:t>
      </w:r>
    </w:p>
    <w:p>
      <w:pPr>
        <w:jc w:val="right"/>
      </w:pPr>
      <w:r>
        <w:t>پھر کیا ہوگا؟ اپرچونیٹی آئے گی، اس کو اویل نہیں کر سکیں گے وہ۔ تو کتنی بڑی محرومی یہ ہے۔ غور کیجئے آپ کہ جو آدمی اسپیریچولی ڈی سینسٹائز ہو جائے تو اس سے بڑی محرومی اور کیا ہو سکتی ہے؟</w:t>
      </w:r>
    </w:p>
    <w:p>
      <w:r>
        <w:rPr>
          <w:b/>
        </w:rPr>
        <w:t xml:space="preserve">[32:35] </w:t>
      </w:r>
      <w:r>
        <w:t>kyun ke ke sensitivity bohat zaroori hai. sensitivity bohat zaroori hai.</w:t>
      </w:r>
    </w:p>
    <w:p>
      <w:pPr>
        <w:jc w:val="right"/>
      </w:pPr>
      <w:r>
        <w:t>کیونکہ کہ سینسٹیوٹی بہت ضروری ہے۔ سینسٹیوٹی بہت ضروری ہے۔</w:t>
      </w:r>
    </w:p>
    <w:p>
      <w:r>
        <w:rPr>
          <w:b/>
        </w:rPr>
        <w:t xml:space="preserve">[32:45] </w:t>
      </w:r>
      <w:r>
        <w:t>dekhein, ghussa jab aata hai to ghussa aap ko kisi aadmi se takrao mein daal deta hai. isi tarah se aap ko kisi ne pathar maar diya, aap ke aap ko koi nuqsan pohncha diya to woh bhi, woh bhi ek opportunity laya hua hai.</w:t>
      </w:r>
    </w:p>
    <w:p>
      <w:pPr>
        <w:jc w:val="right"/>
      </w:pPr>
      <w:r>
        <w:t>دیکھیں، غصہ جب آتا ہے تو غصہ آپ کو کسی آدمی سے ٹکراؤ میں ڈال دیتا ہے۔ اسی طرح سے آپ کو کسی نے پتھر مار دیا، آپ کے آپ کو کوئی نقصان پہنچا دیا تو وہ بھی، وہ بھی ایک اپرچونیٹی لایا ہوا ہے۔</w:t>
      </w:r>
    </w:p>
    <w:p>
      <w:r>
        <w:rPr>
          <w:b/>
        </w:rPr>
        <w:t xml:space="preserve">[33:03] </w:t>
      </w:r>
      <w:r>
        <w:t>woh cheez bhi ek opportunity laaye aap ke liye. is liye ke maine jaise ke aap jante hain ke do pathar agar takrayein to kya hota hai?</w:t>
      </w:r>
    </w:p>
    <w:p>
      <w:pPr>
        <w:jc w:val="right"/>
      </w:pPr>
      <w:r>
        <w:t>وہ چیز بھی ایک اپرچونیٹی لائے آپ کے لیے۔ اس لیے کہ میں نے جیسے کہ آپ جانتے ہیں کہ دو پتھر اگر ٹکرائیں تو کیا ہوتا ہے؟</w:t>
      </w:r>
    </w:p>
    <w:p>
      <w:r>
        <w:rPr>
          <w:b/>
        </w:rPr>
        <w:t xml:space="preserve">[33:13] </w:t>
      </w:r>
      <w:r>
        <w:t>ek chingari nikalti hai, ek sparking hoti hai. to takrao mein bhi ek hamare liye opportunity hai.</w:t>
      </w:r>
    </w:p>
    <w:p>
      <w:pPr>
        <w:jc w:val="right"/>
      </w:pPr>
      <w:r>
        <w:t>ایک چنگاری نکلتی ہے، ایک سپارکنگ ہوتی ہے۔ تو ٹکراؤ میں بھی ایک ہمارے لیے اپرچونیٹی ہے۔</w:t>
      </w:r>
    </w:p>
    <w:p>
      <w:r>
        <w:rPr>
          <w:b/>
        </w:rPr>
        <w:t xml:space="preserve">[33:25] </w:t>
      </w:r>
      <w:r>
        <w:t>isi liye ek ek ek psychology ke ek ek expert ne kaha hai ke "when brain damage sparks talent" jab brain par koi sadma pohnchta hai to us ke andar ek ek naya talent jaagta hai.</w:t>
      </w:r>
    </w:p>
    <w:p>
      <w:pPr>
        <w:jc w:val="right"/>
      </w:pPr>
      <w:r>
        <w:t>اسی لیے ایک ایک ایک سائیکالوجی کے ایک ایک ایکسپرٹ نے کہا ہے کہ "وین برین ڈیمج اسپارس ٹیلنٹ" جب برین پر کوئی صدمہ پہنچتا ہے تو اس کے اندر ایک ایک نیا ٹیلنٹ جاگتا ہے۔</w:t>
      </w:r>
    </w:p>
    <w:p>
      <w:r>
        <w:rPr>
          <w:b/>
        </w:rPr>
        <w:t xml:space="preserve">[33:48] </w:t>
      </w:r>
      <w:r>
        <w:t>to agar kisi ne aap ke brain ko sadma pohnchaya, aap ko koi dukh pohnchaya, aap ko koi takleef pohnchayi to us ne bhi aap ko ek opportunity create ki.</w:t>
      </w:r>
    </w:p>
    <w:p>
      <w:pPr>
        <w:jc w:val="right"/>
      </w:pPr>
      <w:r>
        <w:t>تو اگر کسی نے آپ کے برین کو صدمہ پہنچایا، آپ کو کوئی دکھ پہنچایا، آپ کو کوئی تکلیف پہنچائی تو اس نے بھی آپ کو ایک اپرچونیٹی کریٹ کی۔</w:t>
      </w:r>
    </w:p>
    <w:p>
      <w:r>
        <w:rPr>
          <w:b/>
        </w:rPr>
        <w:t xml:space="preserve">[33:57] </w:t>
      </w:r>
      <w:r>
        <w:t>us ne aap ke liye yeh bohat hi important point hai. is ko aap samjhiye ke jab koi shakhs aap ko koi dukh pohnchata hai, aap ko koi sadma pohnchata hai,</w:t>
      </w:r>
    </w:p>
    <w:p>
      <w:pPr>
        <w:jc w:val="right"/>
      </w:pPr>
      <w:r>
        <w:t>اس نے آپ کے لیے یہ بہت ہی امپورٹنٹ پوائنٹ ہے۔ اس کو آپ سمجھئے کہ جب کوئی شخص آپ کو کوئی دکھ پہنچاتا ہے، آپ کو کوئی صدمہ پہنچاتا ہے،</w:t>
      </w:r>
    </w:p>
    <w:p>
      <w:r>
        <w:rPr>
          <w:b/>
        </w:rPr>
        <w:t xml:space="preserve">[34:13] </w:t>
      </w:r>
      <w:r>
        <w:t>aap ko koi shakk lagta hai kisi ke kisi kaam se to us ka matlab hai ke us ne aap ko ek opportunity di ke aap ka brain jo hai us ke andar sparking ho, aap ke brain mein ek nayi taqat jaage.</w:t>
      </w:r>
    </w:p>
    <w:p>
      <w:pPr>
        <w:jc w:val="right"/>
      </w:pPr>
      <w:r>
        <w:t>آپ کو کوئی شک لگتا ہے کسی کے کسی کام سے تو اس کا معنی ہے کہ اس نے آپ کو ایک اپرچونیٹی دی کہ آپ کا برین جو ہے اس کے اندر اسپارکنگ ہو، آپ کے برین میں ایک نئی طاقت جاگے۔</w:t>
      </w:r>
    </w:p>
    <w:p>
      <w:r>
        <w:rPr>
          <w:b/>
        </w:rPr>
        <w:t xml:space="preserve">[34:32] </w:t>
      </w:r>
      <w:r>
        <w:t>yeh kitni ajeeb baat hai "when brain damage sparks talent" to agar aap ghussa na hon, agar aap ke andar negative thought na aaye to kya hoga?</w:t>
      </w:r>
    </w:p>
    <w:p>
      <w:pPr>
        <w:jc w:val="right"/>
      </w:pPr>
      <w:r>
        <w:t>یہ کتنی عجیب بات ہے "وین برین ڈیمج اسپارس ٹیلنٹ" تو اگر آپ غصہ نہ ہوں، اگر آپ کے اندر نیگیٹیو تھاٹ نہ آئے تو کیا ہوگا؟</w:t>
      </w:r>
    </w:p>
    <w:p>
      <w:r>
        <w:rPr>
          <w:b/>
        </w:rPr>
        <w:t xml:space="preserve">[34:48] </w:t>
      </w:r>
      <w:r>
        <w:t>aap is ko ek opportunity ke tor par len ge aur phir aap apni mind ko positive rakh kar ke apne aap ko intellectual development ka zariya bana lein ge.</w:t>
      </w:r>
    </w:p>
    <w:p>
      <w:pPr>
        <w:jc w:val="right"/>
      </w:pPr>
      <w:r>
        <w:t>آپ اس کو ایک اپرچونیٹی کے طور پر لیں گے اور پھر آپ اپنی مائنڈ کو پازیٹیو رکھ کر کے اپنے آپ کو انٹلیکچول ڈیولپمنٹ کا ذریعہ بنا لیں گے۔</w:t>
      </w:r>
    </w:p>
    <w:p>
      <w:r>
        <w:rPr>
          <w:b/>
        </w:rPr>
        <w:t xml:space="preserve">[34:59] </w:t>
      </w:r>
      <w:r>
        <w:t>is ko yani woh moqa jab ke aap ke dimagh ko sadma pohancha hai, agar aap is waqt negative ban jayen to is ka mani kya hua hai?</w:t>
      </w:r>
    </w:p>
    <w:p>
      <w:pPr>
        <w:jc w:val="right"/>
      </w:pPr>
      <w:r>
        <w:t>اس کو یعنی وہ موقع جب کہ آپ کے دماغ کو صدمہ پہنچا ہے، اگر آپ اس وقت نیگیٹیو بن جائیں تو اس کا معنی کیا ہوا ہے؟</w:t>
      </w:r>
    </w:p>
    <w:p>
      <w:r>
        <w:rPr>
          <w:b/>
        </w:rPr>
        <w:t xml:space="preserve">[35:11] </w:t>
      </w:r>
      <w:r>
        <w:t>intellectual development ka ek moqa tha, is ko aap ne kho diya. lekin agar aap ghussa na hon, aap apni positivity ko baqi rakhen to is ka matlab yeh hoga ke aap ne</w:t>
      </w:r>
    </w:p>
    <w:p>
      <w:pPr>
        <w:jc w:val="right"/>
      </w:pPr>
      <w:r>
        <w:t>انٹلیکچول ڈیولپمنٹ کا ایک موقع تھا، اس کو آپ نے کھو دیا۔ لیکن اگر آپ غصہ نہ ہوں، آپ اپنی پازیٹیوٹی کو باقی رکھیں تو اس کا مطلب یہ ہوگا کہ آپ نے</w:t>
      </w:r>
    </w:p>
    <w:p>
      <w:r>
        <w:rPr>
          <w:b/>
        </w:rPr>
        <w:t xml:space="preserve">[35:27] </w:t>
      </w:r>
      <w:r>
        <w:t>intellectual intellectual development ke ek moqa ko ya spiritual development ke ek moqa ko avail kiya. yeh hai spiritual food ke sath dunya mein zinda rehna.</w:t>
      </w:r>
    </w:p>
    <w:p>
      <w:pPr>
        <w:jc w:val="right"/>
      </w:pPr>
      <w:r>
        <w:t>انٹلیکچول انٹلیکچول ڈیولپمنٹ کے ایک موقع کو یا اسپیریچول ڈیولپمنٹ کے ایک موقع کو اویل کیا۔ یہ ہے اسپیریچول فوڈ کے ساتھ دنیا میں زندہ رہنا۔</w:t>
      </w:r>
    </w:p>
    <w:p>
      <w:r>
        <w:rPr>
          <w:b/>
        </w:rPr>
        <w:t xml:space="preserve">[35:42] </w:t>
      </w:r>
      <w:r>
        <w:t>aise nature mein bohat se model hain. mislan maine is mein ek bar mein TV mein dekh raha tha jo geographical society ka woh aata hai to janglat ka manzar dikha raha tha.</w:t>
      </w:r>
    </w:p>
    <w:p>
      <w:pPr>
        <w:jc w:val="right"/>
      </w:pPr>
      <w:r>
        <w:t>ایسے نیچر میں بہت سے ماڈل ہیں۔ مثلاً میں نے اس میں ایک بار میں ٹی وی میں دیکھ رہا تھا جو جیوگرافیکل سوسائٹی کا وہ آتا ہے تو جنگل کا منظر دکھا رہا تھا۔</w:t>
      </w:r>
    </w:p>
    <w:p>
      <w:r>
        <w:rPr>
          <w:b/>
        </w:rPr>
        <w:t xml:space="preserve">[35:57] </w:t>
      </w:r>
      <w:r>
        <w:t>woh to maine dekha ke Africa ke janglat mein jahan sher hain aur hathi hain to maine dekha ke ek hathi, bohat bara hathi, aur zor zor se bolta hua aa raha hai aur idhar se char sher ja rahe hain.</w:t>
      </w:r>
    </w:p>
    <w:p>
      <w:pPr>
        <w:jc w:val="right"/>
      </w:pPr>
      <w:r>
        <w:t>وہ تو میں نے دیکھا کہ افریقہ کے جنگلوں میں جہاں شیر ہیں اور ہاتھی ہیں تو میں نے دیکھا کہ ایک ہاتھی، بہت بڑا ہاتھی، اور زور زور سے بولتا ہوا آ رہا ہے اور ادھر سے چار شیر جا رہے ہیں۔</w:t>
      </w:r>
    </w:p>
    <w:p>
      <w:r>
        <w:rPr>
          <w:b/>
        </w:rPr>
        <w:t xml:space="preserve">[36:15] </w:t>
      </w:r>
      <w:r>
        <w:t>yani ek hi baat hai, idhar se ek bara hathi changharta hua aa raha hai. shayad woh pagal ho gaya ho kyunke hathi pagal ho jate hain aur chekhte chalate hain bohat ziyada.</w:t>
      </w:r>
    </w:p>
    <w:p>
      <w:pPr>
        <w:jc w:val="right"/>
      </w:pPr>
      <w:r>
        <w:t>یعنی ایک ہی بات ہے، ادھر سے ایک بڑا ہاتھی چنگھاڑتا ہوا آ رہا ہے۔ شاید وہ پاگل ہو گیا ہو کیونکہ ہاتھی پاگل ہو جاتے ہیں اور چیختے چلاتے ہیں بہت زیادہ۔</w:t>
      </w:r>
    </w:p>
    <w:p>
      <w:r>
        <w:rPr>
          <w:b/>
        </w:rPr>
        <w:t xml:space="preserve">[36:29] </w:t>
      </w:r>
      <w:r>
        <w:t>idhar se char sher ja rahe hain lekin main hairaan reh gaya dekh kar ke charon sheron ne rasta badal diya apna.</w:t>
      </w:r>
    </w:p>
    <w:p>
      <w:pPr>
        <w:jc w:val="right"/>
      </w:pPr>
      <w:r>
        <w:t>ادھر سے چار شیر جا رہے ہیں لیکن میں حیران رہ گیا دیکھ کر کہ چاروں شیروں نے راستہ بدل دیا اپنا۔</w:t>
      </w:r>
    </w:p>
    <w:p>
      <w:r>
        <w:rPr>
          <w:b/>
        </w:rPr>
        <w:t xml:space="preserve">[36:40] </w:t>
      </w:r>
      <w:r>
        <w:t>yani aisa nahi kaha ke seedhe woh jayen aur sher se sher jo hai woh hathi se takra jaye. wahan ek hathi tha, idhar char sher the lekin sheron ne takrane, yani takrane ki koshish nahi ki, apna khud apna rasta badal liya.</w:t>
      </w:r>
    </w:p>
    <w:p>
      <w:pPr>
        <w:jc w:val="right"/>
      </w:pPr>
      <w:r>
        <w:t>یعنی ایسا نہیں کہا کہ سیدھے وہ جائیں اور شیر سے شیر جو ہے وہ ہاتھی سے ٹکرا جائے۔ وہاں ایک ہاتھی تھا، ادھر چار شیر تھے لیکن شیروں نے ٹکرانے، یعنی ٹکرانے کی کوشش نہیں کی، اپنا خود اپنا راستہ بدل لیا۔</w:t>
      </w:r>
    </w:p>
    <w:p>
      <w:r>
        <w:rPr>
          <w:b/>
        </w:rPr>
        <w:t xml:space="preserve">[36:56] </w:t>
      </w:r>
      <w:r>
        <w:t>to hathi to seedha chalta hua nikal gaya aage aur sher jo the woh kinare se avoid kar ke aage chale gaye.</w:t>
      </w:r>
    </w:p>
    <w:p>
      <w:pPr>
        <w:jc w:val="right"/>
      </w:pPr>
      <w:r>
        <w:t>تو ہاتھی تو سیدھا چلتا ہوا نکل گیا آگے اور شیر جو تھے وہ کنارے سے اوائڈ کر کے آگے چلے گئے۔</w:t>
      </w:r>
    </w:p>
    <w:p>
      <w:r>
        <w:rPr>
          <w:b/>
        </w:rPr>
        <w:t xml:space="preserve">[37:05] </w:t>
      </w:r>
      <w:r>
        <w:t>to maine kaha ke dekhiye, yeh hai sher ka tareeqa. hum log samajhte hain ke sher ka tareeqa lad jana hai. jab hum sher ka bolte hain ke yeh aadmi sher hai to is ka matlab ke jhukne wala nahi hai.</w:t>
      </w:r>
    </w:p>
    <w:p>
      <w:pPr>
        <w:jc w:val="right"/>
      </w:pPr>
      <w:r>
        <w:t>تو میں نے کہا کہ دیکھیے، یہ ہے شیر کا طریقہ۔ ہم لوگ سمجھتے ہیں کہ شیر کا طریقہ لڑ جانا ہے۔ جب ہم شیر کا بولتے ہیں کہ یہ آدمی شیر ہے تو اس کا مطلب کہ جھکنے والا نہیں ہے۔</w:t>
      </w:r>
    </w:p>
    <w:p>
      <w:r>
        <w:rPr>
          <w:b/>
        </w:rPr>
        <w:t xml:space="preserve">[37:21] </w:t>
      </w:r>
      <w:r>
        <w:t>jab kisi ke bare mein kehte hain ke yeh sher hai to is ka matlab yeh hota hai ke jhukne wala nahi hai. yeh lad kar apna rasta aage banata hai.</w:t>
      </w:r>
    </w:p>
    <w:p>
      <w:pPr>
        <w:jc w:val="right"/>
      </w:pPr>
      <w:r>
        <w:t>جب کسی کے بارے میں کہتے ہیں کہ یہ شیر ہے تو اس کا مطلب یہ ہوتا ہے کہ جھکنے والا نہیں ہے۔ یہ لڑ کر اپنا راستہ آگے بناتا ہے۔</w:t>
      </w:r>
    </w:p>
    <w:p>
      <w:r>
        <w:rPr>
          <w:b/>
        </w:rPr>
        <w:t xml:space="preserve">[37:30] </w:t>
      </w:r>
      <w:r>
        <w:t>lekin jo real sher jo Khuda ne banaya hai nature mein hamare liye model ke taur par, woh aisa nahi hai. woh sher avoid karta hai,</w:t>
      </w:r>
    </w:p>
    <w:p>
      <w:pPr>
        <w:jc w:val="right"/>
      </w:pPr>
      <w:r>
        <w:t>لیکن جو ریئل شیر جو خدا نے بنایا ہے نیچر میں ہمارے لیے ماڈل کے طور پر، وہ ایسا نہیں ہے۔ وہ شیر اوائڈ کرتا ہے،</w:t>
      </w:r>
    </w:p>
    <w:p>
      <w:r>
        <w:rPr>
          <w:b/>
        </w:rPr>
        <w:t xml:space="preserve">[37:43] </w:t>
      </w:r>
      <w:r>
        <w:t>is ka tareeqa avoid karne ka hai, takrao ka tareeqa nahi hai.</w:t>
      </w:r>
    </w:p>
    <w:p>
      <w:pPr>
        <w:jc w:val="right"/>
      </w:pPr>
      <w:r>
        <w:t>اس کا طریقہ اوائڈ کرنے کا ہے، ٹکراؤ کا طریقہ نہیں ہے۔</w:t>
      </w:r>
    </w:p>
    <w:p>
      <w:r>
        <w:rPr>
          <w:b/>
        </w:rPr>
        <w:t xml:space="preserve">[37:51] </w:t>
      </w:r>
      <w:r>
        <w:t>to yeh</w:t>
      </w:r>
    </w:p>
    <w:p>
      <w:pPr>
        <w:jc w:val="right"/>
      </w:pPr>
      <w:r>
        <w:t>تو یہ</w:t>
      </w:r>
    </w:p>
    <w:p>
      <w:r>
        <w:rPr>
          <w:b/>
        </w:rPr>
        <w:t xml:space="preserve">[37:55] </w:t>
      </w:r>
      <w:r>
        <w:t>nature ko agar hum ghor se dekhen, nature se lesson lete rahen to beshumar is mein lesson hamare liye maujood hain.</w:t>
      </w:r>
    </w:p>
    <w:p>
      <w:pPr>
        <w:jc w:val="right"/>
      </w:pPr>
      <w:r>
        <w:t>نیچر کو اگر ہم غور سے دیکھیں، نیچر سے لیسن لیتے رہیں تو بے شمار اس میں لیسن ہمارے لیے موجود ہیں۔</w:t>
      </w:r>
    </w:p>
    <w:p>
      <w:r>
        <w:rPr>
          <w:b/>
        </w:rPr>
        <w:t xml:space="preserve">[38:06] </w:t>
      </w:r>
      <w:r>
        <w:t>yeh jo tareeqa hai sabak lene ka, is ko Quran mein tasawwur kaha gaya hai. tasawwur ka matlab hota hai "to draw lesson". kisi baat ko aap ne dekha, us se ek sabak nikala, yeh hai tasawwur.</w:t>
      </w:r>
    </w:p>
    <w:p>
      <w:pPr>
        <w:jc w:val="right"/>
      </w:pPr>
      <w:r>
        <w:t>یہ جو طریقہ ہے سبق لینے کا، اس کو قرآن میں توسم کہا گیا ہے۔ توسم کا مطلب ہوتا ہے "ٹو ڈرا لیسن"۔ کسی بات کو آپ نے دیکھا، اس سے ایک سبق نکالا، یہ ہے توسم۔</w:t>
      </w:r>
    </w:p>
    <w:p>
      <w:r>
        <w:rPr>
          <w:b/>
        </w:rPr>
        <w:t xml:space="preserve">[38:20] </w:t>
      </w:r>
      <w:r>
        <w:t>to tasawwur ko Quran mein ruhaniyat ka ya spirituality ka source bataya gaya hai. main samajhta hoon ke ruhaniyat ka ya spirituality ka woh tareeqa Quran ka tareeqa nahi hai ke aap ek kothri mein baith jayen, aankhen band kar len, chadar odh len aur wahan aap muraqba karen ya meditation karen.</w:t>
      </w:r>
    </w:p>
    <w:p>
      <w:pPr>
        <w:jc w:val="right"/>
      </w:pPr>
      <w:r>
        <w:t>تو توسم کو قرآن میں روحانیت کا یا اسپیریچولیٹی کا سورس بتایا گیا ہے۔ میں سمجھتا ہوں کہ روحانیت کا یا اسپیریچولیٹی کا وہ طریقہ قرآن کا طریقہ نہیں ہے کہ آپ ایک کوٹھری میں بیٹھ جائیں، آنکھیں بند کر لیں، چادر اوڑھ لیں اور وہاں آپ مراقبہ کریں یا میڈیٹیشن کریں۔</w:t>
      </w:r>
    </w:p>
    <w:p>
      <w:r>
        <w:rPr>
          <w:b/>
        </w:rPr>
        <w:t xml:space="preserve">[38:44] </w:t>
      </w:r>
      <w:r>
        <w:t>yeh tareeqa Quran mein bataya nahi gaya hai. Quran ka tareeqa hai ke aankhen khol kar dekho dunya ko, tasawwur karo, dunya ki chezen dekh dekh ke us se spiritual food hasil karo.</w:t>
      </w:r>
    </w:p>
    <w:p>
      <w:pPr>
        <w:jc w:val="right"/>
      </w:pPr>
      <w:r>
        <w:t>یہ طریقہ قرآن میں بتایا نہیں گیا ہے۔ قرآن کا طریقہ ہے کہ آنکھیں کھول کر دیکھو دنیا کو، توسم کرو، دنیا کی چیزیں دیکھ دیکھ کے اس سے اسپیریچول فوڈ حاصل کرو۔</w:t>
      </w:r>
    </w:p>
    <w:p>
      <w:r>
        <w:rPr>
          <w:b/>
        </w:rPr>
        <w:t xml:space="preserve">[38:58] </w:t>
      </w:r>
      <w:r>
        <w:t>yeh maine samjha hai.</w:t>
      </w:r>
    </w:p>
    <w:p>
      <w:pPr>
        <w:jc w:val="right"/>
      </w:pPr>
      <w:r>
        <w:t>یہ میں نے سمجھا ہے۔</w:t>
      </w:r>
    </w:p>
    <w:p>
      <w:r>
        <w:rPr>
          <w:b/>
        </w:rPr>
        <w:t xml:space="preserve">[39:05] </w:t>
      </w:r>
      <w:r>
        <w:t>to main samajhta hoon ke Quran ke mutabiq agar main kahoon ke nature mein tasawwur kar ke sabak nikalna,</w:t>
      </w:r>
    </w:p>
    <w:p>
      <w:pPr>
        <w:jc w:val="right"/>
      </w:pPr>
      <w:r>
        <w:t>تو میں سمجھتا ہوں کہ قرآن کے مطابق اگر میں کہوں کہ نیچر میں توسم کر کے سبق نکالنا،</w:t>
      </w:r>
    </w:p>
    <w:p>
      <w:r>
        <w:rPr>
          <w:b/>
        </w:rPr>
        <w:t xml:space="preserve">[39:17] </w:t>
      </w:r>
      <w:r>
        <w:t>yeh hai Quran ka ruhani tareeqa.</w:t>
      </w:r>
    </w:p>
    <w:p>
      <w:pPr>
        <w:jc w:val="right"/>
      </w:pPr>
      <w:r>
        <w:t>یہ ہے قرآن کا روحانی طریقہ۔</w:t>
      </w:r>
    </w:p>
    <w:p>
      <w:r>
        <w:rPr>
          <w:b/>
        </w:rPr>
        <w:t xml:space="preserve">[39:29] </w:t>
      </w:r>
      <w:r>
        <w:t>yani maine formula banaya hai is ko ke nature plus tasawwur is equal to spiritual development.</w:t>
      </w:r>
    </w:p>
    <w:p>
      <w:pPr>
        <w:jc w:val="right"/>
      </w:pPr>
      <w:r>
        <w:t>یعنی میں نے فارمولا بنایا ہے اس کو کہ نیچر پلس توسم از ایکول ٹو اسپیریچول ڈیولپمنٹ۔</w:t>
      </w:r>
    </w:p>
    <w:p>
      <w:r>
        <w:rPr>
          <w:b/>
        </w:rPr>
        <w:t xml:space="preserve">[39:41] </w:t>
      </w:r>
      <w:r>
        <w:t>nature plus tasawwur is equal to spiritual development. maine dekha, yeh hai Qurani tasawwuf, yeh hai Qurani ruhaniyat jo base karti hai tasawwur par.</w:t>
      </w:r>
    </w:p>
    <w:p>
      <w:pPr>
        <w:jc w:val="right"/>
      </w:pPr>
      <w:r>
        <w:t>نیچر پلس توسم از ایکول ٹو اسپیریچول ڈیولپمنٹ۔ میں نے دیکھا، یہ ہے قرآنی تصوف، یہ ہے قرآنی روحانیت جو بیس کرتی ہے توسم پر۔</w:t>
      </w:r>
    </w:p>
    <w:p>
      <w:r>
        <w:rPr>
          <w:b/>
        </w:rPr>
        <w:t xml:space="preserve">[40:03] </w:t>
      </w:r>
      <w:r>
        <w:t>woh tareeqa jo ke aankh band kar ke muraqba karna, us ko maine Quran mein kahin nahi paya. khuli aankhon se dunya ko dekhna, Surah Aal-e-Imran ka aakhri ruku aap parhiye: "alladhi tafakkara fi khalqi al-samawati rabbana ma khalaqta hadha batilan" ke dunya ko dekh kar ke pukar uthna ke Khuda ya!</w:t>
      </w:r>
    </w:p>
    <w:p>
      <w:pPr>
        <w:jc w:val="right"/>
      </w:pPr>
      <w:r>
        <w:t>وہ طریقہ جو کہ آنکھ بند کر کے مراقبہ کرنا، اس کو میں نے قرآن میں کہیں نہیں پایا۔ کھلی آنکھوں سے دنیا کو دیکھنا، سورہ آل عمران کا آخری رکوع آپ پڑھیے: "الذی تفکر فی خلق السماوات ربنا ما خلق بعد باطلہ" کہ دنیا کو دیکھ کر کے پکار اٹھنا کہ خدایا!</w:t>
      </w:r>
    </w:p>
    <w:p>
      <w:r>
        <w:rPr>
          <w:b/>
        </w:rPr>
        <w:t xml:space="preserve">[40:23] </w:t>
      </w:r>
      <w:r>
        <w:t>to tu ne banaya hai dunya ko. to dekh kar pukar uthna, dekh kar realize karna, dekh kar discover karna, yeh hai Islam ka ya Quran ka tasawwuf ya us ki ruhaniyat.</w:t>
      </w:r>
    </w:p>
    <w:p>
      <w:pPr>
        <w:jc w:val="right"/>
      </w:pPr>
      <w:r>
        <w:t>تو تو نے بنایا ہے دنیا کو۔ تو دیکھ کر پکار اٹھنا، دیکھ کر ریلائز کرنا، دیکھ کر ڈسکور کرنا، یہ ہے اسلام کا یا قرآن کا تصوف یا اس کی روحانیت۔</w:t>
      </w:r>
    </w:p>
    <w:p>
      <w:r>
        <w:rPr>
          <w:b/>
        </w:rPr>
        <w:t xml:space="preserve">[40:46] </w:t>
      </w:r>
      <w:r>
        <w:t>mein samajhta hoon ke agar abhi yeh kahoon to yeh mubalgha nahi hoga ke islami tasawwuf kya hai? ke</w:t>
      </w:r>
    </w:p>
    <w:p>
      <w:pPr>
        <w:jc w:val="right"/>
      </w:pPr>
      <w:r>
        <w:t>میں سمجھتا ہوں کہ اگر ابھی یہ کہوں تو یہ مبالغہ نہیں ہوگا کہ اسلامی تصوف کیا ہے؟ کہ</w:t>
      </w:r>
    </w:p>
    <w:p>
      <w:r>
        <w:rPr>
          <w:b/>
        </w:rPr>
        <w:t xml:space="preserve">[41:01] </w:t>
      </w:r>
      <w:r>
        <w:t>"reading god in scriptures". "reading god in scriptures" and "seeing god in nature" yeh hai islami tasawwuf.</w:t>
      </w:r>
    </w:p>
    <w:p>
      <w:pPr>
        <w:jc w:val="right"/>
      </w:pPr>
      <w:r>
        <w:t>"ریڈنگ گاڈ ان اسکرپچرز"۔ "ریڈنگ گاڈ ان اسکرپچرز" اینڈ "سینگ گاڈ ان نیچر" یہ ہے اسلامی تصوف۔</w:t>
      </w:r>
    </w:p>
    <w:p>
      <w:r>
        <w:rPr>
          <w:b/>
        </w:rPr>
        <w:t xml:space="preserve">[41:16] </w:t>
      </w:r>
      <w:r>
        <w:t>"reading god in scriptures" and "seeing god in nature" yeh hai islam ki roohaniyat aur islam ka tasawwuf.</w:t>
      </w:r>
    </w:p>
    <w:p>
      <w:pPr>
        <w:jc w:val="right"/>
      </w:pPr>
      <w:r>
        <w:t>"ریڈنگ گاڈ ان اسکرپچرز" اینڈ "سینگ گاڈ ان نیچر" یہ ہے اسلام کی روحانیت اور اسلام کا تصوف۔</w:t>
      </w:r>
    </w:p>
    <w:p>
      <w:r>
        <w:rPr>
          <w:b/>
        </w:rPr>
        <w:t xml:space="preserve">[41:30] </w:t>
      </w:r>
      <w:r>
        <w:t>jab aap is tarah se karte hain, is tarah se sochte hain, is tarah se tosam karte hain to aap ko hairaan kun tajrube hote hain.</w:t>
      </w:r>
    </w:p>
    <w:p>
      <w:pPr>
        <w:jc w:val="right"/>
      </w:pPr>
      <w:r>
        <w:t>جب آپ اس طرح سے کرتے ہیں، اس طرح سے سوچتے ہیں، اس طرح سے توسم کرتے ہیں تو آپ کو حیرت انگیز تجربات ہوتے ہیں۔</w:t>
      </w:r>
    </w:p>
    <w:p>
      <w:r>
        <w:rPr>
          <w:b/>
        </w:rPr>
        <w:t xml:space="preserve">[41:40] </w:t>
      </w:r>
      <w:r>
        <w:t>aap ko presence of god ka ehsas hone lagta hai. har taraf aap ko khuda dikhai dene lagta hai. jaise ek scientist ne jab nature ko parha to pukar utha woh ke "who was the god who wrote these sign".</w:t>
      </w:r>
    </w:p>
    <w:p>
      <w:pPr>
        <w:jc w:val="right"/>
      </w:pPr>
      <w:r>
        <w:t>آپ کو پریزنس آف گاڈ کا احساس ہونے لگتا ہے۔ ہر طرف آپ کو خدا دکھائی دینے لگتا ہے۔ جیسے ایک سائنٹسٹ نے جب نیچر کو پڑھا تو پکار اٹھا وہ کہ "ہو واز دا گاڈ ہو روٹ دیز سائن"۔</w:t>
      </w:r>
    </w:p>
    <w:p>
      <w:r>
        <w:rPr>
          <w:b/>
        </w:rPr>
        <w:t xml:space="preserve">[41:59] </w:t>
      </w:r>
      <w:r>
        <w:t>"who was the god who wrote these sign" woh kaun khuda tha jis ne yeh sari cheezein likh dein? to jab aap nature mein sochte hain to aap ko presence of god ka ehsas hone lagta hai.</w:t>
      </w:r>
    </w:p>
    <w:p>
      <w:pPr>
        <w:jc w:val="right"/>
      </w:pPr>
      <w:r>
        <w:t>"ہو واز دا گاڈ ہو روٹ دیز سائن" وہ کون خدا تھا جس نے یہ ساری چیزیں لکھ دیں؟ تو جب آپ نیچر میں سوچتے ہیں تو آپ کو پریزنس آف گاڈ کا احساس ہونے لگتا ہے۔</w:t>
      </w:r>
    </w:p>
    <w:p>
      <w:r>
        <w:rPr>
          <w:b/>
        </w:rPr>
        <w:t xml:space="preserve">[42:13] </w:t>
      </w:r>
      <w:r>
        <w:t>khuda ki mojoodgi ka ehsas aap ko apne dayen bayen neeche ooper khuda nazar aane lagta hai.</w:t>
      </w:r>
    </w:p>
    <w:p>
      <w:pPr>
        <w:jc w:val="right"/>
      </w:pPr>
      <w:r>
        <w:t>خدا کی موجودگی کا احساس آپ کو اپنے دائیں بائیں نیچے اوپر خدا نظر آنے لگتا ہے۔</w:t>
      </w:r>
    </w:p>
    <w:p>
      <w:r>
        <w:rPr>
          <w:b/>
        </w:rPr>
        <w:t xml:space="preserve">[42:22] </w:t>
      </w:r>
      <w:r>
        <w:t>jis zamane mein mein apni kitab "mazhab o jadeed challenge" likh raha tha, mein adam bird mein tha us waqt to wahan pe ek sahab the, shah naseer ahmed.</w:t>
      </w:r>
    </w:p>
    <w:p>
      <w:pPr>
        <w:jc w:val="right"/>
      </w:pPr>
      <w:r>
        <w:t>جس زمانے میں میں اپنی کتاب "مذہب و جدید چیلنج" لکھ رہا تھا، میں آدم برڈ میں تھا اس وقت تو وہاں پہ ایک صاحب تھے، شاہ نصیر احمد۔</w:t>
      </w:r>
    </w:p>
    <w:p>
      <w:r>
        <w:rPr>
          <w:b/>
        </w:rPr>
        <w:t xml:space="preserve">[42:33] </w:t>
      </w:r>
      <w:r>
        <w:t>to mein akela baitha hua tha, wohi kitab mein masroof tha, parh raha tha, us ki study kar raha tha.</w:t>
      </w:r>
    </w:p>
    <w:p>
      <w:pPr>
        <w:jc w:val="right"/>
      </w:pPr>
      <w:r>
        <w:t>تو میں اکیلا بیٹھا ہوا تھا، وہی کتاب میں مشغول تھا، پڑھ رہا تھا، اس کی اسٹڈی کر رہا تھا۔</w:t>
      </w:r>
    </w:p>
    <w:p>
      <w:r>
        <w:rPr>
          <w:b/>
        </w:rPr>
        <w:t xml:space="preserve">[42:41] </w:t>
      </w:r>
      <w:r>
        <w:t>woh zamana tha woh. to shah naseer sahab aaye, bechare ab mar chuke hain woh. to unhon ne kaha ke "kya insan khuda ko dekh sakta hai?" to achaanak mere zuban se nikla ke "aap ne abhi tak khuda ko dekha nahi?"</w:t>
      </w:r>
    </w:p>
    <w:p>
      <w:pPr>
        <w:jc w:val="right"/>
      </w:pPr>
      <w:r>
        <w:t>وہ زمانہ تھا وہ۔ تو شاہ نصیر صاحب آئے، بیچارے اب مر چکے ہیں وہ۔ تو انہوں نے کہا کہ "کیا انسان خدا کو دیکھ سکتا ہے؟" تو اچانک میرے زبان سے نکلا کہ "آپ نے ابھی تک خدا کو دیکھا نہیں؟"</w:t>
      </w:r>
    </w:p>
    <w:p>
      <w:r>
        <w:rPr>
          <w:b/>
        </w:rPr>
        <w:t xml:space="preserve">[43:02] </w:t>
      </w:r>
      <w:r>
        <w:t>ke "aap ne abhi tak khuda ko dekha nahi?" to haqeeqat yeh hai ke jab aap ghor karte hain, tosam karte hain, tafakkur karte hain to in khuli aankhon se aap khuda ko dekhne lagte hain.</w:t>
      </w:r>
    </w:p>
    <w:p>
      <w:pPr>
        <w:jc w:val="right"/>
      </w:pPr>
      <w:r>
        <w:t>کہ "آپ نے ابھی تک خدا کو دیکھا نہیں؟" تو حقیقت یہ ہے کہ جب آپ غور کرتے ہیں، توسم کرتے ہیں، تفکر کرتے ہیں تو ان کھلی آنکھوں سے آپ خدا کو دیکھنے لگتے ہیں۔</w:t>
      </w:r>
    </w:p>
    <w:p>
      <w:r>
        <w:rPr>
          <w:b/>
        </w:rPr>
        <w:t xml:space="preserve">[43:14] </w:t>
      </w:r>
      <w:r>
        <w:t>aankhein band karne ki zaroorat nahi hai, kisi adheri kothri mein jane ki zaroorat nahi hai. yeh sara zameen o asman aap ke liye marqabe ki kothri hai, marqabe ka kamra hai.</w:t>
      </w:r>
    </w:p>
    <w:p>
      <w:pPr>
        <w:jc w:val="right"/>
      </w:pPr>
      <w:r>
        <w:t>آنکھیں بند کرنے کی ضرورت نہیں ہے، کسی ادھیری کوٹھری میں جانے کی ضرورت نہیں ہے۔ یہ سارا زمین و آسمان آپ کے لیے مراقبے کی کوٹھری ہے، مراقبے کا کمرہ ہے۔</w:t>
      </w:r>
    </w:p>
    <w:p>
      <w:r>
        <w:rPr>
          <w:b/>
        </w:rPr>
        <w:t xml:space="preserve">[43:28] </w:t>
      </w:r>
      <w:r>
        <w:t>to khuda ko humein khuli aankhon se pana hai.</w:t>
      </w:r>
    </w:p>
    <w:p>
      <w:pPr>
        <w:jc w:val="right"/>
      </w:pPr>
      <w:r>
        <w:t>تو خدا کو ہمیں کھلی آنکھوں سے پانا ہے۔</w:t>
      </w:r>
    </w:p>
    <w:p>
      <w:r>
        <w:rPr>
          <w:b/>
        </w:rPr>
        <w:t xml:space="preserve">[43:35] </w:t>
      </w:r>
      <w:r>
        <w:t>"living with god" ka jo experience hai, "living with god" ka jo experience hai, woh khuli aankhon se humein karna hai.</w:t>
      </w:r>
    </w:p>
    <w:p>
      <w:pPr>
        <w:jc w:val="right"/>
      </w:pPr>
      <w:r>
        <w:t>"لیونگ ود گاڈ" کا جو ایکسپیرینس ہے، "لیونگ ود گاڈ" کا جو ایکسپیرینس ہے، وہ کھلی آنکھوں سے ہمیں کرنا ہے۔</w:t>
      </w:r>
    </w:p>
    <w:p>
      <w:r>
        <w:rPr>
          <w:b/>
        </w:rPr>
        <w:t xml:space="preserve">[43:45] </w:t>
      </w:r>
      <w:r>
        <w:t>yeh nahi ke hum kisi kothri mein chale jayen, wahan humein "living with god" ka tajruba ho. mein is ko nahi manta. nature mein jab aap khuda ko realize karne lagen, yani creature mein aap jab creator ko pane lagen to wohi hai "living with god" ka experience.</w:t>
      </w:r>
    </w:p>
    <w:p>
      <w:pPr>
        <w:jc w:val="right"/>
      </w:pPr>
      <w:r>
        <w:t>یہ نہیں کہ ہم کسی کوٹھری میں چلے جائیں، وہاں ہمیں "لیونگ ود گاڈ" کا تجربہ ہو۔ میں اس کو نہیں مانتا۔ نیچر میں جب آپ خدا کو ریلائز کرنے لگیں، یعنی کریچر میں آپ جب کریٹر کو پانے لگیں تو وہی ہے "لیونگ ود گاڈ" کا ایکسپیرینس۔</w:t>
      </w:r>
    </w:p>
    <w:p>
      <w:r>
        <w:rPr>
          <w:b/>
        </w:rPr>
        <w:t xml:space="preserve">[44:13] </w:t>
      </w:r>
      <w:r>
        <w:t>to</w:t>
      </w:r>
    </w:p>
    <w:p>
      <w:pPr>
        <w:jc w:val="right"/>
      </w:pPr>
      <w:r>
        <w:t>تو</w:t>
      </w:r>
    </w:p>
    <w:p>
      <w:r>
        <w:rPr>
          <w:b/>
        </w:rPr>
        <w:t xml:space="preserve">[44:18] </w:t>
      </w:r>
      <w:r>
        <w:t>mein samajhta hoon ke islam mein jo roohaniyat hai, is ka</w:t>
      </w:r>
    </w:p>
    <w:p>
      <w:pPr>
        <w:jc w:val="right"/>
      </w:pPr>
      <w:r>
        <w:t>میں سمجھتا ہوں کہ اسلام میں جو روحانیت ہے، اس کا</w:t>
      </w:r>
    </w:p>
    <w:p>
      <w:r>
        <w:rPr>
          <w:b/>
        </w:rPr>
        <w:t xml:space="preserve">[44:28] </w:t>
      </w:r>
      <w:r>
        <w:t>is ka jo source hai, woh ek taraf khuda ki kitab hai aur doosri taraf khuda ki khuda ki khuda ki makhlooqat hain, khuda ki takhleeq hai, khuda ki creation hai.</w:t>
      </w:r>
    </w:p>
    <w:p>
      <w:pPr>
        <w:jc w:val="right"/>
      </w:pPr>
      <w:r>
        <w:t>اس کا جو سورس ہے، وہ ایک طرف خدا کی کتاب ہے اور دوسری طرف خدا کی خدا کی خدا کی مخلوقات ہیں، خدا کی تخلیق ہے، خدا کی کریشن ہے۔</w:t>
      </w:r>
    </w:p>
    <w:p>
      <w:r>
        <w:rPr>
          <w:b/>
        </w:rPr>
        <w:t xml:space="preserve">[44:43] </w:t>
      </w:r>
      <w:r>
        <w:t>quran mein ek ayat hai ke "yadkhulul jannata al-raf'a" yani jin logon ko khuda jannat mein dakhil karega, un ke bare mein farmaya ke un ko aisi jannat mein dakhil karega jis ki unhein pehchan kara di hai.</w:t>
      </w:r>
    </w:p>
    <w:p>
      <w:pPr>
        <w:jc w:val="right"/>
      </w:pPr>
      <w:r>
        <w:t>قرآن میں ایک آیت ہے کہ "یدخل الجنت الرفع" یعنی جن لوگوں کو خدا جنت میں داخل کرے گا، ان کے بارے میں فرمایا کہ ان کو ایسی جنت میں داخل کرے گا جس کی انہیں پہچان کرا دی ہے۔</w:t>
      </w:r>
    </w:p>
    <w:p>
      <w:r>
        <w:rPr>
          <w:b/>
        </w:rPr>
        <w:t xml:space="preserve">[45:00] </w:t>
      </w:r>
      <w:r>
        <w:t>pehchan "yadkhuluhumul jannata al-raf'a". quran mein hai ke jab jannat walon ko phal diye jayenge to unhein laga ke unhein woh kahenge: "aise hi phal humein dunya mein mile the".</w:t>
      </w:r>
    </w:p>
    <w:p>
      <w:pPr>
        <w:jc w:val="right"/>
      </w:pPr>
      <w:r>
        <w:t>پہچان "یدخلهم الجنت الرفع"۔ قرآن میں ہے کہ جب جنت والوں کو پھل دیے جائیں گے تو انہیں لگا کہ انہیں وہ کہیں گے: "ایسے ہی پھل ہمیں دنیا میں ملے تھے"۔</w:t>
      </w:r>
    </w:p>
    <w:p>
      <w:r>
        <w:rPr>
          <w:b/>
        </w:rPr>
        <w:t xml:space="preserve">[45:20] </w:t>
      </w:r>
      <w:r>
        <w:t>is se mein ne yeh samjha hai ke yeh jo nature hai, yeh dunya jahan mein mein rakhe gaye hain, hum yeh jannat ka jis ko kehte hain prototype,</w:t>
      </w:r>
    </w:p>
    <w:p>
      <w:pPr>
        <w:jc w:val="right"/>
      </w:pPr>
      <w:r>
        <w:t>اس سے میں نے یہ سمجھا ہے کہ یہ جو نیچر ہے، یہ دنیا جہاں میں میں رکھے گئے ہیں، ہم یہ جنت کا جس کو کہتے ہیں پروٹوٹائپ،</w:t>
      </w:r>
    </w:p>
    <w:p>
      <w:r>
        <w:rPr>
          <w:b/>
        </w:rPr>
        <w:t xml:space="preserve">[45:34] </w:t>
      </w:r>
      <w:r>
        <w:t>jannat ka ek ibtedai namuna, ek prototype hai. yeh woh sari cheezein jo jannat mein zyada refined way mein hongi, zyada perfect shakal mein hongi, zyada ideal surat mein hongi, woh sab is dunya mein less than perfect shakal mein rakh di gayi hain.</w:t>
      </w:r>
    </w:p>
    <w:p>
      <w:pPr>
        <w:jc w:val="right"/>
      </w:pPr>
      <w:r>
        <w:t>جنت کا ایک ابتدائی نمونہ، ایک پروٹوٹائپ ہے۔ یہ وہ ساری چیزیں جو جنت میں زیادہ ریفائنڈ وے میں ہوں گی، زیادہ پرفیکٹ شکل میں ہوں گی، زیادہ آئیڈیل صورت میں ہوں گی، وہ سب اس دنیا میں لیس دین پرفیکٹ شکل میں رکھ دی گئی ہیں۔</w:t>
      </w:r>
    </w:p>
    <w:p>
      <w:r>
        <w:rPr>
          <w:b/>
        </w:rPr>
        <w:t xml:space="preserve">[45:54] </w:t>
      </w:r>
      <w:r>
        <w:t>to less than perfect mein perfect ko realize karna yahi hai jannat ka ta'aruf.</w:t>
      </w:r>
    </w:p>
    <w:p>
      <w:pPr>
        <w:jc w:val="right"/>
      </w:pPr>
      <w:r>
        <w:t>تو لیس دین پرفیکٹ میں پرفیکٹ کو ریلائز کرنا یہی ہے جنت کا تعارف۔</w:t>
      </w:r>
    </w:p>
    <w:p>
      <w:r>
        <w:rPr>
          <w:b/>
        </w:rPr>
        <w:t xml:space="preserve">[46:04] </w:t>
      </w:r>
      <w:r>
        <w:t>less than ideal mein ideal ko dekhna, less than perfect mein perfect ko pehchanna,</w:t>
      </w:r>
    </w:p>
    <w:p>
      <w:pPr>
        <w:jc w:val="right"/>
      </w:pPr>
      <w:r>
        <w:t>لیس دین آئیڈیل میں آئیڈیل کو دیکھنا، لیس دین پرفیکٹ میں پرفیکٹ کو پہچاننا،</w:t>
      </w:r>
    </w:p>
    <w:p>
      <w:r>
        <w:rPr>
          <w:b/>
        </w:rPr>
        <w:t xml:space="preserve">[46:13] </w:t>
      </w:r>
      <w:r>
        <w:t>prototype mein jannat ke prototype mein real jannat ko ka mushahida karna, mein samajhta hoon ke yahi hai jannat ka ta'aruf.</w:t>
      </w:r>
    </w:p>
    <w:p>
      <w:pPr>
        <w:jc w:val="right"/>
      </w:pPr>
      <w:r>
        <w:t>پروٹوٹائپ میں جنت کے پروٹوٹائپ میں ریئل جنت کو کا مشاہدہ کرنا، میں سمجھتا ہوں کہ یہی ہے جنت کا تعارف۔</w:t>
      </w:r>
    </w:p>
    <w:p>
      <w:r>
        <w:rPr>
          <w:b/>
        </w:rPr>
        <w:t xml:space="preserve">[46:22] </w:t>
      </w:r>
      <w:r>
        <w:t>aur jo log yeh nazar apnay andar paida kar lein ke prototype mein woh jannat ko dekhne lage hain, isi nature mein woh jannat ka taaruf hasil karne lage hain,</w:t>
      </w:r>
    </w:p>
    <w:p>
      <w:pPr>
        <w:jc w:val="right"/>
      </w:pPr>
      <w:r>
        <w:t>اور جو لوگ یہ نظر اپنے اندر پیدا کر لیں کہ پروٹوٹائپ میں وہ جنت کو دیکھنے لگے ہیں، اسی نیچر میں وہ جنت کا تعارف حاصل کرنے لگے ہیں،</w:t>
      </w:r>
    </w:p>
    <w:p>
      <w:r>
        <w:rPr>
          <w:b/>
        </w:rPr>
        <w:t xml:space="preserve">[46:36] </w:t>
      </w:r>
      <w:r>
        <w:t>to wahi woh log hain jin ko jannat mein paradise mein entry mile gi. Yahan mein aik waqia arz karunga jo bohat hi relevant hai.</w:t>
      </w:r>
    </w:p>
    <w:p>
      <w:pPr>
        <w:jc w:val="right"/>
      </w:pPr>
      <w:r>
        <w:t>تو وہی وہ لوگ ہیں جن کو جنت میں پیراڈائز میں انٹری ملے گی۔ یہاں میں ایک واقعہ عرض کروں گا جو بہت ہی ریلیونٹ ہے۔</w:t>
      </w:r>
    </w:p>
    <w:p>
      <w:r>
        <w:rPr>
          <w:b/>
        </w:rPr>
        <w:t xml:space="preserve">[46:51] </w:t>
      </w:r>
      <w:r>
        <w:t>Dilli mein aik baar meri mulaqat hui aik professor se, woh ghaliban Kingzway camp ke paas kahin rehte thay, kai barson pehle ki baat hai.</w:t>
      </w:r>
    </w:p>
    <w:p>
      <w:pPr>
        <w:jc w:val="right"/>
      </w:pPr>
      <w:r>
        <w:t>دلی میں ایک بار میری ملاقات ہوئی ایک پروفیسر سے، وہ غالباً کنگزوے کیمپ کے پاس کہیں رہتے تھے، کئی برس پہلے کی بات ہے۔</w:t>
      </w:r>
    </w:p>
    <w:p>
      <w:r>
        <w:rPr>
          <w:b/>
        </w:rPr>
        <w:t xml:space="preserve">[47:05] </w:t>
      </w:r>
      <w:r>
        <w:t>to woh international politics mein unhon ne research kiya tha aur unhon ne America ki university mein bheje apne papers, apna bio data.</w:t>
      </w:r>
    </w:p>
    <w:p>
      <w:pPr>
        <w:jc w:val="right"/>
      </w:pPr>
      <w:r>
        <w:t>تو وہ انٹرنیشنل پولیٹکس میں انہوں نے ریسرچ کیا تھا اور انہوں نے امریکہ کی یونیورسٹی میں بھیجے اپنے پیپرز، اپنا بائیو ڈیٹا۔</w:t>
      </w:r>
    </w:p>
    <w:p>
      <w:r>
        <w:rPr>
          <w:b/>
        </w:rPr>
        <w:t xml:space="preserve">[47:20] </w:t>
      </w:r>
      <w:r>
        <w:t>to wahan se unhein aa gaya invitation, interview card aa gaya interview ke liye ke aap yahan aaiye, hum aap ka interview le kar ke aap ko faisla karein ge.</w:t>
      </w:r>
    </w:p>
    <w:p>
      <w:pPr>
        <w:jc w:val="right"/>
      </w:pPr>
      <w:r>
        <w:t>تو وہاں سے انہیں آ گیا انویٹیشن، انٹرویو کارڈ آ گیا انٹرویو کے لیے کہ آپ یہاں آئیے، ہم آپ کا انٹرویو لے کر کے آپ کو فیصلہ کریں گے۔</w:t>
      </w:r>
    </w:p>
    <w:p>
      <w:r>
        <w:rPr>
          <w:b/>
        </w:rPr>
        <w:t xml:space="preserve">[47:34] </w:t>
      </w:r>
      <w:r>
        <w:t>Koi professorship ki jagah khali thi wahan, us ke liye bulaye gaye thay woh. To jab wahan pohnche gaye to airport par aik aadmi car le kar maujood tha university ki taraf se.</w:t>
      </w:r>
    </w:p>
    <w:p>
      <w:pPr>
        <w:jc w:val="right"/>
      </w:pPr>
      <w:r>
        <w:t>کوئی پروفیسرشپ کی جگہ خالی تھی وہاں، اس کے لیے بلائے گئے تھے وہ۔ تو جب وہاں پہنچے گئے تو ایئرپورٹ پر ایک آدمی کار لے کر موجود تھا یونیورسٹی کی طرف سے۔</w:t>
      </w:r>
    </w:p>
    <w:p>
      <w:r>
        <w:rPr>
          <w:b/>
        </w:rPr>
        <w:t xml:space="preserve">[47:48] </w:t>
      </w:r>
      <w:r>
        <w:t>Us ne kaha ke main university ki taraf se bheja gaya hoon aur meri duty yeh hai ke main aap ko yani ghumaon, poori university dikhaon, yeh sab meri duty hai.</w:t>
      </w:r>
    </w:p>
    <w:p>
      <w:pPr>
        <w:jc w:val="right"/>
      </w:pPr>
      <w:r>
        <w:t>اس نے کہا کہ میں یونیورسٹی کی طرف سے بھیجا گیا ہوں اور میری ڈیوٹی یہ ہے کہ میں آپ کو یعنی گھماؤں، پوری یونیورسٹی دکھاؤں، یہ سب میری ڈیوٹی ہے۔</w:t>
      </w:r>
    </w:p>
    <w:p>
      <w:r>
        <w:rPr>
          <w:b/>
        </w:rPr>
        <w:t xml:space="preserve">[48:00] </w:t>
      </w:r>
      <w:r>
        <w:t>to ghraz yeh ke woh un ko airport se le gaya, guest house mein jahan thehrana tha, wahan le gaya pehle. Phir us ko aik haftay tak university dikhata raha.</w:t>
      </w:r>
    </w:p>
    <w:p>
      <w:pPr>
        <w:jc w:val="right"/>
      </w:pPr>
      <w:r>
        <w:t>تو غرض یہ کہ وہ ان کو ایئرپورٹ سے لے گیا، گیسٹ ہاؤس میں جہاں ٹھہرانا تھا، وہاں لے گیا پہلے۔ پھر اس کو ایک ہفتے تک یونیورسٹی دکھاتا رہا۔</w:t>
      </w:r>
    </w:p>
    <w:p>
      <w:r>
        <w:rPr>
          <w:b/>
        </w:rPr>
        <w:t xml:space="preserve">[48:12] </w:t>
      </w:r>
      <w:r>
        <w:t>University mein class room mein le gaya jahan bachay parh rahe thay, kitchen mein le gaya jahan khane ka intezam ho raha tha, library mein le gaya jahan kitabein rakhi hui theen mutalay ke liye.</w:t>
      </w:r>
    </w:p>
    <w:p>
      <w:pPr>
        <w:jc w:val="right"/>
      </w:pPr>
      <w:r>
        <w:t>یونیورسٹی میں کلاس روم میں لے گیا جہاں بچے پڑھ رہے تھے، کچن میں لے گیا جہاں کھانے کا انتظام ہو رہا تھا، لائبریری میں لے گیا جہاں کتابیں رکھی ہوئی تھیں مطالعے کے لیے۔</w:t>
      </w:r>
    </w:p>
    <w:p>
      <w:r>
        <w:rPr>
          <w:b/>
        </w:rPr>
        <w:t xml:space="preserve">[48:25] </w:t>
      </w:r>
      <w:r>
        <w:t>Ghraz yeh ke aik haftay tak woh poori university mein un ko ghumata raha.</w:t>
      </w:r>
    </w:p>
    <w:p>
      <w:pPr>
        <w:jc w:val="right"/>
      </w:pPr>
      <w:r>
        <w:t>غرض یہ کہ ایک ہفتے تک وہ پوری یونیورسٹی میں ان کو گھماتا رہا۔</w:t>
      </w:r>
    </w:p>
    <w:p>
      <w:r>
        <w:rPr>
          <w:b/>
        </w:rPr>
        <w:t xml:space="preserve">[48:32] </w:t>
      </w:r>
      <w:r>
        <w:t>Aik haftay ke baad unhon ne jo university ka jo chairman tha, us se kaha, us se mil kar ke ke main aik haftay se yahan aa kar baitha hua hoon aur abhi tak mera interview nahi hua, to interview kab hoga?</w:t>
      </w:r>
    </w:p>
    <w:p>
      <w:pPr>
        <w:jc w:val="right"/>
      </w:pPr>
      <w:r>
        <w:t>ایک ہفتے کے بعد انہوں نے جو یونیورسٹی کا جو چیئرمین تھا، اس سے کہا، اس سے مل کر کے کہ میں ایک ہفتے سے یہاں آ کر بیٹھا ہوا ہوں اور ابھی تک میرا انٹرویو نہیں ہوا، تو انٹرویو کب ہوگا؟</w:t>
      </w:r>
    </w:p>
    <w:p>
      <w:r>
        <w:rPr>
          <w:b/>
        </w:rPr>
        <w:t xml:space="preserve">[48:51] </w:t>
      </w:r>
      <w:r>
        <w:t>Yeh bohat dilchasp kahani hai yeh. Yani saat din tak woh us aadmi ke sath university dekhte rahe jaise ke kisi visitor ko university dikhai jaye.</w:t>
      </w:r>
    </w:p>
    <w:p>
      <w:pPr>
        <w:jc w:val="right"/>
      </w:pPr>
      <w:r>
        <w:t>یہ بہت دلچسپ کہانی ہے یہ۔ یعنی سات دن تک وہ اس آدمی کے ساتھ یونیورسٹی دیکھتے رہے جیسے کہ کسی وزٹر کو یونیورسٹی دکھائی جائے۔</w:t>
      </w:r>
    </w:p>
    <w:p>
      <w:r>
        <w:rPr>
          <w:b/>
        </w:rPr>
        <w:t xml:space="preserve">[49:06] </w:t>
      </w:r>
      <w:r>
        <w:t>To saatvein din jab chairman se mile, woh unhon ne kaha ke main aik haftay se yahan para hua hoon aur abhi tak mera interview nahi hua, to aakhri interview kab hoga?</w:t>
      </w:r>
    </w:p>
    <w:p>
      <w:pPr>
        <w:jc w:val="right"/>
      </w:pPr>
      <w:r>
        <w:t>تو ساتویں دن جب چیئرمین سے ملے، وہ انہوں نے کہا کہ میں ایک ہفتے سے یہاں پڑھا ہوا ہوں اور ابھی تک میرا انٹرویو نہیں ہوا، تو آخری انٹرویو کب ہوگا؟</w:t>
      </w:r>
    </w:p>
    <w:p>
      <w:r>
        <w:rPr>
          <w:b/>
        </w:rPr>
        <w:t xml:space="preserve">[49:17] </w:t>
      </w:r>
      <w:r>
        <w:t>To chairman ne kaha ke aap ka interview ho chuka, aap ka interview ho chuka. To unhon ne kaha woh kaise?</w:t>
      </w:r>
    </w:p>
    <w:p>
      <w:pPr>
        <w:jc w:val="right"/>
      </w:pPr>
      <w:r>
        <w:t>تو چیئرمین نے کہا کہ آپ کا انٹرویو ہو چکا، آپ کا انٹرویو ہو چکا۔ تو انہوں نے کہا وہ کیسے؟</w:t>
      </w:r>
    </w:p>
    <w:p>
      <w:r>
        <w:rPr>
          <w:b/>
        </w:rPr>
        <w:t xml:space="preserve">[49:26] </w:t>
      </w:r>
      <w:r>
        <w:t>Woh to abhi to kuch bhi nahi hua. Unhon ne kaha ke jo aadmi</w:t>
      </w:r>
    </w:p>
    <w:p>
      <w:pPr>
        <w:jc w:val="right"/>
      </w:pPr>
      <w:r>
        <w:t>وہ تو ابھی تو کچھ بھی نہیں ہوا۔ انہوں نے کہا کہ جو آدمی</w:t>
      </w:r>
    </w:p>
    <w:p>
      <w:r>
        <w:rPr>
          <w:b/>
        </w:rPr>
        <w:t xml:space="preserve">[49:34] </w:t>
      </w:r>
      <w:r>
        <w:t>car le kar aap ko receive kiya tha, us ne airport par wahi aap ka interviewer tha. Woh woh koi driver nahi tha, woh professor tha us university ka.</w:t>
      </w:r>
    </w:p>
    <w:p>
      <w:pPr>
        <w:jc w:val="right"/>
      </w:pPr>
      <w:r>
        <w:t>کار لے کر آپ کو ریسیو کیا تھا، اس نے ایئرپورٹ پر وہی آپ کا انٹرویوور تھا۔ وہ وہ کوئی ڈرائیور نہیں تھا، وہ پروفیسر تھا اس یونیورسٹی کا۔</w:t>
      </w:r>
    </w:p>
    <w:p>
      <w:r>
        <w:rPr>
          <w:b/>
        </w:rPr>
        <w:t xml:space="preserve">[49:49] </w:t>
      </w:r>
      <w:r>
        <w:t>Woh professor hi aap ka interviewer tha aur saat din aap ka interview leta raha. Woh</w:t>
      </w:r>
    </w:p>
    <w:p>
      <w:pPr>
        <w:jc w:val="right"/>
      </w:pPr>
      <w:r>
        <w:t>وہ پروفیسر ہی آپ کا انٹرویوور تھا اور سات دن آپ کا انٹرویو لیتا رہا۔ وہ</w:t>
      </w:r>
    </w:p>
    <w:p>
      <w:r>
        <w:rPr>
          <w:b/>
        </w:rPr>
        <w:t xml:space="preserve">[49:59] </w:t>
      </w:r>
      <w:r>
        <w:t>ke aap kaise behave karein ge? Student se kaise baat karein ge? Library mein jayenge to kaise kitab nikalenge? Kaise kitab padhenge?</w:t>
      </w:r>
    </w:p>
    <w:p>
      <w:pPr>
        <w:jc w:val="right"/>
      </w:pPr>
      <w:r>
        <w:t>کہ آپ کیسے بیہیو کریں گے؟ اسٹوڈنٹ سے کیسے بات کریں گے؟ لائبریری میں جائیں گے تو کیسے کتاب نکالیں گے؟ کیسے کتاب پڑھیں گے؟</w:t>
      </w:r>
    </w:p>
    <w:p>
      <w:r>
        <w:rPr>
          <w:b/>
        </w:rPr>
        <w:t xml:space="preserve">[50:10] </w:t>
      </w:r>
      <w:r>
        <w:t>Dining hall mein aap kaise khana khayenge? To us ne kaha, us chairman ne ke aap ne jo papers bheje thay, bio data, us se aap ki degree humein maloom ho chuki thi ke aap ki yeh degree hai.</w:t>
      </w:r>
    </w:p>
    <w:p>
      <w:pPr>
        <w:jc w:val="right"/>
      </w:pPr>
      <w:r>
        <w:t>ڈائننگ ہال میں آپ کیسے کھانا کھائیں گے؟ تو اس نے کہا، اس چیئرمین نے کہ آپ نے جو پیپرز بھیجے تھے، بائیو ڈیٹا، اس سے آپ کی ڈگری ہمیں معلوم ہو چکی تھی کہ آپ کی یہ ڈگری ہے۔</w:t>
      </w:r>
    </w:p>
    <w:p>
      <w:r>
        <w:rPr>
          <w:b/>
        </w:rPr>
        <w:t xml:space="preserve">[50:24] </w:t>
      </w:r>
      <w:r>
        <w:t>To humein pata ho chuka tha. Ab humein practical tor par dekhna tha ke aap university mein kaise apna kaam karein ge. To aap bilkul theek nikle, sahi tareeqay se behave bhi kiya, har jagah aap ne behave kiya.</w:t>
      </w:r>
    </w:p>
    <w:p>
      <w:pPr>
        <w:jc w:val="right"/>
      </w:pPr>
      <w:r>
        <w:t>تو ہمیں پتہ ہو چکا تھا۔ اب ہمیں پریکٹیکل طور پر دیکھنا تھا کہ آپ یونیورسٹی میں کیسے اپنا کام کریں گے۔ تو آپ بالکل ٹھیک نکلے، صحیح طریقے سے بیہیو بھی کیا، ہر جگہ آپ نے بیہیو کیا۔</w:t>
      </w:r>
    </w:p>
    <w:p>
      <w:r>
        <w:rPr>
          <w:b/>
        </w:rPr>
        <w:t xml:space="preserve">[50:40] </w:t>
      </w:r>
      <w:r>
        <w:t>To hum aap ka selection kar chuke hain</w:t>
      </w:r>
    </w:p>
    <w:p>
      <w:pPr>
        <w:jc w:val="right"/>
      </w:pPr>
      <w:r>
        <w:t>تو ہم آپ کا سلیکشن کر چکے ہیں</w:t>
      </w:r>
    </w:p>
    <w:p>
      <w:r>
        <w:rPr>
          <w:b/>
        </w:rPr>
        <w:t xml:space="preserve">[50:48] </w:t>
      </w:r>
      <w:r>
        <w:t>aur kal se aap ko yahan join karna hai. Jab us aadmi ne yeh waqia bataya mujhe to mujhe Quran ki aik ayat yaad aayi.</w:t>
      </w:r>
    </w:p>
    <w:p>
      <w:pPr>
        <w:jc w:val="right"/>
      </w:pPr>
      <w:r>
        <w:t>اور کل سے آپ کو یہاں جوائن کرنا ہے۔ جب اس آدمی نے یہ واقعہ بتایا مجھے تو مجھے قرآن کی ایک آیت یاد آئی۔</w:t>
      </w:r>
    </w:p>
    <w:p>
      <w:r>
        <w:rPr>
          <w:b/>
        </w:rPr>
        <w:t xml:space="preserve">[51:03] </w:t>
      </w:r>
      <w:r>
        <w:t>Quran mein hai ke "iz yatalaqqal mutalaqqiyani anil yameeni wa anil shimale qeed". Ma yalfazu min qawlin illa laday raqeebun ateed ke insaan jab duniya mein aata hai to do farishtay saath saath us ke aa jate hain, dono kandhon par rehte hain.</w:t>
      </w:r>
    </w:p>
    <w:p>
      <w:pPr>
        <w:jc w:val="right"/>
      </w:pPr>
      <w:r>
        <w:t>قرآن میں ہے کہ "از یتلق متلقیان عن الیمین وعن الشمال قید"۔ مایلفظ من قول الا لدے رقیب عقید کہ انسان جب دنیا میں آتا ہے تو دو فرشتے ساتھ ساتھ اس کے آ جاتے ہیں، دونوں کندھوں پر رہتے ہیں۔</w:t>
      </w:r>
    </w:p>
    <w:p>
      <w:r>
        <w:rPr>
          <w:b/>
        </w:rPr>
        <w:t xml:space="preserve">[51:22] </w:t>
      </w:r>
      <w:r>
        <w:t>Woh yani yameeni wa anil shimale qeed ke us ke dayen kandhay par aur bayen kandhay par baithe hotay hain. Woh poori zindagi mein us ke sath hotay hain.</w:t>
      </w:r>
    </w:p>
    <w:p>
      <w:pPr>
        <w:jc w:val="right"/>
      </w:pPr>
      <w:r>
        <w:t>وہ یعنییمین وعن الشمال قید کہ اس کے دائیں کندھے پر اور بائیں کندھے پر بیٹھے ہوتے ہیں۔ وہ پوری زندگی میں اس کے ساتھ ہوتے ہیں۔</w:t>
      </w:r>
    </w:p>
    <w:p>
      <w:r>
        <w:rPr>
          <w:b/>
        </w:rPr>
        <w:t xml:space="preserve">[51:34] </w:t>
      </w:r>
      <w:r>
        <w:t>To maine socha ke bilkul aise hi mamla Khuda ne kiya hai insaan ka ke jaise aap duniya mein aaye, do farishtay ne aap ko receive kiya, receive kar ke aap ke sath lag gaye.</w:t>
      </w:r>
    </w:p>
    <w:p>
      <w:pPr>
        <w:jc w:val="right"/>
      </w:pPr>
      <w:r>
        <w:t>تو میں نے سوچا کہ بالکل ایسے ہی معاملہ خدا نے کیا ہے انسان کا کہ جیسے آپ دنیا میں آئے، دو انجیل نے آپ کو ریسیو کیا، ریسیو کر کے آپ کے ساتھ لگ گئے۔</w:t>
      </w:r>
    </w:p>
    <w:p>
      <w:r>
        <w:rPr>
          <w:b/>
        </w:rPr>
        <w:t xml:space="preserve">[51:49] </w:t>
      </w:r>
      <w:r>
        <w:t>woh ab 24 ghanta woh aap ko watch kar rahay hain.</w:t>
      </w:r>
    </w:p>
    <w:p>
      <w:pPr>
        <w:jc w:val="right"/>
      </w:pPr>
      <w:r>
        <w:t>وہ اب 24 گھنٹہ وہ آپ کو واچ کر رہے ہیں۔</w:t>
      </w:r>
    </w:p>
    <w:p>
      <w:r>
        <w:rPr>
          <w:b/>
        </w:rPr>
        <w:t xml:space="preserve">[51:56] </w:t>
      </w:r>
      <w:r>
        <w:t>is par ghhor kijiye, bohat hi important point hai yeh ke jis tarah amreeka mein woh aadmi jab pohancha toh uska jo interviewer tha, jis ko jis ki report par us ko professor banna tha,</w:t>
      </w:r>
    </w:p>
    <w:p>
      <w:pPr>
        <w:jc w:val="right"/>
      </w:pPr>
      <w:r>
        <w:t>اس پر غور کیجئے، بہت ہی امپورٹنٹ پوائنٹ ہے یہ کہ جس طرح امریکہ میں وہ آدمی جب پہنچا تو اس کا جو انٹرویوور تھا، جس کو جس کی رپورٹ پر اس کو پروفیسر بننا تھا،</w:t>
      </w:r>
    </w:p>
    <w:p>
      <w:r>
        <w:rPr>
          <w:b/>
        </w:rPr>
        <w:t xml:space="preserve">[52:10] </w:t>
      </w:r>
      <w:r>
        <w:t>jo aadmi ne us ko airport par receive kiya tha, usi ki report par is aadmi ke baray mein faisla hona tha ke us ko professor banaya jaye ya na banaya jaye.</w:t>
      </w:r>
    </w:p>
    <w:p>
      <w:pPr>
        <w:jc w:val="right"/>
      </w:pPr>
      <w:r>
        <w:t>جو آدمی نے اس کو ایئرپورٹ پر ریسیو کیا تھا، اسی کی رپورٹ پر اس آدمی کے بارے میں فیصلہ ہونا تھا کہ اس کو پروفیسر بنایا جائے یا نہ بنایا جائے۔</w:t>
      </w:r>
    </w:p>
    <w:p>
      <w:r>
        <w:rPr>
          <w:b/>
        </w:rPr>
        <w:t xml:space="preserve">[52:21] </w:t>
      </w:r>
      <w:r>
        <w:t>usi tarah se Khuda ne jab bhi koi aadmi, koi mard ya aurat jo duniya mein aata hai toh Khuda ke do farishtay us ke sath lag jatay hain.</w:t>
      </w:r>
    </w:p>
    <w:p>
      <w:pPr>
        <w:jc w:val="right"/>
      </w:pPr>
      <w:r>
        <w:t>اسی طرح سے خدا نے جب بھی کوئی آدمی، کوئی مرد یا عورت جو دنیا میں آتا ہے تو خدا کے دو فرشتے اس کے ساتھ لگ جاتے ہیں۔</w:t>
      </w:r>
    </w:p>
    <w:p>
      <w:r>
        <w:rPr>
          <w:b/>
        </w:rPr>
        <w:t xml:space="preserve">[52:36] </w:t>
      </w:r>
      <w:r>
        <w:t>yatlaq al mutlaqiyan an al yameen wa an al shimal qaid ma yalfaz min qaul illa laday raqib qeed.</w:t>
      </w:r>
    </w:p>
    <w:p>
      <w:pPr>
        <w:jc w:val="right"/>
      </w:pPr>
      <w:r>
        <w:t>اس یتلق المتلقیان عن الیمین وعن الشمال قید مایلفظ من قول الا لدے رقیب عقید۔</w:t>
      </w:r>
    </w:p>
    <w:p>
      <w:r>
        <w:rPr>
          <w:b/>
        </w:rPr>
        <w:t xml:space="preserve">[52:49] </w:t>
      </w:r>
      <w:r>
        <w:t>toh woh professor jo tha, jo interviewer tha, haqeeqatan woh watch kar raha tha is aadmi ka kaisay yeh behave karta hai, kaisay yeh bolta hai, us students se woh kaisay baat karta hai,</w:t>
      </w:r>
    </w:p>
    <w:p>
      <w:pPr>
        <w:jc w:val="right"/>
      </w:pPr>
      <w:r>
        <w:t>تو وہ پروفیسر جو تھا، جو انٹرویوور تھا، حقیقتاً وہ واچ کر رہا تھا اس آدمی کا کیسے یہ بیہیو کرتا ہے، کیسے یہ بولتا ہے، اس اسٹوڈنٹس سے وہ کیسے بات کرتا ہے،</w:t>
      </w:r>
    </w:p>
    <w:p>
      <w:r>
        <w:rPr>
          <w:b/>
        </w:rPr>
        <w:t xml:space="preserve">[53:04] </w:t>
      </w:r>
      <w:r>
        <w:t>ustadon se kaisay baat karta hai. Poora woh behaviour uska dekh raha tha jo university mein hoga. Us ka isi tarah se Khuda jab bhi insaan paida hota hai toh us ko receive karne ke liye Khuda ke do farishtay aa jatay hain jo raat din 24 ghantay us ke sath rehtay hain.</w:t>
      </w:r>
    </w:p>
    <w:p>
      <w:pPr>
        <w:jc w:val="right"/>
      </w:pPr>
      <w:r>
        <w:t>استادوں سے کیسے بات کرتا ہے۔ پورا وہ بیہیویئر اس کا دیکھ رہا تھا جو یونیورسٹی میں ہوگا۔ اس کا اسی طرح سے خدا جب بھی انسان پیدا ہوتا ہے تو اس کو ریسیو کرنے کے لیے خدا کے دو فرشتے آ جاتے ہیں جو رات دن 24 گھنٹے اس کے ساتھ رہتے ہیں۔</w:t>
      </w:r>
    </w:p>
    <w:p>
      <w:r>
        <w:rPr>
          <w:b/>
        </w:rPr>
        <w:t xml:space="preserve">[53:27] </w:t>
      </w:r>
      <w:r>
        <w:t>aur woh Quran mein hai ke aik bhi lafz jo munh se niklta hai, us ko woh likhtay rehtay hain. Ma yalfaz min qaul illa laday raqib qeed.</w:t>
      </w:r>
    </w:p>
    <w:p>
      <w:pPr>
        <w:jc w:val="right"/>
      </w:pPr>
      <w:r>
        <w:t>اور وہ قرآن میں ہے کہ ایک بھی لفظ جو منہ سے نکلتا ہے، اس کو وہ لکھتے رہتے ہیں۔ مایلفظ من قول الا لدے رقیب عقید۔</w:t>
      </w:r>
    </w:p>
    <w:p>
      <w:r>
        <w:rPr>
          <w:b/>
        </w:rPr>
        <w:t xml:space="preserve">[53:37] </w:t>
      </w:r>
      <w:r>
        <w:t>aik word bhi milta niklta hai munh se toh woh record kar letay hain. Woh</w:t>
      </w:r>
    </w:p>
    <w:p>
      <w:pPr>
        <w:jc w:val="right"/>
      </w:pPr>
      <w:r>
        <w:t>ایک ورڈ بھی ملتا نکلتا ہے منہ سے تو وہ ریکارڈ کر لیتے ہیں۔ وہ</w:t>
      </w:r>
    </w:p>
    <w:p>
      <w:r>
        <w:rPr>
          <w:b/>
        </w:rPr>
        <w:t xml:space="preserve">[53:45] </w:t>
      </w:r>
      <w:r>
        <w:t>toh yeh dono farishtay jo har aurat aur har mard ke sath hain, goya woh interview le, interview lene walay professor hain,</w:t>
      </w:r>
    </w:p>
    <w:p>
      <w:pPr>
        <w:jc w:val="right"/>
      </w:pPr>
      <w:r>
        <w:t>تو یہ دونوں فرشتے جو ہر عورت اور ہر مرد کے ساتھ ہیں، گویا وہ انٹرویو لے، انٹرویو لینے والے پروفیسر ہیں،</w:t>
      </w:r>
    </w:p>
    <w:p>
      <w:r>
        <w:rPr>
          <w:b/>
        </w:rPr>
        <w:t xml:space="preserve">[53:57] </w:t>
      </w:r>
      <w:r>
        <w:t>marte dam tak sath rehtay hain. Inhi ki report par akhirat mein hamara faisla honay wala hai. Ab ghhor kijiye ke agar aadmi yeh soche</w:t>
      </w:r>
    </w:p>
    <w:p>
      <w:pPr>
        <w:jc w:val="right"/>
      </w:pPr>
      <w:r>
        <w:t>مرتے دم تک ساتھ رہتے ہیں۔ انہی کی رپورٹ پر آخرت میں ہمارا فیصلہ ہونے والا ہے۔ اب غور کیجئے کہ اگر آدمی یہ سوچے</w:t>
      </w:r>
    </w:p>
    <w:p>
      <w:r>
        <w:rPr>
          <w:b/>
        </w:rPr>
        <w:t xml:space="preserve">[54:11] </w:t>
      </w:r>
      <w:r>
        <w:t>toh kiya uska haal ho? Toh goya ke Khuda ne jo banai hai duniya toh aik test university hai, aik real university hai, aik test university hai.</w:t>
      </w:r>
    </w:p>
    <w:p>
      <w:pPr>
        <w:jc w:val="right"/>
      </w:pPr>
      <w:r>
        <w:t>تو کیا اس کا حال ہو؟ تو گویا کہ خدا نے جو بنائی ہے دنیا تو ایک ٹیسٹ یونیورسٹی ہے، ایک ریئل یونیورسٹی ہے، ایک ٹیسٹ یونیورسٹی ہے۔</w:t>
      </w:r>
    </w:p>
    <w:p>
      <w:r>
        <w:rPr>
          <w:b/>
        </w:rPr>
        <w:t xml:space="preserve">[54:25] </w:t>
      </w:r>
      <w:r>
        <w:t>aur akhirat jo hai, marne ke baad woh real university hogi. Aik test period hai, woh real period hai. Toh jo angel hamare sath hain 24 ghantay.</w:t>
      </w:r>
    </w:p>
    <w:p>
      <w:pPr>
        <w:jc w:val="right"/>
      </w:pPr>
      <w:r>
        <w:t>اور آخرت جو ہے، مرنے کے بعد وہ ریئل یونیورسٹی ہوگی۔ ایک ٹیسٹ پیریڈ ہے، وہ ریئل پیریڈ ہے۔ تو جو اینجیل ہمارے ساتھ ہیں 24 گھنٹے۔</w:t>
      </w:r>
    </w:p>
    <w:p>
      <w:r>
        <w:rPr>
          <w:b/>
        </w:rPr>
        <w:t xml:space="preserve">[54:41] </w:t>
      </w:r>
      <w:r>
        <w:t>ab ghhor kijiye ke agar aadmi ko ehsas ho</w:t>
      </w:r>
    </w:p>
    <w:p>
      <w:pPr>
        <w:jc w:val="right"/>
      </w:pPr>
      <w:r>
        <w:t>اب غور کیجئے کہ اگر آدمی کو احساس ہو</w:t>
      </w:r>
    </w:p>
    <w:p>
      <w:r>
        <w:rPr>
          <w:b/>
        </w:rPr>
        <w:t xml:space="preserve">[54:47] </w:t>
      </w:r>
      <w:r>
        <w:t>ke do interviewer mere sath bethay hue hain, do aadmi mere sath lagay hue hain jo mera record le rahay hain, maine kiya socha, us ka bhi unhein pata hai.</w:t>
      </w:r>
    </w:p>
    <w:p>
      <w:pPr>
        <w:jc w:val="right"/>
      </w:pPr>
      <w:r>
        <w:t>کہ دو انٹرویوور میرے ساتھ بیٹھے ہوئے ہیں، دو آدمی میرے ساتھ لگے ہوئے ہیں جو میرا ریکارڈ لے رہے ہیں، میں نے کیا سوچا، اس کا بھی انہیں پتہ ہے۔</w:t>
      </w:r>
    </w:p>
    <w:p>
      <w:r>
        <w:rPr>
          <w:b/>
        </w:rPr>
        <w:t xml:space="preserve">[54:58] </w:t>
      </w:r>
      <w:r>
        <w:t>kya bola, us ka unhein pata hai. Maine kya kiya, us ka unhein pata hai. Main ghar mein kaisay raha, main society mein kaisay raha, sab unhein pata hai.</w:t>
      </w:r>
    </w:p>
    <w:p>
      <w:pPr>
        <w:jc w:val="right"/>
      </w:pPr>
      <w:r>
        <w:t>کیا بولا، اس کا انہیں پتہ ہے۔ میں نے کیا کیا، اس کا انہیں پتہ ہے۔ میں گھر میں کیسے رہا، میں سوسائٹی میں کیسے رہا، سب انہیں پتہ ہے۔</w:t>
      </w:r>
    </w:p>
    <w:p>
      <w:r>
        <w:rPr>
          <w:b/>
        </w:rPr>
        <w:t xml:space="preserve">[55:09] </w:t>
      </w:r>
      <w:r>
        <w:t>aur woh us ka record le rahay hain. Yani aaj kal ki zuban mein kaha jaye toh yeh kaha jaye ke in ke pas video camere hain. In ke pas aaj kal ki zuban mein agar main kahoon toh main kahoon ga ke in dono ke pas video camere hain.</w:t>
      </w:r>
    </w:p>
    <w:p>
      <w:pPr>
        <w:jc w:val="right"/>
      </w:pPr>
      <w:r>
        <w:t>اور وہ اس کا ریکارڈ لے رہے ہیں۔ یعنی آج کل کی زبان میں کہا جائے تو یہ کہا جائے کہ ان کے پاس ویڈیو کمرے ہیں۔ ان کے پاس آج کل کی زبان میں اگر میں کہوں تو میں کہوں گا کہ ان دونوں کے پاس ویڈیو کمرے ہیں۔</w:t>
      </w:r>
    </w:p>
    <w:p>
      <w:r>
        <w:rPr>
          <w:b/>
        </w:rPr>
        <w:t xml:space="preserve">[55:27] </w:t>
      </w:r>
      <w:r>
        <w:t>ab ghhor kijiye ke insaan agar yeh jaan le toh kya haal uska ho jaye? Main ne aik waqia parha tha dilli mein, jo shuru shuru mein lagaya gaya tha, woh jo road ke oopar jo woh hotay hain, video ke camere jo aanay janay walon ki tasweer letay rehtay hain.</w:t>
      </w:r>
    </w:p>
    <w:p>
      <w:pPr>
        <w:jc w:val="right"/>
      </w:pPr>
      <w:r>
        <w:t>اب غور کیجئے کہ انسان اگر یہ جان لے تو کیا حال اس کا ہو جائے؟ میں نے ایک واقعہ پڑھا تھا دلی میں، جو شروع شروع میں لگایا گیا تھا، وہ جو روڈ کے اوپر جو وہ ہوتے ہیں، ویڈیو کیمرے جو آنے جانے والوں کی تصویر لیتے رہتے ہیں۔</w:t>
      </w:r>
    </w:p>
    <w:p>
      <w:r>
        <w:rPr>
          <w:b/>
        </w:rPr>
        <w:t xml:space="preserve">[55:48] </w:t>
      </w:r>
      <w:r>
        <w:t>toh aik waqia main ne parha tha Hindustan Times mein ke aik three wheeler jo kiraye par chalatay hain, jo scooter jin ko three wheeler kehtay hain,</w:t>
      </w:r>
    </w:p>
    <w:p>
      <w:pPr>
        <w:jc w:val="right"/>
      </w:pPr>
      <w:r>
        <w:t>تو ایک واقعہ میں نے پڑھا تھا ہندوستان ٹائمز میں کہ ایک تھری ویلر جو کرائے پر چلاتے ہیں، جو اسکوٹر جن کو تھری ویلر کہتے ہیں،</w:t>
      </w:r>
    </w:p>
    <w:p>
      <w:r>
        <w:rPr>
          <w:b/>
        </w:rPr>
        <w:t xml:space="preserve">[56:02] </w:t>
      </w:r>
      <w:r>
        <w:t>toh woh aata hai aur aik no parking place par woh khara kar deta hai. Us ko wahan us ko aik dost mil jata hai, us ko dost ko cigarette pesh karta hai, us se baatein kar leta hai, halankay likha hua no parking.</w:t>
      </w:r>
    </w:p>
    <w:p>
      <w:pPr>
        <w:jc w:val="right"/>
      </w:pPr>
      <w:r>
        <w:t>تو وہ آتا ہے اور ایک نو پارکنگ پلیس پر وہ کھڑا کر دیتا ہے۔ اس کو وہاں اس کو ایک دوست مل جاتا ہے، اس کو دوست کو سگریٹ پیش کرتا ہے، اس سے باتیں کر لیتا ہے، حالانکہ لکھا ہوا نو پارکنگ۔</w:t>
      </w:r>
    </w:p>
    <w:p>
      <w:r>
        <w:rPr>
          <w:b/>
        </w:rPr>
        <w:t xml:space="preserve">[56:19] </w:t>
      </w:r>
      <w:r>
        <w:t>itnay mein aik aata hai police ka aadmi, woh kehta hai ke tum ne yahan khari kar rakhi hai gaari, likhtay nahi ke likha hai no parking?</w:t>
      </w:r>
    </w:p>
    <w:p>
      <w:pPr>
        <w:jc w:val="right"/>
      </w:pPr>
      <w:r>
        <w:t>اتنے میں ایک آتا ہے پولیس کا آدمی، وہ کہتا ہے کہ تم نے یہاں کھڑی کر رکھی ہے گاڑی، لکھتے نہیں کہ لکھا ہے نو پارکنگ؟</w:t>
      </w:r>
    </w:p>
    <w:p>
      <w:r>
        <w:rPr>
          <w:b/>
        </w:rPr>
        <w:t xml:space="preserve">[56:30] </w:t>
      </w:r>
      <w:r>
        <w:t>toh woh kehta hai ke maine, yani nahi nahi, nahi, khair maine nahi khara kiya, maine kuch nahi, yani phir jhagarnay lagta hai us se.</w:t>
      </w:r>
    </w:p>
    <w:p>
      <w:pPr>
        <w:jc w:val="right"/>
      </w:pPr>
      <w:r>
        <w:t>تو وہ کہتا ہے کہ میں نے، یعنی نہیں نہیں، نہیں، خیر میں نے نہیں کھڑا کیا، میں نے کچھ نہیں، یعنی پھر جھگڑنے لگتا ہے اس سے۔</w:t>
      </w:r>
    </w:p>
    <w:p>
      <w:r>
        <w:rPr>
          <w:b/>
        </w:rPr>
        <w:t xml:space="preserve">[56:39] </w:t>
      </w:r>
      <w:r>
        <w:t>toh woh police wala kehta hai, acha mere sath chalo tum. Ab woh be khabar hai ke mujhe kahan le ja raha hai. Woh toh control room mein le aata hai, woh jahan ka afsar bethha hua hai, us se poocha, poohta hai woh ke tum ne no parking mein gaari kyun khari kiya?</w:t>
      </w:r>
    </w:p>
    <w:p>
      <w:pPr>
        <w:jc w:val="right"/>
      </w:pPr>
      <w:r>
        <w:t>تو وہ پولیس والا کہتا ہے، اچھا میرے ساتھ چلو تم۔ اب وہ بے خبر ہے کہ مجھے کہاں لے جا رہا ہے۔ وہ تو کنٹرول روم میں لے آتا ہے، وہ جہاں کا افسر بیٹھا ہوا ہے، اس سے پوچھا، پوچھتا ہے وہ کہ تم نے نو پارکنگ میں گاڑی کیوں کھڑی کیا؟</w:t>
      </w:r>
    </w:p>
    <w:p>
      <w:r>
        <w:rPr>
          <w:b/>
        </w:rPr>
        <w:t xml:space="preserve">[56:56] </w:t>
      </w:r>
      <w:r>
        <w:t>ke nahi, maine nahi khari kiya, yeh galat kehta hai police wala aadmi, maine khari hi nahi kiya, yeh khawamkhwah pakar ke mujhe yahan le aya hai. Us ke baad us ne switch daba diya,</w:t>
      </w:r>
    </w:p>
    <w:p>
      <w:pPr>
        <w:jc w:val="right"/>
      </w:pPr>
      <w:r>
        <w:t>کہ نہیں، میں نے نہیں کھڑی کیا، یہ غلط کہتا ہے پولیس والا آدمی، میں نے کھڑی ہی نہیں کیا، یہ خوامخواہ پکڑ کے مجھے یہاں لے آیا ہے۔ اس کے بعد اس نے سوئچ دبا دیا،</w:t>
      </w:r>
    </w:p>
    <w:p>
      <w:r>
        <w:rPr>
          <w:b/>
        </w:rPr>
        <w:t xml:space="preserve">[57:13] </w:t>
      </w:r>
      <w:r>
        <w:t>wahan jo laga hua tha close circuit camera, us ne uska switch on kar diya. Ab woh scooter ka jo aadmi tha, woh dekh raha hai screen par apnay aap ko, apnay aap ko dekh raha hai ke main scooter chalata hua aata hoon,</w:t>
      </w:r>
    </w:p>
    <w:p>
      <w:pPr>
        <w:jc w:val="right"/>
      </w:pPr>
      <w:r>
        <w:t>وہاں جو لگا ہوا تھا کلوز سرکٹ کیمرہ، اس نے اس کا سوئچ آن کر دیا۔ اب وہ اسکوٹر کا جو آدمی تھا، وہ دیکھ رہا ہے اسکرین پر اپنے آپ کو، اپنے آپ کو دیکھ رہا ہے کہ میں اسکوٹر چلاتا ہوا آتا ہوں،</w:t>
      </w:r>
    </w:p>
    <w:p>
      <w:r>
        <w:rPr>
          <w:b/>
        </w:rPr>
        <w:t xml:space="preserve">[57:32] </w:t>
      </w:r>
      <w:r>
        <w:t>ek dost mujhe milta hai aur us ko dekh kar main khara kar deta hoon aur cigarette nikalta hoon, khud peeta hoon, us ko pilata hoon, baatein kar raha hoon.</w:t>
      </w:r>
    </w:p>
    <w:p>
      <w:pPr>
        <w:jc w:val="right"/>
      </w:pPr>
      <w:r>
        <w:t>ایک دوست مجھے ملتا ہے اور اس کو دیکھ کر میں کھڑا کر دیتا ہوں اور سگریٹ نکالتا ہوں، خود پیتا ہوں، اس کو پلاتا ہوں، باتیں کر رہا ہوں۔</w:t>
      </w:r>
    </w:p>
    <w:p>
      <w:r>
        <w:rPr>
          <w:b/>
        </w:rPr>
        <w:t xml:space="preserve">[57:43] </w:t>
      </w:r>
      <w:r>
        <w:t>itne mein aa jata hai police wala aadmi to main apni ghalti nahi manta hoon, us se ladne lagta hoon. yeh sab kuch screen par dekh raha hai woh.</w:t>
      </w:r>
    </w:p>
    <w:p>
      <w:pPr>
        <w:jc w:val="right"/>
      </w:pPr>
      <w:r>
        <w:t>اتنے میں آ جاتا ہے پولیس والا آدمی تو میں اپنی غلطی نہیں مانتا ہوں، اس سے لڑنے لگتا ہوں۔ یہ سب کچھ اسکرین پر دیکھ رہا ہے وہ۔</w:t>
      </w:r>
    </w:p>
    <w:p>
      <w:r>
        <w:rPr>
          <w:b/>
        </w:rPr>
        <w:t xml:space="preserve">[57:55] </w:t>
      </w:r>
      <w:r>
        <w:t>to yeh report batate hue bataya tha is mein hindustan times mein ke woh speechless ho gaya, us ko dekhte hi woh speechless ho gaya, woh us ke yani bol hi band ho gayi.</w:t>
      </w:r>
    </w:p>
    <w:p>
      <w:pPr>
        <w:jc w:val="right"/>
      </w:pPr>
      <w:r>
        <w:t>تو یہ رپورٹ بتاتے ہوئے بتایا تھا اس میں ہندوستان ٹائمز میں کہ وہ اسپیچ لیس ہو گیا، اس کو دیکھتے ہی وہ اسپیچ لیس ہو گیا، وہ اس کے یعنی بول ہی بند ہو گئی۔</w:t>
      </w:r>
    </w:p>
    <w:p>
      <w:r>
        <w:rPr>
          <w:b/>
        </w:rPr>
        <w:t xml:space="preserve">[58:10] </w:t>
      </w:r>
      <w:r>
        <w:t>to ab yeh dekhiye ke yeh jo maine arz kiya ke ek hai real university, ek hai test university, hum sab log is waqt test university mein hain, phir hum real university pe jaane wale hain.</w:t>
      </w:r>
    </w:p>
    <w:p>
      <w:pPr>
        <w:jc w:val="right"/>
      </w:pPr>
      <w:r>
        <w:t>تو اب یہ دیکھیے کہ یہ جو میں نے عرض کیا کہ ایک ہے ریئل یونیورسٹی، ایک ہے ٹیسٹ یونیورسٹی، ہم سب لوگ اس وقت ٹیسٹ یونیورسٹی میں ہیں، پھر ہم ریئل یونیورسٹی پہ جانے والے ہیں۔</w:t>
      </w:r>
    </w:p>
    <w:p>
      <w:r>
        <w:rPr>
          <w:b/>
        </w:rPr>
        <w:t xml:space="preserve">[58:27] </w:t>
      </w:r>
      <w:r>
        <w:t>hum mein se har shakhs ko ke sath khuda ne do angel laga diye hain jo hamari video recording kar rahe hain, hamari awaz aur hamari surat dono ki.</w:t>
      </w:r>
    </w:p>
    <w:p>
      <w:pPr>
        <w:jc w:val="right"/>
      </w:pPr>
      <w:r>
        <w:t>ہم میں سے ہر شخص کو کے ساتھ خدا نے دو اینجیل لگا دیے ہیں جو ہماری ویڈیو ریکارڈنگ کر رہے ہیں، ہماری آواز اور ہماری صورت دونوں کی۔</w:t>
      </w:r>
    </w:p>
    <w:p>
      <w:r>
        <w:rPr>
          <w:b/>
        </w:rPr>
        <w:t xml:space="preserve">[58:42] </w:t>
      </w:r>
      <w:r>
        <w:t>aur phir woh ek din aisa hoga ke pesh kiya jayega woh, aur shayad wahan aisa ho, kuch log wahan kahengay ke hum ne to aisa nahi kiya, hum ne to yeh kaam nahi kiya.</w:t>
      </w:r>
    </w:p>
    <w:p>
      <w:pPr>
        <w:jc w:val="right"/>
      </w:pPr>
      <w:r>
        <w:t>اور پھر وہ ایک دن ایسا ہوگا کہ پیش کیا جائے گا وہ، اور شاید وہاں ایسا ہو، کچھ لوگ وہاں کہیں گے کہ ہم نے تو ایسا نہیں کیا، ہم نے تو یہ کام نہیں کیا۔</w:t>
      </w:r>
    </w:p>
    <w:p>
      <w:r>
        <w:rPr>
          <w:b/>
        </w:rPr>
        <w:t xml:space="preserve">[58:54] </w:t>
      </w:r>
      <w:r>
        <w:t>aur phir jab khuda switch on kar dega</w:t>
      </w:r>
    </w:p>
    <w:p>
      <w:pPr>
        <w:jc w:val="right"/>
      </w:pPr>
      <w:r>
        <w:t>اور پھر جب خدا سوئچ آن کر دے گا</w:t>
      </w:r>
    </w:p>
    <w:p>
      <w:r>
        <w:rPr>
          <w:b/>
        </w:rPr>
        <w:t xml:space="preserve">[59:01] </w:t>
      </w:r>
      <w:r>
        <w:t>to screen par un ka poora aane lagega manzar, zahir hai koi speechless ho jayengay. to yaad rakhiye,</w:t>
      </w:r>
    </w:p>
    <w:p>
      <w:pPr>
        <w:jc w:val="right"/>
      </w:pPr>
      <w:r>
        <w:t>تو اسکرین پر ان کا پورا آنے لگے گا منظر، ظاہر ہے کوئی سپیچ لیس ہو جائیں گے۔ تو یاد رکھیے،</w:t>
      </w:r>
    </w:p>
    <w:p>
      <w:r>
        <w:rPr>
          <w:b/>
        </w:rPr>
        <w:t xml:space="preserve">[59:13] </w:t>
      </w:r>
      <w:r>
        <w:t>aakhirat mein speechless hone se behtar yeh hai ke aadmi dunya mein speechless ho jaye.</w:t>
      </w:r>
    </w:p>
    <w:p>
      <w:pPr>
        <w:jc w:val="right"/>
      </w:pPr>
      <w:r>
        <w:t>آخرت میں اسپیچ لیس ہونے سے بہتر یہ ہے کہ آدمی دنیا میں اسپیچ لیس ہو جائے۔</w:t>
      </w:r>
    </w:p>
    <w:p>
      <w:r>
        <w:rPr>
          <w:b/>
        </w:rPr>
        <w:t xml:space="preserve">[59:21] </w:t>
      </w:r>
      <w:r>
        <w:t>yani ek lafz mein agar main kahoon to yeh kahoon ga ke day of judgment mein speechless hone se pehle acha hai ke aadmi isi dunya mein speechless ho jaye, kyunke wahan special speechless hone ka koi faida nahi milega,</w:t>
      </w:r>
    </w:p>
    <w:p>
      <w:pPr>
        <w:jc w:val="right"/>
      </w:pPr>
      <w:r>
        <w:t>یعنی ایک لفظ میں اگر میں کہوں تو یہ کہوں گا کہ ڈے آف ججمنٹ میں اسپیچ لیس ہونے سے پہلے اچھا ہے کہ آدمی اسی دنیا میں اسپیچ لیس ہو جائے، کیونکہ وہاں اسپیشل اسپیچ لیس ہونے کا کوئی فائدہ نہیں ملے گا،</w:t>
      </w:r>
    </w:p>
    <w:p>
      <w:r>
        <w:rPr>
          <w:b/>
        </w:rPr>
        <w:t xml:space="preserve">[59:43] </w:t>
      </w:r>
      <w:r>
        <w:t>wahan specialist hone ka koi faida nahi milega.</w:t>
      </w:r>
    </w:p>
    <w:p>
      <w:pPr>
        <w:jc w:val="right"/>
      </w:pPr>
      <w:r>
        <w:t>وہاں اسپیشلسٹ ہونے کا کوئی فائدہ نہیں ملے گا۔</w:t>
      </w:r>
    </w:p>
    <w:p>
      <w:r>
        <w:rPr>
          <w:b/>
        </w:rPr>
        <w:t xml:space="preserve">[59:51] </w:t>
      </w:r>
      <w:r>
        <w:t>yeh baat bohat zyada sochne ki hai.</w:t>
      </w:r>
    </w:p>
    <w:p>
      <w:pPr>
        <w:jc w:val="right"/>
      </w:pPr>
      <w:r>
        <w:t>یہ بات بہت زیادہ سوچنے کی ہے۔</w:t>
      </w:r>
    </w:p>
    <w:p>
      <w:r>
        <w:rPr>
          <w:b/>
        </w:rPr>
        <w:t xml:space="preserve">[1:00:00] </w:t>
      </w:r>
      <w:r>
        <w:t>kisi ek baat ko agar aadmi soche to</w:t>
      </w:r>
    </w:p>
    <w:p>
      <w:pPr>
        <w:jc w:val="right"/>
      </w:pPr>
      <w:r>
        <w:t>کسی ایک بات کو اگر آدمی سوچے تو</w:t>
      </w:r>
    </w:p>
    <w:p>
      <w:r>
        <w:rPr>
          <w:b/>
        </w:rPr>
        <w:t xml:space="preserve">[1:00:08] </w:t>
      </w:r>
      <w:r>
        <w:t>uski poori zindagi sudhar jaye.</w:t>
      </w:r>
    </w:p>
    <w:p>
      <w:pPr>
        <w:jc w:val="right"/>
      </w:pPr>
      <w:r>
        <w:t>اس کی پوری زندگی سدھر جائے۔</w:t>
      </w:r>
    </w:p>
    <w:p>
      <w:r>
        <w:rPr>
          <w:b/>
        </w:rPr>
        <w:t xml:space="preserve">[1:00:13] </w:t>
      </w:r>
      <w:r>
        <w:t>to jaisa ke maine arz kiya ke nature ko khuda ne rabbani model banaya hai. quran mein hai "kon rabbaniyin", rabb wale bano,</w:t>
      </w:r>
    </w:p>
    <w:p>
      <w:pPr>
        <w:jc w:val="right"/>
      </w:pPr>
      <w:r>
        <w:t>تو جیسا کہ میں نے عرض کیا کہ نیچر کو خدا نے ربانی ماڈل بنایا ہے۔ قرآن میں ہے "کون ربانیین"، رب والے بنو،</w:t>
      </w:r>
    </w:p>
    <w:p>
      <w:r>
        <w:rPr>
          <w:b/>
        </w:rPr>
        <w:t xml:space="preserve">[1:00:26] </w:t>
      </w:r>
      <w:r>
        <w:t>tum log rabb wale bano, yani rabb oriented speech, rabb oriented thinking, rabb oriented action, yeh tumhara hona chahiye.</w:t>
      </w:r>
    </w:p>
    <w:p>
      <w:pPr>
        <w:jc w:val="right"/>
      </w:pPr>
      <w:r>
        <w:t>تم لوگ رب والے بنو، یعنی رب اورینٹڈ سپیچ، رب اورینٹڈ تھنکنگ، رب اورینٹڈ ایکشن، یہ تمہارا ہونا چاہیے۔</w:t>
      </w:r>
    </w:p>
    <w:p>
      <w:r>
        <w:rPr>
          <w:b/>
        </w:rPr>
        <w:t xml:space="preserve">[1:00:42] </w:t>
      </w:r>
      <w:r>
        <w:t>"kon rabbaniyin", rabb wale bano, yani rabbani model ikhtiyar karo. is rabbani model ka ek namuna khuda ne nature mein dikha diya hai.</w:t>
      </w:r>
    </w:p>
    <w:p>
      <w:pPr>
        <w:jc w:val="right"/>
      </w:pPr>
      <w:r>
        <w:t>"کون ربانیین"، رب والے بنو، یعنی ربانی ماڈل اختیار کرو۔ اس ربانی ماڈل کا ایک نمونہ خدا نے نیچر میں دکھا دیا ہے۔</w:t>
      </w:r>
    </w:p>
    <w:p>
      <w:r>
        <w:rPr>
          <w:b/>
        </w:rPr>
        <w:t xml:space="preserve">[1:00:55] </w:t>
      </w:r>
      <w:r>
        <w:t>main ek martaba ek darya ke samne khara tha, darya behta hua aa raha hai aur bohat hi dhimmi music ke sath behta hua chala ja raha hai.</w:t>
      </w:r>
    </w:p>
    <w:p>
      <w:pPr>
        <w:jc w:val="right"/>
      </w:pPr>
      <w:r>
        <w:t>میں ایک مرتبہ ایک دریا کے سامنے کھڑا تھا، دریا بہتا ہوا آ رہا ہے اور بہت ہی دھیمی موسیقی کے ساتھ بہتا ہوا چلا جا رہا ہے۔</w:t>
      </w:r>
    </w:p>
    <w:p>
      <w:r>
        <w:rPr>
          <w:b/>
        </w:rPr>
        <w:t xml:space="preserve">[1:01:11] </w:t>
      </w:r>
      <w:r>
        <w:t>jisko uska pani lena hai, woh pani le raha hai, jisko wuzu karna hai, woh wuzu kar raha hai, usko apni kheti mein irrigation karna hai, kheti ke liye woh apna abpashi kar raha hai.</w:t>
      </w:r>
    </w:p>
    <w:p>
      <w:pPr>
        <w:jc w:val="right"/>
      </w:pPr>
      <w:r>
        <w:t>جس کو اس کا پانی لینا ہے، وہ پانی لے رہا ہے، جس کو وضو کرنا ہے، وہ وضو کر رہا ہے، اس کو اپنی کھیتی میں اریگیشن کرنا ہے، کھیتی کے لیے وہ اپنا آبپاشی کر رہا ہے۔</w:t>
      </w:r>
    </w:p>
    <w:p>
      <w:r>
        <w:rPr>
          <w:b/>
        </w:rPr>
        <w:t xml:space="preserve">[1:01:21] </w:t>
      </w:r>
      <w:r>
        <w:t>darya chala ja raha hai, chala ja raha hai, chala ja raha hai. to maine socha ke yeh generous khuda dekhna dekhna chahta hai insan ko.</w:t>
      </w:r>
    </w:p>
    <w:p>
      <w:pPr>
        <w:jc w:val="right"/>
      </w:pPr>
      <w:r>
        <w:t>دریا چلا جا رہا ہے، چلا جا رہا ہے، چلا جا رہا ہے۔ تو میں نے سوچا کہ یہ جنرس خدا دیکھنا دیکھنا چاہتا ہے انسان کو۔</w:t>
      </w:r>
    </w:p>
    <w:p>
      <w:r>
        <w:rPr>
          <w:b/>
        </w:rPr>
        <w:t xml:space="preserve">[1:01:29] </w:t>
      </w:r>
      <w:r>
        <w:t>generous fayyaz, uska ek namuna khuda ne darya ki surat mein qaim kar diya hai. yani tum river ki manind generous bano, yani har darya jo beh raha hai, jo flow kar raha hai,</w:t>
      </w:r>
    </w:p>
    <w:p>
      <w:pPr>
        <w:jc w:val="right"/>
      </w:pPr>
      <w:r>
        <w:t>جنرس فیاض، اس کا ایک نمونہ خدا نے دریا کی صورت میں قائم کر دیا ہے۔ یعنی تم ریور کی مانند جنرس بنو، یعنی ہر دریا جو بہہ رہا ہے، جو فلو کر رہا ہے،</w:t>
      </w:r>
    </w:p>
    <w:p>
      <w:r>
        <w:rPr>
          <w:b/>
        </w:rPr>
        <w:t xml:space="preserve">[1:01:43] </w:t>
      </w:r>
      <w:r>
        <w:t>woh goya apni dhimmi music jo uski hoti hai, agar aap ne kabhi suna ho, darya ko behte hue, ek bari ajeeb qism ki music us mein aati hai.</w:t>
      </w:r>
    </w:p>
    <w:p>
      <w:pPr>
        <w:jc w:val="right"/>
      </w:pPr>
      <w:r>
        <w:t>وہ گویا اپنی دھیمی موسیقی جو اس کی ہوتی ہے، اگر آپ نے کبھی سنا ہو، دریا کو بہتے ہوئے، ایک بڑی عجیب قسم کی موسیقی اس میں آتی ہے۔</w:t>
      </w:r>
    </w:p>
    <w:p>
      <w:r>
        <w:rPr>
          <w:b/>
        </w:rPr>
        <w:t xml:space="preserve">[1:01:55] </w:t>
      </w:r>
      <w:r>
        <w:t>ek music, to kya woh natural music hota hai? uske zariye darya aap ko ek message de raha hota hai, khuda ka message ke "ae logon,</w:t>
      </w:r>
    </w:p>
    <w:p>
      <w:pPr>
        <w:jc w:val="right"/>
      </w:pPr>
      <w:r>
        <w:t>ایک میوزک، تو کیا وہ نیچرل میوزک ہوتا ہے؟ اس کے ذریعے دریا آپ کو ایک میسج دے رہا ہوتا ہے، خدا کا میسج کہ "اے لوگوں،</w:t>
      </w:r>
    </w:p>
    <w:p>
      <w:r>
        <w:rPr>
          <w:b/>
        </w:rPr>
        <w:t xml:space="preserve">[1:02:12] </w:t>
      </w:r>
      <w:r>
        <w:t>meri tarah generous bano, ae logon, river ki tarah generous bano, ae logon, river ki tarah fayyaz bano".</w:t>
      </w:r>
    </w:p>
    <w:p>
      <w:pPr>
        <w:jc w:val="right"/>
      </w:pPr>
      <w:r>
        <w:t>میری طرح جنرس بنو، اے لوگوں، ریور کی طرح جنرس بنو، اے لوگوں، ریور کی طرح فیاض بنو"۔</w:t>
      </w:r>
    </w:p>
    <w:p>
      <w:r>
        <w:rPr>
          <w:b/>
        </w:rPr>
        <w:t xml:space="preserve">[1:02:24] </w:t>
      </w:r>
      <w:r>
        <w:t>kaisa ajeeb yeh sabak hai, kaisa ajeeb yeh rabbani rabbani model hai jo khuda ne paida kar diya hai.</w:t>
      </w:r>
    </w:p>
    <w:p>
      <w:pPr>
        <w:jc w:val="right"/>
      </w:pPr>
      <w:r>
        <w:t>کیسا عجیب یہ سبق ہے، کیسا عجیب یہ ربانی ربانی ماڈل ہے جو خدا نے پیدا کر دیا ہے۔</w:t>
      </w:r>
    </w:p>
    <w:p>
      <w:r>
        <w:rPr>
          <w:b/>
        </w:rPr>
        <w:t xml:space="preserve">[1:02:33] </w:t>
      </w:r>
      <w:r>
        <w:t>aise hi aap suraj ko dekhiye, suraj jo hai,</w:t>
      </w:r>
    </w:p>
    <w:p>
      <w:pPr>
        <w:jc w:val="right"/>
      </w:pPr>
      <w:r>
        <w:t>ایسے ہی آپ سورج کو دیکھیے، سورج جو ہے،</w:t>
      </w:r>
    </w:p>
    <w:p>
      <w:r>
        <w:rPr>
          <w:b/>
        </w:rPr>
        <w:t xml:space="preserve">[1:02:41] </w:t>
      </w:r>
      <w:r>
        <w:t>suraj aap jante hain ke suraj energy ka sab se bara source hamare liye suraj hai. agar suraj na ho to zindagi ka khatma ho jaye. suraj hi hamare liye zindagi ka source hai, is se jo hamein light milti hai, is se jo heat milti hai, tabhi zindagi hai is duniya mein.</w:t>
      </w:r>
    </w:p>
    <w:p>
      <w:pPr>
        <w:jc w:val="right"/>
      </w:pPr>
      <w:r>
        <w:t>سورج آپ جانتے ہیں کہ سورج انرجی کا سب سے بڑا سورس ہمارے لیے سورج ہے۔ اگر سورج نہ ہو تو زندگی کا خاتمہ ہو جائے۔ سورج ہی ہمارے لیے زندگی کا سورس ہے، اس سے جو ہمیں لائٹ ملتی ہے، اس سے جو ہیٹ ملتی ہے، تبھی زندگی ہے اس دنیا میں۔</w:t>
      </w:r>
    </w:p>
    <w:p>
      <w:r>
        <w:rPr>
          <w:b/>
        </w:rPr>
        <w:t xml:space="preserve">[1:02:59] </w:t>
      </w:r>
      <w:r>
        <w:t>wo na ho to zindagi khatam ho jaye. lekin aap jante hain ke suraj hamein koi bill nahi bhejta, koi price nahi leta, yani literal taur par wo apni taraf se hamein faida pahanchata rehta hai.</w:t>
      </w:r>
    </w:p>
    <w:p>
      <w:pPr>
        <w:jc w:val="right"/>
      </w:pPr>
      <w:r>
        <w:t>وہ نہ ہو تو زندگی ختم ہو جائے۔ لیکن آپ جانتے ہیں کہ سورج ہمیں کوئی بل نہیں بھیجتا، کوئی پرائس نہیں لیتا، یعنی لیٹرل طور پر وہ اپنی طرف سے ہمیں فائدہ پہنچاتا رہتا ہے۔</w:t>
      </w:r>
    </w:p>
    <w:p>
      <w:r>
        <w:rPr>
          <w:b/>
        </w:rPr>
        <w:t xml:space="preserve">[1:03:16] </w:t>
      </w:r>
      <w:r>
        <w:t>aur sab par yaksan, koi is ko gaali de, tab bhi koi is ka dushman ho, tab bhi har haal mein suraj apna apni blessing, apni light, apni heat is ko pahanchata rehta hai.</w:t>
      </w:r>
    </w:p>
    <w:p>
      <w:pPr>
        <w:jc w:val="right"/>
      </w:pPr>
      <w:r>
        <w:t>اور سب پر یکساں، کوئی اس کو گالی دے، تب بھی کوئی اس کا دشمن ہو، تب بھی ہر حال میں سورج اپنا اپنی بلیسنگ، اپنی لائٹ، اپنی ہیٹ اس کو پہنچاتا رہتا ہے۔</w:t>
      </w:r>
    </w:p>
    <w:p>
      <w:r>
        <w:rPr>
          <w:b/>
        </w:rPr>
        <w:t xml:space="preserve">[1:03:38] </w:t>
      </w:r>
      <w:r>
        <w:t>goya ke wo bata raha hota hai ke suraj ki manind yani literal taur par logon ko roshni dene wale bano, suraj ki manind yani literal taur par logon ko faida pahanchane wale bano.</w:t>
      </w:r>
    </w:p>
    <w:p>
      <w:pPr>
        <w:jc w:val="right"/>
      </w:pPr>
      <w:r>
        <w:t>گویا کہ وہ بتا رہا ہوتا ہے کہ سورج کی مانند یعنی لیٹرل طور پر لوگوں کو روشنی دینے والے بنو، سورج کی مانند یعنی لیٹرل طور پر لوگوں کو فائدہ پہنچانے والے بنو۔</w:t>
      </w:r>
    </w:p>
    <w:p>
      <w:r>
        <w:rPr>
          <w:b/>
        </w:rPr>
        <w:t xml:space="preserve">[1:03:55] </w:t>
      </w:r>
      <w:r>
        <w:t>ye goya message de raha hai. wo</w:t>
      </w:r>
    </w:p>
    <w:p>
      <w:pPr>
        <w:jc w:val="right"/>
      </w:pPr>
      <w:r>
        <w:t>یہ گویا میسج دے رہا ہے۔ وہ</w:t>
      </w:r>
    </w:p>
    <w:p>
      <w:r>
        <w:rPr>
          <w:b/>
        </w:rPr>
        <w:t xml:space="preserve">[1:04:02] </w:t>
      </w:r>
      <w:r>
        <w:t>aise hi mein ek baar phool ke samne khada tha, kitni khushbu aati hai phool se, ajeeb qism ki khushbu aa rahi thi. ghaliban kashmir ka ye manzar tha.</w:t>
      </w:r>
    </w:p>
    <w:p>
      <w:pPr>
        <w:jc w:val="right"/>
      </w:pPr>
      <w:r>
        <w:t>ایسے ہی میں ایک بار پھول کے سامنے کھڑا تھا، کتنی خوشبو آتی ہے پھول سے، عجیب قسم کی خوشبو آ رہی تھی۔ غالباً کشمیر کا یہ منظر تھا۔</w:t>
      </w:r>
    </w:p>
    <w:p>
      <w:r>
        <w:rPr>
          <w:b/>
        </w:rPr>
        <w:t xml:space="preserve">[1:04:14] </w:t>
      </w:r>
      <w:r>
        <w:t>kuch der ke liye bilkul mein jaise ke mas'hoor ho gaya. maine socha ke ye phool jo hai, ye khuda ka angel hai.</w:t>
      </w:r>
    </w:p>
    <w:p>
      <w:pPr>
        <w:jc w:val="right"/>
      </w:pPr>
      <w:r>
        <w:t>کچھ دیر کے لیے بالکل میں جیسے کہ مسحور ہو گیا۔ میں نے سوچا کہ یہ پھول جو ہے، یہ خدا کا اینجل ہے۔</w:t>
      </w:r>
    </w:p>
    <w:p>
      <w:r>
        <w:rPr>
          <w:b/>
        </w:rPr>
        <w:t xml:space="preserve">[1:04:27] </w:t>
      </w:r>
      <w:r>
        <w:t>phool kya hai? physical roop mein khuda ka angel samne aa gaya hai. wo keh raha hai ke "ae logon, aise bano ke tum ko dekh kar logon ko khushi mile, tum ko dekh kar logon ko mahak mile".</w:t>
      </w:r>
    </w:p>
    <w:p>
      <w:pPr>
        <w:jc w:val="right"/>
      </w:pPr>
      <w:r>
        <w:t>پھول کیا ہے؟ فزیکل روپ میں خدا کا اینجل سامنے آ گیا ہے۔ وہ کہہ رہا ہے کہ "اے لوگوں، ایسے بنو کہ تم کو دیکھ کر لوگوں کو خوشی ملے، تم کو دیکھ کر لوگوں کو محق ملے"۔</w:t>
      </w:r>
    </w:p>
    <w:p>
      <w:r>
        <w:rPr>
          <w:b/>
        </w:rPr>
        <w:t xml:space="preserve">[1:04:45] </w:t>
      </w:r>
      <w:r>
        <w:t>yani phool ki tarah</w:t>
      </w:r>
    </w:p>
    <w:p>
      <w:pPr>
        <w:jc w:val="right"/>
      </w:pPr>
      <w:r>
        <w:t>یعنی پھول کی طرح</w:t>
      </w:r>
    </w:p>
    <w:p>
      <w:r>
        <w:rPr>
          <w:b/>
        </w:rPr>
        <w:t xml:space="preserve">[1:04:49] </w:t>
      </w:r>
      <w:r>
        <w:t>khush manzar bano, phool ki tarah logon ko khushbu dene wale bano, yani phool jaisa character apne andar paida karo. mein der tak phool ko dekhta raha aur yahi sochta raha ke phool mujh se kitna zyada acha hai.</w:t>
      </w:r>
    </w:p>
    <w:p>
      <w:pPr>
        <w:jc w:val="right"/>
      </w:pPr>
      <w:r>
        <w:t>خوش منظر بنو، پھول کی طرح لوگوں کو خوشبو دینے والے بنو، یعنی پھول جیسا کریکٹر اپنے اندر پیدا کرو۔ میں دیر تک پھول کو دیکھتا رہا اور یہی سوچتا رہا کہ پھول مجھ سے کتنا زیادہ اچھا ہے۔</w:t>
      </w:r>
    </w:p>
    <w:p>
      <w:r>
        <w:rPr>
          <w:b/>
        </w:rPr>
        <w:t xml:space="preserve">[1:05:07] </w:t>
      </w:r>
      <w:r>
        <w:t>mein insan hoon lekin phool mujh se kitna zyada acha hai. is ki beauty mein koi milawat nahi, is ki khushbu mein koi milawat nahi, is ke ismail mein koi milawat nahi.</w:t>
      </w:r>
    </w:p>
    <w:p>
      <w:pPr>
        <w:jc w:val="right"/>
      </w:pPr>
      <w:r>
        <w:t>میں انسان ہوں لیکن پھول مجھ سے کتنا زیادہ اچھا ہے۔ اس کی بیوٹی میں کوئی ملاوٹ نہیں، اس کی خوشبو میں کوئی ملاوٹ نہیں، اس کے اسماعیل میں کوئی ملاوٹ نہیں۔</w:t>
      </w:r>
    </w:p>
    <w:p>
      <w:r>
        <w:rPr>
          <w:b/>
        </w:rPr>
        <w:t xml:space="preserve">[1:05:25] </w:t>
      </w:r>
      <w:r>
        <w:t>to baharhal ye ek model hai, ye bhi phool bhi ek model hai khuda ka</w:t>
      </w:r>
    </w:p>
    <w:p>
      <w:pPr>
        <w:jc w:val="right"/>
      </w:pPr>
      <w:r>
        <w:t>تو بہرحال یہ ایک ماڈل ہے، یہ بھی پھول بھی ایک ماڈل ہے خدا کا</w:t>
      </w:r>
    </w:p>
    <w:p>
      <w:r>
        <w:rPr>
          <w:b/>
        </w:rPr>
        <w:t xml:space="preserve">[1:05:34] </w:t>
      </w:r>
      <w:r>
        <w:t>jo bata raha hai ke insan samaj mein kaise rahe, insan samaj mein phool bankar rahe, phool bankar rahe, flower ki manind bankar rahe,</w:t>
      </w:r>
    </w:p>
    <w:p>
      <w:pPr>
        <w:jc w:val="right"/>
      </w:pPr>
      <w:r>
        <w:t>جو بتا رہا ہے کہ انسان سماج میں کیسے رہے، انسان سماج میں پھول بن کر رہے، پھول بن کر رہے، فلاور کی مانند بن کر رہے،</w:t>
      </w:r>
    </w:p>
    <w:p>
      <w:r>
        <w:rPr>
          <w:b/>
        </w:rPr>
        <w:t xml:space="preserve">[1:05:48] </w:t>
      </w:r>
      <w:r>
        <w:t>kaante ki manind bankar na rahe.</w:t>
      </w:r>
    </w:p>
    <w:p>
      <w:pPr>
        <w:jc w:val="right"/>
      </w:pPr>
      <w:r>
        <w:t>کانٹے کی مانند بن کر نہ رہے۔</w:t>
      </w:r>
    </w:p>
    <w:p>
      <w:r>
        <w:rPr>
          <w:b/>
        </w:rPr>
        <w:t xml:space="preserve">[1:05:53] </w:t>
      </w:r>
      <w:r>
        <w:t>balki kaanta bhi aap dekhiye, kaanta daud kar aap ko nahi chhupata.</w:t>
      </w:r>
    </w:p>
    <w:p>
      <w:pPr>
        <w:jc w:val="right"/>
      </w:pPr>
      <w:r>
        <w:t>بلکہ کانٹا بھی آپ دیکھیے، کانٹا دوڑ کر آپ کو نہیں چھپاتا۔</w:t>
      </w:r>
    </w:p>
    <w:p>
      <w:r>
        <w:rPr>
          <w:b/>
        </w:rPr>
        <w:t xml:space="preserve">[1:06:03] </w:t>
      </w:r>
      <w:r>
        <w:t>aaj mein subah yahan baitha tha to ek bheed ne mujhe yahan kaat liya aur abhi bhi is ki takleef hai mere paon mein.</w:t>
      </w:r>
    </w:p>
    <w:p>
      <w:pPr>
        <w:jc w:val="right"/>
      </w:pPr>
      <w:r>
        <w:t>آج میں صبح یہاں بیٹھا تھا تو ایک بھیڑ نے مجھے یہاں کاٹ لیا اور ابھی بھی اس کی تکلیف ہے میرے پاؤں میں۔</w:t>
      </w:r>
    </w:p>
    <w:p>
      <w:r>
        <w:rPr>
          <w:b/>
        </w:rPr>
        <w:t xml:space="preserve">[1:06:15] </w:t>
      </w:r>
      <w:r>
        <w:t>to maine socha to mujhe is mein ek bohat ajeeb qism ka lesson mila.</w:t>
      </w:r>
    </w:p>
    <w:p>
      <w:pPr>
        <w:jc w:val="right"/>
      </w:pPr>
      <w:r>
        <w:t>تو میں نے سوچا تو مجھے اس میں ایک بہت عجیب قسم کا لیسن ملا۔</w:t>
      </w:r>
    </w:p>
    <w:p>
      <w:r>
        <w:rPr>
          <w:b/>
        </w:rPr>
        <w:t xml:space="preserve">[1:06:24] </w:t>
      </w:r>
      <w:r>
        <w:t>wo bheed jo thi, wo kale rang ki bheed, der se wahan par baithi hui thi lekin mujhe wo kaata nahi tha.</w:t>
      </w:r>
    </w:p>
    <w:p>
      <w:pPr>
        <w:jc w:val="right"/>
      </w:pPr>
      <w:r>
        <w:t>وہ بھیڑ جو تھی، وہ کالے رنگ کی بھیڑ، دیر سے وہاں پر بیٹھی ہوئی تھی لیکن مجھے وہ کاٹا نہیں تھا۔</w:t>
      </w:r>
    </w:p>
    <w:p>
      <w:r>
        <w:rPr>
          <w:b/>
        </w:rPr>
        <w:t xml:space="preserve">[1:06:32] </w:t>
      </w:r>
      <w:r>
        <w:t>us ne mujhe phir kya hua? wo bheed kisi wajah se mere paon par aa gayi to maine us ko hatana chaha. us ko tab us ne kaata.</w:t>
      </w:r>
    </w:p>
    <w:p>
      <w:pPr>
        <w:jc w:val="right"/>
      </w:pPr>
      <w:r>
        <w:t>اس نے مجھے پھر کیا ہوا؟ وہ بھیڑ کسی وجہ سے میرے پاؤں پر آ گئی تو میں نے اس کو ہٹانا چاہا۔ اس کو تب اس نے کاٹا۔</w:t>
      </w:r>
    </w:p>
    <w:p>
      <w:r>
        <w:rPr>
          <w:b/>
        </w:rPr>
        <w:t xml:space="preserve">[1:06:44] </w:t>
      </w:r>
      <w:r>
        <w:t>kyun? us ne kaata defense ke taur par. animal ke ye nature hai ke wo us waqt tak aap ko seeng nahi marenge, aap ko ding nahi marenge, aap ko koi takleef nahi pahanchayenge jab tak ke ye na mehsoos karein wo ke aadmi un ko kuch karne ja raha hai,</w:t>
      </w:r>
    </w:p>
    <w:p>
      <w:pPr>
        <w:jc w:val="right"/>
      </w:pPr>
      <w:r>
        <w:t>کیوں؟ اس نے کاٹا ڈیفنس کے طور پر۔ اینیمل کے یہ نیچر ہے کہ وہ اس وقت تک آپ کو سینگ نہیں ماریں گے، آپ کو ڈنگ نہیں ماریں گے، آپ کو کوئی تکلیف نہیں پہنچائیں گے جب تک کہ یہ نہ محسوس کریں وہ کہ آدمی ان کو کچھ کرنے جا رہا ہے،</w:t>
      </w:r>
    </w:p>
    <w:p>
      <w:r>
        <w:rPr>
          <w:b/>
        </w:rPr>
        <w:t xml:space="preserve">[1:07:05] </w:t>
      </w:r>
      <w:r>
        <w:t>harmful banne ja raha hai un ke liye. to us waqt tak jab tak ke wahan bheed jo thi, ye samajhti thi ke meri taraf se is ko koi harm nahi pahanchne wala hai, tab tak wo reng rahi thi.</w:t>
      </w:r>
    </w:p>
    <w:p>
      <w:pPr>
        <w:jc w:val="right"/>
      </w:pPr>
      <w:r>
        <w:t>ہارم فل بننے جا رہا ہے ان کے لیے۔ تو اس وقت تک جب تک کہ وہاں بھیڑ جو تھی، یہ سمجھتی تھی کہ میری طرف سے اس کو کوئی ہارم نہیں پہنچنے والا ہے، تب تک وہ رینگ رہی تھی۔</w:t>
      </w:r>
    </w:p>
    <w:p>
      <w:r>
        <w:rPr>
          <w:b/>
        </w:rPr>
        <w:t xml:space="preserve">[1:07:17] </w:t>
      </w:r>
      <w:r>
        <w:t>aise hi jab mere paon par aa gayi wo aur maine apne hath se us ko hataya, aise hi to us ko mehsoos hua ke wo ab khatra aa gaya. tab use kaat diya.</w:t>
      </w:r>
    </w:p>
    <w:p>
      <w:pPr>
        <w:jc w:val="right"/>
      </w:pPr>
      <w:r>
        <w:t>ایسے ہی جب میرے پاؤں پر آ گئی وہ اور میں نے اپنے ہاتھ سے اس کو ہٹایا، ایسے ہی تو اس کو محسوس ہوا کہ وہ اب خطرہ آ گیا۔ تب اسے کاٹ دیا۔</w:t>
      </w:r>
    </w:p>
    <w:p>
      <w:r>
        <w:rPr>
          <w:b/>
        </w:rPr>
        <w:t xml:space="preserve">[1:07:27] </w:t>
      </w:r>
      <w:r>
        <w:t>to maine socha ke dekhiye insan se kitna acha ye bheed hai. insan khwamkhwah hi kisi ke upar waar karta hai, khwamkhwah hi kisi ke upar attack karta hai, khwamkhwah hi kisi ke liye harmful banta hai.</w:t>
      </w:r>
    </w:p>
    <w:p>
      <w:pPr>
        <w:jc w:val="right"/>
      </w:pPr>
      <w:r>
        <w:t>تو میں نے سوچا کہ دیکھیے انسان سے کتنا اچھا یہ بھیڑ ہے۔ انسان خوامخواہ ہی کسی کے اوپر وار کرتا ہے، خوامخواہ ہی کسی کے اوپر اٹیک کرتا ہے، خوامخواہ ہی کسی کے لیے ہارم فل بنتا ہے۔</w:t>
      </w:r>
    </w:p>
    <w:p>
      <w:r>
        <w:rPr>
          <w:b/>
        </w:rPr>
        <w:t xml:space="preserve">[1:07:39] </w:t>
      </w:r>
      <w:r>
        <w:t>lekin bheed jo hai, us waqt to us ne apna, us par jo khuda ne jo us ko hathiyar diya hai, us waqt istemal kiya jab ke us ne mehsoos kiya ke is ke liye defense ka time aa gaya hai,</w:t>
      </w:r>
    </w:p>
    <w:p>
      <w:pPr>
        <w:jc w:val="right"/>
      </w:pPr>
      <w:r>
        <w:t>لیکن بھیڑ جو ہے، اس وقت تو اس نے اپنا، اس پر جو خدا نے جو اس کو ہتھیار دیا ہے، اس وقت استعمال کیا جب کہ اس نے محسوس کیا کہ اس کے لیے ڈیفنس کا ٹائم آ گیا ہے،</w:t>
      </w:r>
    </w:p>
    <w:p>
      <w:r>
        <w:rPr>
          <w:b/>
        </w:rPr>
        <w:t xml:space="preserve">[1:07:55] </w:t>
      </w:r>
      <w:r>
        <w:t>is se pehle nahin. kyunke ab bheer ya koi bhi animal jo dunya mein hai, woh yeh message de raha hai ke agar tumhare upar koi attack kar de,</w:t>
      </w:r>
    </w:p>
    <w:p>
      <w:pPr>
        <w:jc w:val="right"/>
      </w:pPr>
      <w:r>
        <w:t>اس سے پہلے نہیں۔ کیونکہ اب بھیڑ یا کوئی بھی اینیمل جو دنیا میں ہے، وہ یہ میسج دے رہا ہے کہ اگر تمہارے اوپر کوئی اٹیک کر دے،</w:t>
      </w:r>
    </w:p>
    <w:p>
      <w:r>
        <w:rPr>
          <w:b/>
        </w:rPr>
        <w:t xml:space="preserve">[1:08:08] </w:t>
      </w:r>
      <w:r>
        <w:t>tab to tum defence mein ja sakte ho, kuch kar sakte ho.lekin jab tak koi attack nahin karta, jab tak koi aggression nahin karta, is waqt tum ko peaceful rehna hai.</w:t>
      </w:r>
    </w:p>
    <w:p>
      <w:pPr>
        <w:jc w:val="right"/>
      </w:pPr>
      <w:r>
        <w:t>تب تو تم ڈیفنس میں جا سکتے ہو، کچھ کر سکتے ہو۔ لیکن جب تک کوئی اٹیک نہیں کرتا، جب تک کوئی ایگریشن نہیں کرتا، اس وقت تم کو پیس فل رہنا ہے۔</w:t>
      </w:r>
    </w:p>
    <w:p>
      <w:r>
        <w:rPr>
          <w:b/>
        </w:rPr>
        <w:t xml:space="preserve">[1:08:24] </w:t>
      </w:r>
      <w:r>
        <w:t>is waqt tum ko peaceful rehna hai.</w:t>
      </w:r>
    </w:p>
    <w:p>
      <w:pPr>
        <w:jc w:val="right"/>
      </w:pPr>
      <w:r>
        <w:t>اس وقت تم کو پیس فل رہنا ہے۔</w:t>
      </w:r>
    </w:p>
    <w:p>
      <w:r>
        <w:rPr>
          <w:b/>
        </w:rPr>
        <w:t xml:space="preserve">[1:08:34] </w:t>
      </w:r>
      <w:r>
        <w:t>yaani ek bheer ke andar bhi yeh sabak hai.kaisi ajeeb baat hai.</w:t>
      </w:r>
    </w:p>
    <w:p>
      <w:pPr>
        <w:jc w:val="right"/>
      </w:pPr>
      <w:r>
        <w:t>یعنی ایک بھیڑ کے اندر بھی یہ سبق ہے۔ کیسی عجیب بات ہے۔</w:t>
      </w:r>
    </w:p>
    <w:p>
      <w:r>
        <w:rPr>
          <w:b/>
        </w:rPr>
        <w:t xml:space="preserve">[1:08:43] </w:t>
      </w:r>
      <w:r>
        <w:t>isi tarah se agar aap sochen to har cheez mein aap ko sabak dikhai pare ga.</w:t>
      </w:r>
    </w:p>
    <w:p>
      <w:pPr>
        <w:jc w:val="right"/>
      </w:pPr>
      <w:r>
        <w:t>اسی طرح سے اگر آپ سوچیں تو ہر چیز میں آپ کو سبق دکھائی پڑے گا۔</w:t>
      </w:r>
    </w:p>
    <w:p>
      <w:r>
        <w:rPr>
          <w:b/>
        </w:rPr>
        <w:t xml:space="preserve">[1:08:59] </w:t>
      </w:r>
      <w:r>
        <w:t>yahan tak ke aap kabhi dekha hoga aap ne ke ek chota sa keera hota hai, woh gandagi par baith jata hai.koi bakri ya bail agar gandagi kar de to wahan woh pahunch jayega.</w:t>
      </w:r>
    </w:p>
    <w:p>
      <w:pPr>
        <w:jc w:val="right"/>
      </w:pPr>
      <w:r>
        <w:t>یہاں تک کہ آپ کبھی دیکھا ہوگا آپ نے کہ ایک چھوٹا سا کیڑا ہوتا ہے، وہ گندگی پر بیٹھ جاتا ہے۔ کوئی بکری یا بیل اگر گندگی کر دے تو وہاں وہ پہنچ جائے گا۔</w:t>
      </w:r>
    </w:p>
    <w:p>
      <w:r>
        <w:rPr>
          <w:b/>
        </w:rPr>
        <w:t xml:space="preserve">[1:09:12] </w:t>
      </w:r>
      <w:r>
        <w:t>woh kya</w:t>
      </w:r>
    </w:p>
    <w:p>
      <w:pPr>
        <w:jc w:val="right"/>
      </w:pPr>
      <w:r>
        <w:t>وہ کیا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