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Nature And Spirituality June 04, 2006 Maulana Wahiduddin Khan</w:t>
      </w:r>
    </w:p>
    <w:p>
      <w:r>
        <w:t>https://www.youtube.com/watch?v=i-c2g6Ip_SY</w:t>
      </w:r>
    </w:p>
    <w:p>
      <w:r>
        <w:rPr>
          <w:b/>
        </w:rPr>
        <w:t xml:space="preserve">[00:13] </w:t>
      </w:r>
      <w:r>
        <w:t>bismillah-hir-rehman-nir-rahim, wa-sallallahu 'ala-n-nabiyyi-l-karim.rabbi-shrah-li-sadri, wa-yassir-li-amri,</w:t>
      </w:r>
    </w:p>
    <w:p>
      <w:pPr>
        <w:jc w:val="right"/>
      </w:pPr>
      <w:r>
        <w:t>بسم اللہ الرحمن الرحیم، وصلی اللہ علی النبی الکریم۔ رب اشرح لی صدری، ویسر لی امری،</w:t>
      </w:r>
    </w:p>
    <w:p>
      <w:r>
        <w:rPr>
          <w:b/>
        </w:rPr>
        <w:t xml:space="preserve">[00:28] </w:t>
      </w:r>
      <w:r>
        <w:t>wa-hlul-'uqdatan-min-lisani, yafqahu qawli.</w:t>
      </w:r>
    </w:p>
    <w:p>
      <w:pPr>
        <w:jc w:val="right"/>
      </w:pPr>
      <w:r>
        <w:t>واحل العقدۃ من لسانی، یفقہ قولی۔</w:t>
      </w:r>
    </w:p>
    <w:p>
      <w:r>
        <w:rPr>
          <w:b/>
        </w:rPr>
        <w:t xml:space="preserve">[00:36] </w:t>
      </w:r>
      <w:r>
        <w:t>aaj ka jo topic hai woh hai nature and spirituality.</w:t>
      </w:r>
    </w:p>
    <w:p>
      <w:pPr>
        <w:jc w:val="right"/>
      </w:pPr>
      <w:r>
        <w:t>آج کا جو ٹاپک ہے وہ ہے نیچر اینڈ اسپیچولیٹی۔</w:t>
      </w:r>
    </w:p>
    <w:p>
      <w:r>
        <w:rPr>
          <w:b/>
        </w:rPr>
        <w:t xml:space="preserve">[00:49] </w:t>
      </w:r>
      <w:r>
        <w:t>sab se pehle humein yeh janna chahiye</w:t>
      </w:r>
    </w:p>
    <w:p>
      <w:pPr>
        <w:jc w:val="right"/>
      </w:pPr>
      <w:r>
        <w:t>سب سے پہلے ہمیں یہ جاننا چاہیے</w:t>
      </w:r>
    </w:p>
    <w:p>
      <w:r>
        <w:rPr>
          <w:b/>
        </w:rPr>
        <w:t xml:space="preserve">[00:54] </w:t>
      </w:r>
      <w:r>
        <w:t>ke what is nature? nature ka kya matlab hai? dekhiye, nature ki jo definition hai woh yeh hai ke</w:t>
      </w:r>
    </w:p>
    <w:p>
      <w:pPr>
        <w:jc w:val="right"/>
      </w:pPr>
      <w:r>
        <w:t>کہ واٹ از نیچر؟ نیچر کا کیا مطلب ہے؟ دیکھیے، نیچر کی جو ڈیفینیشن ہے وہ یہ ہے کہ</w:t>
      </w:r>
    </w:p>
    <w:p>
      <w:r>
        <w:rPr>
          <w:b/>
        </w:rPr>
        <w:t xml:space="preserve">[01:13] </w:t>
      </w:r>
      <w:r>
        <w:t>entire physical universe, entire physical universe ko nature kehte hain.</w:t>
      </w:r>
    </w:p>
    <w:p>
      <w:pPr>
        <w:jc w:val="right"/>
      </w:pPr>
      <w:r>
        <w:t>انٹائر فزیکل یونیورس، انٹائر فزیکل یونیورس کو نیچر کہتے ہیں۔</w:t>
      </w:r>
    </w:p>
    <w:p>
      <w:r>
        <w:rPr>
          <w:b/>
        </w:rPr>
        <w:t xml:space="preserve">[01:24] </w:t>
      </w:r>
      <w:r>
        <w:t>jis tarah se all the phenomena of world, all the phenomena of material world, nature ka matlab hai all the phenomena of material world.</w:t>
      </w:r>
    </w:p>
    <w:p>
      <w:pPr>
        <w:jc w:val="right"/>
      </w:pPr>
      <w:r>
        <w:t>جس طرح سے ال دا فیناومینا اف ورلڈ، ال دا فیناومینا اف مٹیریل ورلڈ، نیچر کا مطلب ہے ال دا فیناومینا اف مٹیریل ورلڈ۔</w:t>
      </w:r>
    </w:p>
    <w:p>
      <w:r>
        <w:rPr>
          <w:b/>
        </w:rPr>
        <w:t xml:space="preserve">[01:36] </w:t>
      </w:r>
      <w:r>
        <w:t>yeh hai nature.</w:t>
      </w:r>
    </w:p>
    <w:p>
      <w:pPr>
        <w:jc w:val="right"/>
      </w:pPr>
      <w:r>
        <w:t>یہ ہے نیچر۔</w:t>
      </w:r>
    </w:p>
    <w:p>
      <w:r>
        <w:rPr>
          <w:b/>
        </w:rPr>
        <w:t xml:space="preserve">[01:44] </w:t>
      </w:r>
      <w:r>
        <w:t>to</w:t>
      </w:r>
    </w:p>
    <w:p>
      <w:pPr>
        <w:jc w:val="right"/>
      </w:pPr>
      <w:r>
        <w:t>تو</w:t>
      </w:r>
    </w:p>
    <w:p>
      <w:r>
        <w:rPr>
          <w:b/>
        </w:rPr>
        <w:t xml:space="preserve">[01:47] </w:t>
      </w:r>
      <w:r>
        <w:t>nature kis ne banaya? khuda ne banaya.to dar-haqeeqat nature jo hai woh khuda ki qualities ka manifestation hai.</w:t>
      </w:r>
    </w:p>
    <w:p>
      <w:pPr>
        <w:jc w:val="right"/>
      </w:pPr>
      <w:r>
        <w:t>نیچر کس نے بنایا؟ خدا نے بنایا۔ تو درحقیقت نیچر جو ہے وہ خدا کی کوالٹیز کا مینیفیسٹیشن ہے۔</w:t>
      </w:r>
    </w:p>
    <w:p>
      <w:r>
        <w:rPr>
          <w:b/>
        </w:rPr>
        <w:t xml:space="preserve">[02:07] </w:t>
      </w:r>
      <w:r>
        <w:t>philosophers ne ghalati se yeh samjha ke nature</w:t>
      </w:r>
    </w:p>
    <w:p>
      <w:pPr>
        <w:jc w:val="right"/>
      </w:pPr>
      <w:r>
        <w:t>فلاسفرز نے غلطی سے یہ سمجھا کہ نیچر</w:t>
      </w:r>
    </w:p>
    <w:p>
      <w:r>
        <w:rPr>
          <w:b/>
        </w:rPr>
        <w:t xml:space="preserve">[02:14] </w:t>
      </w:r>
      <w:r>
        <w:t>khuda ke</w:t>
      </w:r>
    </w:p>
    <w:p>
      <w:pPr>
        <w:jc w:val="right"/>
      </w:pPr>
      <w:r>
        <w:t>خدا کے</w:t>
      </w:r>
    </w:p>
    <w:p>
      <w:r>
        <w:rPr>
          <w:b/>
        </w:rPr>
        <w:t xml:space="preserve">[02:18] </w:t>
      </w:r>
      <w:r>
        <w:t>ki jo being hai us ka ek part hai.yaani khud khuda,</w:t>
      </w:r>
    </w:p>
    <w:p>
      <w:pPr>
        <w:jc w:val="right"/>
      </w:pPr>
      <w:r>
        <w:t>کی جو بینگ ہے اس کا ایک پارٹ ہے۔ یعنی خود خدا،</w:t>
      </w:r>
    </w:p>
    <w:p>
      <w:r>
        <w:rPr>
          <w:b/>
        </w:rPr>
        <w:t xml:space="preserve">[02:26] </w:t>
      </w:r>
      <w:r>
        <w:t>khud khuda ne nature ki surat ikhtiyar kar li hai.yeh ghalat hai.nature god nahin hai.nature god ka creation hai.</w:t>
      </w:r>
    </w:p>
    <w:p>
      <w:pPr>
        <w:jc w:val="right"/>
      </w:pPr>
      <w:r>
        <w:t>خود خدا نے نیچر کی صورت اختیار کر لی ہے۔ یہ غلط ہے۔ نیچر گاڈ نہیں ہے۔ نیچر گاڈ کا کریشن ہے۔</w:t>
      </w:r>
    </w:p>
    <w:p>
      <w:r>
        <w:rPr>
          <w:b/>
        </w:rPr>
        <w:t xml:space="preserve">[02:40] </w:t>
      </w:r>
      <w:r>
        <w:t>to is zamane mein ek philosophy bani hai jis ko kehte hain naturalism.naturalism kya hai?yeh hai secularization of nature.</w:t>
      </w:r>
    </w:p>
    <w:p>
      <w:pPr>
        <w:jc w:val="right"/>
      </w:pPr>
      <w:r>
        <w:t>تو اس زمانے میں ایک فلاسفی بنی ہے جس کو کہتے ہیں نیچرلزم۔ نیچرلزم کیا ہے؟ یہ ہے سیکولرائزیشن اف نیچر۔</w:t>
      </w:r>
    </w:p>
    <w:p>
      <w:r>
        <w:rPr>
          <w:b/>
        </w:rPr>
        <w:t xml:space="preserve">[02:53] </w:t>
      </w:r>
      <w:r>
        <w:t>yaani nature ko le kar ek secular philosophy banai gayi.us ko kehte hain naturalism.yaani nature hi sab kuch hai.</w:t>
      </w:r>
    </w:p>
    <w:p>
      <w:pPr>
        <w:jc w:val="right"/>
      </w:pPr>
      <w:r>
        <w:t>یعنی نیچر کو لے کر ایک سیکولر فلاسفی بنائی گئی۔ اس کو کہتے ہیں نیچرلزم۔ یعنی نیچر ہی سب کچھ ہے۔</w:t>
      </w:r>
    </w:p>
    <w:p>
      <w:r>
        <w:rPr>
          <w:b/>
        </w:rPr>
        <w:t xml:space="preserve">[03:04] </w:t>
      </w:r>
      <w:r>
        <w:t>nature ke bahir koi god nahin hai.</w:t>
      </w:r>
    </w:p>
    <w:p>
      <w:pPr>
        <w:jc w:val="right"/>
      </w:pPr>
      <w:r>
        <w:t>نیچر کے باہر کوئی گاڈ نہیں ہے۔</w:t>
      </w:r>
    </w:p>
    <w:p>
      <w:r>
        <w:rPr>
          <w:b/>
        </w:rPr>
        <w:t xml:space="preserve">[03:11] </w:t>
      </w:r>
      <w:r>
        <w:t>to yeh jo naturalism ki philosophy hai yeh bhi mainly ek baseless philosophy hai.kyun?</w:t>
      </w:r>
    </w:p>
    <w:p>
      <w:pPr>
        <w:jc w:val="right"/>
      </w:pPr>
      <w:r>
        <w:t>تو یہ جو نیچرلزم کی فلاسفی ہے یہ بھی مینلی ایک ایک بیس لیس فلاسفی ہے۔ کیوں؟</w:t>
      </w:r>
    </w:p>
    <w:p>
      <w:r>
        <w:rPr>
          <w:b/>
        </w:rPr>
        <w:t xml:space="preserve">[03:23] </w:t>
      </w:r>
      <w:r>
        <w:t>jo log</w:t>
      </w:r>
    </w:p>
    <w:p>
      <w:pPr>
        <w:jc w:val="right"/>
      </w:pPr>
      <w:r>
        <w:t>جو لوگ</w:t>
      </w:r>
    </w:p>
    <w:p>
      <w:r>
        <w:rPr>
          <w:b/>
        </w:rPr>
        <w:t xml:space="preserve">[03:27] </w:t>
      </w:r>
      <w:r>
        <w:t>naturalism ke ko mante hain wo nature aur god ke beech mein nature ko god se alag kar dete hain.</w:t>
      </w:r>
    </w:p>
    <w:p>
      <w:pPr>
        <w:jc w:val="right"/>
      </w:pPr>
      <w:r>
        <w:t>نیچرلزم کے کو مانتے ہیں وہ نیچر اور گاڈ کے بیچ میں نیچر کو گاڈ سے الگ کر دیتے ہیں۔</w:t>
      </w:r>
    </w:p>
    <w:p>
      <w:r>
        <w:rPr>
          <w:b/>
        </w:rPr>
        <w:t xml:space="preserve">[03:42] </w:t>
      </w:r>
      <w:r>
        <w:t>wo kehte hain ke nature ko koi creator karne wala nahi hai. Nature apne aap mein</w:t>
      </w:r>
    </w:p>
    <w:p>
      <w:pPr>
        <w:jc w:val="right"/>
      </w:pPr>
      <w:r>
        <w:t>وہ کہتے ہیں کہ نیچر کو کوئی کریٹ کرنے والا نہیں ہے۔ نیچر اپنے آپ میں</w:t>
      </w:r>
    </w:p>
    <w:p>
      <w:r>
        <w:rPr>
          <w:b/>
        </w:rPr>
        <w:t xml:space="preserve">[03:51] </w:t>
      </w:r>
      <w:r>
        <w:t>kafi hai. To unka formula yeh hai. Is zamane mein nature ka jo study ki gayi science mein to pata chala ke sara mamla cause and effect mein chal raha hai.</w:t>
      </w:r>
    </w:p>
    <w:p>
      <w:pPr>
        <w:jc w:val="right"/>
      </w:pPr>
      <w:r>
        <w:t>کافی ہے۔ تو ان کا فارمولا یہ ہے۔ اس زمانے میں نیچر کا جو اسٹڈی کی گئی سائنس میں تو پتہ چلا کہ سارا معاملہ کاز اینڈ ایفیکٹ میں چل رہا ہے۔</w:t>
      </w:r>
    </w:p>
    <w:p>
      <w:r>
        <w:rPr>
          <w:b/>
        </w:rPr>
        <w:t xml:space="preserve">[04:07] </w:t>
      </w:r>
      <w:r>
        <w:t>jisko kehte hain principle of causation.</w:t>
      </w:r>
    </w:p>
    <w:p>
      <w:pPr>
        <w:jc w:val="right"/>
      </w:pPr>
      <w:r>
        <w:t>جس کو کہتے ہیں پرنسپل اف کازیشن۔</w:t>
      </w:r>
    </w:p>
    <w:p>
      <w:r>
        <w:rPr>
          <w:b/>
        </w:rPr>
        <w:t xml:space="preserve">[04:12] </w:t>
      </w:r>
      <w:r>
        <w:t>jaise barish hoti hai to uske peeche kuch causes hain jiske effect ka naam rain hai. To usko le kar yeh kaha gaya ke if events are due to natural causes,</w:t>
      </w:r>
    </w:p>
    <w:p>
      <w:pPr>
        <w:jc w:val="right"/>
      </w:pPr>
      <w:r>
        <w:t>جیسے بارش ہوتی ہے تو اس کے پیچھے کچھ کازز ہیں جس کے ایفیکٹ کا نام رین ہے۔ تو اس کو لے کر یہ کہا گیا کہ اف ایونٹس ار ڈیو ٹو نیچرل کازز،</w:t>
      </w:r>
    </w:p>
    <w:p>
      <w:r>
        <w:rPr>
          <w:b/>
        </w:rPr>
        <w:t xml:space="preserve">[04:30] </w:t>
      </w:r>
      <w:r>
        <w:t>they are not due to supernatural causes. Yani pehle yeh samjha jata tha ke ek super being hai jo nature ko control kar raha hai.</w:t>
      </w:r>
    </w:p>
    <w:p>
      <w:pPr>
        <w:jc w:val="right"/>
      </w:pPr>
      <w:r>
        <w:t>دے ار ناٹ ڈیو ٹو سپر نیچرل کازز۔ یعنی پہلے یہ سمجھا جاتا تھا کہ ایک سپر بینگ ہے جو نیچر کو کنٹرول کر رہا ہے۔</w:t>
      </w:r>
    </w:p>
    <w:p>
      <w:r>
        <w:rPr>
          <w:b/>
        </w:rPr>
        <w:t xml:space="preserve">[04:42] </w:t>
      </w:r>
      <w:r>
        <w:t>lekin jab</w:t>
      </w:r>
    </w:p>
    <w:p>
      <w:pPr>
        <w:jc w:val="right"/>
      </w:pPr>
      <w:r>
        <w:t>لیکن جب</w:t>
      </w:r>
    </w:p>
    <w:p>
      <w:r>
        <w:rPr>
          <w:b/>
        </w:rPr>
        <w:t xml:space="preserve">[04:46] </w:t>
      </w:r>
      <w:r>
        <w:t>science ki study mein cause and effect ka wo pura system samne aaya to logon ne keh diya ke if events are due to natural causes, they are not due to supernatural causes.</w:t>
      </w:r>
    </w:p>
    <w:p>
      <w:pPr>
        <w:jc w:val="right"/>
      </w:pPr>
      <w:r>
        <w:t>سائنس کی اسٹڈی میں کاز اینڈ ایفیکٹ کا وہ پورا سسٹم سامنے آیا تو لوگوں نے کہہ دیا کہ اف ایونٹس ار ڈیو ٹو نیچرل کازز، دے ار ناٹ ڈیو ٹو سپر نیچرل کازز۔</w:t>
      </w:r>
    </w:p>
    <w:p>
      <w:r>
        <w:rPr>
          <w:b/>
        </w:rPr>
        <w:t xml:space="preserve">[05:02] </w:t>
      </w:r>
      <w:r>
        <w:t>lekin yeh sirf ek kehne ki baat hai. Kyun ke sawal phir hi baki rehta hai ke khud nature ka yeh course, nature ka yeh system kis ne banaya?</w:t>
      </w:r>
    </w:p>
    <w:p>
      <w:pPr>
        <w:jc w:val="right"/>
      </w:pPr>
      <w:r>
        <w:t>لیکن یہ صرف ایک کہنے کی بات ہے۔ کیونکہ سوال پھر ہی باقی رہتا ہے کہ خود نیچر کا یہ کورس، نیچر کا یہ سسٹم کس نے بنایا؟</w:t>
      </w:r>
    </w:p>
    <w:p>
      <w:r>
        <w:rPr>
          <w:b/>
        </w:rPr>
        <w:t xml:space="preserve">[05:17] </w:t>
      </w:r>
      <w:r>
        <w:t>kaise ban gaya wo? To kisi ne bahut durust taur par kaha hai ke nature does not explain.</w:t>
      </w:r>
    </w:p>
    <w:p>
      <w:pPr>
        <w:jc w:val="right"/>
      </w:pPr>
      <w:r>
        <w:t>کیسے بن گیا وہ؟ تو کسی نے بہت درست طور پر کہا ہے کہ نیچر ڈز ناٹ ایکسپلین۔</w:t>
      </w:r>
    </w:p>
    <w:p>
      <w:r>
        <w:rPr>
          <w:b/>
        </w:rPr>
        <w:t xml:space="preserve">[05:29] </w:t>
      </w:r>
      <w:r>
        <w:t>nature itself is a nature itself need and explanation.</w:t>
      </w:r>
    </w:p>
    <w:p>
      <w:pPr>
        <w:jc w:val="right"/>
      </w:pPr>
      <w:r>
        <w:t>نیچر اٹ سیلف از ا نیچر اٹ سیلف نیڈ اینڈ ایکسپلینیشن۔</w:t>
      </w:r>
    </w:p>
    <w:p>
      <w:r>
        <w:rPr>
          <w:b/>
        </w:rPr>
        <w:t xml:space="preserve">[05:38] </w:t>
      </w:r>
      <w:r>
        <w:t>yani yani jo principle, jo jo jo cause and effect ka jo principle discover hua usko aur samajh gaya ke isi sab ko explain ho rahi hai sab kuch.</w:t>
      </w:r>
    </w:p>
    <w:p>
      <w:pPr>
        <w:jc w:val="right"/>
      </w:pPr>
      <w:r>
        <w:t>یعنی یعنی جو پرنسپل، جو جو جو کاز اینڈ ایفیکٹ کا جو پرنسپل ڈسکور ہوا اس کو اور سمجھ گیا کہ اسی سب کو ایکسپلین ہو رہی ہے سب کچھ۔</w:t>
      </w:r>
    </w:p>
    <w:p>
      <w:r>
        <w:rPr>
          <w:b/>
        </w:rPr>
        <w:t xml:space="preserve">[05:50] </w:t>
      </w:r>
      <w:r>
        <w:t>yani khuda ki zaroorat ab nahi hai. Yeh sab apne aap se ab explain ho raha hai. To usko us ne kaha ke nature does not explain.</w:t>
      </w:r>
    </w:p>
    <w:p>
      <w:pPr>
        <w:jc w:val="right"/>
      </w:pPr>
      <w:r>
        <w:t>یعنی خدا کی ضرورت اب نہیں ہے۔ یہ سب اپنے آپ سے اب ایکسپلین ہو رہا ہے۔ تو اس کو اس نے کہا کہ نیچر ڈز ناٹ ایکسپلین۔</w:t>
      </w:r>
    </w:p>
    <w:p>
      <w:r>
        <w:rPr>
          <w:b/>
        </w:rPr>
        <w:t xml:space="preserve">[06:00] </w:t>
      </w:r>
      <w:r>
        <w:t>she is herself in need of explanation. Yani agar aap maan lein ke kuch cause and effect ka ek system hai jis se events ho rahe hain to phir phir bhi to question baki rehta hai ke yeh cause and effect ka system kis ne banaya?</w:t>
      </w:r>
    </w:p>
    <w:p>
      <w:pPr>
        <w:jc w:val="right"/>
      </w:pPr>
      <w:r>
        <w:t>شی از ہر سیلف ان نیڈ اف ایکسپلینیشن۔ یعنی اگر آپ مان لیں کہ کچھ کاز اینڈ ایفیکٹ کا ایک سسٹم ہے جس سے ایونٹس ہو رہے ہیں تو پھر پھر بھی تو کوئسچن باقی رہتا ہے کہ یہ کاز اینڈ ایفیکٹ کا سسٹم کس نے بنایا؟</w:t>
      </w:r>
    </w:p>
    <w:p>
      <w:r>
        <w:rPr>
          <w:b/>
        </w:rPr>
        <w:t xml:space="preserve">[06:21] </w:t>
      </w:r>
      <w:r>
        <w:t>yeh cause and effect ka yeh jo course hai kis ne qaim kiya? To sawal apni jagah par phir bhi baki rehta hai.</w:t>
      </w:r>
    </w:p>
    <w:p>
      <w:pPr>
        <w:jc w:val="right"/>
      </w:pPr>
      <w:r>
        <w:t>یہ کاز اینڈ ایفیکٹ کا یہ جو کورس ہے کس نے قائم کیا؟ تو سوال اپنی جگہ پر پھر بھی باقی رہتا ہے۔</w:t>
      </w:r>
    </w:p>
    <w:p>
      <w:r>
        <w:rPr>
          <w:b/>
        </w:rPr>
        <w:t xml:space="preserve">[06:31] </w:t>
      </w:r>
      <w:r>
        <w:t>haqeeqat yeh hai ke jab tak aap creator ko na manein aap nature ko explain nahi kar sakte.</w:t>
      </w:r>
    </w:p>
    <w:p>
      <w:pPr>
        <w:jc w:val="right"/>
      </w:pPr>
      <w:r>
        <w:t>حقیقت یہ ہے کہ جب تک آپ کریٹر کو نہ مانیں آپ نیچر کو ایکسپلین نہیں کر سکتے۔</w:t>
      </w:r>
    </w:p>
    <w:p>
      <w:r>
        <w:rPr>
          <w:b/>
        </w:rPr>
        <w:t xml:space="preserve">[06:47] </w:t>
      </w:r>
      <w:r>
        <w:t>ek book maine badi achi padhi. Agar kahin mile to aap ko bhi padhna chahiye.</w:t>
      </w:r>
    </w:p>
    <w:p>
      <w:pPr>
        <w:jc w:val="right"/>
      </w:pPr>
      <w:r>
        <w:t>ایک بک میں نے بڑی اچھی پڑھی۔ اگر کہیں ملے تو آپ کو بھی پڑھنا چاہیے۔</w:t>
      </w:r>
    </w:p>
    <w:p>
      <w:r>
        <w:rPr>
          <w:b/>
        </w:rPr>
        <w:t xml:space="preserve">[06:56] </w:t>
      </w:r>
      <w:r>
        <w:t>iska naam, iska title tha nature and science speak about god.</w:t>
      </w:r>
    </w:p>
    <w:p>
      <w:pPr>
        <w:jc w:val="right"/>
      </w:pPr>
      <w:r>
        <w:t>اس کا نام، اس کا ٹائٹل تھا نیچر اینڈ سائنس اسپیک اباؤٹ گاڈ۔</w:t>
      </w:r>
    </w:p>
    <w:p>
      <w:r>
        <w:rPr>
          <w:b/>
        </w:rPr>
        <w:t xml:space="preserve">[07:08] </w:t>
      </w:r>
      <w:r>
        <w:t>nature and science speak about god. Yeh bilkul scientific book hai.</w:t>
      </w:r>
    </w:p>
    <w:p>
      <w:pPr>
        <w:jc w:val="right"/>
      </w:pPr>
      <w:r>
        <w:t>نیچر اینڈ سائنس اسپیک اباؤٹ گاڈ۔ یہ بالکل سائنٹیفک بک ہے۔</w:t>
      </w:r>
    </w:p>
    <w:p>
      <w:r>
        <w:rPr>
          <w:b/>
        </w:rPr>
        <w:t xml:space="preserve">[07:17] </w:t>
      </w:r>
      <w:r>
        <w:t>kisi library mein aap ko mil sakti hai. Yeh bilkul scientific book hai aur bahut scientific language mein explain kiya hai ke nature ka agar aap ek banane wala na manein to aap nature ko explain nahi kar sakte.</w:t>
      </w:r>
    </w:p>
    <w:p>
      <w:pPr>
        <w:jc w:val="right"/>
      </w:pPr>
      <w:r>
        <w:t>کسی لائبریری میں آپ کو مل سکتی ہے۔ یہ بالکل سائنٹیفک بک ہے اور بہت سائنٹیفک لینگویج میں ایکسپلین کیا ہے کہ نیچر کا اگر آپ ایک بنانے والا نہ مانیں تو آپ نیچر کو ایکسپلین نہیں کر سکتے۔</w:t>
      </w:r>
    </w:p>
    <w:p>
      <w:r>
        <w:rPr>
          <w:b/>
        </w:rPr>
        <w:t xml:space="preserve">[07:35] </w:t>
      </w:r>
      <w:r>
        <w:t>main aap ko ek example deta hoon. Ek dekhiye, aap rozana dekhte hain ke chidiya urr rahi hai hawa mein.</w:t>
      </w:r>
    </w:p>
    <w:p>
      <w:pPr>
        <w:jc w:val="right"/>
      </w:pPr>
      <w:r>
        <w:t>میں آپ کو ایک ایگزامپل دیتا ہوں۔ ایک دیکھیے، آپ روزانہ دیکھتے ہیں کہ چڑیا اڑ رہی ہے ہوا میں۔</w:t>
      </w:r>
    </w:p>
    <w:p>
      <w:r>
        <w:rPr>
          <w:b/>
        </w:rPr>
        <w:t xml:space="preserve">[07:49] </w:t>
      </w:r>
      <w:r>
        <w:t>idhar se udhar, udhar se udhar. Lekin chidiya ke urrne se koi awaz nahi aati.</w:t>
      </w:r>
    </w:p>
    <w:p>
      <w:pPr>
        <w:jc w:val="right"/>
      </w:pPr>
      <w:r>
        <w:t>ادھر سے ادھر، ادھر سے ادھر۔ لیکن چڑیا کے اڑنے سے کوئی آواز نہیں آتی۔</w:t>
      </w:r>
    </w:p>
    <w:p>
      <w:r>
        <w:rPr>
          <w:b/>
        </w:rPr>
        <w:t xml:space="preserve">[07:57] </w:t>
      </w:r>
      <w:r>
        <w:t>million, billion chidiya urr rahi hain idhar se udhar. Lekin unke urrne se koi awaz nahi aati. Lekin isi mein aap jab ek hawai jahaz aa jata hai to itna shor machata hai ke agar bahut upar na ho wo to itna bada noise pollution paida ho ke jeena mushkil ho jaye.</w:t>
      </w:r>
    </w:p>
    <w:p>
      <w:pPr>
        <w:jc w:val="right"/>
      </w:pPr>
      <w:r>
        <w:t>ملینیں، بلین چڑیا اڑ رہی ہیں ادھر سے ادھر۔ لیکن ان کے اڑنے سے کوئی آواز نہیں آتی۔ لیکن اسی میں آپ جب ایک ہوائی جہاز آ جاتا ہے تو اتنا شور مچاتا ہے کہ اگر بہت اوپر نہ ہو وہ تو اتنا بڑا نوائز پولیوشن پیدا ہو کہ جینا مشکل ہو جائے۔</w:t>
      </w:r>
    </w:p>
    <w:p>
      <w:r>
        <w:rPr>
          <w:b/>
        </w:rPr>
        <w:t xml:space="preserve">[08:21] </w:t>
      </w:r>
      <w:r>
        <w:t>yani yeh jo hawai jahaz hote hain bahut upar se urrte hain. Jitna upar hamari chidiya urrti hain utni oonchai par agar hawai jahaz urre to koi kaam duniya mein na ho sake.</w:t>
      </w:r>
    </w:p>
    <w:p>
      <w:pPr>
        <w:jc w:val="right"/>
      </w:pPr>
      <w:r>
        <w:t>یعنی یہ جو ہوائی جہاز ہوتے ہیں بہت اوپر سے اڑتے ہیں۔ جتنا اوپر ہماری چڑیاں اڑتی ہیں اتنی اونچائی پر اگر ہوائی جہاز اڑے تو کوئی کام دنیا میں نہ ہو سکے۔</w:t>
      </w:r>
    </w:p>
    <w:p>
      <w:r>
        <w:rPr>
          <w:b/>
        </w:rPr>
        <w:t xml:space="preserve">[08:36] </w:t>
      </w:r>
      <w:r>
        <w:t>kyunke itna noise pollution hoga, itna zyada. har taraf gadgadahat, har taraf shor. aap sochiye ke jis oonchai par chidiya udti hai wahi oonchai par agar hawai jahaz udne lagen to kitni badi musibat paida ho jayegi.</w:t>
      </w:r>
    </w:p>
    <w:p>
      <w:pPr>
        <w:jc w:val="right"/>
      </w:pPr>
      <w:r>
        <w:t>کیونکہ اتنا نوائز پولیوشن ہوگا، اتنا زیادہ۔ ہر طرف گڑگڑاہٹ، ہر طرف شور۔ آپ سوچیے کہ جس اونچائی پر چڑیا اڑتی ہے وہی اونچائی پر اگر ہوائی جہاز اڑنے لگیں تو کتنی بڑی مصیبت پیدا ہو جائے گی۔</w:t>
      </w:r>
    </w:p>
    <w:p>
      <w:r>
        <w:rPr>
          <w:b/>
        </w:rPr>
        <w:t xml:space="preserve">[08:55] </w:t>
      </w:r>
      <w:r>
        <w:t>lekin aisa nahi hota. kya yeh yani why this difference?</w:t>
      </w:r>
    </w:p>
    <w:p>
      <w:pPr>
        <w:jc w:val="right"/>
      </w:pPr>
      <w:r>
        <w:t>لیکن ایسا نہیں ہوتا۔ کیا یہ یعنی وائی دس ڈیفرنس؟</w:t>
      </w:r>
    </w:p>
    <w:p>
      <w:r>
        <w:rPr>
          <w:b/>
        </w:rPr>
        <w:t xml:space="preserve">[09:04] </w:t>
      </w:r>
      <w:r>
        <w:t>yani aap sochiye ke chidiya bhi to ek hawai jahaz hai. chidiya ek living hawai jahaz hai. to chidiya ke udne se shor kyun nahi aata?</w:t>
      </w:r>
    </w:p>
    <w:p>
      <w:pPr>
        <w:jc w:val="right"/>
      </w:pPr>
      <w:r>
        <w:t>یعنی آپ سوچیے کہ چڑیا بھی تو ایک ہوائی جہاز ہے۔ چڑیا ایک لیونگ ہوائی جہاز ہے۔ تو چڑیا کے اڑنے سے شور کیوں نہیں آتا؟</w:t>
      </w:r>
    </w:p>
    <w:p>
      <w:r>
        <w:rPr>
          <w:b/>
        </w:rPr>
        <w:t xml:space="preserve">[09:18] </w:t>
      </w:r>
      <w:r>
        <w:t>aur hawai jahaz ke udne se shor kyun aata hai?</w:t>
      </w:r>
    </w:p>
    <w:p>
      <w:pPr>
        <w:jc w:val="right"/>
      </w:pPr>
      <w:r>
        <w:t>اور ہوائی جہاز کے اڑنے سے شور کیوں آتا ہے؟</w:t>
      </w:r>
    </w:p>
    <w:p>
      <w:r>
        <w:rPr>
          <w:b/>
        </w:rPr>
        <w:t xml:space="preserve">[09:24] </w:t>
      </w:r>
      <w:r>
        <w:t>iska matlab hai ke chidiya jo hai kisi behad higher technology se bani hai. chidiya ke peeche koi bohat higher technology hai. woh technology jo hawai jahaz ke engineers ko mili hui nahi hai.</w:t>
      </w:r>
    </w:p>
    <w:p>
      <w:pPr>
        <w:jc w:val="right"/>
      </w:pPr>
      <w:r>
        <w:t>اس کا مطلب ہے کہ چڑیا جو ہے کسی بے حد ہائیر ٹیکنالوجی سے بنی ہے۔ چڑیا کے پیچھے کوئی بہت ہائیر ٹیکنالوجی ہے۔ وہ ٹیکنالوجی جو ہوائی جہاز کے انجینئروں کو ملی ہوئی نہیں ہے۔</w:t>
      </w:r>
    </w:p>
    <w:p>
      <w:r>
        <w:rPr>
          <w:b/>
        </w:rPr>
        <w:t xml:space="preserve">[09:42] </w:t>
      </w:r>
      <w:r>
        <w:t>to kaha chidiya bani hai higher technology se aur jahaz bana hai lower technology se. ab aap sochiye ke lower technology se bane hue hawai jahaz ko aap soch nahi sakte ke baghair engineer ke bana ho.</w:t>
      </w:r>
    </w:p>
    <w:p>
      <w:pPr>
        <w:jc w:val="right"/>
      </w:pPr>
      <w:r>
        <w:t>تو کہا چڑیا بنی ہے ہائیر ٹیکنالوجی سے اور جہاز بنا ہے لوئر ٹیکنالوجی سے۔ اب آپ سوچیے کہ لوئر ٹیکنالوجی سے بنے ہوئے ہوائی جہاز کو آپ سوچ نہیں سکتے کہ بغیر انجینئر کے بنا ہو۔</w:t>
      </w:r>
    </w:p>
    <w:p>
      <w:r>
        <w:rPr>
          <w:b/>
        </w:rPr>
        <w:t xml:space="preserve">[10:04] </w:t>
      </w:r>
      <w:r>
        <w:t>lower technology se jo hawai jahaz bante hain uske bare mein aap nahi soch sakte ke baghair engineer ke woh ban gaya hai. to phir kaise aisa aap karte hain ke jo higher technology se chidiya bani hai</w:t>
      </w:r>
    </w:p>
    <w:p>
      <w:pPr>
        <w:jc w:val="right"/>
      </w:pPr>
      <w:r>
        <w:t>لوئر ٹیکنالوجی سے جو ہوائی جہاز بنتے ہیں اس کے بارے میں آپ نہیں سوچ سکتے کہ بغیر انجینئر کے وہ بن گیا ہے۔ تو پھر کیسے ایسا آپ کرتے ہیں کہ جو ہائیر ٹیکنالوجی سے چڑیا بنی ہے</w:t>
      </w:r>
    </w:p>
    <w:p>
      <w:r>
        <w:rPr>
          <w:b/>
        </w:rPr>
        <w:t xml:space="preserve">[10:20] </w:t>
      </w:r>
      <w:r>
        <w:t>isko aap yeh maan lein ke baghair engineer ke woh ban gaya hai? itni sari chidiya. to main yeh kahunga ke yahan par ek logical formula apply kijiye aap.</w:t>
      </w:r>
    </w:p>
    <w:p>
      <w:pPr>
        <w:jc w:val="right"/>
      </w:pPr>
      <w:r>
        <w:t>اس کو آپ یہ مان لیں کہ بغیر انجینئر کے وہ بن گیا ہے؟ اتنی ساری چڑیاں۔ تو میں یہ کہوں گا کہ یہاں پر ایک لاجیکل فارمولا اپلائی کیجئے آپ۔</w:t>
      </w:r>
    </w:p>
    <w:p>
      <w:r>
        <w:rPr>
          <w:b/>
        </w:rPr>
        <w:t xml:space="preserve">[10:34] </w:t>
      </w:r>
      <w:r>
        <w:t>woh kya hai? difference ka kya logic. jaisa ke maine arz kiya chidiya mein aur hawai jahaz mein ek bohat bada difference hai.</w:t>
      </w:r>
    </w:p>
    <w:p>
      <w:pPr>
        <w:jc w:val="right"/>
      </w:pPr>
      <w:r>
        <w:t>وہ کیا ہے؟ ڈیفرنس کا کی لاجک۔ جیسا کہ میں نے عرض کیا چڑیا میں اور ہوائی جہاز میں ایک بہت بڑا ڈیفرنس ہے۔</w:t>
      </w:r>
    </w:p>
    <w:p>
      <w:r>
        <w:rPr>
          <w:b/>
        </w:rPr>
        <w:t xml:space="preserve">[10:46] </w:t>
      </w:r>
      <w:r>
        <w:t>difference kya hai? ke chidiya udti hai aur koi noise pollution nahi hota. aur agar hawai jahaz isi oonchai par ude to sara sare shahar, sari abadiyan noise pollution se bhar jayengi.</w:t>
      </w:r>
    </w:p>
    <w:p>
      <w:pPr>
        <w:jc w:val="right"/>
      </w:pPr>
      <w:r>
        <w:t>ڈیفرنس کیا ہے؟ کہ چڑیا اڑتی ہے اور کوئی نوائز پولیوشن نہیں ہوتا۔ اور اگر ہوائی جہاز اسی اونچائی پر اڑے تو سارا سارے شہر، ساری آبادیاں نوائز پولیوشن سے بھر جائیں۔</w:t>
      </w:r>
    </w:p>
    <w:p>
      <w:r>
        <w:rPr>
          <w:b/>
        </w:rPr>
        <w:t xml:space="preserve">[11:03] </w:t>
      </w:r>
      <w:r>
        <w:t>yeh hai difference chidiya aur hawai jahaz mein. to this difference gives as a clue.</w:t>
      </w:r>
    </w:p>
    <w:p>
      <w:pPr>
        <w:jc w:val="right"/>
      </w:pPr>
      <w:r>
        <w:t>یہ ہے ڈیفرنس چڑیا اور ہوائی جہاز میں۔ تو دس ڈیفرنس گیوز ایز اے کلو۔</w:t>
      </w:r>
    </w:p>
    <w:p>
      <w:r>
        <w:rPr>
          <w:b/>
        </w:rPr>
        <w:t xml:space="preserve">[11:14] </w:t>
      </w:r>
      <w:r>
        <w:t>hamesha dekhiye difference se ek clue milta hai. sari science isi par base karti hai. jitni bhi sciences hain un mein jo discoveries hui hain woh sab unke starting point koi na koi difference tha.</w:t>
      </w:r>
    </w:p>
    <w:p>
      <w:pPr>
        <w:jc w:val="right"/>
      </w:pPr>
      <w:r>
        <w:t>ہمیشہ دیکھیے ڈیفرنس سے ایک کلو ملتا ہے۔ ساری سائنس اسی پر بیس کرتی ہے۔ جتنی بھی سائنسز ہیں ان میں جو ڈسکوریز ہوئی ہیں وہ سب ان کے سٹارٹنگ پوائنٹ کوئی نہ کوئی ڈیفرنس تھا۔</w:t>
      </w:r>
    </w:p>
    <w:p>
      <w:r>
        <w:rPr>
          <w:b/>
        </w:rPr>
        <w:t xml:space="preserve">[11:30] </w:t>
      </w:r>
      <w:r>
        <w:t>to difference gives as a clue. koi difference samne aaya us se scientist ko ek clue mila.</w:t>
      </w:r>
    </w:p>
    <w:p>
      <w:pPr>
        <w:jc w:val="right"/>
      </w:pPr>
      <w:r>
        <w:t>تو ڈیفرنس گیوز ایز اے کلو۔ کوئی ڈیفرنس سامنے آیا اس سے سائنٹسٹ کو ایک کلو ملا۔</w:t>
      </w:r>
    </w:p>
    <w:p>
      <w:r>
        <w:rPr>
          <w:b/>
        </w:rPr>
        <w:t xml:space="preserve">[11:40] </w:t>
      </w:r>
      <w:r>
        <w:t>jab is clue par scientist ne sochna shuru kiya to kya hua? woh ek discovery tak pahunch gaya. to difference leads to a clue and clue leads to a discovery.</w:t>
      </w:r>
    </w:p>
    <w:p>
      <w:pPr>
        <w:jc w:val="right"/>
      </w:pPr>
      <w:r>
        <w:t>جب اس کلو پر سائنٹسٹ نے سوچنا شروع کیا تو کیا ہوا؟ وہ ایک ڈسکوری تک پہنچ گیا۔ تو ڈیفرنس لیڈز ٹو ا کلو اینڈ کلو لیڈز ٹو ا ڈسکوری۔</w:t>
      </w:r>
    </w:p>
    <w:p>
      <w:r>
        <w:rPr>
          <w:b/>
        </w:rPr>
        <w:t xml:space="preserve">[11:56] </w:t>
      </w:r>
      <w:r>
        <w:t>yeh hai simple formula jo science mein istemal kiya jata hai.</w:t>
      </w:r>
    </w:p>
    <w:p>
      <w:pPr>
        <w:jc w:val="right"/>
      </w:pPr>
      <w:r>
        <w:t>یہ ہے سمپل فارمولا جو سائنس میں استعمال کیا جاتا ہے۔</w:t>
      </w:r>
    </w:p>
    <w:p>
      <w:r>
        <w:rPr>
          <w:b/>
        </w:rPr>
        <w:t xml:space="preserve">[12:02] </w:t>
      </w:r>
      <w:r>
        <w:t>isi ko aap istemal kar ke dekhiye to aap ko manne par majboor honge ke koi Khuda hai jis ne chidiya ko aur sare universe ko banaya hai.</w:t>
      </w:r>
    </w:p>
    <w:p>
      <w:pPr>
        <w:jc w:val="right"/>
      </w:pPr>
      <w:r>
        <w:t>اسی کو آپ استعمال کر کے دیکھیے تو آپ کو ماننے پر مجبور ہوں گے کہ کوئی خدا ہے جس نے چڑیا کو اور سارے یونیورس کو بنایا ہے۔</w:t>
      </w:r>
    </w:p>
    <w:p>
      <w:r>
        <w:rPr>
          <w:b/>
        </w:rPr>
        <w:t xml:space="preserve">[12:17] </w:t>
      </w:r>
      <w:r>
        <w:t>iske siwa koi aur formula yahan applicable nahi hai. kyunke difference explain nahi hoga. yeh difference hai woh explain nahi hoga.</w:t>
      </w:r>
    </w:p>
    <w:p>
      <w:pPr>
        <w:jc w:val="right"/>
      </w:pPr>
      <w:r>
        <w:t>اس کے سوا کوئی اور فارمولا یہاں ایپلیکیبل نہیں ہے۔ کیونکہ ڈیفرنس ایکسپلین نہیں ہوگا۔ یہ ڈیفرنس ہے وہ ایکسپلین نہیں ہوگا۔</w:t>
      </w:r>
    </w:p>
    <w:p>
      <w:r>
        <w:rPr>
          <w:b/>
        </w:rPr>
        <w:t xml:space="preserve">[12:35] </w:t>
      </w:r>
      <w:r>
        <w:t>main aap ko ek apna qissa arz karun. ek sahab jo unhone philosophy mein MA kiya tha un se meri baat cheet hui Khuda par.</w:t>
      </w:r>
    </w:p>
    <w:p>
      <w:pPr>
        <w:jc w:val="right"/>
      </w:pPr>
      <w:r>
        <w:t>میں آپ کو ایک اپنا قصہ عرض کروں۔ ایک صاحب جو انہوں نے فلاسفی میں ایم اے کیا تھا ان سے میری بات چیت ہوئی خدا پر۔</w:t>
      </w:r>
    </w:p>
    <w:p>
      <w:r>
        <w:rPr>
          <w:b/>
        </w:rPr>
        <w:t xml:space="preserve">[12:50] </w:t>
      </w:r>
      <w:r>
        <w:t>to woh Khuda ko nahi mante the. aap jante hain ke philosophy jo log padhte hain woh sab mostly agnostic ho jate hain.</w:t>
      </w:r>
    </w:p>
    <w:p>
      <w:pPr>
        <w:jc w:val="right"/>
      </w:pPr>
      <w:r>
        <w:t>تو وہ خدا کو نہیں مانتے تھے۔ آپ جانتے ہیں کہ فلاسفی جو لوگ پڑھتے ہیں وہ سب موسٹلی اگناسٹک ہو جاتے ہیں۔</w:t>
      </w:r>
    </w:p>
    <w:p>
      <w:r>
        <w:rPr>
          <w:b/>
        </w:rPr>
        <w:t xml:space="preserve">[12:59] </w:t>
      </w:r>
      <w:r>
        <w:t>ya theist ya agnostic. kyunke philosophy jo hai confusion deti hai. aur confusion ki wajah se aisa ho jata hai.</w:t>
      </w:r>
    </w:p>
    <w:p>
      <w:pPr>
        <w:jc w:val="right"/>
      </w:pPr>
      <w:r>
        <w:t>یا تھیسٹ یا اگناسٹک۔ کیونکہ فلاسفی جو ہے کنفیوژن دیتی ہے۔ اور کنفیوژن کی وجہ سے ایسا ہو جاتا ہے۔</w:t>
      </w:r>
    </w:p>
    <w:p>
      <w:r>
        <w:rPr>
          <w:b/>
        </w:rPr>
        <w:t xml:space="preserve">[13:08] </w:t>
      </w:r>
      <w:r>
        <w:t>yani kisi conviction ki wajah se woh theist nahi bante hain. balkeh out of confusion bante hain. to behal main ne bohat si baatein un ko kahein.</w:t>
      </w:r>
    </w:p>
    <w:p>
      <w:pPr>
        <w:jc w:val="right"/>
      </w:pPr>
      <w:r>
        <w:t>یعنی کسی کنوکشن کی وجہ سے وہ تھیسٹ نہیں بنتے ہیں۔ بلکہ آؤٹ آف کنفیوژن بنتے ہیں۔ تو بہرحال میں نے بہت سی باتیں ان کو کہیں۔</w:t>
      </w:r>
    </w:p>
    <w:p>
      <w:r>
        <w:rPr>
          <w:b/>
        </w:rPr>
        <w:t xml:space="preserve">[13:19] </w:t>
      </w:r>
      <w:r>
        <w:t>to woh behas karte rahe. aakhir mein maine kaha ke dekhiye</w:t>
      </w:r>
    </w:p>
    <w:p>
      <w:pPr>
        <w:jc w:val="right"/>
      </w:pPr>
      <w:r>
        <w:t>تو وہ بحث کرتے رہے۔ آخر میں میں نے کہا کہ دیکھیے</w:t>
      </w:r>
    </w:p>
    <w:p>
      <w:r>
        <w:rPr>
          <w:b/>
        </w:rPr>
        <w:t xml:space="preserve">[13:28] </w:t>
      </w:r>
      <w:r>
        <w:t>ek formula maine un ko diya ke main kyun Khuda ko manta hun. aur sab se bada jo logical formula mere pas hai apne liye jis ne mujhe convince kiya ke Khuda exist karta hai us ko maine bataya un ko.</w:t>
      </w:r>
    </w:p>
    <w:p>
      <w:pPr>
        <w:jc w:val="right"/>
      </w:pPr>
      <w:r>
        <w:t>ایک فارمولا میں نے ان کو دیا کہ میں کیوں خدا کو مانتا ہوں۔ اور سب سے بڑا جو لاجیکل فارمولا میرے پاس ہے اپنے لیے جس نے مجھے کنونس کیا کہ خدا ایگزسٹ کرتا ہے اس کو میں نے بتایا ان کو۔</w:t>
      </w:r>
    </w:p>
    <w:p>
      <w:r>
        <w:rPr>
          <w:b/>
        </w:rPr>
        <w:t xml:space="preserve">[13:48] </w:t>
      </w:r>
      <w:r>
        <w:t>woh yeh bataya maine un ko ke unhe bohat ajib lagta tha ke Khuda kaise manein hum. bohat hi strange baat. to maine kaha ke believing in God is strange.</w:t>
      </w:r>
    </w:p>
    <w:p>
      <w:pPr>
        <w:jc w:val="right"/>
      </w:pPr>
      <w:r>
        <w:t>وہ یہ بتایا میں نے ان کو کہ انہیں بہت عجیب لگتا تھا کہ خدا کیسے مانیں ہم۔ بہت ہی سٹرینج بات۔ تو میں نے کہا کہ بیلیونگ ان گاڈ از سٹرینج۔</w:t>
      </w:r>
    </w:p>
    <w:p>
      <w:r>
        <w:rPr>
          <w:b/>
        </w:rPr>
        <w:t xml:space="preserve">[14:06] </w:t>
      </w:r>
      <w:r>
        <w:t>but not to believe in God is stranger still.</w:t>
      </w:r>
    </w:p>
    <w:p>
      <w:pPr>
        <w:jc w:val="right"/>
      </w:pPr>
      <w:r>
        <w:t>بٹ ناٹ ٹو بیلیو ان گاڈ از سٹرینجر اسٹل۔</w:t>
      </w:r>
    </w:p>
    <w:p>
      <w:r>
        <w:rPr>
          <w:b/>
        </w:rPr>
        <w:t xml:space="preserve">[14:16] </w:t>
      </w:r>
      <w:r>
        <w:t>So when I say that I believe in God, I simply say that</w:t>
      </w:r>
    </w:p>
    <w:p>
      <w:pPr>
        <w:jc w:val="right"/>
      </w:pPr>
      <w:r>
        <w:t>سو وین آئی سے دیٹ آئی بیلیو ان گاڈ آئی سمپلی سے دیٹ</w:t>
      </w:r>
    </w:p>
    <w:p>
      <w:r>
        <w:rPr>
          <w:b/>
        </w:rPr>
        <w:t xml:space="preserve">[14:29] </w:t>
      </w:r>
      <w:r>
        <w:t>I have preferred the strong rather than the stranger.</w:t>
      </w:r>
    </w:p>
    <w:p>
      <w:pPr>
        <w:jc w:val="right"/>
      </w:pPr>
      <w:r>
        <w:t>آئی ہیو پریفرڈ دا اسٹرینج رادر دین دی سٹرینجر۔</w:t>
      </w:r>
    </w:p>
    <w:p>
      <w:r>
        <w:rPr>
          <w:b/>
        </w:rPr>
        <w:t xml:space="preserve">[14:38] </w:t>
      </w:r>
      <w:r>
        <w:t>yani urdu mein mein kahunga ke ke khuda ko manna ajib hai. lekin khuda ko na manna is se bhi zyada ajib hai.</w:t>
      </w:r>
    </w:p>
    <w:p>
      <w:pPr>
        <w:jc w:val="right"/>
      </w:pPr>
      <w:r>
        <w:t>یعنی اردو میں میں کہوں گا کہ کہ خدا کو ماننا عجیب ہے۔ لیکن خدا کو نہ ماننا اس سے بھی زیادہ عجیب ہے۔</w:t>
      </w:r>
    </w:p>
    <w:p>
      <w:r>
        <w:rPr>
          <w:b/>
        </w:rPr>
        <w:t xml:space="preserve">[14:52] </w:t>
      </w:r>
      <w:r>
        <w:t>yeh woh lajik hai jis ne mujhe mutmaen kiya. yeh mein ne kaha in se ke mein ne boht is pe astadi ki hai. lekin jis lajik ne mujhe setsifai kiya woh yeh thi.</w:t>
      </w:r>
    </w:p>
    <w:p>
      <w:pPr>
        <w:jc w:val="right"/>
      </w:pPr>
      <w:r>
        <w:t>یہ وہ لاجک ہے جس نے مجھے مطمئن کیا۔ یہ میں نے کہا ان سے کہ میں نے بہت اس پہ اسٹڈی کی ہے۔ لیکن جس لاجک نے مجھے سیٹسفائی کیا وہ یہ تھی۔</w:t>
      </w:r>
    </w:p>
    <w:p>
      <w:r>
        <w:rPr>
          <w:b/>
        </w:rPr>
        <w:t xml:space="preserve">[15:05] </w:t>
      </w:r>
      <w:r>
        <w:t>kyunke mein boht hi zyada rational aadmi hun. kabhi kabhi khyal hota hai ke shayad mujh se bara rationalist koi dunya mein paida nahi hua.</w:t>
      </w:r>
    </w:p>
    <w:p>
      <w:pPr>
        <w:jc w:val="right"/>
      </w:pPr>
      <w:r>
        <w:t>کیونکہ میں بہت ہی زیادہ ریشنل آدمی ہوں۔ کبھی کبھی خیال ہوتا ہے کہ شاید مجھ سے بڑا ریشنلسٹ کوئی دنیا میں پیدا نہیں ہوا۔</w:t>
      </w:r>
    </w:p>
    <w:p>
      <w:r>
        <w:rPr>
          <w:b/>
        </w:rPr>
        <w:t xml:space="preserve">[15:17] </w:t>
      </w:r>
      <w:r>
        <w:t>boht hi zyada rationalist aadmi hun. kisi bhi cheez ko mein rezin ke baghair nahi manta.</w:t>
      </w:r>
    </w:p>
    <w:p>
      <w:pPr>
        <w:jc w:val="right"/>
      </w:pPr>
      <w:r>
        <w:t>بہت ہی زیادہ ریشنلسٹ آدمی ہوں۔ کسی بھی چیز کو میں ریزن کے بغیر نہیں مانتا۔</w:t>
      </w:r>
    </w:p>
    <w:p>
      <w:r>
        <w:rPr>
          <w:b/>
        </w:rPr>
        <w:t xml:space="preserve">[15:25] </w:t>
      </w:r>
      <w:r>
        <w:t>to mein ne kaha ke meri astadi ne jahan tak mujhe pohanchaya to jis cheez se mein mutmaen hua woh yeh thi.</w:t>
      </w:r>
    </w:p>
    <w:p>
      <w:pPr>
        <w:jc w:val="right"/>
      </w:pPr>
      <w:r>
        <w:t>تو میں نے کہا کہ میری اسٹڈی نے جہاں تک مجھے پہنچایا تو جس چیز سے میں مطمئن ہوا وہ یہ تھی۔</w:t>
      </w:r>
    </w:p>
    <w:p>
      <w:r>
        <w:rPr>
          <w:b/>
        </w:rPr>
        <w:t xml:space="preserve">[15:35] </w:t>
      </w:r>
      <w:r>
        <w:t>woh yeh formula tha ke khuda ko manna ajib hai. lekin khuda ko na manna is se bhi zyada ajib hai.</w:t>
      </w:r>
    </w:p>
    <w:p>
      <w:pPr>
        <w:jc w:val="right"/>
      </w:pPr>
      <w:r>
        <w:t>وہ یہ فارمولا تھا کہ خدا کو ماننا عجیب ہے۔ لیکن خدا کو نہ ماننا اس سے بھی زیادہ عجیب ہے۔</w:t>
      </w:r>
    </w:p>
    <w:p>
      <w:r>
        <w:rPr>
          <w:b/>
        </w:rPr>
        <w:t xml:space="preserve">[15:49] </w:t>
      </w:r>
      <w:r>
        <w:t>jab mein yeh kehta hun ke mein khuda ko manta hun to mein ajib tar ke muqable mein ajib ko tarjih deta hun.</w:t>
      </w:r>
    </w:p>
    <w:p>
      <w:pPr>
        <w:jc w:val="right"/>
      </w:pPr>
      <w:r>
        <w:t>جب میں یہ کہتا ہوں کہ میں خدا کو مانتا ہوں تو میں عجیب تر کے مقابلے میں عجیب کو ترجیح دیتا ہوں۔</w:t>
      </w:r>
    </w:p>
    <w:p>
      <w:r>
        <w:rPr>
          <w:b/>
        </w:rPr>
        <w:t xml:space="preserve">[16:02] </w:t>
      </w:r>
      <w:r>
        <w:t>phir mein ne kaha ke yahan aap ke liye choais in do ke beech mein woh samjhiye aap. aap samajhte hain ke choais is mein hai ke khuda ko manen ya khuda ko na manen.</w:t>
      </w:r>
    </w:p>
    <w:p>
      <w:pPr>
        <w:jc w:val="right"/>
      </w:pPr>
      <w:r>
        <w:t>پھر میں نے کہا کہ یہاں آپ کے لیے چوائس ان دو کے بیچ میں وہ سمجھیے آپ۔ آپ سمجھتے ہیں کہ چوائس اس میں ہے کہ خدا کو مانیں یا خدا کو نہ مانیں۔</w:t>
      </w:r>
    </w:p>
    <w:p>
      <w:r>
        <w:rPr>
          <w:b/>
        </w:rPr>
        <w:t xml:space="preserve">[16:13] </w:t>
      </w:r>
      <w:r>
        <w:t>yeh choais hi nahi hai.</w:t>
      </w:r>
    </w:p>
    <w:p>
      <w:pPr>
        <w:jc w:val="right"/>
      </w:pPr>
      <w:r>
        <w:t>یہ چوائس ہی نہیں ہے۔</w:t>
      </w:r>
    </w:p>
    <w:p>
      <w:r>
        <w:rPr>
          <w:b/>
        </w:rPr>
        <w:t xml:space="preserve">[16:19] </w:t>
      </w:r>
      <w:r>
        <w:t>choais yeh hai ke ajib ko manen ya ajib tar ko manen. yani estrang ko manen ya estrangar ko manen. to zahir hai koi bhi aadmi estrangar ke muqable mein estrang ko manega.</w:t>
      </w:r>
    </w:p>
    <w:p>
      <w:pPr>
        <w:jc w:val="right"/>
      </w:pPr>
      <w:r>
        <w:t>چوائس یہ ہے کہ عجیب کو مانیں یا عجیب تر کو مانیں۔ یعنی اسٹرینج کو مانیں یا اسٹرینجر کو مانیں۔ تو ظاہر ہے کوئی بھی آدمی اسٹرینجر کے مقابلے میں اسٹرینج کو مانے گا۔</w:t>
      </w:r>
    </w:p>
    <w:p>
      <w:r>
        <w:rPr>
          <w:b/>
        </w:rPr>
        <w:t xml:space="preserve">[16:33] </w:t>
      </w:r>
      <w:r>
        <w:t>kyunke woh aizar choais hai. to aap taajub karenge ke is lajik ko unhon ne mana aur woh khamosh ho gae.</w:t>
      </w:r>
    </w:p>
    <w:p>
      <w:pPr>
        <w:jc w:val="right"/>
      </w:pPr>
      <w:r>
        <w:t>کیونکہ وہ ایزر چوائس ہے۔ تو آپ تعجب کریں گے کہ اس لاجک کو انہوں نے مانا اور وہ خاموش ہو گئے۔</w:t>
      </w:r>
    </w:p>
    <w:p>
      <w:r>
        <w:rPr>
          <w:b/>
        </w:rPr>
        <w:t xml:space="preserve">[16:44] </w:t>
      </w:r>
      <w:r>
        <w:t>shayad unhon ne yeh to nahi kaha ke mein aaj se</w:t>
      </w:r>
    </w:p>
    <w:p>
      <w:pPr>
        <w:jc w:val="right"/>
      </w:pPr>
      <w:r>
        <w:t>شاید انہوں نے یہ تو نہیں کہا کہ میں آج سے</w:t>
      </w:r>
    </w:p>
    <w:p>
      <w:r>
        <w:rPr>
          <w:b/>
        </w:rPr>
        <w:t xml:space="preserve">[16:52] </w:t>
      </w:r>
      <w:r>
        <w:t>yani shayad unhon ne yeh to nahi kaha ke mein mein ghalt tha ab tak. aaj mein ne sachai ko paya hai. lekin woh chup ho gae.</w:t>
      </w:r>
    </w:p>
    <w:p>
      <w:pPr>
        <w:jc w:val="right"/>
      </w:pPr>
      <w:r>
        <w:t>یعنی شاید انہوں نے یہ تو نہیں کہا کہ میں میں غلط تھا اب تک۔ آج میں نے سچائی کو پایا ہے۔ لیکن وہ چپ ہو گئے۔</w:t>
      </w:r>
    </w:p>
    <w:p>
      <w:r>
        <w:rPr>
          <w:b/>
        </w:rPr>
        <w:t xml:space="preserve">[17:06] </w:t>
      </w:r>
      <w:r>
        <w:t>jab ek intalectual ya educated aadmi chup ho jaye to samajh lijiye ke is ka dil is ke dil ne is ko man liya.</w:t>
      </w:r>
    </w:p>
    <w:p>
      <w:pPr>
        <w:jc w:val="right"/>
      </w:pPr>
      <w:r>
        <w:t>جب ایک انٹلیکچول یا ایجوکیٹڈ آدمی چپ ہو جائے تو سمجھ لیجئے کہ اس کا دل اس کے دل نے اس کو مان لیا۔</w:t>
      </w:r>
    </w:p>
    <w:p>
      <w:r>
        <w:rPr>
          <w:b/>
        </w:rPr>
        <w:t xml:space="preserve">[17:17] </w:t>
      </w:r>
      <w:r>
        <w:t>is ke dil ne is ko man liya. to mujhe yeh formula boht hi strong maloom hota hai.</w:t>
      </w:r>
    </w:p>
    <w:p>
      <w:pPr>
        <w:jc w:val="right"/>
      </w:pPr>
      <w:r>
        <w:t>اس کے دل نے اس کو مان لیا۔ تو مجھے یہ فارمولا بہت ہی سٹرانگ معلوم ہوتا ہے۔</w:t>
      </w:r>
    </w:p>
    <w:p>
      <w:r>
        <w:rPr>
          <w:b/>
        </w:rPr>
        <w:t xml:space="preserve">[17:27] </w:t>
      </w:r>
      <w:r>
        <w:t>ke khuda ko manna ajib hai lekin khuda ko na manna is se bhi zyada ajib hai.</w:t>
      </w:r>
    </w:p>
    <w:p>
      <w:pPr>
        <w:jc w:val="right"/>
      </w:pPr>
      <w:r>
        <w:t>کہ خدا کو ماننا عجیب ہے لیکن خدا کو نہ ماننا اس سے بھی زیادہ عجیب ہے۔</w:t>
      </w:r>
    </w:p>
    <w:p>
      <w:r>
        <w:rPr>
          <w:b/>
        </w:rPr>
        <w:t xml:space="preserve">[17:35] </w:t>
      </w:r>
      <w:r>
        <w:t>to jab mein khuda ko manta hun to mein ajib tar ko chhod kar ajib ko ka choais leta hun.</w:t>
      </w:r>
    </w:p>
    <w:p>
      <w:pPr>
        <w:jc w:val="right"/>
      </w:pPr>
      <w:r>
        <w:t>تو جب میں خدا کو مانتا ہوں تو میں عجیب تر کو چھوڑ کر عجیب کو کا چوائس لیتا ہوں۔</w:t>
      </w:r>
    </w:p>
    <w:p>
      <w:r>
        <w:rPr>
          <w:b/>
        </w:rPr>
        <w:t xml:space="preserve">[17:49] </w:t>
      </w:r>
      <w:r>
        <w:t>ab mein kuch baaten arz karunga espirichuality ke bare mein. dekhiye espirichuality ek to yani</w:t>
      </w:r>
    </w:p>
    <w:p>
      <w:pPr>
        <w:jc w:val="right"/>
      </w:pPr>
      <w:r>
        <w:t>اب میں کچھ باتیں عرض کروں گا اسپیریچولیٹی کے بارے میں۔ دیکھیے اسپیریچولیٹی ایک تو یعنی</w:t>
      </w:r>
    </w:p>
    <w:p>
      <w:r>
        <w:rPr>
          <w:b/>
        </w:rPr>
        <w:t xml:space="preserve">[18:01] </w:t>
      </w:r>
      <w:r>
        <w:t>peorli theoretical sense mein hoti hai. lekin is waqt mein is cheez pe kahunga jis ke bare mein ek shakhs ne kaha hai aplaid espirichuality.</w:t>
      </w:r>
    </w:p>
    <w:p>
      <w:pPr>
        <w:jc w:val="right"/>
      </w:pPr>
      <w:r>
        <w:t>پیورلی تھیٹیکل سینس میں ہوتی ہے۔ لیکن اس وقت میں اس چیز پہ کہوں گا جس کے بارے میں ایک شخص نے کہا ہے اپلائیڈ اسپیریچولیٹی۔</w:t>
      </w:r>
    </w:p>
    <w:p>
      <w:r>
        <w:rPr>
          <w:b/>
        </w:rPr>
        <w:t xml:space="preserve">[18:14] </w:t>
      </w:r>
      <w:r>
        <w:t>ek scholar ne ek word use kiya hai aplaid espirichuality. matlab espirichual</w:t>
      </w:r>
    </w:p>
    <w:p>
      <w:pPr>
        <w:jc w:val="right"/>
      </w:pPr>
      <w:r>
        <w:t>ایک اسکالر نے ایک ورڈ یوز کیا ہے اپلائیڈ اسپیریچولیٹی۔ مطلب اسپیریچول</w:t>
      </w:r>
    </w:p>
    <w:p>
      <w:r>
        <w:rPr>
          <w:b/>
        </w:rPr>
        <w:t xml:space="preserve">[18:25] </w:t>
      </w:r>
      <w:r>
        <w:t>espirichual sol ya espirichual maind jab external world mein zahir ho to is se kya character banta hai? kya behavior banta hai? woh hai aplaid espirichuality. is ko in adar words aap yeh bhi keh sakte hain ke ruhani kirdar ya espirichual character.</w:t>
      </w:r>
    </w:p>
    <w:p>
      <w:pPr>
        <w:jc w:val="right"/>
      </w:pPr>
      <w:r>
        <w:t>اسپیریچول سول یا اسپیریچول مائنڈ جب ایکسٹرنل ورلڈ میں ظاہر ہو تو اس سے کیا کریکٹر بنتا ہے؟</w:t>
      </w:r>
    </w:p>
    <w:p>
      <w:r>
        <w:rPr>
          <w:b/>
        </w:rPr>
        <w:t xml:space="preserve">[18:36] </w:t>
      </w:r>
      <w:r>
        <w:t>aplaid espirichuality ka matlab hai espirichual character. to jahan tak mein ne samjha hai</w:t>
      </w:r>
    </w:p>
    <w:p>
      <w:pPr>
        <w:jc w:val="right"/>
      </w:pPr>
      <w:r>
        <w:t>کیا بیہیویئر بنتا ہے؟ وہ ہے اپلائیڈ اسپیریچولیٹی۔ اس کو ان ادر ورڈز آپ یہ بھی کہہ سکتے ہیں کہ روحانی کردار یا اسپیریچول کریکٹر۔</w:t>
      </w:r>
    </w:p>
    <w:p>
      <w:r>
        <w:rPr>
          <w:b/>
        </w:rPr>
        <w:t xml:space="preserve">[18:52] </w:t>
      </w:r>
      <w:r>
        <w:t>applied spirituality ka matlab hai spiritual character. to jahan tak maine samjha hai</w:t>
      </w:r>
    </w:p>
    <w:p>
      <w:pPr>
        <w:jc w:val="right"/>
      </w:pPr>
      <w:r>
        <w:t>اپلائیڈ اسپیریچولیٹی کا مطلب ہے اسپیریچول کریکٹر۔ تو جہاں تک میں نے سمجھا ہے</w:t>
      </w:r>
    </w:p>
    <w:p>
      <w:r>
        <w:rPr>
          <w:b/>
        </w:rPr>
        <w:t xml:space="preserve">[19:04] </w:t>
      </w:r>
      <w:r>
        <w:t>espirichuality jab kaise translate hoti hai social behaviour mein. sochne ki baat yeh hai ke espirichuality kaise translate hoti hai aap ke character mein aap ke behaviour mein aap ki thinking mein aur phir social life mein.</w:t>
      </w:r>
    </w:p>
    <w:p>
      <w:pPr>
        <w:jc w:val="right"/>
      </w:pPr>
      <w:r>
        <w:t>اسپیریچولیٹی جب کیسے ٹرانسلیٹ ہوتی ہے سوشل بیہیویئر میں۔ سوچنے کی بات یہ ہے کہ اسپیریچولیٹی کیسے ٹرانسلیٹ ہوتی ہے آپ کے کریکٹر میں آپ کے بیہیویئر میں آپ کی تھنکنگ میں اور پھر سوشل لائف میں۔</w:t>
      </w:r>
    </w:p>
    <w:p>
      <w:r>
        <w:rPr>
          <w:b/>
        </w:rPr>
        <w:t xml:space="preserve">[19:23] </w:t>
      </w:r>
      <w:r>
        <w:t>to mein samajhta hoon ke is ka tareeqa wohi hai jis ko quran mein tosam kaha gaya hai. tosam.</w:t>
      </w:r>
    </w:p>
    <w:p>
      <w:pPr>
        <w:jc w:val="right"/>
      </w:pPr>
      <w:r>
        <w:t>تو میں سمجھتا ہوں کہ اس کا طریقہ وہی ہے جس کو قرآن میں توسم کہا گیا ہے۔ توسم۔</w:t>
      </w:r>
    </w:p>
    <w:p>
      <w:r>
        <w:rPr>
          <w:b/>
        </w:rPr>
        <w:t xml:space="preserve">[19:34] </w:t>
      </w:r>
      <w:r>
        <w:t>mein ne is pe bohat socha lekin aakhir mein jis pe mein mutayyan hua woh yahi hai ke tosam hi zariya hai espirichuality ko yani applied espirichuality tak laane ka.</w:t>
      </w:r>
    </w:p>
    <w:p>
      <w:pPr>
        <w:jc w:val="right"/>
      </w:pPr>
      <w:r>
        <w:t>میں نے اس پہ بہت سوچا لیکن آخر میں جس پہ میں متعین ہوا وہ یہی ہے کہ توسم ہی ذریعہ ہے اسپیریچولیٹی کو یعنی اپلائیڈ اسپیریچولیٹی تک لانے کا۔</w:t>
      </w:r>
    </w:p>
    <w:p>
      <w:r>
        <w:rPr>
          <w:b/>
        </w:rPr>
        <w:t xml:space="preserve">[19:51] </w:t>
      </w:r>
      <w:r>
        <w:t>tosam kya hai? tosam ka matlab hai to draw lessons. aapas aap ke aas paas ki jo duniya hai daily jo aap ko experience hota hai us se lesson nikalna.</w:t>
      </w:r>
    </w:p>
    <w:p>
      <w:pPr>
        <w:jc w:val="right"/>
      </w:pPr>
      <w:r>
        <w:t>توسم کیا ہے؟ توسم کا مطلب ہے ٹو ڈرا لیسنز۔ آپس آپ کے اس پاس کی جو دنیا ہے ڈیلی جو آپ کو ایکسپیرینس ہوتا ہے اس سے لیسن نکالنا۔</w:t>
      </w:r>
    </w:p>
    <w:p>
      <w:r>
        <w:rPr>
          <w:b/>
        </w:rPr>
        <w:t xml:space="preserve">[20:12] </w:t>
      </w:r>
      <w:r>
        <w:t>us se lesson lena.</w:t>
      </w:r>
    </w:p>
    <w:p>
      <w:pPr>
        <w:jc w:val="right"/>
      </w:pPr>
      <w:r>
        <w:t>اس سے لیسن لینا۔</w:t>
      </w:r>
    </w:p>
    <w:p>
      <w:r>
        <w:rPr>
          <w:b/>
        </w:rPr>
        <w:t xml:space="preserve">[20:18] </w:t>
      </w:r>
      <w:r>
        <w:t>lekin yeh yeh simple baat nahi hai. is liye ke mostly yeh hota hai ke hum ko sad experience hotay hain. sad experience.</w:t>
      </w:r>
    </w:p>
    <w:p>
      <w:pPr>
        <w:jc w:val="right"/>
      </w:pPr>
      <w:r>
        <w:t>لیکن یہ یہ سمپل بات نہیں ہے۔ اس لیے کہ موسٹلی یہ ہوتا ہے کہ ہم کو سیڈ ایکسپیرینس ہوتے ہیں۔ سیڈ ایکسپیرینس۔</w:t>
      </w:r>
    </w:p>
    <w:p>
      <w:r>
        <w:rPr>
          <w:b/>
        </w:rPr>
        <w:t xml:space="preserve">[20:30] </w:t>
      </w:r>
      <w:r>
        <w:t>hamari society mein</w:t>
      </w:r>
    </w:p>
    <w:p>
      <w:pPr>
        <w:jc w:val="right"/>
      </w:pPr>
      <w:r>
        <w:t>ہماری سوسائٹی میں</w:t>
      </w:r>
    </w:p>
    <w:p>
      <w:r>
        <w:rPr>
          <w:b/>
        </w:rPr>
        <w:t xml:space="preserve">[20:34] </w:t>
      </w:r>
      <w:r>
        <w:t>khushgawar tajrubaat to bohat kam hotay hain. mostly sad experience hotay hain. is liye aadmi ko art of conversion aana chahiye.</w:t>
      </w:r>
    </w:p>
    <w:p>
      <w:pPr>
        <w:jc w:val="right"/>
      </w:pPr>
      <w:r>
        <w:t>خوشگوار تجربات تو بہت کم ہوتے ہیں۔ موسٹلی سیڈ ایکسپیرینس ہوتے ہیں۔ اس لیے آدمی کو آرٹ آف کنورژن آنا چاہیے۔</w:t>
      </w:r>
    </w:p>
    <w:p>
      <w:r>
        <w:rPr>
          <w:b/>
        </w:rPr>
        <w:t xml:space="preserve">[20:48] </w:t>
      </w:r>
      <w:r>
        <w:t>art of conversion. yani negative experience ko positive mein convert karna.</w:t>
      </w:r>
    </w:p>
    <w:p>
      <w:pPr>
        <w:jc w:val="right"/>
      </w:pPr>
      <w:r>
        <w:t>آرٹ آف کنورژن۔ یعنی نیگیٹیو ایکسپیرینس کو پازیٹیو میں کنورٹ کرنا۔</w:t>
      </w:r>
    </w:p>
    <w:p>
      <w:r>
        <w:rPr>
          <w:b/>
        </w:rPr>
        <w:t xml:space="preserve">[21:00] </w:t>
      </w:r>
      <w:r>
        <w:t>you have to know the art of converting negativity into positivity. yeh hai isi ka naam hai tosam.</w:t>
      </w:r>
    </w:p>
    <w:p>
      <w:pPr>
        <w:jc w:val="right"/>
      </w:pPr>
      <w:r>
        <w:t>یو ہیو ٹو نو دا آرٹ آف کنورٹنگ نیگیٹیوٹی انٹو پازیٹیوٹی۔ یہ ہے اسی کا نام ہے توسم۔</w:t>
      </w:r>
    </w:p>
    <w:p>
      <w:r>
        <w:rPr>
          <w:b/>
        </w:rPr>
        <w:t xml:space="preserve">[21:10] </w:t>
      </w:r>
      <w:r>
        <w:t>aur jab tak yeh art aadmi ko na aaye kabhi bhi woh espirichuality ka test nahi pa sakta.</w:t>
      </w:r>
    </w:p>
    <w:p>
      <w:pPr>
        <w:jc w:val="right"/>
      </w:pPr>
      <w:r>
        <w:t>اور جب تک یہ آرٹ آدمی کو نہ آئے کبھی بھی وہ اسپیریچولیٹی کا ٹیسٹ نہیں پا سکتا۔</w:t>
      </w:r>
    </w:p>
    <w:p>
      <w:r>
        <w:rPr>
          <w:b/>
        </w:rPr>
        <w:t xml:space="preserve">[21:23] </w:t>
      </w:r>
      <w:r>
        <w:t>Spirituality is ki life mein, uski zindagi mein translate nahin ho sakti.</w:t>
      </w:r>
    </w:p>
    <w:p>
      <w:pPr>
        <w:jc w:val="right"/>
      </w:pPr>
      <w:r>
        <w:t>اسپیریچولیٹی اس کی لائف میں اس کی زندگی میں ٹرانسلیٹ نہیں ہو سکتی۔</w:t>
      </w:r>
    </w:p>
    <w:p>
      <w:r>
        <w:rPr>
          <w:b/>
        </w:rPr>
        <w:t xml:space="preserve">[21:30] </w:t>
      </w:r>
      <w:r>
        <w:t>tu toosam ka jo art hai</w:t>
      </w:r>
    </w:p>
    <w:p>
      <w:pPr>
        <w:jc w:val="right"/>
      </w:pPr>
      <w:r>
        <w:t>تو توسم کا جو آرٹ ہے</w:t>
      </w:r>
    </w:p>
    <w:p>
      <w:r>
        <w:rPr>
          <w:b/>
        </w:rPr>
        <w:t xml:space="preserve">[21:34] </w:t>
      </w:r>
      <w:r>
        <w:t>ke cheezon ko chahay wo positive experience ho ya negative experience ho</w:t>
      </w:r>
    </w:p>
    <w:p>
      <w:pPr>
        <w:jc w:val="right"/>
      </w:pPr>
      <w:r>
        <w:t>کہ چیزوں کو چاہے وہ پازیٹیو ایکسپیرینس ہو یا نیگیٹیو ایکسپیرینس ہو</w:t>
      </w:r>
    </w:p>
    <w:p>
      <w:r>
        <w:rPr>
          <w:b/>
        </w:rPr>
        <w:t xml:space="preserve">[21:40] </w:t>
      </w:r>
      <w:r>
        <w:t>donon halaton mein is ko convert karna</w:t>
      </w:r>
    </w:p>
    <w:p>
      <w:pPr>
        <w:jc w:val="right"/>
      </w:pPr>
      <w:r>
        <w:t>دونوں حالتوں میں اس کو کنورٹ کرنا</w:t>
      </w:r>
    </w:p>
    <w:p>
      <w:r>
        <w:rPr>
          <w:b/>
        </w:rPr>
        <w:t xml:space="preserve">[21:46] </w:t>
      </w:r>
      <w:r>
        <w:t>spiritual lesson mein</w:t>
      </w:r>
    </w:p>
    <w:p>
      <w:pPr>
        <w:jc w:val="right"/>
      </w:pPr>
      <w:r>
        <w:t>اسپیریچول لیسن میں</w:t>
      </w:r>
    </w:p>
    <w:p>
      <w:r>
        <w:rPr>
          <w:b/>
        </w:rPr>
        <w:t xml:space="preserve">[21:48] </w:t>
      </w:r>
      <w:r>
        <w:t>اسی سے آپ اپنے آپ کو spiritual personality بنا پاتے ہیں۔</w:t>
      </w:r>
    </w:p>
    <w:p>
      <w:pPr>
        <w:jc w:val="right"/>
      </w:pPr>
      <w:r>
        <w:t>اسی سے آپ اپنے آپ کو اسپیریچول پرسنیلٹی بنا پاتے ہیں۔</w:t>
      </w:r>
    </w:p>
    <w:p>
      <w:r>
        <w:rPr>
          <w:b/>
        </w:rPr>
        <w:t xml:space="preserve">[21:55] </w:t>
      </w:r>
      <w:r>
        <w:t>mein chand ek example deta hoon aap ko. mein aik baar aik darya ke kinare khara hua tha.</w:t>
      </w:r>
    </w:p>
    <w:p>
      <w:pPr>
        <w:jc w:val="right"/>
      </w:pPr>
      <w:r>
        <w:t>میں چند ایک ایگزامپل دیتا ہوں آپ کو۔ میں ایک بار ایک دریا کے کنارے کھڑا ہوا تھا۔</w:t>
      </w:r>
    </w:p>
    <w:p>
      <w:r>
        <w:rPr>
          <w:b/>
        </w:rPr>
        <w:t xml:space="preserve">[22:04] </w:t>
      </w:r>
      <w:r>
        <w:t>aik river. to wahan par river ke kinare aik taraf rock thi. pathar ki chataan.</w:t>
      </w:r>
    </w:p>
    <w:p>
      <w:pPr>
        <w:jc w:val="right"/>
      </w:pPr>
      <w:r>
        <w:t>ایک ریور۔ تو وہاں پر ریور کے کنارے ایک طرف راک تھی۔ پتھر کی چٹان۔</w:t>
      </w:r>
    </w:p>
    <w:p>
      <w:r>
        <w:rPr>
          <w:b/>
        </w:rPr>
        <w:t xml:space="preserve">[22:15] </w:t>
      </w:r>
      <w:r>
        <w:t>rock. solid rock. to yeh river jo thi yeh darya is rock se mil kar behti thi. wahan mein khara ho kar dekhne laga.</w:t>
      </w:r>
    </w:p>
    <w:p>
      <w:pPr>
        <w:jc w:val="right"/>
      </w:pPr>
      <w:r>
        <w:t>راک۔ سولڈ راک۔ تو یہ ریور جو تھی یہ دریا اس راک سے مل کر بہتی تھی۔ وہاں میں کھڑا ہو کر دیکھنے لگا۔</w:t>
      </w:r>
    </w:p>
    <w:p>
      <w:r>
        <w:rPr>
          <w:b/>
        </w:rPr>
        <w:t xml:space="preserve">[22:28] </w:t>
      </w:r>
      <w:r>
        <w:t>to mein ne paaya ke rock jo hai woh bohat ziyada ghus gayi hai. ghasi hui hai. to mein ne socha ke yeh pani dekhen pani kitni naram cheez hai.</w:t>
      </w:r>
    </w:p>
    <w:p>
      <w:pPr>
        <w:jc w:val="right"/>
      </w:pPr>
      <w:r>
        <w:t>تو میں نے پایا کہ راک جو ہے وہ بہت زیادہ گھس گئی ہے۔ گھسی ہوئی ہے۔ تو میں نے سوچا کہ یہ پانی دیکھیں پانی کتنی نرم چیز ہے۔</w:t>
      </w:r>
    </w:p>
    <w:p>
      <w:r>
        <w:rPr>
          <w:b/>
        </w:rPr>
        <w:t xml:space="preserve">[22:43] </w:t>
      </w:r>
      <w:r>
        <w:t>pani to sabza naram cheez hai. koi bhi cheez itni naram nahi hai jitna ke pani hai. lekin bohat dinon tak jab pani flow karta raha pani behta raha is chataan se mil kar to chataan ghus gayi.</w:t>
      </w:r>
    </w:p>
    <w:p>
      <w:pPr>
        <w:jc w:val="right"/>
      </w:pPr>
      <w:r>
        <w:t>پانی تو سبزہ نرم چیز ہے۔ کوئی بھی چیز اتنی نرم نہیں ہے جتنا کہ پانی ہے۔ لیکن بہت دنوں تک جب پانی فلو کرتا رہا پانی بہتا رہا اس چٹان سے مل کر تو چٹان گھس گئی۔</w:t>
      </w:r>
    </w:p>
    <w:p>
      <w:r>
        <w:rPr>
          <w:b/>
        </w:rPr>
        <w:t xml:space="preserve">[23:05] </w:t>
      </w:r>
      <w:r>
        <w:t>to mujhe yaad aaya ke aik shayar thay ismail bereti unhon ne kaha tha ke jo pathar par pani paray mutasil to ghus jaye be shubah pathar ke sil.</w:t>
      </w:r>
    </w:p>
    <w:p>
      <w:pPr>
        <w:jc w:val="right"/>
      </w:pPr>
      <w:r>
        <w:t>تو مجھے یاد آیا کہ ایک شاعر تھے اسماعیل بیریٹی انہوں نے کہا تھا کہ جو پتھر پر پانی پڑے متصل تو گھس جائے بے شبہ پتھر کے سل۔</w:t>
      </w:r>
    </w:p>
    <w:p>
      <w:r>
        <w:rPr>
          <w:b/>
        </w:rPr>
        <w:t xml:space="preserve">[23:23] </w:t>
      </w:r>
      <w:r>
        <w:t>jo pathar par pani paray mutasil mutasil matlab continuously to ghus jaye be shubah pathar ke sil.</w:t>
      </w:r>
    </w:p>
    <w:p>
      <w:pPr>
        <w:jc w:val="right"/>
      </w:pPr>
      <w:r>
        <w:t>جو پتھر پر پانی پڑے متصل متصل مطلب کنٹینیوسلی تو گھس جائے بے شبہ پتھر کے سل۔</w:t>
      </w:r>
    </w:p>
    <w:p>
      <w:r>
        <w:rPr>
          <w:b/>
        </w:rPr>
        <w:t xml:space="preserve">[23:34] </w:t>
      </w:r>
      <w:r>
        <w:t>to dekhiye yeh yani pathar mein erosion ki misaal thi. yani pani ke flow ki wajah se pathar mein erosion hua.</w:t>
      </w:r>
    </w:p>
    <w:p>
      <w:pPr>
        <w:jc w:val="right"/>
      </w:pPr>
      <w:r>
        <w:t>تو دیکھیے یہ یعنی پتھر میں ایروژن کی مثال تھی۔ یعنی پانی کے فلو کی وجہ سے پتھر میں ایروژن ہوا۔</w:t>
      </w:r>
    </w:p>
    <w:p>
      <w:r>
        <w:rPr>
          <w:b/>
        </w:rPr>
        <w:t xml:space="preserve">[23:45] </w:t>
      </w:r>
      <w:r>
        <w:t>pathar mein katao hua. ab mein sochne laga ke is mein kya lesson hai. to mein ne socha ke har cheez is duniya mein possible hai.</w:t>
      </w:r>
    </w:p>
    <w:p>
      <w:pPr>
        <w:jc w:val="right"/>
      </w:pPr>
      <w:r>
        <w:t>پتھر میں کٹاؤ ہوا۔ اب میں سوچنے لگا کہ اس میں کیا لیسن ہے۔ تو میں نے سوچا کہ ہر چیز اس دنیا میں پاسیبل ہے۔</w:t>
      </w:r>
    </w:p>
    <w:p>
      <w:r>
        <w:rPr>
          <w:b/>
        </w:rPr>
        <w:t xml:space="preserve">[23:58] </w:t>
      </w:r>
      <w:r>
        <w:t>everything is possible in this world. yeh bhi possible hai ke pani pathar ko kaate. kitni anokhi baat hai ke pani pathar ko kaate.</w:t>
      </w:r>
    </w:p>
    <w:p>
      <w:pPr>
        <w:jc w:val="right"/>
      </w:pPr>
      <w:r>
        <w:t>ایوری تھنگ از پاسیبل ان دس ورلڈ۔ یہ بھی پاسیبل ہے کہ پانی پتھر کو کاٹے۔ کتنی انوکھی بات ہے کہ پانی پتھر کو کاٹے۔</w:t>
      </w:r>
    </w:p>
    <w:p>
      <w:r>
        <w:rPr>
          <w:b/>
        </w:rPr>
        <w:t xml:space="preserve">[24:10] </w:t>
      </w:r>
      <w:r>
        <w:t>lekin mere samne kata hua yani eroded pathar maujood tha.</w:t>
      </w:r>
    </w:p>
    <w:p>
      <w:pPr>
        <w:jc w:val="right"/>
      </w:pPr>
      <w:r>
        <w:t>لیکن میرے سامنے کٹا ہوا یعنی ایروڈڈ پتھر موجود تھا۔</w:t>
      </w:r>
    </w:p>
    <w:p>
      <w:r>
        <w:rPr>
          <w:b/>
        </w:rPr>
        <w:t xml:space="preserve">[24:18] </w:t>
      </w:r>
      <w:r>
        <w:t>to khuda ne is duniya mein is tarah ki misaalain rakh kar hamein yeh bataya hai ke everything is possible in this world.</w:t>
      </w:r>
    </w:p>
    <w:p>
      <w:pPr>
        <w:jc w:val="right"/>
      </w:pPr>
      <w:r>
        <w:t>تو خدا نے اس دنیا میں اس طرح کی مثالیں رکھ کر ہمیں یہ بتایا ہے کہ ایوری تھنگ از پاسیبل ان دس ورلڈ۔</w:t>
      </w:r>
    </w:p>
    <w:p>
      <w:r>
        <w:rPr>
          <w:b/>
        </w:rPr>
        <w:t xml:space="preserve">[24:33] </w:t>
      </w:r>
      <w:r>
        <w:t>yani kabhi tum ko frustration mein nahi hona chahiye. kabhi tum ko tension mein nahi padna chahiye. kabhi tumhari hope khatam nahi hona chahiye.</w:t>
      </w:r>
    </w:p>
    <w:p>
      <w:pPr>
        <w:jc w:val="right"/>
      </w:pPr>
      <w:r>
        <w:t>یعنی کبھی تم کو فرسٹریشن میں نہیں ہونا چاہیے۔ کبھی تم کو ٹینشن میں نہیں پڑنا چاہیے۔ کبھی تمہاری ہوپ ختم نہیں ہونا چاہیے۔</w:t>
      </w:r>
    </w:p>
    <w:p>
      <w:r>
        <w:rPr>
          <w:b/>
        </w:rPr>
        <w:t xml:space="preserve">[24:48] </w:t>
      </w:r>
      <w:r>
        <w:t>agar tum ne ek plan banaya ek kaam kiya aur woh kaam fail ho gaya to try try try again dobara koshish karo dobara koshish karo dobara koshish karo.</w:t>
      </w:r>
    </w:p>
    <w:p>
      <w:pPr>
        <w:jc w:val="right"/>
      </w:pPr>
      <w:r>
        <w:t>اگر تم نے ایک پلان بنایا ایک کام کیا اور وہ کام فیل ہو گیا تو ٹرائی ٹرائی ٹرائی اگین دوبارہ کوشش کرو دوبارہ کوشش کرو دوبارہ کوشش کرو۔</w:t>
      </w:r>
    </w:p>
    <w:p>
      <w:r>
        <w:rPr>
          <w:b/>
        </w:rPr>
        <w:t xml:space="preserve">[25:06] </w:t>
      </w:r>
      <w:r>
        <w:t>to yeh anokhi misaal hai ke nature mein</w:t>
      </w:r>
    </w:p>
    <w:p>
      <w:pPr>
        <w:jc w:val="right"/>
      </w:pPr>
      <w:r>
        <w:t>تو یہ انوکھی مثال ہے کہ نیچر میں</w:t>
      </w:r>
    </w:p>
    <w:p>
      <w:r>
        <w:rPr>
          <w:b/>
        </w:rPr>
        <w:t xml:space="preserve">[25:14] </w:t>
      </w:r>
      <w:r>
        <w:t>pani jaisi naram cheez pathar ko kaat dalati hai.</w:t>
      </w:r>
    </w:p>
    <w:p>
      <w:pPr>
        <w:jc w:val="right"/>
      </w:pPr>
      <w:r>
        <w:t>پانی جیسی نرم چیز پتھر کو کاٹ ڈالتی ہے۔</w:t>
      </w:r>
    </w:p>
    <w:p>
      <w:r>
        <w:rPr>
          <w:b/>
        </w:rPr>
        <w:t xml:space="preserve">[25:20] </w:t>
      </w:r>
      <w:r>
        <w:t>to is tarah se ek extremist example dunya ke samne rakh diya gaya agar tum chahte ho kuch karna to koi bhi hurdle koi bhi difficulty koi problem tumhare liye rukawat nahi banega.</w:t>
      </w:r>
    </w:p>
    <w:p>
      <w:pPr>
        <w:jc w:val="right"/>
      </w:pPr>
      <w:r>
        <w:t>تو اس طرح سے ایک ایکسٹریمسٹ ایگزیمپل دنیا کے سامنے رکھ دیا گیا اگر تم چاہتے ہو کچھ کرنا تو کوئی بھی ہرڈل کوئی بھی ڈیفیکلٹی کوئی پرابلم تمہارے لیے رکاوٹ نہیں بنے گا۔</w:t>
      </w:r>
    </w:p>
    <w:p>
      <w:r>
        <w:rPr>
          <w:b/>
        </w:rPr>
        <w:t xml:space="preserve">[25:37] </w:t>
      </w:r>
      <w:r>
        <w:t>pani jaisi naram cheez ke liye rukawat nahi hai jo pathar ko kaat dale to tumhare liye kaise rukawat ban sakta hai.</w:t>
      </w:r>
    </w:p>
    <w:p>
      <w:pPr>
        <w:jc w:val="right"/>
      </w:pPr>
      <w:r>
        <w:t>پانی جیسی نرم چیز کے لیے رکاوٹ نہیں ہے جو پتھر کو کاٹ ڈالے تو تمہارے لیے کیسے رکاوٹ بن سکتا ہے۔</w:t>
      </w:r>
    </w:p>
    <w:p>
      <w:r>
        <w:rPr>
          <w:b/>
        </w:rPr>
        <w:t xml:space="preserve">[25:47] </w:t>
      </w:r>
      <w:r>
        <w:t>aise hi ek baar mein hamara jo jahan mein rehta tha pehle gaon mein to wahan par ek anokha scene tha is zamane mein aap ko pata nahi hai ke nahi hai.</w:t>
      </w:r>
    </w:p>
    <w:p>
      <w:pPr>
        <w:jc w:val="right"/>
      </w:pPr>
      <w:r>
        <w:t>ایسے ہی ایک بار میں ہمارا جو جہاں میں رہتا تھا پہلے گاؤں میں تو وہاں پر ایک انوکھا سین تھا اس زمانے میں آپ کو پتہ نہیں ہے کہ نہیں ہے۔</w:t>
      </w:r>
    </w:p>
    <w:p>
      <w:r>
        <w:rPr>
          <w:b/>
        </w:rPr>
        <w:t xml:space="preserve">[26:01] </w:t>
      </w:r>
      <w:r>
        <w:t>kuch pead the ek jagah is ko mahua kehte hain mahua ka pead mahwa to yeh pead bohat bade bade hote hain.</w:t>
      </w:r>
    </w:p>
    <w:p>
      <w:pPr>
        <w:jc w:val="right"/>
      </w:pPr>
      <w:r>
        <w:t>کچھ پیڑ تھے ایک جگہ اس کو مہوا کہتے ہیں مہوا کا پیڑ ایم اے ایچ ڈبلیو اے تو یہ پیڑ بہت بڑے بڑے ہوتے ہیں۔</w:t>
      </w:r>
    </w:p>
    <w:p>
      <w:r>
        <w:rPr>
          <w:b/>
        </w:rPr>
        <w:t xml:space="preserve">[26:12] </w:t>
      </w:r>
      <w:r>
        <w:t>to kabhi wahan par rain aayi hogi sailab aaya hoga to pani jarr ke yani jarr ki taraf jo mitti hai woh bohat zyada beh gayi thi.</w:t>
      </w:r>
    </w:p>
    <w:p>
      <w:pPr>
        <w:jc w:val="right"/>
      </w:pPr>
      <w:r>
        <w:t>تو کبھی وہاں پر رین آئی ہوگی سیلاب آیا ہوگا تو پانی جڑ کے یعنی جڑ کی طرف جو مٹی ہے وہ بہت زیادہ بہہ گئی تھی۔</w:t>
      </w:r>
    </w:p>
    <w:p>
      <w:r>
        <w:rPr>
          <w:b/>
        </w:rPr>
        <w:t xml:space="preserve">[26:27] </w:t>
      </w:r>
      <w:r>
        <w:t>yani pead khada hua tha us ke neeche jarein khuli hui thi aisi kyunke pani ne mitti ko baha diya tha.</w:t>
      </w:r>
    </w:p>
    <w:p>
      <w:pPr>
        <w:jc w:val="right"/>
      </w:pPr>
      <w:r>
        <w:t>یعنی پیڑ کھڑا ہوا تھا اس کے نیچے جڑیں کھلی ہوئی تھیں ایسی کیونکہ پانی نے مٹی کو بہا دیا تھا۔</w:t>
      </w:r>
    </w:p>
    <w:p>
      <w:r>
        <w:rPr>
          <w:b/>
        </w:rPr>
        <w:t xml:space="preserve">[26:41] </w:t>
      </w:r>
      <w:r>
        <w:t>is scene ko dekh kar maine yeh discover kiya ke nature ne nature mein ek ajeeb phenomenon hai woh kya pead jitna upar hota hai utna hi zameen mein hota hai.</w:t>
      </w:r>
    </w:p>
    <w:p>
      <w:pPr>
        <w:jc w:val="right"/>
      </w:pPr>
      <w:r>
        <w:t>اس سین کو دیکھ کر میں نے یہ ڈسکور کیا کہ نیچر نے نیچر میں ایک عجیب فیناومینا ہے وہ کیا پیڑ جتنا اوپر ہوتا ہے اتنا ہی زمین میں ہوتا ہے۔</w:t>
      </w:r>
    </w:p>
    <w:p>
      <w:r>
        <w:rPr>
          <w:b/>
        </w:rPr>
        <w:t xml:space="preserve">[26:57] </w:t>
      </w:r>
      <w:r>
        <w:t>kaisi ajeeb baat hai</w:t>
      </w:r>
    </w:p>
    <w:p>
      <w:pPr>
        <w:jc w:val="right"/>
      </w:pPr>
      <w:r>
        <w:t>کیسی عجیب بات ہے</w:t>
      </w:r>
    </w:p>
    <w:p>
      <w:r>
        <w:rPr>
          <w:b/>
        </w:rPr>
        <w:t xml:space="preserve">[26:59] </w:t>
      </w:r>
      <w:r>
        <w:t>aap jante hain ke pead khada hota hai zameen par apne stem par apni branches par lekin pead jitna zameen ke upar hota hai utna hi zameen ke neeche hota hai woh maine apni aankhon se dekha wahan par kabhi zameen mein pead is tarah khada hota hai aur hawaein chalti hain phir bhi woh khada rehta hai woh</w:t>
      </w:r>
    </w:p>
    <w:p>
      <w:pPr>
        <w:jc w:val="right"/>
      </w:pPr>
      <w:r>
        <w:t>آپ جانتے ہیں کہ پیڑ کھڑا ہوتا ہے زمین پر اپنے اسٹیم پر اپنی برانچز پر لیکن پیڑ جتنا زمین کے اوپر ہوتا ہے اتنا ہی زمین کے نیچے ہوتا ہے وہ میں نے اپنی آنکھوں سے دیکھا وہاں پر کبھی زمین میں پیڑ اس طرح کھڑا ہوتا ہے اور ہوائیں چلتی ہیں پھر بھی وہ کھڑا رہتا ہے وہ</w:t>
      </w:r>
    </w:p>
    <w:p>
      <w:r>
        <w:rPr>
          <w:b/>
        </w:rPr>
        <w:t xml:space="preserve">[27:28] </w:t>
      </w:r>
      <w:r>
        <w:t>to yeh example to pead ka jo example hai jitna upar hai utna hi neeche hai isi se pead ko taqat milti hai mazbooti milti hai firmness milti hai</w:t>
      </w:r>
    </w:p>
    <w:p>
      <w:pPr>
        <w:jc w:val="right"/>
      </w:pPr>
      <w:r>
        <w:t>تو یہ ایگزامپل تو پیڑ کا جو ایگزامپل ہے جتنا اوپر ہے اتنا ہی نیچے ہے اسی سے پیڑ کو طاقت ملتی ہے مضبوطی ملتی ہے فرمنس ملتی ہے</w:t>
      </w:r>
    </w:p>
    <w:p>
      <w:r>
        <w:rPr>
          <w:b/>
        </w:rPr>
        <w:t xml:space="preserve">[27:48] </w:t>
      </w:r>
      <w:r>
        <w:t>jis ko hum kehtay hain istahkam consolidation</w:t>
      </w:r>
    </w:p>
    <w:p>
      <w:pPr>
        <w:jc w:val="right"/>
      </w:pPr>
      <w:r>
        <w:t>جس کو ہم کہتے ہیں استحکام کنسولیڈیشن</w:t>
      </w:r>
    </w:p>
    <w:p>
      <w:r>
        <w:rPr>
          <w:b/>
        </w:rPr>
        <w:t xml:space="preserve">[27:53] </w:t>
      </w:r>
      <w:r>
        <w:t>consolidation milta hai</w:t>
      </w:r>
    </w:p>
    <w:p>
      <w:pPr>
        <w:jc w:val="right"/>
      </w:pPr>
      <w:r>
        <w:t>کنسولیڈیشن ملتا ہے</w:t>
      </w:r>
    </w:p>
    <w:p>
      <w:r>
        <w:rPr>
          <w:b/>
        </w:rPr>
        <w:t xml:space="preserve">[27:56] </w:t>
      </w:r>
      <w:r>
        <w:t>tu ye nature nay dikhaya hai</w:t>
      </w:r>
    </w:p>
    <w:p>
      <w:pPr>
        <w:jc w:val="right"/>
      </w:pPr>
      <w:r>
        <w:t>تو یہ نیچر نے دکھایا ہے</w:t>
      </w:r>
    </w:p>
    <w:p>
      <w:r>
        <w:rPr>
          <w:b/>
        </w:rPr>
        <w:t xml:space="preserve">[28:00] </w:t>
      </w:r>
      <w:r>
        <w:t>ke agar tum</w:t>
      </w:r>
    </w:p>
    <w:p>
      <w:pPr>
        <w:jc w:val="right"/>
      </w:pPr>
      <w:r>
        <w:t>کہ اگر تم</w:t>
      </w:r>
    </w:p>
    <w:p>
      <w:r>
        <w:rPr>
          <w:b/>
        </w:rPr>
        <w:t xml:space="preserve">[28:02] </w:t>
      </w:r>
      <w:r>
        <w:t>chahtay ho ke tum zameen par strong bano</w:t>
      </w:r>
    </w:p>
    <w:p>
      <w:pPr>
        <w:jc w:val="right"/>
      </w:pPr>
      <w:r>
        <w:t>چاہتے ہو کہ تم زمین پر اسٹرانگ بنو</w:t>
      </w:r>
    </w:p>
    <w:p>
      <w:r>
        <w:rPr>
          <w:b/>
        </w:rPr>
        <w:t xml:space="preserve">[28:11] </w:t>
      </w:r>
      <w:r>
        <w:t>تو consolidate consolidate karo apne kaam ko yaani ek hai kaam emotional taur par kar daalna ek hai</w:t>
      </w:r>
    </w:p>
    <w:p>
      <w:pPr>
        <w:jc w:val="right"/>
      </w:pPr>
      <w:r>
        <w:t>تو کنسولیڈیٹڈ کنسولیڈیٹ کرو اپنے کام کو یعنی ایک ہے کام ایموشنل طور پر کر ڈالنا ایک ہے</w:t>
      </w:r>
    </w:p>
    <w:p>
      <w:r>
        <w:rPr>
          <w:b/>
        </w:rPr>
        <w:t xml:space="preserve">[28:20] </w:t>
      </w:r>
      <w:r>
        <w:t>jis ko kehtay hain consolidation istahkam mazbooti</w:t>
      </w:r>
    </w:p>
    <w:p>
      <w:pPr>
        <w:jc w:val="right"/>
      </w:pPr>
      <w:r>
        <w:t>جس کو کہتے ہیں کنسولیڈیشن استحکام مضبوطی</w:t>
      </w:r>
    </w:p>
    <w:p>
      <w:r>
        <w:rPr>
          <w:b/>
        </w:rPr>
        <w:t xml:space="preserve">[28:28] </w:t>
      </w:r>
      <w:r>
        <w:t>aksar log ooper ooper kaam kar dalte hain emotional tor par</w:t>
      </w:r>
    </w:p>
    <w:p>
      <w:pPr>
        <w:jc w:val="right"/>
      </w:pPr>
      <w:r>
        <w:t>اکثر لوگ اوپر اوپر کام کر ڈالتے ہیں ایموشنل طور پر</w:t>
      </w:r>
    </w:p>
    <w:p>
      <w:r>
        <w:rPr>
          <w:b/>
        </w:rPr>
        <w:t xml:space="preserve">[28:34] </w:t>
      </w:r>
      <w:r>
        <w:t>kuch na kuch</w:t>
      </w:r>
    </w:p>
    <w:p>
      <w:pPr>
        <w:jc w:val="right"/>
      </w:pPr>
      <w:r>
        <w:t>کچھ نہ کچھ</w:t>
      </w:r>
    </w:p>
    <w:p>
      <w:r>
        <w:rPr>
          <w:b/>
        </w:rPr>
        <w:t xml:space="preserve">[28:36] </w:t>
      </w:r>
      <w:r>
        <w:t>کچھ کر ڈالتے ہیں لیکن اس کو مستحکم بنانا اس کو consolidate کرنا یہ بتا رہا ہے پیڑ</w:t>
      </w:r>
    </w:p>
    <w:p>
      <w:pPr>
        <w:jc w:val="right"/>
      </w:pPr>
      <w:r>
        <w:t>کچھ کر ڈالتے ہیں لیکن اس کو مستحکم بنانا اس کو کنسولیڈیٹ کرنا یہ بتا رہا ہے پیڑ</w:t>
      </w:r>
    </w:p>
    <w:p>
      <w:r>
        <w:rPr>
          <w:b/>
        </w:rPr>
        <w:t xml:space="preserve">[28:46] </w:t>
      </w:r>
      <w:r>
        <w:t>ke koi kaam agar tum chahtay ho ke wo bohat dair tak tumharay sath rahay is se bohat</w:t>
      </w:r>
    </w:p>
    <w:p>
      <w:pPr>
        <w:jc w:val="right"/>
      </w:pPr>
      <w:r>
        <w:t>کہ کوئی کام اگر تم چاہتے ہو کہ وہ بہت دیر تک تمہارے ساتھ رہے اس سے بہت</w:t>
      </w:r>
    </w:p>
    <w:p>
      <w:r>
        <w:rPr>
          <w:b/>
        </w:rPr>
        <w:t xml:space="preserve">[28:55] </w:t>
      </w:r>
      <w:r>
        <w:t>bara result niklay</w:t>
      </w:r>
    </w:p>
    <w:p>
      <w:pPr>
        <w:jc w:val="right"/>
      </w:pPr>
      <w:r>
        <w:t>بڑا رزلٹ نکلے</w:t>
      </w:r>
    </w:p>
    <w:p>
      <w:r>
        <w:rPr>
          <w:b/>
        </w:rPr>
        <w:t xml:space="preserve">[28:57] </w:t>
      </w:r>
      <w:r>
        <w:t>is se tumhein successful milay tu</w:t>
      </w:r>
    </w:p>
    <w:p>
      <w:pPr>
        <w:jc w:val="right"/>
      </w:pPr>
      <w:r>
        <w:t>اس سے تمہیں سکسیس فل ملے تو</w:t>
      </w:r>
    </w:p>
    <w:p>
      <w:r>
        <w:rPr>
          <w:b/>
        </w:rPr>
        <w:t xml:space="preserve">[29:03] </w:t>
      </w:r>
      <w:r>
        <w:t>consolidate karo apne kaam ko is ki jarr mazboot karo yeh kitni badi misaal hai</w:t>
      </w:r>
    </w:p>
    <w:p>
      <w:pPr>
        <w:jc w:val="right"/>
      </w:pPr>
      <w:r>
        <w:t>کنسولیڈیٹ کرو اپنے کام کو اس کی جڑ مضبوط کرو یہ کتنی بڑی مثال ہے</w:t>
      </w:r>
    </w:p>
    <w:p>
      <w:r>
        <w:rPr>
          <w:b/>
        </w:rPr>
        <w:t xml:space="preserve">[29:12] </w:t>
      </w:r>
      <w:r>
        <w:t>kitni bari misaal hai ye</w:t>
      </w:r>
    </w:p>
    <w:p>
      <w:pPr>
        <w:jc w:val="right"/>
      </w:pPr>
      <w:r>
        <w:t>کتنی بڑی مثال ہے یہ</w:t>
      </w:r>
    </w:p>
    <w:p>
      <w:r>
        <w:rPr>
          <w:b/>
        </w:rPr>
        <w:t xml:space="preserve">[29:15] </w:t>
      </w:r>
      <w:r>
        <w:t>hum jo ye kaam kar rahay hain is mein bhi ye cheez apply hoti hai ke hum apnay</w:t>
      </w:r>
    </w:p>
    <w:p>
      <w:pPr>
        <w:jc w:val="right"/>
      </w:pPr>
      <w:r>
        <w:t>ہم جو یہ کام کر رہے ہیں اس میں بھی یہ چیز اپلائی ہوتی ہے کہ ہم اپنے</w:t>
      </w:r>
    </w:p>
    <w:p>
      <w:r>
        <w:rPr>
          <w:b/>
        </w:rPr>
        <w:t xml:space="preserve">[29:20] </w:t>
      </w:r>
      <w:r>
        <w:t>is kaam ko</w:t>
      </w:r>
    </w:p>
    <w:p>
      <w:pPr>
        <w:jc w:val="right"/>
      </w:pPr>
      <w:r>
        <w:t>اس کام کو</w:t>
      </w:r>
    </w:p>
    <w:p>
      <w:r>
        <w:rPr>
          <w:b/>
        </w:rPr>
        <w:t xml:space="preserve">[29:22] </w:t>
      </w:r>
      <w:r>
        <w:t>mustahkam banayein consolidate karein is ko</w:t>
      </w:r>
    </w:p>
    <w:p>
      <w:pPr>
        <w:jc w:val="right"/>
      </w:pPr>
      <w:r>
        <w:t>مستحکم بنائیں کنسولیڈیٹ کریں اس کو</w:t>
      </w:r>
    </w:p>
    <w:p>
      <w:r>
        <w:rPr>
          <w:b/>
        </w:rPr>
        <w:t xml:space="preserve">[29:27] </w:t>
      </w:r>
      <w:r>
        <w:t>tabhi ye possible hai ke ye</w:t>
      </w:r>
    </w:p>
    <w:p>
      <w:pPr>
        <w:jc w:val="right"/>
      </w:pPr>
      <w:r>
        <w:t>تبھی یہ پاسیبل ہے کہ یہ</w:t>
      </w:r>
    </w:p>
    <w:p>
      <w:r>
        <w:rPr>
          <w:b/>
        </w:rPr>
        <w:t xml:space="preserve">[29:30] </w:t>
      </w:r>
      <w:r>
        <w:t>yani is ka</w:t>
      </w:r>
    </w:p>
    <w:p>
      <w:pPr>
        <w:jc w:val="right"/>
      </w:pPr>
      <w:r>
        <w:t>یعنی اس کا</w:t>
      </w:r>
    </w:p>
    <w:p>
      <w:r>
        <w:rPr>
          <w:b/>
        </w:rPr>
        <w:t xml:space="preserve">[29:32] </w:t>
      </w:r>
      <w:r>
        <w:t>aik koi aik sustainable effort ban sakay</w:t>
      </w:r>
    </w:p>
    <w:p>
      <w:pPr>
        <w:jc w:val="right"/>
      </w:pPr>
      <w:r>
        <w:t>ایک کوئی ایک سسٹینیبل ایفرٹ بن سکے</w:t>
      </w:r>
    </w:p>
    <w:p>
      <w:r>
        <w:rPr>
          <w:b/>
        </w:rPr>
        <w:t xml:space="preserve">[29:36] </w:t>
      </w:r>
      <w:r>
        <w:t>دیکھیں جب تک کسی کام کو اپ consolidate نہ کریں تب تک وہ sustainable نہیں بنتا</w:t>
      </w:r>
    </w:p>
    <w:p>
      <w:pPr>
        <w:jc w:val="right"/>
      </w:pPr>
      <w:r>
        <w:t>دیکھیں جب تک کسی کام کو اپ کنسولیڈیٹ نہ کریں تب تک وہ سسٹینیبل نہیں بنتا</w:t>
      </w:r>
    </w:p>
    <w:p>
      <w:r>
        <w:rPr>
          <w:b/>
        </w:rPr>
        <w:t xml:space="preserve">[29:46] </w:t>
      </w:r>
      <w:r>
        <w:t>tu mein samajhta hoon ke ye nature ki taraf se aik sabak diya gaya hai hum ko</w:t>
      </w:r>
    </w:p>
    <w:p>
      <w:pPr>
        <w:jc w:val="right"/>
      </w:pPr>
      <w:r>
        <w:t>تو میں سمجھتا ہوں کہ یہ نیچر کی طرف سے ایک سبق دیا گیا ہے ہم کو</w:t>
      </w:r>
    </w:p>
    <w:p>
      <w:r>
        <w:rPr>
          <w:b/>
        </w:rPr>
        <w:t xml:space="preserve">[29:53] </w:t>
      </w:r>
      <w:r>
        <w:t>aik aik</w:t>
      </w:r>
    </w:p>
    <w:p>
      <w:pPr>
        <w:jc w:val="right"/>
      </w:pPr>
      <w:r>
        <w:t>ایک ایک</w:t>
      </w:r>
    </w:p>
    <w:p>
      <w:r>
        <w:rPr>
          <w:b/>
        </w:rPr>
        <w:t xml:space="preserve">[29:58] </w:t>
      </w:r>
      <w:r>
        <w:t>aik aik scholar ne jo ke nature ka</w:t>
      </w:r>
    </w:p>
    <w:p>
      <w:pPr>
        <w:jc w:val="right"/>
      </w:pPr>
      <w:r>
        <w:t>ایک ایک اسکالر نے جو کہ نیچر کا</w:t>
      </w:r>
    </w:p>
    <w:p>
      <w:r>
        <w:rPr>
          <w:b/>
        </w:rPr>
        <w:t xml:space="preserve">[30:04] </w:t>
      </w:r>
      <w:r>
        <w:t>shahdai tha jisne nature ki study ki to nature ke bare mein usne bahut hi ek</w:t>
      </w:r>
    </w:p>
    <w:p>
      <w:pPr>
        <w:jc w:val="right"/>
      </w:pPr>
      <w:r>
        <w:t>شہدائی تھا جس نے نیچر کی سٹڈی کی تو نیچر کے بارے میں اس نے بہت ہی ایک</w:t>
      </w:r>
    </w:p>
    <w:p>
      <w:r>
        <w:rPr>
          <w:b/>
        </w:rPr>
        <w:t xml:space="preserve">[30:09] </w:t>
      </w:r>
      <w:r>
        <w:t>anokha remark diya</w:t>
      </w:r>
    </w:p>
    <w:p>
      <w:pPr>
        <w:jc w:val="right"/>
      </w:pPr>
      <w:r>
        <w:t>انوکھا ریمارک دیا</w:t>
      </w:r>
    </w:p>
    <w:p>
      <w:r>
        <w:rPr>
          <w:b/>
        </w:rPr>
        <w:t xml:space="preserve">[30:11] </w:t>
      </w:r>
      <w:r>
        <w:t>is ne kaha ke nature mein aik principal hai jis ko is ne kaha ke all for each</w:t>
      </w:r>
    </w:p>
    <w:p>
      <w:pPr>
        <w:jc w:val="right"/>
      </w:pPr>
      <w:r>
        <w:t>اس نے کہا کہ نیچر میں ایک پرنسپل ہے جس کو اس نے کہا کہ ال فار ایچ</w:t>
      </w:r>
    </w:p>
    <w:p>
      <w:r>
        <w:rPr>
          <w:b/>
        </w:rPr>
        <w:t xml:space="preserve">[30:16] </w:t>
      </w:r>
      <w:r>
        <w:t>each for all</w:t>
      </w:r>
    </w:p>
    <w:p>
      <w:pPr>
        <w:jc w:val="right"/>
      </w:pPr>
      <w:r>
        <w:t>ایچ فار ال</w:t>
      </w:r>
    </w:p>
    <w:p>
      <w:r>
        <w:rPr>
          <w:b/>
        </w:rPr>
        <w:t xml:space="preserve">[30:19] </w:t>
      </w:r>
      <w:r>
        <w:t>poora poora universe</w:t>
      </w:r>
    </w:p>
    <w:p>
      <w:pPr>
        <w:jc w:val="right"/>
      </w:pPr>
      <w:r>
        <w:t>پورا پورا یونیورس</w:t>
      </w:r>
    </w:p>
    <w:p>
      <w:r>
        <w:rPr>
          <w:b/>
        </w:rPr>
        <w:t xml:space="preserve">[30:21] </w:t>
      </w:r>
      <w:r>
        <w:t>all for each each for all ke principal par qaim hai</w:t>
      </w:r>
    </w:p>
    <w:p>
      <w:pPr>
        <w:jc w:val="right"/>
      </w:pPr>
      <w:r>
        <w:t>ال فار ایچ ایچ فار ال کے پرنسپل پر قائم ہے</w:t>
      </w:r>
    </w:p>
    <w:p>
      <w:r>
        <w:rPr>
          <w:b/>
        </w:rPr>
        <w:t xml:space="preserve">[30:26] </w:t>
      </w:r>
      <w:r>
        <w:t>har cheez har aik ke liye</w:t>
      </w:r>
    </w:p>
    <w:p>
      <w:pPr>
        <w:jc w:val="right"/>
      </w:pPr>
      <w:r>
        <w:t>ہر چیز ہر ایک کے لیے</w:t>
      </w:r>
    </w:p>
    <w:p>
      <w:r>
        <w:rPr>
          <w:b/>
        </w:rPr>
        <w:t xml:space="preserve">[30:29] </w:t>
      </w:r>
      <w:r>
        <w:t>saari universe aik doosre mein buni hui hai yahan tak ke aik scientist ne aik bar kaha tha</w:t>
      </w:r>
    </w:p>
    <w:p>
      <w:pPr>
        <w:jc w:val="right"/>
      </w:pPr>
      <w:r>
        <w:t>ساری یونیورس ایک دوسرے میں بدی ہوئی ہے یہاں تک کہ ایک سائنٹسٹ نے ایک بار کہا تھا</w:t>
      </w:r>
    </w:p>
    <w:p>
      <w:r>
        <w:rPr>
          <w:b/>
        </w:rPr>
        <w:t xml:space="preserve">[30:36] </w:t>
      </w:r>
      <w:r>
        <w:t>ke agar main yaani itna zyada universe</w:t>
      </w:r>
    </w:p>
    <w:p>
      <w:pPr>
        <w:jc w:val="right"/>
      </w:pPr>
      <w:r>
        <w:t>کہ اگر میں یعنی اتنا زیادہ یونیورس</w:t>
      </w:r>
    </w:p>
    <w:p>
      <w:r>
        <w:rPr>
          <w:b/>
        </w:rPr>
        <w:t xml:space="preserve">[30:41] </w:t>
      </w:r>
      <w:r>
        <w:t>compact hai aik aik doosre</w:t>
      </w:r>
    </w:p>
    <w:p>
      <w:pPr>
        <w:jc w:val="right"/>
      </w:pPr>
      <w:r>
        <w:t>کمپیکٹ ہے ایک ایک دوسرے</w:t>
      </w:r>
    </w:p>
    <w:p>
      <w:r>
        <w:rPr>
          <w:b/>
        </w:rPr>
        <w:t xml:space="preserve">[30:43] </w:t>
      </w:r>
      <w:r>
        <w:t>se juri hui hai ke agar main aik particle ko is se alag kar paoon poore universe ko</w:t>
      </w:r>
    </w:p>
    <w:p>
      <w:pPr>
        <w:jc w:val="right"/>
      </w:pPr>
      <w:r>
        <w:t>سے جڑی ہوئی ہے کہ اگر میں ایک پارٹیکل کو اس سے الگ کر پاؤں پورے یونیورس کو</w:t>
      </w:r>
    </w:p>
    <w:p>
      <w:r>
        <w:rPr>
          <w:b/>
        </w:rPr>
        <w:t xml:space="preserve">[30:49] </w:t>
      </w:r>
      <w:r>
        <w:t>hila doon ga main</w:t>
      </w:r>
    </w:p>
    <w:p>
      <w:pPr>
        <w:jc w:val="right"/>
      </w:pPr>
      <w:r>
        <w:t>ہلا دوں گا میں</w:t>
      </w:r>
    </w:p>
    <w:p>
      <w:r>
        <w:rPr>
          <w:b/>
        </w:rPr>
        <w:t xml:space="preserve">[30:52] </w:t>
      </w:r>
      <w:r>
        <w:t>lekin main kar aisa kar nahi sakta</w:t>
      </w:r>
    </w:p>
    <w:p>
      <w:pPr>
        <w:jc w:val="right"/>
      </w:pPr>
      <w:r>
        <w:t>لیکن میں کر ایسا کر نہیں سکتا</w:t>
      </w:r>
    </w:p>
    <w:p>
      <w:r>
        <w:rPr>
          <w:b/>
        </w:rPr>
        <w:t xml:space="preserve">[30:55] </w:t>
      </w:r>
      <w:r>
        <w:t>to poori poori universe</w:t>
      </w:r>
    </w:p>
    <w:p>
      <w:pPr>
        <w:jc w:val="right"/>
      </w:pPr>
      <w:r>
        <w:t>تو پوری پوری یونیورس</w:t>
      </w:r>
    </w:p>
    <w:p>
      <w:r>
        <w:rPr>
          <w:b/>
        </w:rPr>
        <w:t xml:space="preserve">[30:59] </w:t>
      </w:r>
      <w:r>
        <w:t>aik doosre se jure hue hain aik doosre se cooperate karte hain</w:t>
      </w:r>
    </w:p>
    <w:p>
      <w:pPr>
        <w:jc w:val="right"/>
      </w:pPr>
      <w:r>
        <w:t>ایک دوسرے سے جڑے ہوئے ہیں ایک دوسرے سے کوپریٹ کرتے ہیں</w:t>
      </w:r>
    </w:p>
    <w:p>
      <w:r>
        <w:rPr>
          <w:b/>
        </w:rPr>
        <w:t xml:space="preserve">[31:04] </w:t>
      </w:r>
      <w:r>
        <w:t>is ka har part doosre part se poori tarah cooperate karta hua kaam kar raha hai tabhi is</w:t>
      </w:r>
    </w:p>
    <w:p>
      <w:pPr>
        <w:jc w:val="right"/>
      </w:pPr>
      <w:r>
        <w:t>اس کا ہر پارٹ دوسرے پارٹ سے پوری طرح کوپریٹ کرتا ہوا کام کر رہا ہے تبھی اس</w:t>
      </w:r>
    </w:p>
    <w:p>
      <w:r>
        <w:rPr>
          <w:b/>
        </w:rPr>
        <w:t xml:space="preserve">[31:11] </w:t>
      </w:r>
      <w:r>
        <w:t>mein aap dekhen koi defect nahi</w:t>
      </w:r>
    </w:p>
    <w:p>
      <w:pPr>
        <w:jc w:val="right"/>
      </w:pPr>
      <w:r>
        <w:t>میں اپ دیکھیں کوئی ڈیفیکٹ نہیں</w:t>
      </w:r>
    </w:p>
    <w:p>
      <w:r>
        <w:rPr>
          <w:b/>
        </w:rPr>
        <w:t xml:space="preserve">[31:16] </w:t>
      </w:r>
      <w:r>
        <w:t>quran mein hai ke hal tarab min futoor</w:t>
      </w:r>
    </w:p>
    <w:p>
      <w:pPr>
        <w:jc w:val="right"/>
      </w:pPr>
      <w:r>
        <w:t>قران میں ہے کہ حل تراب من فتور</w:t>
      </w:r>
    </w:p>
    <w:p>
      <w:r>
        <w:rPr>
          <w:b/>
        </w:rPr>
        <w:t xml:space="preserve">[31:19] </w:t>
      </w:r>
      <w:r>
        <w:t>kya tum universe mein koi defect paate ho</w:t>
      </w:r>
    </w:p>
    <w:p>
      <w:pPr>
        <w:jc w:val="right"/>
      </w:pPr>
      <w:r>
        <w:t>کیا تم یونیورس میں کوئی ڈیفیکٹ پاتے ہو</w:t>
      </w:r>
    </w:p>
    <w:p>
      <w:r>
        <w:rPr>
          <w:b/>
        </w:rPr>
        <w:t xml:space="preserve">[31:24] </w:t>
      </w:r>
      <w:r>
        <w:t>yaani zero defect universe hai yeh universe ki yeh factory zero defect principal par kaam karti hai to</w:t>
      </w:r>
    </w:p>
    <w:p>
      <w:pPr>
        <w:jc w:val="right"/>
      </w:pPr>
      <w:r>
        <w:t>یعنی زیرو ڈیفیکٹ یونیورس ہے یہ یونیورس کی یہ فیکٹری زیرو ڈیفیکٹ پرنسپل پر کام کرتی ہے تو</w:t>
      </w:r>
    </w:p>
    <w:p>
      <w:r>
        <w:rPr>
          <w:b/>
        </w:rPr>
        <w:t xml:space="preserve">[31:32] </w:t>
      </w:r>
      <w:r>
        <w:t>kese isi liye ke each for all aur all for each ke principal par is ka sara nizam</w:t>
      </w:r>
    </w:p>
    <w:p>
      <w:pPr>
        <w:jc w:val="right"/>
      </w:pPr>
      <w:r>
        <w:t>کیسے اسی لیے کہ ایچ فار ال اور ال فار ایچ کے پرنسپل پر اس کا سارا نظام</w:t>
      </w:r>
    </w:p>
    <w:p>
      <w:r>
        <w:rPr>
          <w:b/>
        </w:rPr>
        <w:t xml:space="preserve">[31:38] </w:t>
      </w:r>
      <w:r>
        <w:t>chal raha hai</w:t>
      </w:r>
    </w:p>
    <w:p>
      <w:pPr>
        <w:jc w:val="right"/>
      </w:pPr>
      <w:r>
        <w:t>چل رہا ہے</w:t>
      </w:r>
    </w:p>
    <w:p>
      <w:r>
        <w:rPr>
          <w:b/>
        </w:rPr>
        <w:t xml:space="preserve">[31:40] </w:t>
      </w:r>
      <w:r>
        <w:t>is se aap le sakte hain is principal ko ke team work kya cheez hai poora universe jo</w:t>
      </w:r>
    </w:p>
    <w:p>
      <w:pPr>
        <w:jc w:val="right"/>
      </w:pPr>
      <w:r>
        <w:t>اس سے اپ لے سکتے ہیں اس پرنسپل کو کہ ٹیم ورک کیا چیز ہے پورا یونیورس جو</w:t>
      </w:r>
    </w:p>
    <w:p>
      <w:r>
        <w:rPr>
          <w:b/>
        </w:rPr>
        <w:t xml:space="preserve">[31:46] </w:t>
      </w:r>
      <w:r>
        <w:t>hai aik team work ki misaal hai team work</w:t>
      </w:r>
    </w:p>
    <w:p>
      <w:pPr>
        <w:jc w:val="right"/>
      </w:pPr>
      <w:r>
        <w:t>ہے ایک ٹیم ورک کی مثال ہے ٹیم ورک</w:t>
      </w:r>
    </w:p>
    <w:p>
      <w:r>
        <w:rPr>
          <w:b/>
        </w:rPr>
        <w:t xml:space="preserve">[31:51] </w:t>
      </w:r>
      <w:r>
        <w:t>sab mil jul kar kaam karte hain</w:t>
      </w:r>
    </w:p>
    <w:p>
      <w:pPr>
        <w:jc w:val="right"/>
      </w:pPr>
      <w:r>
        <w:t>سب مل جل کر کام کرتے ہیں</w:t>
      </w:r>
    </w:p>
    <w:p>
      <w:r>
        <w:rPr>
          <w:b/>
        </w:rPr>
        <w:t xml:space="preserve">[31:56] </w:t>
      </w:r>
      <w:r>
        <w:t>jaise barish hoti hai upar se suraj heat dalta hai neeche se samandar bhap uthata hai hawayein is</w:t>
      </w:r>
    </w:p>
    <w:p>
      <w:pPr>
        <w:jc w:val="right"/>
      </w:pPr>
      <w:r>
        <w:t>جیسے بارش ہوتی ہے اوپر سے سورج ہیٹ ڈالتا ہے نیچے سے سمندر بھاپ اٹھاتا ہے ہوائیں اس</w:t>
      </w:r>
    </w:p>
    <w:p>
      <w:r>
        <w:rPr>
          <w:b/>
        </w:rPr>
        <w:t xml:space="preserve">[32:05] </w:t>
      </w:r>
      <w:r>
        <w:t>ko uṛati hain phir fiza ke particle is ko rokte hain</w:t>
      </w:r>
    </w:p>
    <w:p>
      <w:pPr>
        <w:jc w:val="right"/>
      </w:pPr>
      <w:r>
        <w:t>کو اڑاتی ہیں پھر فضا کے پارٹیکل اس کو روکتے ہیں</w:t>
      </w:r>
    </w:p>
    <w:p>
      <w:r>
        <w:rPr>
          <w:b/>
        </w:rPr>
        <w:t xml:space="preserve">[32:11] </w:t>
      </w:r>
      <w:r>
        <w:t>aur phir woh</w:t>
      </w:r>
    </w:p>
    <w:p>
      <w:pPr>
        <w:jc w:val="right"/>
      </w:pPr>
      <w:r>
        <w:t>اور پھر وہ</w:t>
      </w:r>
    </w:p>
    <w:p>
      <w:r>
        <w:rPr>
          <w:b/>
        </w:rPr>
        <w:t xml:space="preserve">[32:14] </w:t>
      </w:r>
      <w:r>
        <w:t>pani ke badal bhari ho kar neeche girte hain aur zameen ki jo gravity hai us ko neeche</w:t>
      </w:r>
    </w:p>
    <w:p>
      <w:pPr>
        <w:jc w:val="right"/>
      </w:pPr>
      <w:r>
        <w:t>پانی کے بادل بھاری ہو کر نیچے گرتے ہیں اور زمین کی جو گریوٹی ہے اس کو نیچے</w:t>
      </w:r>
    </w:p>
    <w:p>
      <w:r>
        <w:rPr>
          <w:b/>
        </w:rPr>
        <w:t xml:space="preserve">[32:19] </w:t>
      </w:r>
      <w:r>
        <w:t>lati hai yani ek hazaron factors kaam karte hain tab woh cheez hui jis ko hum rain kehte</w:t>
      </w:r>
    </w:p>
    <w:p>
      <w:pPr>
        <w:jc w:val="right"/>
      </w:pPr>
      <w:r>
        <w:t>لاتی ہے یعنی ایک ہزاروں فیکٹرز کام کرتے ہیں تب وہ چیز ہوئی جس کو ہم رین کہتے</w:t>
      </w:r>
    </w:p>
    <w:p>
      <w:r>
        <w:rPr>
          <w:b/>
        </w:rPr>
        <w:t xml:space="preserve">[32:25] </w:t>
      </w:r>
      <w:r>
        <w:t>hain to yeh hai team work</w:t>
      </w:r>
    </w:p>
    <w:p>
      <w:pPr>
        <w:jc w:val="right"/>
      </w:pPr>
      <w:r>
        <w:t>ہیں تو یہ ہے ٹیم ورک</w:t>
      </w:r>
    </w:p>
    <w:p>
      <w:r>
        <w:rPr>
          <w:b/>
        </w:rPr>
        <w:t xml:space="preserve">[32:30] </w:t>
      </w:r>
      <w:r>
        <w:t>universe mein sare kaam</w:t>
      </w:r>
    </w:p>
    <w:p>
      <w:pPr>
        <w:jc w:val="right"/>
      </w:pPr>
      <w:r>
        <w:t>یونیورس میں سارے کام</w:t>
      </w:r>
    </w:p>
    <w:p>
      <w:r>
        <w:rPr>
          <w:b/>
        </w:rPr>
        <w:t xml:space="preserve">[32:34] </w:t>
      </w:r>
      <w:r>
        <w:t>cooperation ke base pe hote hain sab ek dusre ke sath cooperate kar rahe hain</w:t>
      </w:r>
    </w:p>
    <w:p>
      <w:pPr>
        <w:jc w:val="right"/>
      </w:pPr>
      <w:r>
        <w:t>کوپریشن کے بیس پہ ہوتے ہیں سب ایک دوسرے کے ساتھ کوپریٹ کر رہے ہیں</w:t>
      </w:r>
    </w:p>
    <w:p>
      <w:r>
        <w:rPr>
          <w:b/>
        </w:rPr>
        <w:t xml:space="preserve">[32:39] </w:t>
      </w:r>
      <w:r>
        <w:t>isi tarah se hamein team</w:t>
      </w:r>
    </w:p>
    <w:p>
      <w:pPr>
        <w:jc w:val="right"/>
      </w:pPr>
      <w:r>
        <w:t>اسی طرح سے ہمیں ٹیم</w:t>
      </w:r>
    </w:p>
    <w:p>
      <w:r>
        <w:rPr>
          <w:b/>
        </w:rPr>
        <w:t xml:space="preserve">[32:42] </w:t>
      </w:r>
      <w:r>
        <w:t>work ke andaz mein kaam karna chahiye</w:t>
      </w:r>
    </w:p>
    <w:p>
      <w:pPr>
        <w:jc w:val="right"/>
      </w:pPr>
      <w:r>
        <w:t>ورک کے انداز میں کام کرنا چاہیے</w:t>
      </w:r>
    </w:p>
    <w:p>
      <w:r>
        <w:rPr>
          <w:b/>
        </w:rPr>
        <w:t xml:space="preserve">[32:45] </w:t>
      </w:r>
      <w:r>
        <w:t>hum bhi jo ek mission le kar uthe hain is mein bhi bhai universe universal team work wala</w:t>
      </w:r>
    </w:p>
    <w:p>
      <w:pPr>
        <w:jc w:val="right"/>
      </w:pPr>
      <w:r>
        <w:t>ہم بھی جو ایک مشن لے کر اٹھے ہیں اس میں بھی بھئی یونیورس یونیورسل ٹیم ورک والا</w:t>
      </w:r>
    </w:p>
    <w:p>
      <w:r>
        <w:rPr>
          <w:b/>
        </w:rPr>
        <w:t xml:space="preserve">[32:52] </w:t>
      </w:r>
      <w:r>
        <w:t>wali spirit hamein ikhtiyar karna parega</w:t>
      </w:r>
    </w:p>
    <w:p>
      <w:pPr>
        <w:jc w:val="right"/>
      </w:pPr>
      <w:r>
        <w:t>والی اسپرٹ ہمیں اختیار کرنا پڑے گا</w:t>
      </w:r>
    </w:p>
    <w:p>
      <w:r>
        <w:rPr>
          <w:b/>
        </w:rPr>
        <w:t xml:space="preserve">[32:57] </w:t>
      </w:r>
      <w:r>
        <w:t>universe mein jo event ho rahe hain koi ek part is ka agar cooperate na kare</w:t>
      </w:r>
    </w:p>
    <w:p>
      <w:pPr>
        <w:jc w:val="right"/>
      </w:pPr>
      <w:r>
        <w:t>یونیورس میں جو ایونٹ ہو رہے ہیں کوئی ایک پارٹ اس کا اگر کوپریٹ نہ کرے</w:t>
      </w:r>
    </w:p>
    <w:p>
      <w:r>
        <w:rPr>
          <w:b/>
        </w:rPr>
        <w:t xml:space="preserve">[33:06] </w:t>
      </w:r>
      <w:r>
        <w:t>maslan barish mein gravity agar kaam na kare hawayein apna kaam na karein particle apna kaam na karein</w:t>
      </w:r>
    </w:p>
    <w:p>
      <w:pPr>
        <w:jc w:val="right"/>
      </w:pPr>
      <w:r>
        <w:t>مثلا بارش میں گریوٹی اگر کام نہ کرے ہوائیں اپنا کام نہ کریں پارٹیکل اپنا کام نہ کریں</w:t>
      </w:r>
    </w:p>
    <w:p>
      <w:r>
        <w:rPr>
          <w:b/>
        </w:rPr>
        <w:t xml:space="preserve">[33:14] </w:t>
      </w:r>
      <w:r>
        <w:t>suraj apna kaam na kare</w:t>
      </w:r>
    </w:p>
    <w:p>
      <w:pPr>
        <w:jc w:val="right"/>
      </w:pPr>
      <w:r>
        <w:t>سورج اپنا کام نہ کرے</w:t>
      </w:r>
    </w:p>
    <w:p>
      <w:r>
        <w:rPr>
          <w:b/>
        </w:rPr>
        <w:t xml:space="preserve">[33:16] </w:t>
      </w:r>
      <w:r>
        <w:t>itne sare factor jo hain is mein se koi ek factor agar kaam na kare to rain nahi</w:t>
      </w:r>
    </w:p>
    <w:p>
      <w:pPr>
        <w:jc w:val="right"/>
      </w:pPr>
      <w:r>
        <w:t>اتنے سارے فیکٹر جو ہیں اس میں سے کوئی ایک فیکٹر اگر کام نہ کرے تو رین نہیں</w:t>
      </w:r>
    </w:p>
    <w:p>
      <w:r>
        <w:rPr>
          <w:b/>
        </w:rPr>
        <w:t xml:space="preserve">[33:22] </w:t>
      </w:r>
      <w:r>
        <w:t>hogi isi tarah kaise hamein apna kaam ko team work</w:t>
      </w:r>
    </w:p>
    <w:p>
      <w:pPr>
        <w:jc w:val="right"/>
      </w:pPr>
      <w:r>
        <w:t>ہوگی اسی طرح کیسے ہمیں اپنا کام کو ٹیم ورک</w:t>
      </w:r>
    </w:p>
    <w:p>
      <w:r>
        <w:rPr>
          <w:b/>
        </w:rPr>
        <w:t xml:space="preserve">[33:27] </w:t>
      </w:r>
      <w:r>
        <w:t>ke ke principle par chalana hai ke har member team ka har member isi tarah se ek dusre</w:t>
      </w:r>
    </w:p>
    <w:p>
      <w:pPr>
        <w:jc w:val="right"/>
      </w:pPr>
      <w:r>
        <w:t>کے کے پرنسپل پر چلانا ہے کہ ہر ممبر ٹیم کا ہر ممبر اسی طرح سے ایک دوسرے</w:t>
      </w:r>
    </w:p>
    <w:p>
      <w:r>
        <w:rPr>
          <w:b/>
        </w:rPr>
        <w:t xml:space="preserve">[33:35] </w:t>
      </w:r>
      <w:r>
        <w:t>ke helpful ban kar kaam kare jaise universe ek dusre ke liye helpful ban kar kaam</w:t>
      </w:r>
    </w:p>
    <w:p>
      <w:pPr>
        <w:jc w:val="right"/>
      </w:pPr>
      <w:r>
        <w:t>کے ہیلپ فل بن کر کام کرے جیسے یونیورس ایک دوسرے کے لیے ہیلپ فل بن کر کام</w:t>
      </w:r>
    </w:p>
    <w:p>
      <w:r>
        <w:rPr>
          <w:b/>
        </w:rPr>
        <w:t xml:space="preserve">[33:39] </w:t>
      </w:r>
      <w:r>
        <w:t>kar rahi hai yeh gaya ek ek example diya gaya universe mein hum ko ke kis tarah hum</w:t>
      </w:r>
    </w:p>
    <w:p>
      <w:pPr>
        <w:jc w:val="right"/>
      </w:pPr>
      <w:r>
        <w:t>کر رہی ہے یہ گیا ایک ایک ایگزیمپل دیا گیا یونیورس میں ہم کو کہ کس طرح ہم</w:t>
      </w:r>
    </w:p>
    <w:p>
      <w:r>
        <w:rPr>
          <w:b/>
        </w:rPr>
        <w:t xml:space="preserve">[33:48] </w:t>
      </w:r>
      <w:r>
        <w:t>ek team ke roop mein kis tarah kaam karein</w:t>
      </w:r>
    </w:p>
    <w:p>
      <w:pPr>
        <w:jc w:val="right"/>
      </w:pPr>
      <w:r>
        <w:t>ایک ٹیم کے روپ میں کس طرح کام کریں</w:t>
      </w:r>
    </w:p>
    <w:p>
      <w:r>
        <w:rPr>
          <w:b/>
        </w:rPr>
        <w:t xml:space="preserve">[33:52] </w:t>
      </w:r>
      <w:r>
        <w:t>chashma dekhiye behta hai aap ne gaye honge yani</w:t>
      </w:r>
    </w:p>
    <w:p>
      <w:pPr>
        <w:jc w:val="right"/>
      </w:pPr>
      <w:r>
        <w:t>چشمہ دیکھیے بہتا ہے اپ نے گئے ہوں گے یعنی</w:t>
      </w:r>
    </w:p>
    <w:p>
      <w:r>
        <w:rPr>
          <w:b/>
        </w:rPr>
        <w:t xml:space="preserve">[33:58] </w:t>
      </w:r>
      <w:r>
        <w:t>jahan pahad hote hain un un areas mein aap ne dekha hoga ke pahad se chashme beh kar</w:t>
      </w:r>
    </w:p>
    <w:p>
      <w:pPr>
        <w:jc w:val="right"/>
      </w:pPr>
      <w:r>
        <w:t>جہاں پہاڑ ہوتے ہیں ان ان ایریاز میں اپ نے دیکھا ہوگا کہ پہاڑ سے چشمے بہہ کر</w:t>
      </w:r>
    </w:p>
    <w:p>
      <w:r>
        <w:rPr>
          <w:b/>
        </w:rPr>
        <w:t xml:space="preserve">[34:03] </w:t>
      </w:r>
      <w:r>
        <w:t>aate hain maidan mein to chashme jab aate hain to jagah jagah kahin badi rakh hoti hai kahin</w:t>
      </w:r>
    </w:p>
    <w:p>
      <w:pPr>
        <w:jc w:val="right"/>
      </w:pPr>
      <w:r>
        <w:t>اتے ہیں میدان میں تو چشمے جب اتے ہیں تو جگہ جگہ کہیں بڑی راکھ ہوتی ہے کہیں</w:t>
      </w:r>
    </w:p>
    <w:p>
      <w:r>
        <w:rPr>
          <w:b/>
        </w:rPr>
        <w:t xml:space="preserve">[34:11] </w:t>
      </w:r>
      <w:r>
        <w:t>chote pathar hote hain rastay</w:t>
      </w:r>
    </w:p>
    <w:p>
      <w:pPr>
        <w:jc w:val="right"/>
      </w:pPr>
      <w:r>
        <w:t>چھوٹے پتھر ہوتے ہیں راستے</w:t>
      </w:r>
    </w:p>
    <w:p>
      <w:r>
        <w:rPr>
          <w:b/>
        </w:rPr>
        <w:t xml:space="preserve">[34:13] </w:t>
      </w:r>
      <w:r>
        <w:t>mein to chashma kiya karta hai woh takrata nahi hai</w:t>
      </w:r>
    </w:p>
    <w:p>
      <w:pPr>
        <w:jc w:val="right"/>
      </w:pPr>
      <w:r>
        <w:t>میں تو چشمہ کیا کرتا ہے وہ ٹکراتا نہیں ہے</w:t>
      </w:r>
    </w:p>
    <w:p>
      <w:r>
        <w:rPr>
          <w:b/>
        </w:rPr>
        <w:t xml:space="preserve">[34:19] </w:t>
      </w:r>
      <w:r>
        <w:t>woh avoid karta hai</w:t>
      </w:r>
    </w:p>
    <w:p>
      <w:pPr>
        <w:jc w:val="right"/>
      </w:pPr>
      <w:r>
        <w:t>وہ اوائڈ کرتا ہے</w:t>
      </w:r>
    </w:p>
    <w:p>
      <w:r>
        <w:rPr>
          <w:b/>
        </w:rPr>
        <w:t xml:space="preserve">[34:22] </w:t>
      </w:r>
      <w:r>
        <w:t>woh is raakh ke ya is pathar ke dayen bayen se beh kar nikal jata hai yeh hai</w:t>
      </w:r>
    </w:p>
    <w:p>
      <w:pPr>
        <w:jc w:val="right"/>
      </w:pPr>
      <w:r>
        <w:t>وہ اس راکھ کے یا اس پتھر کے دائیں بائیں سے بہہ کر نکل جاتا ہے یہ ہے</w:t>
      </w:r>
    </w:p>
    <w:p>
      <w:r>
        <w:rPr>
          <w:b/>
        </w:rPr>
        <w:t xml:space="preserve">[34:27] </w:t>
      </w:r>
      <w:r>
        <w:t>avoidance jis ko quran mein i'raaz kaha gaya hai principle of i'raaz ya principle of avoidance</w:t>
      </w:r>
    </w:p>
    <w:p>
      <w:pPr>
        <w:jc w:val="right"/>
      </w:pPr>
      <w:r>
        <w:t>اوائیڈنس جس کو قران میں اعراض کہا گیا ہے پرنسپل اف اعراض یا پرنسپل اف اوائیڈنس</w:t>
      </w:r>
    </w:p>
    <w:p>
      <w:r>
        <w:rPr>
          <w:b/>
        </w:rPr>
        <w:t xml:space="preserve">[34:35] </w:t>
      </w:r>
      <w:r>
        <w:t>to mein samajhta hoon ke poore nature mein yeh bhi aik principle hai stars itne zyada</w:t>
      </w:r>
    </w:p>
    <w:p>
      <w:pPr>
        <w:jc w:val="right"/>
      </w:pPr>
      <w:r>
        <w:t>تو میں سمجھتا ہوں کہ پورے نیچر میں یہ بھی ایک پرنسپل ہے اسٹارز اتنے زیادہ</w:t>
      </w:r>
    </w:p>
    <w:p>
      <w:r>
        <w:rPr>
          <w:b/>
        </w:rPr>
        <w:t xml:space="preserve">[34:41] </w:t>
      </w:r>
      <w:r>
        <w:t>yaani itni taiz dor rahe hain lekin koi star doosre se takrata nahi kyunke har aik principle of</w:t>
      </w:r>
    </w:p>
    <w:p>
      <w:pPr>
        <w:jc w:val="right"/>
      </w:pPr>
      <w:r>
        <w:t>یعنی اتنی تیز دوڑ رہے ہیں لیکن کوئی اسٹار دوسرے سے ٹکراتا نہیں کیونکہ ہر ایک پرنسپل اف</w:t>
      </w:r>
    </w:p>
    <w:p>
      <w:r>
        <w:rPr>
          <w:b/>
        </w:rPr>
        <w:t xml:space="preserve">[34:48] </w:t>
      </w:r>
      <w:r>
        <w:t>avoidance ko pakre hue hai</w:t>
      </w:r>
    </w:p>
    <w:p>
      <w:pPr>
        <w:jc w:val="right"/>
      </w:pPr>
      <w:r>
        <w:t>اوائیڈنس کو پکڑے ہوئے ہے</w:t>
      </w:r>
    </w:p>
    <w:p>
      <w:r>
        <w:rPr>
          <w:b/>
        </w:rPr>
        <w:t xml:space="preserve">[34:51] </w:t>
      </w:r>
      <w:r>
        <w:t>poori poori universe mein avoidance ka principle chalta hai</w:t>
      </w:r>
    </w:p>
    <w:p>
      <w:pPr>
        <w:jc w:val="right"/>
      </w:pPr>
      <w:r>
        <w:t>پوری پوری یونیورس میں اوائیڈنس کا پرنسپل چلتا ہے</w:t>
      </w:r>
    </w:p>
    <w:p>
      <w:r>
        <w:rPr>
          <w:b/>
        </w:rPr>
        <w:t xml:space="preserve">[34:55] </w:t>
      </w:r>
      <w:r>
        <w:t>yeh hamari yaani social life mein behtareen</w:t>
      </w:r>
    </w:p>
    <w:p>
      <w:pPr>
        <w:jc w:val="right"/>
      </w:pPr>
      <w:r>
        <w:t>یہ ہماری یعنی سوشل لائف میں بہترین</w:t>
      </w:r>
    </w:p>
    <w:p>
      <w:r>
        <w:rPr>
          <w:b/>
        </w:rPr>
        <w:t xml:space="preserve">[34:59] </w:t>
      </w:r>
      <w:r>
        <w:t>principle hai aik doosre ko avoid karte hue kaam kare aik doosre ko tolerate karte hue kaam kare</w:t>
      </w:r>
    </w:p>
    <w:p>
      <w:pPr>
        <w:jc w:val="right"/>
      </w:pPr>
      <w:r>
        <w:t>پرنسپل ہے ایک دوسرے کو اوائڈ کرتے ہوئے کام کرے ایک دوسرے کو ٹولریٹ کرتے ہوئے کام کرے</w:t>
      </w:r>
    </w:p>
    <w:p>
      <w:r>
        <w:rPr>
          <w:b/>
        </w:rPr>
        <w:t xml:space="preserve">[35:08] </w:t>
      </w:r>
      <w:r>
        <w:t>yaani har aadmi society ka peaceful member bane</w:t>
      </w:r>
    </w:p>
    <w:p>
      <w:pPr>
        <w:jc w:val="right"/>
      </w:pPr>
      <w:r>
        <w:t>یعنی ہر ادمی سوسائٹی کا پیس فل ممبر بنے</w:t>
      </w:r>
    </w:p>
    <w:p>
      <w:r>
        <w:rPr>
          <w:b/>
        </w:rPr>
        <w:t xml:space="preserve">[35:13] </w:t>
      </w:r>
      <w:r>
        <w:t>takrao wala member nahi avoid karne wala member jis tarah se poori universe mein har part is ka</w:t>
      </w:r>
    </w:p>
    <w:p>
      <w:pPr>
        <w:jc w:val="right"/>
      </w:pPr>
      <w:r>
        <w:t>ٹکراؤ والا ممبر نہیں اوائڈ کرنے والا ممبر جس طرح سے پوری یونیورس میں ہر پارٹ اس کا</w:t>
      </w:r>
    </w:p>
    <w:p>
      <w:r>
        <w:rPr>
          <w:b/>
        </w:rPr>
        <w:t xml:space="preserve">[35:21] </w:t>
      </w:r>
      <w:r>
        <w:t>avoid ke principle par liye hue hain tabhi universe chal rahi hai million year billion year se</w:t>
      </w:r>
    </w:p>
    <w:p>
      <w:pPr>
        <w:jc w:val="right"/>
      </w:pPr>
      <w:r>
        <w:t>اوائڈ کے پرنسپل پر لیے ہوئے ہیں تبھی یونیورس چل رہی ہے ملین ایئر بلین ایئرز سے</w:t>
      </w:r>
    </w:p>
    <w:p>
      <w:r>
        <w:rPr>
          <w:b/>
        </w:rPr>
        <w:t xml:space="preserve">[35:30] </w:t>
      </w:r>
      <w:r>
        <w:t>to yeh sab wisdom ki baatein hain yani nature humain wisdom sikhati hai</w:t>
      </w:r>
    </w:p>
    <w:p>
      <w:pPr>
        <w:jc w:val="right"/>
      </w:pPr>
      <w:r>
        <w:t>تو یہ سب وزڈم کی باتیں ہیں یعنی نیچر ہمیں وزڈم سکھاتی ہے</w:t>
      </w:r>
    </w:p>
    <w:p>
      <w:r>
        <w:rPr>
          <w:b/>
        </w:rPr>
        <w:t xml:space="preserve">[35:41] </w:t>
      </w:r>
      <w:r>
        <w:t>wisdom</w:t>
      </w:r>
    </w:p>
    <w:p>
      <w:pPr>
        <w:jc w:val="right"/>
      </w:pPr>
      <w:r>
        <w:t>وزڈم</w:t>
      </w:r>
    </w:p>
    <w:p>
      <w:r>
        <w:rPr>
          <w:b/>
        </w:rPr>
        <w:t xml:space="preserve">[35:45] </w:t>
      </w:r>
      <w:r>
        <w:t>agar hum ankh khol kar dekhen</w:t>
      </w:r>
    </w:p>
    <w:p>
      <w:pPr>
        <w:jc w:val="right"/>
      </w:pPr>
      <w:r>
        <w:t>اگر ہم انکھ کھول کر دیکھیں</w:t>
      </w:r>
    </w:p>
    <w:p>
      <w:r>
        <w:rPr>
          <w:b/>
        </w:rPr>
        <w:t xml:space="preserve">[35:48] </w:t>
      </w:r>
      <w:r>
        <w:t>aur jab tosam wala tareeqa ikhtiyar karein</w:t>
      </w:r>
    </w:p>
    <w:p>
      <w:pPr>
        <w:jc w:val="right"/>
      </w:pPr>
      <w:r>
        <w:t>اور جب توسم والا طریقہ اختیار کریں</w:t>
      </w:r>
    </w:p>
    <w:p>
      <w:r>
        <w:rPr>
          <w:b/>
        </w:rPr>
        <w:t xml:space="preserve">[35:52] </w:t>
      </w:r>
      <w:r>
        <w:t>to har taraf hamein wisdom milegi kyunke poori poori universe jo hai woh world of wisdom hai</w:t>
      </w:r>
    </w:p>
    <w:p>
      <w:pPr>
        <w:jc w:val="right"/>
      </w:pPr>
      <w:r>
        <w:t>تو ہر طرف ہمیں وزڈم ملے گی کیونکہ پوری پوری یونیورس جو ہے وہ ورلڈ اف وزڈم ہے</w:t>
      </w:r>
    </w:p>
    <w:p>
      <w:r>
        <w:rPr>
          <w:b/>
        </w:rPr>
        <w:t xml:space="preserve">[36:00] </w:t>
      </w:r>
      <w:r>
        <w:t>poori poori universe ko aap keh sakte hain ke yeh world of wisdom hai har taraf wisdom ki</w:t>
      </w:r>
    </w:p>
    <w:p>
      <w:pPr>
        <w:jc w:val="right"/>
      </w:pPr>
      <w:r>
        <w:t>پوری پوری یونیورس کو اپ کہہ سکتے ہیں کہ یہ ورلڈ اف وزڈم ہے ہر طرف وزڈم کی</w:t>
      </w:r>
    </w:p>
    <w:p>
      <w:r>
        <w:rPr>
          <w:b/>
        </w:rPr>
        <w:t xml:space="preserve">[36:07] </w:t>
      </w:r>
      <w:r>
        <w:t>ke lessons hain</w:t>
      </w:r>
    </w:p>
    <w:p>
      <w:pPr>
        <w:jc w:val="right"/>
      </w:pPr>
      <w:r>
        <w:t>کے لیسن ہیں</w:t>
      </w:r>
    </w:p>
    <w:p>
      <w:r>
        <w:rPr>
          <w:b/>
        </w:rPr>
        <w:t xml:space="preserve">[36:16] </w:t>
      </w:r>
      <w:r>
        <w:t>yahan mein aap ko</w:t>
      </w:r>
    </w:p>
    <w:p>
      <w:pPr>
        <w:jc w:val="right"/>
      </w:pPr>
      <w:r>
        <w:t>یہاں میں اپ کو</w:t>
      </w:r>
    </w:p>
    <w:p>
      <w:r>
        <w:rPr>
          <w:b/>
        </w:rPr>
        <w:t xml:space="preserve">[36:20] </w:t>
      </w:r>
      <w:r>
        <w:t>do misaal dena chahunga ke</w:t>
      </w:r>
    </w:p>
    <w:p>
      <w:pPr>
        <w:jc w:val="right"/>
      </w:pPr>
      <w:r>
        <w:t>دو مثال دینا چاہوں گا کہ</w:t>
      </w:r>
    </w:p>
    <w:p>
      <w:r>
        <w:rPr>
          <w:b/>
        </w:rPr>
        <w:t xml:space="preserve">[36:29] </w:t>
      </w:r>
      <w:r>
        <w:t>individual agar nature ke principle par chale to kaisa banta hai woh aur society agar nature nature par</w:t>
      </w:r>
    </w:p>
    <w:p>
      <w:pPr>
        <w:jc w:val="right"/>
      </w:pPr>
      <w:r>
        <w:t>انڈیویجول اگر نیچر کے پرنسپل پر چلے تو کیسا بنتا ہے وہ اور سوسائٹی اگر نیچر نیچر پر</w:t>
      </w:r>
    </w:p>
    <w:p>
      <w:r>
        <w:rPr>
          <w:b/>
        </w:rPr>
        <w:t xml:space="preserve">[36:37] </w:t>
      </w:r>
      <w:r>
        <w:t>ho to woh kaisi banti hai</w:t>
      </w:r>
    </w:p>
    <w:p>
      <w:pPr>
        <w:jc w:val="right"/>
      </w:pPr>
      <w:r>
        <w:t>ہو تو وہ کیسی بنتی ہے</w:t>
      </w:r>
    </w:p>
    <w:p>
      <w:r>
        <w:rPr>
          <w:b/>
        </w:rPr>
        <w:t xml:space="preserve">[36:40] </w:t>
      </w:r>
      <w:r>
        <w:t>mein samajhta hoon ke har aadmi</w:t>
      </w:r>
    </w:p>
    <w:p>
      <w:pPr>
        <w:jc w:val="right"/>
      </w:pPr>
      <w:r>
        <w:t>میں سمجھتا ہوں کہ ہر ادمی</w:t>
      </w:r>
    </w:p>
    <w:p>
      <w:r>
        <w:rPr>
          <w:b/>
        </w:rPr>
        <w:t xml:space="preserve">[36:43] </w:t>
      </w:r>
      <w:r>
        <w:t>jab paida hota hai to woh mister nature hi hota hai yaani by nature us ke andar woh</w:t>
      </w:r>
    </w:p>
    <w:p>
      <w:pPr>
        <w:jc w:val="right"/>
      </w:pPr>
      <w:r>
        <w:t>جب پیدا ہوتا ہے تو وہ مسٹر نیچر ہی ہوتا ہے یعنی بائی نیچر اس کے اندر وہ</w:t>
      </w:r>
    </w:p>
    <w:p>
      <w:r>
        <w:rPr>
          <w:b/>
        </w:rPr>
        <w:t xml:space="preserve">[36:48] </w:t>
      </w:r>
      <w:r>
        <w:t>saari quality hoti hain jo poori world mein hamein dikhai padti hain</w:t>
      </w:r>
    </w:p>
    <w:p>
      <w:pPr>
        <w:jc w:val="right"/>
      </w:pPr>
      <w:r>
        <w:t>ساری کوالٹی ہوتی ہیں جو پوری ورلڈ میں ہمیں دکھائی پڑتی ہیں</w:t>
      </w:r>
    </w:p>
    <w:p>
      <w:r>
        <w:rPr>
          <w:b/>
        </w:rPr>
        <w:t xml:space="preserve">[36:54] </w:t>
      </w:r>
      <w:r>
        <w:t>insan ko kaha jata hai</w:t>
      </w:r>
    </w:p>
    <w:p>
      <w:pPr>
        <w:jc w:val="right"/>
      </w:pPr>
      <w:r>
        <w:t>انسان کو کہا جاتا ہے</w:t>
      </w:r>
    </w:p>
    <w:p>
      <w:r>
        <w:rPr>
          <w:b/>
        </w:rPr>
        <w:t xml:space="preserve">[36:57] </w:t>
      </w:r>
      <w:r>
        <w:t>arabik mein keh</w:t>
      </w:r>
    </w:p>
    <w:p>
      <w:pPr>
        <w:jc w:val="right"/>
      </w:pPr>
      <w:r>
        <w:t>عربک میں کہ</w:t>
      </w:r>
    </w:p>
    <w:p>
      <w:r>
        <w:rPr>
          <w:b/>
        </w:rPr>
        <w:t xml:space="preserve">[36:59] </w:t>
      </w:r>
      <w:r>
        <w:t>alam sagheer alam asghar yani poori dunya ka woh aik aik chhota namoona hai</w:t>
      </w:r>
    </w:p>
    <w:p>
      <w:pPr>
        <w:jc w:val="right"/>
      </w:pPr>
      <w:r>
        <w:t>عالم صغیر عالم اصغر یعنی پوری دنیا کا وہ ایک ایک چھوٹا نمونہ ہے</w:t>
      </w:r>
    </w:p>
    <w:p>
      <w:r>
        <w:rPr>
          <w:b/>
        </w:rPr>
        <w:t xml:space="preserve">[37:09] </w:t>
      </w:r>
      <w:r>
        <w:t>aik insaan kya hai poori dunya ka chhota namoona to insaan ke nature mein woh</w:t>
      </w:r>
    </w:p>
    <w:p>
      <w:pPr>
        <w:jc w:val="right"/>
      </w:pPr>
      <w:r>
        <w:t>ایک انسان کیا ہے پوری دنیا کا چھوٹا نمونہ تو انسان کے نیچر میں وہ</w:t>
      </w:r>
    </w:p>
    <w:p>
      <w:r>
        <w:rPr>
          <w:b/>
        </w:rPr>
        <w:t xml:space="preserve">[37:15] </w:t>
      </w:r>
      <w:r>
        <w:t>sari qualities inter woven hain jo khuda ne poori nature mein phaila rakhi hain</w:t>
      </w:r>
    </w:p>
    <w:p>
      <w:pPr>
        <w:jc w:val="right"/>
      </w:pPr>
      <w:r>
        <w:t>ساری کوالٹیز انٹر وون ہیں جو خدا نے پوری نیچر میں پھیلا رکھی ہیں</w:t>
      </w:r>
    </w:p>
    <w:p>
      <w:r>
        <w:rPr>
          <w:b/>
        </w:rPr>
        <w:t xml:space="preserve">[37:25] </w:t>
      </w:r>
      <w:r>
        <w:t>misal fard ko dekhiye individual mein yahan par ek insaan ki misaal doonga jin ko mein ne paya ke woh sach much nature par qaim qaim hain woh mister nature hain yeh hai mister sagheer aslam jo america mein rehte hain</w:t>
      </w:r>
    </w:p>
    <w:p>
      <w:pPr>
        <w:jc w:val="right"/>
      </w:pPr>
      <w:r>
        <w:t>مثلا فرد کو دیکھیے انڈیویجول میں یہاں پر ایک انسان کی مثال دوں گا جن کو میں نے پایا کہ وہ سچ مچ نیچر پر قائم قائم ہیں وہ مسٹر نیچر ہیں یہ ہے مسٹر صغیر اسلم جو امریکہ میں رہتے ہیں</w:t>
      </w:r>
    </w:p>
    <w:p>
      <w:r>
        <w:rPr>
          <w:b/>
        </w:rPr>
        <w:t xml:space="preserve">[37:49] </w:t>
      </w:r>
      <w:r>
        <w:t>to woh apnay baray mein kehtay hain ke god almighty made me</w:t>
      </w:r>
    </w:p>
    <w:p>
      <w:pPr>
        <w:jc w:val="right"/>
      </w:pPr>
      <w:r>
        <w:t>تو وہ اپنے بارے میں کہتے ہیں کہ گاڈ المائٹی میڈ می</w:t>
      </w:r>
    </w:p>
    <w:p>
      <w:r>
        <w:rPr>
          <w:b/>
        </w:rPr>
        <w:t xml:space="preserve">[37:56] </w:t>
      </w:r>
      <w:r>
        <w:t>and through the mould away</w:t>
      </w:r>
    </w:p>
    <w:p>
      <w:pPr>
        <w:jc w:val="right"/>
      </w:pPr>
      <w:r>
        <w:t>اینڈ تھرو دا مولڈ اوے</w:t>
      </w:r>
    </w:p>
    <w:p>
      <w:r>
        <w:rPr>
          <w:b/>
        </w:rPr>
        <w:t xml:space="preserve">[37:58] </w:t>
      </w:r>
      <w:r>
        <w:t>to mein nay kaha ke nahin yeh baat ghalat aap kehtay hain</w:t>
      </w:r>
    </w:p>
    <w:p>
      <w:pPr>
        <w:jc w:val="right"/>
      </w:pPr>
      <w:r>
        <w:t>تو میں نے کہا کہ نہیں یہ بات غلط اپ کہتے ہیں</w:t>
      </w:r>
    </w:p>
    <w:p>
      <w:r>
        <w:rPr>
          <w:b/>
        </w:rPr>
        <w:t xml:space="preserve">[38:02] </w:t>
      </w:r>
      <w:r>
        <w:t>god almighty nay har aik isi mould par paida kiya hai jo mould aap ka hai</w:t>
      </w:r>
    </w:p>
    <w:p>
      <w:pPr>
        <w:jc w:val="right"/>
      </w:pPr>
      <w:r>
        <w:t>گاڈ المائٹی نے ہر ایک اسی مولڈ پر پیدا کیا ہے جو مولڈ اپ کا ہے</w:t>
      </w:r>
    </w:p>
    <w:p>
      <w:r>
        <w:rPr>
          <w:b/>
        </w:rPr>
        <w:t xml:space="preserve">[38:09] </w:t>
      </w:r>
      <w:r>
        <w:t>yani aap jo hain koi</w:t>
      </w:r>
    </w:p>
    <w:p>
      <w:pPr>
        <w:jc w:val="right"/>
      </w:pPr>
      <w:r>
        <w:t>یعنی اپ جو ہیں کوئی</w:t>
      </w:r>
    </w:p>
    <w:p>
      <w:r>
        <w:rPr>
          <w:b/>
        </w:rPr>
        <w:t xml:space="preserve">[38:11] </w:t>
      </w:r>
      <w:r>
        <w:t>naya creation nahin hain aap mister nature hain aap ke andar jo baatein hain woh nature ka ki</w:t>
      </w:r>
    </w:p>
    <w:p>
      <w:pPr>
        <w:jc w:val="right"/>
      </w:pPr>
      <w:r>
        <w:t>نیا کریشن نہیں ہیں اپ مسٹر نیچر ہیں اپ کے اندر جو باتیں ہیں وہ نیچر کا کی</w:t>
      </w:r>
    </w:p>
    <w:p>
      <w:r>
        <w:rPr>
          <w:b/>
        </w:rPr>
        <w:t xml:space="preserve">[38:21] </w:t>
      </w:r>
      <w:r>
        <w:t>sikhai hui hain koi bhi aadmi jo apnay nature ko preserve rakhay to woh aisay hi hoga jaisay</w:t>
      </w:r>
    </w:p>
    <w:p>
      <w:pPr>
        <w:jc w:val="right"/>
      </w:pPr>
      <w:r>
        <w:t>سکھائی ہوئی ہیں کوئی بھی ادمی جو اپنے نیچر کو پریزرو رکھے تو وہ ایسے ہی ہوگا جیسے</w:t>
      </w:r>
    </w:p>
    <w:p>
      <w:r>
        <w:rPr>
          <w:b/>
        </w:rPr>
        <w:t xml:space="preserve">[38:27] </w:t>
      </w:r>
      <w:r>
        <w:t>ke aap hain</w:t>
      </w:r>
    </w:p>
    <w:p>
      <w:pPr>
        <w:jc w:val="right"/>
      </w:pPr>
      <w:r>
        <w:t>کہ اپ ہیں</w:t>
      </w:r>
    </w:p>
    <w:p>
      <w:r>
        <w:rPr>
          <w:b/>
        </w:rPr>
        <w:t xml:space="preserve">[38:32] </w:t>
      </w:r>
      <w:r>
        <w:t>misal unka tareeqa kya hai</w:t>
      </w:r>
    </w:p>
    <w:p>
      <w:pPr>
        <w:jc w:val="right"/>
      </w:pPr>
      <w:r>
        <w:t>مثلا ان کا طریقہ کیا ہے</w:t>
      </w:r>
    </w:p>
    <w:p>
      <w:r>
        <w:rPr>
          <w:b/>
        </w:rPr>
        <w:t xml:space="preserve">[38:37] </w:t>
      </w:r>
      <w:r>
        <w:t>unka tareeqa yeh hai ke</w:t>
      </w:r>
    </w:p>
    <w:p>
      <w:pPr>
        <w:jc w:val="right"/>
      </w:pPr>
      <w:r>
        <w:t>ان کا طریقہ یہ ہے کہ</w:t>
      </w:r>
    </w:p>
    <w:p>
      <w:r>
        <w:rPr>
          <w:b/>
        </w:rPr>
        <w:t xml:space="preserve">[38:41] </w:t>
      </w:r>
      <w:r>
        <w:t>aps mein koi controversy ho koi difference ho to foran woh ek kar khatam kar dete hain baat ko chalo yeh bhi theek hai jaise mein unke haan gaya to unka khayal tha ke chalen park mein walk karne ke liye</w:t>
      </w:r>
    </w:p>
    <w:p>
      <w:pPr>
        <w:jc w:val="right"/>
      </w:pPr>
      <w:r>
        <w:t>اپس میں کوئی کنٹروورسی ہو کوئی ڈیفرنس ہو تو فورا وہ ایک ا کر ختم کر دیتے ہیں بات کو چلو یہ بھی ٹھیک ہے جیسے میں ان کے ہاں گیا تو ان کا خیال تھا کہ چلیں پارک میں واک کرنے کے لیے</w:t>
      </w:r>
    </w:p>
    <w:p>
      <w:r>
        <w:rPr>
          <w:b/>
        </w:rPr>
        <w:t xml:space="preserve">[39:04] </w:t>
      </w:r>
      <w:r>
        <w:t>to kisi wajah se mein ne kaha ke nahi ghar par rahenge yahan kuch kitaab padhenge to unhon ne kaha chalo yeh bhi theek hai</w:t>
      </w:r>
    </w:p>
    <w:p>
      <w:pPr>
        <w:jc w:val="right"/>
      </w:pPr>
      <w:r>
        <w:t>تو کسی وجہ سے میں نے کہا کہ نہیں گھر پر رہیں گے یہاں کچھ کتاب پڑھیں گے تو انہوں نے کہا چلو یہ بھی ٹھیک ہے</w:t>
      </w:r>
    </w:p>
    <w:p>
      <w:r>
        <w:rPr>
          <w:b/>
        </w:rPr>
        <w:t xml:space="preserve">[39:12] </w:t>
      </w:r>
      <w:r>
        <w:t>agar chaye peenay ki baat ho aur mein kahoon ke sahib nahin yahan coffee peena hai kaha chalo</w:t>
      </w:r>
    </w:p>
    <w:p>
      <w:pPr>
        <w:jc w:val="right"/>
      </w:pPr>
      <w:r>
        <w:t>اگر چائے پینے کی بات ہو اور میں کہوں کہ صاحب نہیں یہاں کافی پینا ہے کہا چلو</w:t>
      </w:r>
    </w:p>
    <w:p>
      <w:r>
        <w:rPr>
          <w:b/>
        </w:rPr>
        <w:t xml:space="preserve">[39:16] </w:t>
      </w:r>
      <w:r>
        <w:t>yeh bhi theek hai yeh hai art of adjustment</w:t>
      </w:r>
    </w:p>
    <w:p>
      <w:pPr>
        <w:jc w:val="right"/>
      </w:pPr>
      <w:r>
        <w:t>یہ بھی ٹھیک ہے یہ ہے ارٹ اف ایڈجسٹمنٹ</w:t>
      </w:r>
    </w:p>
    <w:p>
      <w:r>
        <w:rPr>
          <w:b/>
        </w:rPr>
        <w:t xml:space="preserve">[39:23] </w:t>
      </w:r>
      <w:r>
        <w:t>jo nature ka art hai aap dekhiye hawa chalti hai</w:t>
      </w:r>
    </w:p>
    <w:p>
      <w:pPr>
        <w:jc w:val="right"/>
      </w:pPr>
      <w:r>
        <w:t>جو نیچر کا ارٹ ہے اپ دیکھیے ہوا چلتی ہے</w:t>
      </w:r>
    </w:p>
    <w:p>
      <w:r>
        <w:rPr>
          <w:b/>
        </w:rPr>
        <w:t xml:space="preserve">[39:27] </w:t>
      </w:r>
      <w:r>
        <w:t>hawa chalti hai to kya karti hai</w:t>
      </w:r>
    </w:p>
    <w:p>
      <w:pPr>
        <w:jc w:val="right"/>
      </w:pPr>
      <w:r>
        <w:t>ہوا چلتی ہے تو کیا کرتی ہے</w:t>
      </w:r>
    </w:p>
    <w:p>
      <w:r>
        <w:rPr>
          <w:b/>
        </w:rPr>
        <w:t xml:space="preserve">[39:31] </w:t>
      </w:r>
      <w:r>
        <w:t>woh branches jo peed ke atay hain samnay</w:t>
      </w:r>
    </w:p>
    <w:p>
      <w:pPr>
        <w:jc w:val="right"/>
      </w:pPr>
      <w:r>
        <w:t>وہ برانچز جو پیڑ کے اتے ہیں سامنے</w:t>
      </w:r>
    </w:p>
    <w:p>
      <w:r>
        <w:rPr>
          <w:b/>
        </w:rPr>
        <w:t xml:space="preserve">[39:35] </w:t>
      </w:r>
      <w:r>
        <w:t>to woh is mein se ghus kar nikal jati hai</w:t>
      </w:r>
    </w:p>
    <w:p>
      <w:pPr>
        <w:jc w:val="right"/>
      </w:pPr>
      <w:r>
        <w:t>تو وہ اس میں سے گھس کر نکل جاتی ہے</w:t>
      </w:r>
    </w:p>
    <w:p>
      <w:r>
        <w:rPr>
          <w:b/>
        </w:rPr>
        <w:t xml:space="preserve">[39:41] </w:t>
      </w:r>
      <w:r>
        <w:t>rakh aata hai to idhar udhar se nikal jati hai to woh bhi chalo yeh bhi theek hai</w:t>
      </w:r>
    </w:p>
    <w:p>
      <w:pPr>
        <w:jc w:val="right"/>
      </w:pPr>
      <w:r>
        <w:t>راکھ اتا ہے تو ادھر ادھر سے نکل جاتی ہے تو وہ بھی چلو یہ بھی ٹھیک ہے</w:t>
      </w:r>
    </w:p>
    <w:p>
      <w:r>
        <w:rPr>
          <w:b/>
        </w:rPr>
        <w:t xml:space="preserve">[39:45] </w:t>
      </w:r>
      <w:r>
        <w:t>ka usool pe chalti hai woh</w:t>
      </w:r>
    </w:p>
    <w:p>
      <w:pPr>
        <w:jc w:val="right"/>
      </w:pPr>
      <w:r>
        <w:t>کا اصول پہ چلتی ہے وہ</w:t>
      </w:r>
    </w:p>
    <w:p>
      <w:r>
        <w:rPr>
          <w:b/>
        </w:rPr>
        <w:t xml:space="preserve">[39:47] </w:t>
      </w:r>
      <w:r>
        <w:t>ke rakh aaye tab bhi woh apna principle karegi ke idhar se idhar se nikal jayegi</w:t>
      </w:r>
    </w:p>
    <w:p>
      <w:pPr>
        <w:jc w:val="right"/>
      </w:pPr>
      <w:r>
        <w:t>کہ راکھ ائے تب بھی وہ اپنا پرنسپل کرے گی کہ ادھر سے ادھر سے نکل جائے گی</w:t>
      </w:r>
    </w:p>
    <w:p>
      <w:r>
        <w:rPr>
          <w:b/>
        </w:rPr>
        <w:t xml:space="preserve">[39:53] </w:t>
      </w:r>
      <w:r>
        <w:t>peed aaye tab bhi yahi karegi maidan ho tab bhi wahi karegi to yeh jo principle</w:t>
      </w:r>
    </w:p>
    <w:p>
      <w:pPr>
        <w:jc w:val="right"/>
      </w:pPr>
      <w:r>
        <w:t>پیڑ ائے تب بھی یہی کرے گی میدان ہو تب بھی وہی کرے گی تو یہ جو پرنسپل</w:t>
      </w:r>
    </w:p>
    <w:p>
      <w:r>
        <w:rPr>
          <w:b/>
        </w:rPr>
        <w:t xml:space="preserve">[39:57] </w:t>
      </w:r>
      <w:r>
        <w:t>hai ke chalo yeh bhi theek hai best natural principle hai</w:t>
      </w:r>
    </w:p>
    <w:p>
      <w:pPr>
        <w:jc w:val="right"/>
      </w:pPr>
      <w:r>
        <w:t>ہے کہ چلو یہ بھی ٹھیک ہے بیسٹ نیچرل پرنسپل ہے</w:t>
      </w:r>
    </w:p>
    <w:p>
      <w:r>
        <w:rPr>
          <w:b/>
        </w:rPr>
        <w:t xml:space="preserve">[40:03] </w:t>
      </w:r>
      <w:r>
        <w:t>best natural principle hai</w:t>
      </w:r>
    </w:p>
    <w:p>
      <w:pPr>
        <w:jc w:val="right"/>
      </w:pPr>
      <w:r>
        <w:t>بیسٹ نیچرل پرنسپل ہے</w:t>
      </w:r>
    </w:p>
    <w:p>
      <w:r>
        <w:rPr>
          <w:b/>
        </w:rPr>
        <w:t xml:space="preserve">[40:06] </w:t>
      </w:r>
      <w:r>
        <w:t>to yeh samajhna jaisa ke unhon nay kaha ke god almighty made me and through the mould away</w:t>
      </w:r>
    </w:p>
    <w:p>
      <w:pPr>
        <w:jc w:val="right"/>
      </w:pPr>
      <w:r>
        <w:t>تو یہ سمجھنا جیسا کہ انہوں نے کہا کہ گاڈ المائٹی میڈ می اینڈ تھرو دا مولڈ اوے</w:t>
      </w:r>
    </w:p>
    <w:p>
      <w:r>
        <w:rPr>
          <w:b/>
        </w:rPr>
        <w:t xml:space="preserve">[40:12] </w:t>
      </w:r>
      <w:r>
        <w:t>yeh baat sahi nahin hai har insaan mister nature hai har insaan ko khuda nay yahi sikha rakha</w:t>
      </w:r>
    </w:p>
    <w:p>
      <w:pPr>
        <w:jc w:val="right"/>
      </w:pPr>
      <w:r>
        <w:t>یہ بات صحیح نہیں ہے ہر انسان مسٹر نیچر ہے ہر انسان کو خدا نے یہی سکھا رکھا</w:t>
      </w:r>
    </w:p>
    <w:p>
      <w:r>
        <w:rPr>
          <w:b/>
        </w:rPr>
        <w:t xml:space="preserve">[40:18] </w:t>
      </w:r>
      <w:r>
        <w:t>hai lekin hota kya hai ke admi apni nature ko badal dalta hai isi waja se is badle</w:t>
      </w:r>
    </w:p>
    <w:p>
      <w:pPr>
        <w:jc w:val="right"/>
      </w:pPr>
      <w:r>
        <w:t>ہے لیکن ہوتا کیا ہے کہ ادمی اپنی نیچر کو بدل ڈالتا ہے اسی وجہ سے اس بدلے</w:t>
      </w:r>
    </w:p>
    <w:p>
      <w:r>
        <w:rPr>
          <w:b/>
        </w:rPr>
        <w:t xml:space="preserve">[40:28] </w:t>
      </w:r>
      <w:r>
        <w:t>hue nature ko theek karna apni deconditioning karna agar ye kare admi to har ek samjhega</w:t>
      </w:r>
    </w:p>
    <w:p>
      <w:pPr>
        <w:jc w:val="right"/>
      </w:pPr>
      <w:r>
        <w:t>ہوئے نیچر کو ٹھیک کرنا اپنی ڈی کنڈیشننگ کرنا اگر یہ کرے ادمی تو ہر ایک سمجھے گا</w:t>
      </w:r>
    </w:p>
    <w:p>
      <w:r>
        <w:rPr>
          <w:b/>
        </w:rPr>
        <w:t xml:space="preserve">[40:34] </w:t>
      </w:r>
      <w:r>
        <w:t>ke best formula yahi hai ke chalo ye bhi theek hai yani adjust kar lena</w:t>
      </w:r>
    </w:p>
    <w:p>
      <w:pPr>
        <w:jc w:val="right"/>
      </w:pPr>
      <w:r>
        <w:t>کہ بیسٹ فارمولا یہی ہے کہ چلو یہ بھی ٹھیک ہے یعنی ایڈجسٹ کر لینا</w:t>
      </w:r>
    </w:p>
    <w:p>
      <w:r>
        <w:rPr>
          <w:b/>
        </w:rPr>
        <w:t xml:space="preserve">[40:41] </w:t>
      </w:r>
      <w:r>
        <w:t>avoid karna usool</w:t>
      </w:r>
    </w:p>
    <w:p>
      <w:pPr>
        <w:jc w:val="right"/>
      </w:pPr>
      <w:r>
        <w:t>اوائڈ کرنا اصول</w:t>
      </w:r>
    </w:p>
    <w:p>
      <w:r>
        <w:rPr>
          <w:b/>
        </w:rPr>
        <w:t xml:space="preserve">[40:43] </w:t>
      </w:r>
      <w:r>
        <w:t>al khair ka tareeqa ikhtiyar karna ke usool al khair ye quran ki verse hai ke reconciliation is the best</w:t>
      </w:r>
    </w:p>
    <w:p>
      <w:pPr>
        <w:jc w:val="right"/>
      </w:pPr>
      <w:r>
        <w:t>الخیر کا طریقہ اختیار کرنا کہ اصول الخیر یہ قران کی ورس ہے کہ ریکانسلیشن از دا بیسٹ</w:t>
      </w:r>
    </w:p>
    <w:p>
      <w:r>
        <w:rPr>
          <w:b/>
        </w:rPr>
        <w:t xml:space="preserve">[40:55] </w:t>
      </w:r>
      <w:r>
        <w:t>ke jab bhi koi controversy aaye</w:t>
      </w:r>
    </w:p>
    <w:p>
      <w:pPr>
        <w:jc w:val="right"/>
      </w:pPr>
      <w:r>
        <w:t>کہ جب بھی کوئی کنٹروورسی ائے</w:t>
      </w:r>
    </w:p>
    <w:p>
      <w:r>
        <w:rPr>
          <w:b/>
        </w:rPr>
        <w:t xml:space="preserve">[40:58] </w:t>
      </w:r>
      <w:r>
        <w:t>to to you have to take the conciliatory course of action rather than confrontational course of action ye</w:t>
      </w:r>
    </w:p>
    <w:p>
      <w:pPr>
        <w:jc w:val="right"/>
      </w:pPr>
      <w:r>
        <w:t>تو تو یو ہیو ٹو ٹیک دی کانسلیٹری کورس اف ایکشن رادر دین کنفرنٹیشنل کورس اف ایکشن یہ</w:t>
      </w:r>
    </w:p>
    <w:p>
      <w:r>
        <w:rPr>
          <w:b/>
        </w:rPr>
        <w:t xml:space="preserve">[41:05] </w:t>
      </w:r>
      <w:r>
        <w:t>hai nature ka tareeqa</w:t>
      </w:r>
    </w:p>
    <w:p>
      <w:pPr>
        <w:jc w:val="right"/>
      </w:pPr>
      <w:r>
        <w:t>ہے نیچر کا طریقہ</w:t>
      </w:r>
    </w:p>
    <w:p>
      <w:r>
        <w:rPr>
          <w:b/>
        </w:rPr>
        <w:t xml:space="preserve">[41:09] </w:t>
      </w:r>
      <w:r>
        <w:t>ab main samajh ke bare mein arz karoon ke samajh jo hai agar nature par ho to kya</w:t>
      </w:r>
    </w:p>
    <w:p>
      <w:pPr>
        <w:jc w:val="right"/>
      </w:pPr>
      <w:r>
        <w:t>اب میں سماج کے بارے میں عرض کروں کہ سماج جو ہے اگر نیچر پر ہو تو کیا</w:t>
      </w:r>
    </w:p>
    <w:p>
      <w:r>
        <w:rPr>
          <w:b/>
        </w:rPr>
        <w:t xml:space="preserve">[41:13] </w:t>
      </w:r>
      <w:r>
        <w:t>hota hai wahan</w:t>
      </w:r>
    </w:p>
    <w:p>
      <w:pPr>
        <w:jc w:val="right"/>
      </w:pPr>
      <w:r>
        <w:t>ہوتا ہے وہاں</w:t>
      </w:r>
    </w:p>
    <w:p>
      <w:r>
        <w:rPr>
          <w:b/>
        </w:rPr>
        <w:t xml:space="preserve">[41:17] </w:t>
      </w:r>
      <w:r>
        <w:t>azadi se pehle ka waqia hai jahan main rehta tha pehle up mein to wahan par ek</w:t>
      </w:r>
    </w:p>
    <w:p>
      <w:pPr>
        <w:jc w:val="right"/>
      </w:pPr>
      <w:r>
        <w:t>ازادی سے پہلے کا واقعہ ہے جہاں میں رہتا تھا پہلے یو پی میں تو وہاں پر ایک</w:t>
      </w:r>
    </w:p>
    <w:p>
      <w:r>
        <w:rPr>
          <w:b/>
        </w:rPr>
        <w:t xml:space="preserve">[41:22] </w:t>
      </w:r>
      <w:r>
        <w:t>town hai saraye ameer</w:t>
      </w:r>
    </w:p>
    <w:p>
      <w:pPr>
        <w:jc w:val="right"/>
      </w:pPr>
      <w:r>
        <w:t>ٹاؤن ہے سرائے امیر</w:t>
      </w:r>
    </w:p>
    <w:p>
      <w:r>
        <w:rPr>
          <w:b/>
        </w:rPr>
        <w:t xml:space="preserve">[41:25] </w:t>
      </w:r>
      <w:r>
        <w:t>saraye ameer to ye waqia mujhe bataya wahin ke ek admi ne jinka naam tha master abdul haq</w:t>
      </w:r>
    </w:p>
    <w:p>
      <w:pPr>
        <w:jc w:val="right"/>
      </w:pPr>
      <w:r>
        <w:t>سرائے امیر تو یہ واقعہ مجھے بتایا وہیں کے ایک ادمی نے جن کا نام تھا ماسٹر عبدالحق</w:t>
      </w:r>
    </w:p>
    <w:p>
      <w:r>
        <w:rPr>
          <w:b/>
        </w:rPr>
        <w:t xml:space="preserve">[41:30] </w:t>
      </w:r>
      <w:r>
        <w:t>ansari to unhon ne bataya ke mere mehle mein ek masjid thi ye azadi se pehle ki baat</w:t>
      </w:r>
    </w:p>
    <w:p>
      <w:pPr>
        <w:jc w:val="right"/>
      </w:pPr>
      <w:r>
        <w:t>انصاری تو انہوں نے بتایا کہ میرے محلے میں ایک مسجد تھی یہ ازادی سے پہلے کی بات</w:t>
      </w:r>
    </w:p>
    <w:p>
      <w:r>
        <w:rPr>
          <w:b/>
        </w:rPr>
        <w:t xml:space="preserve">[41:37] </w:t>
      </w:r>
      <w:r>
        <w:t>hai to masjid mein ek lemoon ka peed tha lemoon</w:t>
      </w:r>
    </w:p>
    <w:p>
      <w:pPr>
        <w:jc w:val="right"/>
      </w:pPr>
      <w:r>
        <w:t>ہے تو مسجد میں ایک لیموں کا پیڑ تھا لیموں</w:t>
      </w:r>
    </w:p>
    <w:p>
      <w:r>
        <w:rPr>
          <w:b/>
        </w:rPr>
        <w:t xml:space="preserve">[41:43] </w:t>
      </w:r>
      <w:r>
        <w:t>jo bohat phalta tha</w:t>
      </w:r>
    </w:p>
    <w:p>
      <w:pPr>
        <w:jc w:val="right"/>
      </w:pPr>
      <w:r>
        <w:t>جو بہت پھلتا تھا</w:t>
      </w:r>
    </w:p>
    <w:p>
      <w:r>
        <w:rPr>
          <w:b/>
        </w:rPr>
        <w:t xml:space="preserve">[41:47] </w:t>
      </w:r>
      <w:r>
        <w:t>to unhon ne bataya ke lemoon jo hai koi todta nahi tha mehle koi admi todta nahi tha</w:t>
      </w:r>
    </w:p>
    <w:p>
      <w:pPr>
        <w:jc w:val="right"/>
      </w:pPr>
      <w:r>
        <w:t>تو انہوں نے بتایا کہ لیموں جو ہے کوئی توڑتا نہیں تھا محلے کوئی ادمی توڑتا نہیں تھا</w:t>
      </w:r>
    </w:p>
    <w:p>
      <w:r>
        <w:rPr>
          <w:b/>
        </w:rPr>
        <w:t xml:space="preserve">[41:52] </w:t>
      </w:r>
      <w:r>
        <w:t>bas wo poora mature ho kar ke apne aap girta tha tapakta tha to unhon ne bataya ke</w:t>
      </w:r>
    </w:p>
    <w:p>
      <w:pPr>
        <w:jc w:val="right"/>
      </w:pPr>
      <w:r>
        <w:t>بس وہ پورا میچور ہو کر کے اپنے اپ گرتا تھا ٹپکتا تھا تو انہوں نے بتایا کہ</w:t>
      </w:r>
    </w:p>
    <w:p>
      <w:r>
        <w:rPr>
          <w:b/>
        </w:rPr>
        <w:t xml:space="preserve">[41:59] </w:t>
      </w:r>
      <w:r>
        <w:t>jo muazzin tha utha</w:t>
      </w:r>
    </w:p>
    <w:p>
      <w:pPr>
        <w:jc w:val="right"/>
      </w:pPr>
      <w:r>
        <w:t>جو موذن تھا اٹھا</w:t>
      </w:r>
    </w:p>
    <w:p>
      <w:r>
        <w:rPr>
          <w:b/>
        </w:rPr>
        <w:t xml:space="preserve">[42:02] </w:t>
      </w:r>
      <w:r>
        <w:t>kar ke jitne lemoon gire hote the zameen par utha kar wahan par masjid mein rakh deta tha</w:t>
      </w:r>
    </w:p>
    <w:p>
      <w:pPr>
        <w:jc w:val="right"/>
      </w:pPr>
      <w:r>
        <w:t>کر کے جتنے لیموں گرے ہوتے تھے زمین پر اٹھا کر وہاں پر مسجد میں رکھ دیتا تھا</w:t>
      </w:r>
    </w:p>
    <w:p>
      <w:r>
        <w:rPr>
          <w:b/>
        </w:rPr>
        <w:t xml:space="preserve">[42:08] </w:t>
      </w:r>
      <w:r>
        <w:t>ek taaq par</w:t>
      </w:r>
    </w:p>
    <w:p>
      <w:pPr>
        <w:jc w:val="right"/>
      </w:pPr>
      <w:r>
        <w:t>ایک طاق پر</w:t>
      </w:r>
    </w:p>
    <w:p>
      <w:r>
        <w:rPr>
          <w:b/>
        </w:rPr>
        <w:t xml:space="preserve">[42:11] </w:t>
      </w:r>
      <w:r>
        <w:t>to mehle wale ye tha ke jis admi ko lemoon chahiye to ek paisa rakh kar ek lemoon</w:t>
      </w:r>
    </w:p>
    <w:p>
      <w:pPr>
        <w:jc w:val="right"/>
      </w:pPr>
      <w:r>
        <w:t>تو محلے والے یہ تھا کہ جس ادمی کو لیموں چاہیے تو ایک پیسہ رکھ کر ایک لیموں</w:t>
      </w:r>
    </w:p>
    <w:p>
      <w:r>
        <w:rPr>
          <w:b/>
        </w:rPr>
        <w:t xml:space="preserve">[42:18] </w:t>
      </w:r>
      <w:r>
        <w:t>leta tha wo ek lemoon ka daam tha ek paisa ye bohat pehle ki baat hai</w:t>
      </w:r>
    </w:p>
    <w:p>
      <w:pPr>
        <w:jc w:val="right"/>
      </w:pPr>
      <w:r>
        <w:t>لیتا تھا وہ ایک لیموں کا دام تھا ایک پیسہ یہ بہت پہلے کی بات ہے</w:t>
      </w:r>
    </w:p>
    <w:p>
      <w:r>
        <w:rPr>
          <w:b/>
        </w:rPr>
        <w:t xml:space="preserve">[42:25] </w:t>
      </w:r>
      <w:r>
        <w:t>to ek paisa rakh kar ke wo ek lemoon leta tha</w:t>
      </w:r>
    </w:p>
    <w:p>
      <w:pPr>
        <w:jc w:val="right"/>
      </w:pPr>
      <w:r>
        <w:t>تو ایک پیسہ رکھ کر کے وہ ایک لیموں لیتا تھا</w:t>
      </w:r>
    </w:p>
    <w:p>
      <w:r>
        <w:rPr>
          <w:b/>
        </w:rPr>
        <w:t xml:space="preserve">[42:29] </w:t>
      </w:r>
      <w:r>
        <w:t>aur ek bhi lemoon baghair paise ke koi nahi leta tha wo</w:t>
      </w:r>
    </w:p>
    <w:p>
      <w:pPr>
        <w:jc w:val="right"/>
      </w:pPr>
      <w:r>
        <w:t>اور ایک بھی لیموں بغیر پیسے کے کوئی نہیں لیتا تھا وہ</w:t>
      </w:r>
    </w:p>
    <w:p>
      <w:r>
        <w:rPr>
          <w:b/>
        </w:rPr>
        <w:t xml:space="preserve">[42:34] </w:t>
      </w:r>
      <w:r>
        <w:t>isi paise se masjid ka kharch chalta tha mislan pehle zamane mein jab bijli nahi hoti thi tab</w:t>
      </w:r>
    </w:p>
    <w:p>
      <w:pPr>
        <w:jc w:val="right"/>
      </w:pPr>
      <w:r>
        <w:t>اسی پیسے سے مسجد کا خرچ چلتا تھا مثلا پہلے زمانے میں جب بجلی نہیں ہوتی تھی تب</w:t>
      </w:r>
    </w:p>
    <w:p>
      <w:r>
        <w:rPr>
          <w:b/>
        </w:rPr>
        <w:t xml:space="preserve">[42:40] </w:t>
      </w:r>
      <w:r>
        <w:t>ki baat hai yeh to chiragh jalane ke liye tel chahiye</w:t>
      </w:r>
    </w:p>
    <w:p>
      <w:pPr>
        <w:jc w:val="right"/>
      </w:pPr>
      <w:r>
        <w:t>کی بات ہے یہ تو چراغ جلانے کے لیے تیل چاہیے</w:t>
      </w:r>
    </w:p>
    <w:p>
      <w:r>
        <w:rPr>
          <w:b/>
        </w:rPr>
        <w:t xml:space="preserve">[42:46] </w:t>
      </w:r>
      <w:r>
        <w:t>karoosheed</w:t>
      </w:r>
    </w:p>
    <w:p>
      <w:pPr>
        <w:jc w:val="right"/>
      </w:pPr>
      <w:r>
        <w:t>کروشید</w:t>
      </w:r>
    </w:p>
    <w:p>
      <w:r>
        <w:rPr>
          <w:b/>
        </w:rPr>
        <w:t xml:space="preserve">[42:47] </w:t>
      </w:r>
      <w:r>
        <w:t>nahi balkeh waisa tel edible oil pehle zamane mein edible oil se jala karte the diye</w:t>
      </w:r>
    </w:p>
    <w:p>
      <w:pPr>
        <w:jc w:val="right"/>
      </w:pPr>
      <w:r>
        <w:t>نہیں بلکہ ویسا تیل ایڈیبل ائل پہلے زمانے میں ایڈیبل ائل سے جلا کرتے تھے دیے</w:t>
      </w:r>
    </w:p>
    <w:p>
      <w:r>
        <w:rPr>
          <w:b/>
        </w:rPr>
        <w:t xml:space="preserve">[42:55] </w:t>
      </w:r>
      <w:r>
        <w:t>to is se woh</w:t>
      </w:r>
    </w:p>
    <w:p>
      <w:pPr>
        <w:jc w:val="right"/>
      </w:pPr>
      <w:r>
        <w:t>تو اس سے وہ</w:t>
      </w:r>
    </w:p>
    <w:p>
      <w:r>
        <w:rPr>
          <w:b/>
        </w:rPr>
        <w:t xml:space="preserve">[42:59] </w:t>
      </w:r>
      <w:r>
        <w:t>tel le aata tha aur is se masjid mein chiragh jalaya jata tha to unhon ne bataya ke</w:t>
      </w:r>
    </w:p>
    <w:p>
      <w:pPr>
        <w:jc w:val="right"/>
      </w:pPr>
      <w:r>
        <w:t>تیل لے اتا تھا اور اس سے مسجد میں چراغ جلایا جاتا تھا تو انہوں نے بتایا کہ</w:t>
      </w:r>
    </w:p>
    <w:p>
      <w:r>
        <w:rPr>
          <w:b/>
        </w:rPr>
        <w:t xml:space="preserve">[43:05] </w:t>
      </w:r>
      <w:r>
        <w:t>koi ek nimbu chota nahi tha woh aur unhon ne kaha phir mein ne hi apni ankh se</w:t>
      </w:r>
    </w:p>
    <w:p>
      <w:pPr>
        <w:jc w:val="right"/>
      </w:pPr>
      <w:r>
        <w:t>کوئی ایک لیموں چھوتا نہیں تھا وہ اور انہوں نے کہا پھر میں نے ہی اپنی انکھ سے</w:t>
      </w:r>
    </w:p>
    <w:p>
      <w:r>
        <w:rPr>
          <w:b/>
        </w:rPr>
        <w:t xml:space="preserve">[43:10] </w:t>
      </w:r>
      <w:r>
        <w:t>dekha azadi ke baad jo naya zamana aaya to ek nimbu peed par nahi bachta tha ke zameen</w:t>
      </w:r>
    </w:p>
    <w:p>
      <w:pPr>
        <w:jc w:val="right"/>
      </w:pPr>
      <w:r>
        <w:t>دیکھا ازادی کے بعد جو نیا زمانہ ایا تو ایک لیموں پیڑ پر نہیں بچتا تھا کہ زمین</w:t>
      </w:r>
    </w:p>
    <w:p>
      <w:r>
        <w:rPr>
          <w:b/>
        </w:rPr>
        <w:t xml:space="preserve">[43:16] </w:t>
      </w:r>
      <w:r>
        <w:t>girne ki nawbat nahi aati thi log peed par se log tod jate the to society azadi se</w:t>
      </w:r>
    </w:p>
    <w:p>
      <w:pPr>
        <w:jc w:val="right"/>
      </w:pPr>
      <w:r>
        <w:t>گرنے کی نوبت نہیں اتی تھی لوگ پیڑ پر سے لوگ توڑ جاتے تھے تو سوسائٹی ازادی سے</w:t>
      </w:r>
    </w:p>
    <w:p>
      <w:r>
        <w:rPr>
          <w:b/>
        </w:rPr>
        <w:t xml:space="preserve">[43:23] </w:t>
      </w:r>
      <w:r>
        <w:t>pehley aur azadi ke baad yani pre independence</w:t>
      </w:r>
    </w:p>
    <w:p>
      <w:pPr>
        <w:jc w:val="right"/>
      </w:pPr>
      <w:r>
        <w:t>پہلے اور ازادی کے بعد یعنی پری انڈیپینڈنس</w:t>
      </w:r>
    </w:p>
    <w:p>
      <w:r>
        <w:rPr>
          <w:b/>
        </w:rPr>
        <w:t xml:space="preserve">[43:28] </w:t>
      </w:r>
      <w:r>
        <w:t>era aur post independence era mein kya difference hai pehle society</w:t>
      </w:r>
    </w:p>
    <w:p>
      <w:pPr>
        <w:jc w:val="right"/>
      </w:pPr>
      <w:r>
        <w:t>ایرا اور پوسٹ انڈیپینڈنس ارا میں کیا ڈیفرنس ہے پہلے سوسائٹی</w:t>
      </w:r>
    </w:p>
    <w:p>
      <w:r>
        <w:rPr>
          <w:b/>
        </w:rPr>
        <w:t xml:space="preserve">[43:32] </w:t>
      </w:r>
      <w:r>
        <w:t>nature par thi ab society politics par ho gayi hai ab political leader jo hain woh society ko</w:t>
      </w:r>
    </w:p>
    <w:p>
      <w:pPr>
        <w:jc w:val="right"/>
      </w:pPr>
      <w:r>
        <w:t>نیچر پر تھی اب سوسائٹی پولیٹکس پر ہو گئی ہے اب پولیٹیکل لیڈر جو ہیں وہ سوسائٹی کو</w:t>
      </w:r>
    </w:p>
    <w:p>
      <w:r>
        <w:rPr>
          <w:b/>
        </w:rPr>
        <w:t xml:space="preserve">[43:39] </w:t>
      </w:r>
      <w:r>
        <w:t>control karte hain election ke hangame political speeches political activities</w:t>
      </w:r>
    </w:p>
    <w:p>
      <w:pPr>
        <w:jc w:val="right"/>
      </w:pPr>
      <w:r>
        <w:t>کنٹرول کرتے ہیں الیکشن کے ہنگامے پولیٹیکل اسپیچز پولیٹیکل ایکٹیویٹیز</w:t>
      </w:r>
    </w:p>
    <w:p>
      <w:r>
        <w:rPr>
          <w:b/>
        </w:rPr>
        <w:t xml:space="preserve">[43:46] </w:t>
      </w:r>
      <w:r>
        <w:t>yeh sab cheezein ab chhayi hui rehti hain hamare samaj mein tab yeh sab kuch bhi nahi tha</w:t>
      </w:r>
    </w:p>
    <w:p>
      <w:pPr>
        <w:jc w:val="right"/>
      </w:pPr>
      <w:r>
        <w:t>یہ سب چیزیں اب چھائی ہوئی رہتی ہیں ہمارے سماج میں تب یہ سب کچھ بھی نہیں تھا</w:t>
      </w:r>
    </w:p>
    <w:p>
      <w:r>
        <w:rPr>
          <w:b/>
        </w:rPr>
        <w:t xml:space="preserve">[43:51] </w:t>
      </w:r>
      <w:r>
        <w:t>koi politics naam bhi nahi nahi janta tha woh to us zamane mein ka samaj jo tha woh</w:t>
      </w:r>
    </w:p>
    <w:p>
      <w:pPr>
        <w:jc w:val="right"/>
      </w:pPr>
      <w:r>
        <w:t>کوئی پولیٹکس نام بھی نہیں نہیں جانتا تھا وہ تو اس زمانے میں کا سماج جو تھا وہ</w:t>
      </w:r>
    </w:p>
    <w:p>
      <w:r>
        <w:rPr>
          <w:b/>
        </w:rPr>
        <w:t xml:space="preserve">[43:57] </w:t>
      </w:r>
      <w:r>
        <w:t>tha nature par</w:t>
      </w:r>
    </w:p>
    <w:p>
      <w:pPr>
        <w:jc w:val="right"/>
      </w:pPr>
      <w:r>
        <w:t>تھا نیچر پر</w:t>
      </w:r>
    </w:p>
    <w:p>
      <w:r>
        <w:rPr>
          <w:b/>
        </w:rPr>
        <w:t xml:space="preserve">[44:00] </w:t>
      </w:r>
      <w:r>
        <w:t>nature par is liye wahan par</w:t>
      </w:r>
    </w:p>
    <w:p>
      <w:pPr>
        <w:jc w:val="right"/>
      </w:pPr>
      <w:r>
        <w:t>نیچر پر اس لیے وہاں پر</w:t>
      </w:r>
    </w:p>
    <w:p>
      <w:r>
        <w:rPr>
          <w:b/>
        </w:rPr>
        <w:t xml:space="preserve">[44:03] </w:t>
      </w:r>
      <w:r>
        <w:t>nimbu ka ek nimbu bhi koi chota nahi tha</w:t>
      </w:r>
    </w:p>
    <w:p>
      <w:pPr>
        <w:jc w:val="right"/>
      </w:pPr>
      <w:r>
        <w:t>لیموں کا ایک لیموں بھی کوئی چھوتا نہیں تھا</w:t>
      </w:r>
    </w:p>
    <w:p>
      <w:r>
        <w:rPr>
          <w:b/>
        </w:rPr>
        <w:t xml:space="preserve">[44:09] </w:t>
      </w:r>
      <w:r>
        <w:t>ek paisa rakha aur ek nimbu le liya aur jab nature se hat gaye log</w:t>
      </w:r>
    </w:p>
    <w:p>
      <w:pPr>
        <w:jc w:val="right"/>
      </w:pPr>
      <w:r>
        <w:t>ایک پیسہ رکھا اور ایک لیموں لے لیا اور جب نیچر سے ہٹ گئے لوگ</w:t>
      </w:r>
    </w:p>
    <w:p>
      <w:r>
        <w:rPr>
          <w:b/>
        </w:rPr>
        <w:t xml:space="preserve">[44:16] </w:t>
      </w:r>
      <w:r>
        <w:t>to yeh hua haal ke</w:t>
      </w:r>
    </w:p>
    <w:p>
      <w:pPr>
        <w:jc w:val="right"/>
      </w:pPr>
      <w:r>
        <w:t>تو یہ ہوا حال کہ</w:t>
      </w:r>
    </w:p>
    <w:p>
      <w:r>
        <w:rPr>
          <w:b/>
        </w:rPr>
        <w:t xml:space="preserve">[44:19] </w:t>
      </w:r>
      <w:r>
        <w:t>yani</w:t>
      </w:r>
    </w:p>
    <w:p>
      <w:pPr>
        <w:jc w:val="right"/>
      </w:pPr>
      <w:r>
        <w:t>یعنی</w:t>
      </w:r>
    </w:p>
    <w:p>
      <w:r>
        <w:rPr>
          <w:b/>
        </w:rPr>
        <w:t xml:space="preserve">[44:22] </w:t>
      </w:r>
      <w:r>
        <w:t>ek lemoon bhi peir par nahi rehne pata tha sab ladke tod le aate the us ko yeh mein ne do misaal di aap ko ke aadmi agar nature par ho ya samajh agar nature par ho to kitna farq padta hai</w:t>
      </w:r>
    </w:p>
    <w:p>
      <w:pPr>
        <w:jc w:val="right"/>
      </w:pPr>
      <w:r>
        <w:t>ایک لیموں بھی پیڑ پر نہیں رہنے پاتا تھا سب لڑکے توڑ لے اتے تھے اس کو یہ میں نے دو مثال دی اپ کو کہ ادمی اگر نیچر پر ہو یا سماج اگر نیچر پر ہو تو کتنا فرق پڑتا ہے</w:t>
      </w:r>
    </w:p>
    <w:p>
      <w:r>
        <w:rPr>
          <w:b/>
        </w:rPr>
        <w:t xml:space="preserve">[44:43] </w:t>
      </w:r>
      <w:r>
        <w:t>mein samajhta hoon ke mein mein ne is is society ko dekha hai jo azadi se pehle thi</w:t>
      </w:r>
    </w:p>
    <w:p>
      <w:pPr>
        <w:jc w:val="right"/>
      </w:pPr>
      <w:r>
        <w:t>میں سمجھتا ہوں کہ میں میں نے اس اس سوسائٹی کو دیکھا ہے جو ازادی سے پہلے تھی</w:t>
      </w:r>
    </w:p>
    <w:p>
      <w:r>
        <w:rPr>
          <w:b/>
        </w:rPr>
        <w:t xml:space="preserve">[44:50] </w:t>
      </w:r>
      <w:r>
        <w:t>us zamane ki society thi duty conscious</w:t>
      </w:r>
    </w:p>
    <w:p>
      <w:pPr>
        <w:jc w:val="right"/>
      </w:pPr>
      <w:r>
        <w:t>اس زمانے کی سوسائٹی تھی ڈیوٹی کانشیس</w:t>
      </w:r>
    </w:p>
    <w:p>
      <w:r>
        <w:rPr>
          <w:b/>
        </w:rPr>
        <w:t xml:space="preserve">[44:55] </w:t>
      </w:r>
      <w:r>
        <w:t>har taraf duty ka ehsas logon ko hota tha ke meri duty kya hai meri zimmedari kya</w:t>
      </w:r>
    </w:p>
    <w:p>
      <w:pPr>
        <w:jc w:val="right"/>
      </w:pPr>
      <w:r>
        <w:t>ہر طرف ڈیوٹی کا احساس لوگوں کو ہوتا تھا کہ میری ڈیوٹی کیا ہے میری ذمہ داری کیا</w:t>
      </w:r>
    </w:p>
    <w:p>
      <w:r>
        <w:rPr>
          <w:b/>
        </w:rPr>
        <w:t xml:space="preserve">[45:00] </w:t>
      </w:r>
      <w:r>
        <w:t>hai meri responsibility kya hai us zamane mein koi right ko le kar koi jalse nahi hote the</w:t>
      </w:r>
    </w:p>
    <w:p>
      <w:pPr>
        <w:jc w:val="right"/>
      </w:pPr>
      <w:r>
        <w:t>ہے میری ریسپانسبیلٹی کیا ہے اس زمانے میں کوئی رائٹ کو لے کر کوئی جلسے نہیں ہوتے تھے</w:t>
      </w:r>
    </w:p>
    <w:p>
      <w:r>
        <w:rPr>
          <w:b/>
        </w:rPr>
        <w:t xml:space="preserve">[45:08] </w:t>
      </w:r>
      <w:r>
        <w:t>aaj kal aap dekhte hain ke har jagah right ko le kar hamara ikhtiyar hai hamara right hai</w:t>
      </w:r>
    </w:p>
    <w:p>
      <w:pPr>
        <w:jc w:val="right"/>
      </w:pPr>
      <w:r>
        <w:t>اج کل اپ دیکھتے ہیں کہ ہر جگہ رائٹ کو لے کر ہمارا اختیار ہے ہمارا رائٹ ہے</w:t>
      </w:r>
    </w:p>
    <w:p>
      <w:r>
        <w:rPr>
          <w:b/>
        </w:rPr>
        <w:t xml:space="preserve">[45:13] </w:t>
      </w:r>
      <w:r>
        <w:t>is ko le kar jalsay hotay hain protest hotay hain hangamay hotay hain</w:t>
      </w:r>
    </w:p>
    <w:p>
      <w:pPr>
        <w:jc w:val="right"/>
      </w:pPr>
      <w:r>
        <w:t>اس کو لے کر جلسے ہوتے ہیں پروٹیسٹ ہوتے ہیں ہنگامے ہوتے ہیں</w:t>
      </w:r>
    </w:p>
    <w:p>
      <w:r>
        <w:rPr>
          <w:b/>
        </w:rPr>
        <w:t xml:space="preserve">[45:19] </w:t>
      </w:r>
      <w:r>
        <w:t>goliyan chalti hain tab is ka koi concept nahi tha</w:t>
      </w:r>
    </w:p>
    <w:p>
      <w:pPr>
        <w:jc w:val="right"/>
      </w:pPr>
      <w:r>
        <w:t>گولیاں چلتی ہیں تب اس کا کوئی کانسیپٹ نہیں تھا</w:t>
      </w:r>
    </w:p>
    <w:p>
      <w:r>
        <w:rPr>
          <w:b/>
        </w:rPr>
        <w:t xml:space="preserve">[45:24] </w:t>
      </w:r>
      <w:r>
        <w:t>koi bhi right ko le kar hangama nahi karta tha is zamanay mein har</w:t>
      </w:r>
    </w:p>
    <w:p>
      <w:pPr>
        <w:jc w:val="right"/>
      </w:pPr>
      <w:r>
        <w:t>کوئی بھی رائٹ کو لے کر ہنگامہ نہیں کرتا تھا اس زمانے میں ہر</w:t>
      </w:r>
    </w:p>
    <w:p>
      <w:r>
        <w:rPr>
          <w:b/>
        </w:rPr>
        <w:t xml:space="preserve">[45:29] </w:t>
      </w:r>
      <w:r>
        <w:t>ek apni duty ko sochta tha to natural society woh hai jo duty conscious society ho natural insaan woh hai jis ke andar toleration ho aur natural society woh hai jis jo duty conscious society ho</w:t>
      </w:r>
    </w:p>
    <w:p>
      <w:pPr>
        <w:jc w:val="right"/>
      </w:pPr>
      <w:r>
        <w:t>ایک اپنی ڈیوٹی کو سوچتا تھا تو نیچرل سوسائٹی وہ ہے جو ڈیوٹی کانشیس سوسائٹی ہو نیچرل انسان وہ ہے جس کے اندر ٹولریشن ہو اور نیچرل سوسائٹی وہ ہے جس جو ڈیوٹی کانشیس سوسائٹی ہو</w:t>
      </w:r>
    </w:p>
    <w:p>
      <w:r>
        <w:rPr>
          <w:b/>
        </w:rPr>
        <w:t xml:space="preserve">[45:54] </w:t>
      </w:r>
      <w:r>
        <w:t>aisay mein aik baar khara tha aik</w:t>
      </w:r>
    </w:p>
    <w:p>
      <w:pPr>
        <w:jc w:val="right"/>
      </w:pPr>
      <w:r>
        <w:t>ایسے میں ایک بار کھڑا تھا ایک</w:t>
      </w:r>
    </w:p>
    <w:p>
      <w:r>
        <w:rPr>
          <w:b/>
        </w:rPr>
        <w:t xml:space="preserve">[45:57] </w:t>
      </w:r>
      <w:r>
        <w:t>aik gulab ke aik peR ke samnay to mein ne dekha ke is ki branch jo hai is</w:t>
      </w:r>
    </w:p>
    <w:p>
      <w:pPr>
        <w:jc w:val="right"/>
      </w:pPr>
      <w:r>
        <w:t>ایک گلاب کے ایک پیڑ کے سامنے تو میں نے دیکھا کہ اس کی برانچ جو ہے اس</w:t>
      </w:r>
    </w:p>
    <w:p>
      <w:r>
        <w:rPr>
          <w:b/>
        </w:rPr>
        <w:t xml:space="preserve">[46:03] </w:t>
      </w:r>
      <w:r>
        <w:t>peh gulab ka phool bhi hai aur kanta bhi hai</w:t>
      </w:r>
    </w:p>
    <w:p>
      <w:pPr>
        <w:jc w:val="right"/>
      </w:pPr>
      <w:r>
        <w:t>پہ گلاب کا پھول بھی ہے اور کانٹا بھی ہے</w:t>
      </w:r>
    </w:p>
    <w:p>
      <w:r>
        <w:rPr>
          <w:b/>
        </w:rPr>
        <w:t xml:space="preserve">[46:08] </w:t>
      </w:r>
      <w:r>
        <w:t>lekin mein ne dekha ke phool aur kanta dono aik distance ko maintain kiye huay hain</w:t>
      </w:r>
    </w:p>
    <w:p>
      <w:pPr>
        <w:jc w:val="right"/>
      </w:pPr>
      <w:r>
        <w:t>لیکن میں نے دیکھا کہ پھول اور کانٹا دونوں ایک ڈسٹنس کو مینٹین کیے ہوئے ہیں</w:t>
      </w:r>
    </w:p>
    <w:p>
      <w:r>
        <w:rPr>
          <w:b/>
        </w:rPr>
        <w:t xml:space="preserve">[46:15] </w:t>
      </w:r>
      <w:r>
        <w:t>yani kanta jo hai khud phool ke andar nahi nikla hua hai phool se kuch doori par kanta</w:t>
      </w:r>
    </w:p>
    <w:p>
      <w:pPr>
        <w:jc w:val="right"/>
      </w:pPr>
      <w:r>
        <w:t>یعنی کانٹا جو ہے خود پھول کے اندر نہیں نکلا ہوا ہے پھول سے کچھ دوری پر کانٹا</w:t>
      </w:r>
    </w:p>
    <w:p>
      <w:r>
        <w:rPr>
          <w:b/>
        </w:rPr>
        <w:t xml:space="preserve">[46:21] </w:t>
      </w:r>
      <w:r>
        <w:t>hai aur jitnay bhi phool thay aur kantay thay sab aik distance ko maintain karte thay</w:t>
      </w:r>
    </w:p>
    <w:p>
      <w:pPr>
        <w:jc w:val="right"/>
      </w:pPr>
      <w:r>
        <w:t>ہے اور جتنے بھی پھول تھے اور کانٹے تھے سب ایک ڈسٹنس کو مینٹین کرتے تھے</w:t>
      </w:r>
    </w:p>
    <w:p>
      <w:r>
        <w:rPr>
          <w:b/>
        </w:rPr>
        <w:t xml:space="preserve">[46:27] </w:t>
      </w:r>
      <w:r>
        <w:t>is par sochte sochte mujhe samjhaya</w:t>
      </w:r>
    </w:p>
    <w:p>
      <w:pPr>
        <w:jc w:val="right"/>
      </w:pPr>
      <w:r>
        <w:t>اس پر سوچتے سوچتے مجھے سمجھایا</w:t>
      </w:r>
    </w:p>
    <w:p>
      <w:r>
        <w:rPr>
          <w:b/>
        </w:rPr>
        <w:t xml:space="preserve">[46:30] </w:t>
      </w:r>
      <w:r>
        <w:t>ke zindagi ka raaz yeh bata raha hai phool</w:t>
      </w:r>
    </w:p>
    <w:p>
      <w:pPr>
        <w:jc w:val="right"/>
      </w:pPr>
      <w:r>
        <w:t>کہ زندگی کا راز یہ بتا رہا ہے پھول</w:t>
      </w:r>
    </w:p>
    <w:p>
      <w:r>
        <w:rPr>
          <w:b/>
        </w:rPr>
        <w:t xml:space="preserve">[46:34] </w:t>
      </w:r>
      <w:r>
        <w:t>kya society mein kuch log ho saktay hain jo aap ke liye kantay hon to is ka simple</w:t>
      </w:r>
    </w:p>
    <w:p>
      <w:pPr>
        <w:jc w:val="right"/>
      </w:pPr>
      <w:r>
        <w:t>کیا سوسائٹی میں کچھ لوگ ہو سکتے ہیں جو اپ کے لیے کانٹے ہوں تو اس کا سمپل</w:t>
      </w:r>
    </w:p>
    <w:p>
      <w:r>
        <w:rPr>
          <w:b/>
        </w:rPr>
        <w:t xml:space="preserve">[46:39] </w:t>
      </w:r>
      <w:r>
        <w:t>solution kya hai aap in se ek distance ko maintain kijiye simple solution</w:t>
      </w:r>
    </w:p>
    <w:p>
      <w:pPr>
        <w:jc w:val="right"/>
      </w:pPr>
      <w:r>
        <w:t>سلویوشن کیا ہے اپ ان سے ایک ڈسٹنس کو مینٹین کیجئے سمپل سلویوشن</w:t>
      </w:r>
    </w:p>
    <w:p>
      <w:r>
        <w:rPr>
          <w:b/>
        </w:rPr>
        <w:t xml:space="preserve">[46:49] </w:t>
      </w:r>
      <w:r>
        <w:t>yeh solution mein ne pakar liya to aaj tak mein khuda ke fazal se qaim hoon</w:t>
      </w:r>
    </w:p>
    <w:p>
      <w:pPr>
        <w:jc w:val="right"/>
      </w:pPr>
      <w:r>
        <w:t>یہ سلویوشن میں نے پکڑ لیا تو اج تک میں خدا کے فضل سے قائم ہوں</w:t>
      </w:r>
    </w:p>
    <w:p>
      <w:r>
        <w:rPr>
          <w:b/>
        </w:rPr>
        <w:t xml:space="preserve">[46:54] </w:t>
      </w:r>
      <w:r>
        <w:t>har gulab ka peR yeh message de raha hai ke aye insan agar tu chahta hai</w:t>
      </w:r>
    </w:p>
    <w:p>
      <w:pPr>
        <w:jc w:val="right"/>
      </w:pPr>
      <w:r>
        <w:t>ہر گلاب کا پیڑ یہ میسج دے رہا ہے کہ اے انسان اگر تو چاہتا ہے</w:t>
      </w:r>
    </w:p>
    <w:p>
      <w:r>
        <w:rPr>
          <w:b/>
        </w:rPr>
        <w:t xml:space="preserve">[47:01] </w:t>
      </w:r>
      <w:r>
        <w:t>ke duniya mein tujh ko peaceful life milay to meri tarah</w:t>
      </w:r>
    </w:p>
    <w:p>
      <w:pPr>
        <w:jc w:val="right"/>
      </w:pPr>
      <w:r>
        <w:t>کہ دنیا میں تجھ کو پیس فل لائف ملے تو میری طرح</w:t>
      </w:r>
    </w:p>
    <w:p>
      <w:r>
        <w:rPr>
          <w:b/>
        </w:rPr>
        <w:t xml:space="preserve">[47:08] </w:t>
      </w:r>
      <w:r>
        <w:t>distance ko maintain kar</w:t>
      </w:r>
    </w:p>
    <w:p>
      <w:pPr>
        <w:jc w:val="right"/>
      </w:pPr>
      <w:r>
        <w:t>ڈسٹنس کو مینٹین کر</w:t>
      </w:r>
    </w:p>
    <w:p>
      <w:r>
        <w:rPr>
          <w:b/>
        </w:rPr>
        <w:t xml:space="preserve">[47:11] </w:t>
      </w:r>
      <w:r>
        <w:t>jis tarah mein apni har branch par dikha raha hoon is baat ko ke phool aur kantay mein</w:t>
      </w:r>
    </w:p>
    <w:p>
      <w:pPr>
        <w:jc w:val="right"/>
      </w:pPr>
      <w:r>
        <w:t>جس طرح میں اپنی ہر برانچ پر دکھا رہا ہوں اس بات کو کہ پھول اور کانٹے میں</w:t>
      </w:r>
    </w:p>
    <w:p>
      <w:r>
        <w:rPr>
          <w:b/>
        </w:rPr>
        <w:t xml:space="preserve">[47:16] </w:t>
      </w:r>
      <w:r>
        <w:t>aik distance hai aik doori hai</w:t>
      </w:r>
    </w:p>
    <w:p>
      <w:pPr>
        <w:jc w:val="right"/>
      </w:pPr>
      <w:r>
        <w:t>ایک ڈسٹنس ہے ایک دوری ہے</w:t>
      </w:r>
    </w:p>
    <w:p>
      <w:r>
        <w:rPr>
          <w:b/>
        </w:rPr>
        <w:t xml:space="preserve">[47:20] </w:t>
      </w:r>
      <w:r>
        <w:t>to mein samajhta hoon ke yeh</w:t>
      </w:r>
    </w:p>
    <w:p>
      <w:pPr>
        <w:jc w:val="right"/>
      </w:pPr>
      <w:r>
        <w:t>تو میں سمجھتا ہوں کہ یہ</w:t>
      </w:r>
    </w:p>
    <w:p>
      <w:r>
        <w:rPr>
          <w:b/>
        </w:rPr>
        <w:t xml:space="preserve">[47:24] </w:t>
      </w:r>
      <w:r>
        <w:t>aik baar jab mein koi cheezon ko dekhta hoon to Allah ke fazal se mera dimagh poora pakar</w:t>
      </w:r>
    </w:p>
    <w:p>
      <w:pPr>
        <w:jc w:val="right"/>
      </w:pPr>
      <w:r>
        <w:t>ایک بار جب میں کوئی چیزوں کو دیکھتا ہوں تو اللہ کے فضل سے میرا دماغ پورا پکڑ</w:t>
      </w:r>
    </w:p>
    <w:p>
      <w:r>
        <w:rPr>
          <w:b/>
        </w:rPr>
        <w:t xml:space="preserve">[47:29] </w:t>
      </w:r>
      <w:r>
        <w:t>leta hai is ko to aik baar jab mein ne dekha aisa</w:t>
      </w:r>
    </w:p>
    <w:p>
      <w:pPr>
        <w:jc w:val="right"/>
      </w:pPr>
      <w:r>
        <w:t>لیتا ہے اس کو تو ایک بار جب میں نے دیکھا ایسا</w:t>
      </w:r>
    </w:p>
    <w:p>
      <w:r>
        <w:rPr>
          <w:b/>
        </w:rPr>
        <w:t xml:space="preserve">[47:34] </w:t>
      </w:r>
      <w:r>
        <w:t>ke gulab ka peR</w:t>
      </w:r>
    </w:p>
    <w:p>
      <w:pPr>
        <w:jc w:val="right"/>
      </w:pPr>
      <w:r>
        <w:t>کہ گلاب کا پیڑ</w:t>
      </w:r>
    </w:p>
    <w:p>
      <w:r>
        <w:rPr>
          <w:b/>
        </w:rPr>
        <w:t xml:space="preserve">[47:37] </w:t>
      </w:r>
      <w:r>
        <w:t>phool mein aur kantay mein aik distance ko maintain karta hai hamesha</w:t>
      </w:r>
    </w:p>
    <w:p>
      <w:pPr>
        <w:jc w:val="right"/>
      </w:pPr>
      <w:r>
        <w:t>پھول میں اور کانٹے میں ایک ڈسٹنس کو مینٹین کرتا ہے ہمیشہ</w:t>
      </w:r>
    </w:p>
    <w:p>
      <w:r>
        <w:rPr>
          <w:b/>
        </w:rPr>
        <w:t xml:space="preserve">[47:43] </w:t>
      </w:r>
      <w:r>
        <w:t>to mein ne bhi khuda ke fazal se yeh tareeqa pakar liya is distance ka faida kya hota</w:t>
      </w:r>
    </w:p>
    <w:p>
      <w:pPr>
        <w:jc w:val="right"/>
      </w:pPr>
      <w:r>
        <w:t>تو میں نے بھی خدا کے فضل سے یہ طریقہ پکڑ لیا اس ڈسٹنس کا فائدہ کیا ہوتا</w:t>
      </w:r>
    </w:p>
    <w:p>
      <w:r>
        <w:rPr>
          <w:b/>
        </w:rPr>
        <w:t xml:space="preserve">[47:47] </w:t>
      </w:r>
      <w:r>
        <w:t>hai aik hai ke aap uljhen kantay se</w:t>
      </w:r>
    </w:p>
    <w:p>
      <w:pPr>
        <w:jc w:val="right"/>
      </w:pPr>
      <w:r>
        <w:t>ہے ایک ہے کہ اپ الجھیں کانٹے سے</w:t>
      </w:r>
    </w:p>
    <w:p>
      <w:r>
        <w:rPr>
          <w:b/>
        </w:rPr>
        <w:t xml:space="preserve">[47:52] </w:t>
      </w:r>
      <w:r>
        <w:t>aik yeh hai ke distance maintain karein distance maintain karne ka faida yeh hota hai ke ap ko</w:t>
      </w:r>
    </w:p>
    <w:p>
      <w:pPr>
        <w:jc w:val="right"/>
      </w:pPr>
      <w:r>
        <w:t>ایک یہ ہے کہ ڈسٹنس مینٹین کریں ڈسٹنس مینٹین کرنے کا فائدہ یہ ہوتا ہے کہ اپ کو</w:t>
      </w:r>
    </w:p>
    <w:p>
      <w:r>
        <w:rPr>
          <w:b/>
        </w:rPr>
        <w:t xml:space="preserve">[47:57] </w:t>
      </w:r>
      <w:r>
        <w:t>time mil jata hai</w:t>
      </w:r>
    </w:p>
    <w:p>
      <w:pPr>
        <w:jc w:val="right"/>
      </w:pPr>
      <w:r>
        <w:t>ٹائم مل جاتا ہے</w:t>
      </w:r>
    </w:p>
    <w:p>
      <w:r>
        <w:rPr>
          <w:b/>
        </w:rPr>
        <w:t xml:space="preserve">[47:59] </w:t>
      </w:r>
      <w:r>
        <w:t>time yani jo time ap ke paas hai woh agar ap takrao mein lagayein kaanton ko todne mein</w:t>
      </w:r>
    </w:p>
    <w:p>
      <w:pPr>
        <w:jc w:val="right"/>
      </w:pPr>
      <w:r>
        <w:t>ٹائم یعنی جو ٹائم اپ کے پاس ہے وہ اگر اپ ٹکراؤ میں لگائیں کانٹوں کو توڑنے میں</w:t>
      </w:r>
    </w:p>
    <w:p>
      <w:r>
        <w:rPr>
          <w:b/>
        </w:rPr>
        <w:t xml:space="preserve">[48:08] </w:t>
      </w:r>
      <w:r>
        <w:t>lagayein kaanton</w:t>
      </w:r>
    </w:p>
    <w:p>
      <w:pPr>
        <w:jc w:val="right"/>
      </w:pPr>
      <w:r>
        <w:t>لگائیں کانٹوں</w:t>
      </w:r>
    </w:p>
    <w:p>
      <w:r>
        <w:rPr>
          <w:b/>
        </w:rPr>
        <w:t xml:space="preserve">[48:09] </w:t>
      </w:r>
      <w:r>
        <w:t>se ladne jhagadne mein lagayein to aap apne time ko waste karenge aur jab aap distance ko maintain karein to kya hoga ke aap apne time ko bachayenge yeh hai time ko save karne ka best formula best formula</w:t>
      </w:r>
    </w:p>
    <w:p>
      <w:pPr>
        <w:jc w:val="right"/>
      </w:pPr>
      <w:r>
        <w:t>سے لڑنے جھگڑنے میں لگائیں تو اپ اپنے ٹائم کو ویسٹ کریں گے اور جب اپ ڈسٹنس کو مینٹین کریں تو کیا ہوگا کہ اپ اپنے ٹائم کو بچائیں گے یہ ہے ٹائم کو سیو کرنے کا بیسٹ فارمولا بیسٹ فارمولا</w:t>
      </w:r>
    </w:p>
    <w:p>
      <w:r>
        <w:rPr>
          <w:b/>
        </w:rPr>
        <w:t xml:space="preserve">[48:35] </w:t>
      </w:r>
      <w:r>
        <w:t>mein khuda ke fazal se isi tarah se sochta rehta hoon kahin bhi rehta hoon to maslan ek baar mein ek jagah mein ne dekha ke peed par shehad ka ek chhatta latak raha hai to mein ne shehad ke bare mein shehad ki makhi ke bare mein bohat kuch parha tha to us ko dekh kar bohat si baatein mere mind mein aayin maslan mein ne parha tha ke shehad ki makhi</w:t>
      </w:r>
    </w:p>
    <w:p>
      <w:pPr>
        <w:jc w:val="right"/>
      </w:pPr>
      <w:r>
        <w:t>میں خدا کے فضل سے اسی طرح سے سوچتا رہتا ہوں کہیں بھی رہتا ہوں تو مثلا ایک بار میں ایک جگہ میں نے دیکھا کہ پیڑ پر شہد کا ایک چھتا لٹک رہا ہے تو میں نے شہد کے بارے میں شہد کی مکھی کے بارے میں بہت کچھ پڑھا تھا تو اس کو دیکھ کر بہت سی باتیں میرے مائنڈ میں ائیں مثلا میں نے پڑھا تھا کہ شہد کی مکھی</w:t>
      </w:r>
    </w:p>
    <w:p>
      <w:r>
        <w:rPr>
          <w:b/>
        </w:rPr>
        <w:t xml:space="preserve">[49:04] </w:t>
      </w:r>
      <w:r>
        <w:t>ek pound shehad banane ke liye bees lakh phoolon ka ras chusti hai</w:t>
      </w:r>
    </w:p>
    <w:p>
      <w:pPr>
        <w:jc w:val="right"/>
      </w:pPr>
      <w:r>
        <w:t>ایک پاؤنڈ شہد بنانے کے لیے بیس لاکھ پھولوں کا رس چوستی ہے</w:t>
      </w:r>
    </w:p>
    <w:p>
      <w:r>
        <w:rPr>
          <w:b/>
        </w:rPr>
        <w:t xml:space="preserve">[49:15] </w:t>
      </w:r>
      <w:r>
        <w:t>aik pound shehad banane ke liye shehad ki makhi base lakh phoolon ka ras chusti hai tab woh</w:t>
      </w:r>
    </w:p>
    <w:p>
      <w:pPr>
        <w:jc w:val="right"/>
      </w:pPr>
      <w:r>
        <w:t>ایک پاؤنڈ شہد بنانے کے لیے شہد کی مکھی بیس لاکھ پھولوں کا رس چوستی ہے تب وہ</w:t>
      </w:r>
    </w:p>
    <w:p>
      <w:r>
        <w:rPr>
          <w:b/>
        </w:rPr>
        <w:t xml:space="preserve">[49:21] </w:t>
      </w:r>
      <w:r>
        <w:t>aik pound shehad bana pati hai ab dekhiye ke is waqt mein ne socha ke shehad ki makhi</w:t>
      </w:r>
    </w:p>
    <w:p>
      <w:pPr>
        <w:jc w:val="right"/>
      </w:pPr>
      <w:r>
        <w:t>ایک پاؤنڈ شہد بنا پاتی ہے اب دیکھیے کہ اس وقت میں نے سوچا کہ شہد کی مکھی</w:t>
      </w:r>
    </w:p>
    <w:p>
      <w:r>
        <w:rPr>
          <w:b/>
        </w:rPr>
        <w:t xml:space="preserve">[49:29] </w:t>
      </w:r>
      <w:r>
        <w:t>urti hui aik bagh mein pahunchi wahan bohat se pear hain</w:t>
      </w:r>
    </w:p>
    <w:p>
      <w:pPr>
        <w:jc w:val="right"/>
      </w:pPr>
      <w:r>
        <w:t>اڑتی ہوئی ایک باغ میں پہنچی وہاں بہت سے پیڑ ہیں</w:t>
      </w:r>
    </w:p>
    <w:p>
      <w:r>
        <w:rPr>
          <w:b/>
        </w:rPr>
        <w:t xml:space="preserve">[49:34] </w:t>
      </w:r>
      <w:r>
        <w:t>bohat sari cheezein hain lekin woh theek wohin pahunche gi jahan ke ras hai</w:t>
      </w:r>
    </w:p>
    <w:p>
      <w:pPr>
        <w:jc w:val="right"/>
      </w:pPr>
      <w:r>
        <w:t>بہت ساری چیزیں ہیں لیکن وہ ٹھیک وہیں پہنچے گی جہاں کہ رس ہے</w:t>
      </w:r>
    </w:p>
    <w:p>
      <w:r>
        <w:rPr>
          <w:b/>
        </w:rPr>
        <w:t xml:space="preserve">[49:39] </w:t>
      </w:r>
      <w:r>
        <w:t>ras ke siwa kisi aur cheez se woh koi dilchaspi nahi le gi</w:t>
      </w:r>
    </w:p>
    <w:p>
      <w:pPr>
        <w:jc w:val="right"/>
      </w:pPr>
      <w:r>
        <w:t>رس کے سوا کسی اور چیز سے وہ کوئی دلچسپی نہیں لے گی</w:t>
      </w:r>
    </w:p>
    <w:p>
      <w:r>
        <w:rPr>
          <w:b/>
        </w:rPr>
        <w:t xml:space="preserve">[49:44] </w:t>
      </w:r>
      <w:r>
        <w:t>aik second bhi woh zaya nahi kare gi kisi aur cheez mein ulajhne mein</w:t>
      </w:r>
    </w:p>
    <w:p>
      <w:pPr>
        <w:jc w:val="right"/>
      </w:pPr>
      <w:r>
        <w:t>ایک سیکنڈ بھی وہ ضائع نہیں کرے گی کسی اور چیز میں الجھنے میں</w:t>
      </w:r>
    </w:p>
    <w:p>
      <w:r>
        <w:rPr>
          <w:b/>
        </w:rPr>
        <w:t xml:space="preserve">[49:49] </w:t>
      </w:r>
      <w:r>
        <w:t>toh is se mein ne samjha ke yeh yeh hai ke selective way mein</w:t>
      </w:r>
    </w:p>
    <w:p>
      <w:pPr>
        <w:jc w:val="right"/>
      </w:pPr>
      <w:r>
        <w:t>تو اس سے میں نے سمجھا کہ یہ یہ ہے کہ سلیکٹیو وے میں</w:t>
      </w:r>
    </w:p>
    <w:p>
      <w:r>
        <w:rPr>
          <w:b/>
        </w:rPr>
        <w:t xml:space="preserve">[49:56] </w:t>
      </w:r>
      <w:r>
        <w:t>duniya mein rehna selective way mein</w:t>
      </w:r>
    </w:p>
    <w:p>
      <w:pPr>
        <w:jc w:val="right"/>
      </w:pPr>
      <w:r>
        <w:t>دنیا میں رہنا سلیکٹیو وے میں</w:t>
      </w:r>
    </w:p>
    <w:p>
      <w:r>
        <w:rPr>
          <w:b/>
        </w:rPr>
        <w:t xml:space="preserve">[50:01] </w:t>
      </w:r>
      <w:r>
        <w:t>yani</w:t>
      </w:r>
    </w:p>
    <w:p>
      <w:pPr>
        <w:jc w:val="right"/>
      </w:pPr>
      <w:r>
        <w:t>یعنی</w:t>
      </w:r>
    </w:p>
    <w:p>
      <w:r>
        <w:rPr>
          <w:b/>
        </w:rPr>
        <w:t xml:space="preserve">[50:02] </w:t>
      </w:r>
      <w:r>
        <w:t>isi cheez se taaluq rakhna jo ap ki zindagi ke liye helpful hai baqi cheezon se koi</w:t>
      </w:r>
    </w:p>
    <w:p>
      <w:pPr>
        <w:jc w:val="right"/>
      </w:pPr>
      <w:r>
        <w:t>اسی چیز سے تعلق رکھنا جو اپ کی زندگی کے لیے ہیلپ فل ہے باقی چیزوں سے کوئی</w:t>
      </w:r>
    </w:p>
    <w:p>
      <w:r>
        <w:rPr>
          <w:b/>
        </w:rPr>
        <w:t xml:space="preserve">[50:09] </w:t>
      </w:r>
      <w:r>
        <w:t>taaluq na rakhna</w:t>
      </w:r>
    </w:p>
    <w:p>
      <w:pPr>
        <w:jc w:val="right"/>
      </w:pPr>
      <w:r>
        <w:t>تعلق نہ رکھنا</w:t>
      </w:r>
    </w:p>
    <w:p>
      <w:r>
        <w:rPr>
          <w:b/>
        </w:rPr>
        <w:t xml:space="preserve">[50:11] </w:t>
      </w:r>
      <w:r>
        <w:t>yeh shehad ki makhi aai toh woh na toh tehni ko</w:t>
      </w:r>
    </w:p>
    <w:p>
      <w:pPr>
        <w:jc w:val="right"/>
      </w:pPr>
      <w:r>
        <w:t>یہ شہد کی مکھی ائی تو وہ نہ تو ٹہنی کو</w:t>
      </w:r>
    </w:p>
    <w:p>
      <w:r>
        <w:rPr>
          <w:b/>
        </w:rPr>
        <w:t xml:space="preserve">[50:16] </w:t>
      </w:r>
      <w:r>
        <w:t>par baithe gi</w:t>
      </w:r>
    </w:p>
    <w:p>
      <w:pPr>
        <w:jc w:val="right"/>
      </w:pPr>
      <w:r>
        <w:t>پر بیٹھے گی</w:t>
      </w:r>
    </w:p>
    <w:p>
      <w:r>
        <w:rPr>
          <w:b/>
        </w:rPr>
        <w:t xml:space="preserve">[50:18] </w:t>
      </w:r>
      <w:r>
        <w:t>na phool ki patiyon se koi matlab is ko hoga</w:t>
      </w:r>
    </w:p>
    <w:p>
      <w:pPr>
        <w:jc w:val="right"/>
      </w:pPr>
      <w:r>
        <w:t>نہ پھول کی پتیوں سے کوئی مطلب اس کو ہوگا</w:t>
      </w:r>
    </w:p>
    <w:p>
      <w:r>
        <w:rPr>
          <w:b/>
        </w:rPr>
        <w:t xml:space="preserve">[50:22] </w:t>
      </w:r>
      <w:r>
        <w:t>aur na is ko phool se koi matlab hoga na lakri se koi matlab hoga kisi cheez se</w:t>
      </w:r>
    </w:p>
    <w:p>
      <w:pPr>
        <w:jc w:val="right"/>
      </w:pPr>
      <w:r>
        <w:t>اور نہ اس کو پھل سے کوئی مطلب ہوگا نہ لکڑی سے کوئی مطلب ہوگا کسی چیز سے</w:t>
      </w:r>
    </w:p>
    <w:p>
      <w:r>
        <w:rPr>
          <w:b/>
        </w:rPr>
        <w:t xml:space="preserve">[50:27] </w:t>
      </w:r>
      <w:r>
        <w:t>koi matlab is ko nahi seedhe woh ja kar ke wahan jaye gi jahan ke ras hai thora</w:t>
      </w:r>
    </w:p>
    <w:p>
      <w:pPr>
        <w:jc w:val="right"/>
      </w:pPr>
      <w:r>
        <w:t>کوئی مطلب اس کو نہیں سیدھے وہ جا کر کے وہاں جائے گی جہاں کہ رس ہے تھوڑا</w:t>
      </w:r>
    </w:p>
    <w:p>
      <w:r>
        <w:rPr>
          <w:b/>
        </w:rPr>
        <w:t xml:space="preserve">[50:32] </w:t>
      </w:r>
      <w:r>
        <w:t>sa ras hai</w:t>
      </w:r>
    </w:p>
    <w:p>
      <w:pPr>
        <w:jc w:val="right"/>
      </w:pPr>
      <w:r>
        <w:t>سا رس ہے</w:t>
      </w:r>
    </w:p>
    <w:p>
      <w:r>
        <w:rPr>
          <w:b/>
        </w:rPr>
        <w:t xml:space="preserve">[50:34] </w:t>
      </w:r>
      <w:r>
        <w:t>is ko mein keh raha hoon ke selective way mein woh kaam karti hai apna</w:t>
      </w:r>
    </w:p>
    <w:p>
      <w:pPr>
        <w:jc w:val="right"/>
      </w:pPr>
      <w:r>
        <w:t>اس کو میں کہہ رہا ہوں کہ سلیکٹیو وے میں وہ کام کرتی ہے اپنا</w:t>
      </w:r>
    </w:p>
    <w:p>
      <w:r>
        <w:rPr>
          <w:b/>
        </w:rPr>
        <w:t xml:space="preserve">[50:42] </w:t>
      </w:r>
      <w:r>
        <w:t>toh mein samajhta hoon ke yeh tareeqa hamein is har shakhs ke liye chahiye karna ke hum zindagi</w:t>
      </w:r>
    </w:p>
    <w:p>
      <w:pPr>
        <w:jc w:val="right"/>
      </w:pPr>
      <w:r>
        <w:t>تو میں سمجھتا ہوں کہ یہ طریقہ ہمیں اس ہر شخص کے لیے چاہیے کرنا کہ ہم زندگی</w:t>
      </w:r>
    </w:p>
    <w:p>
      <w:r>
        <w:rPr>
          <w:b/>
        </w:rPr>
        <w:t xml:space="preserve">[50:47] </w:t>
      </w:r>
      <w:r>
        <w:t>mein aisa na karein ke har cheez mein uljhein har cheez mein apne time ko laga dein</w:t>
      </w:r>
    </w:p>
    <w:p>
      <w:pPr>
        <w:jc w:val="right"/>
      </w:pPr>
      <w:r>
        <w:t>میں ایسا نہ کریں کہ ہر چیز میں الجھیں ہر چیز میں اپنے ٹائم کو لگا دیں</w:t>
      </w:r>
    </w:p>
    <w:p>
      <w:r>
        <w:rPr>
          <w:b/>
        </w:rPr>
        <w:t xml:space="preserve">[50:57] </w:t>
      </w:r>
      <w:r>
        <w:t>har cheez mein apne</w:t>
      </w:r>
    </w:p>
    <w:p>
      <w:pPr>
        <w:jc w:val="right"/>
      </w:pPr>
      <w:r>
        <w:t>ہر چیز میں اپنے</w:t>
      </w:r>
    </w:p>
    <w:p>
      <w:r>
        <w:rPr>
          <w:b/>
        </w:rPr>
        <w:t xml:space="preserve">[50:59] </w:t>
      </w:r>
      <w:r>
        <w:t>yani lagein is ko</w:t>
      </w:r>
    </w:p>
    <w:p>
      <w:pPr>
        <w:jc w:val="right"/>
      </w:pPr>
      <w:r>
        <w:t>یعنی لگیں اس کو</w:t>
      </w:r>
    </w:p>
    <w:p>
      <w:r>
        <w:rPr>
          <w:b/>
        </w:rPr>
        <w:t xml:space="preserve">[51:03] </w:t>
      </w:r>
      <w:r>
        <w:t>apne aap ko phansa dein is mein balkay hum selective banen selective sirf isi cheez mein hum dilchaspi</w:t>
      </w:r>
    </w:p>
    <w:p>
      <w:pPr>
        <w:jc w:val="right"/>
      </w:pPr>
      <w:r>
        <w:t>اپنے اپ کو پھنسا دیں اس میں بلکہ ہم سلیکٹیو بنیں سلیکٹیو صرف اسی چیز میں ہم دلچسپی</w:t>
      </w:r>
    </w:p>
    <w:p>
      <w:r>
        <w:rPr>
          <w:b/>
        </w:rPr>
        <w:t xml:space="preserve">[51:12] </w:t>
      </w:r>
      <w:r>
        <w:t>lein isi cheez mein hum apna time lagaein isi cheez mein hum apnay mind ko lagaein jo direct</w:t>
      </w:r>
    </w:p>
    <w:p>
      <w:pPr>
        <w:jc w:val="right"/>
      </w:pPr>
      <w:r>
        <w:t>لیں اسی چیز میں ہم اپنا ٹائم لگائیں اسی چیز میں ہم اپنے مائنڈ کو لگائیں جو ڈائریکٹ</w:t>
      </w:r>
    </w:p>
    <w:p>
      <w:r>
        <w:rPr>
          <w:b/>
        </w:rPr>
        <w:t xml:space="preserve">[51:20] </w:t>
      </w:r>
      <w:r>
        <w:t>tor par hamare</w:t>
      </w:r>
    </w:p>
    <w:p>
      <w:pPr>
        <w:jc w:val="right"/>
      </w:pPr>
      <w:r>
        <w:t>طور پر ہمارے</w:t>
      </w:r>
    </w:p>
    <w:p>
      <w:r>
        <w:rPr>
          <w:b/>
        </w:rPr>
        <w:t xml:space="preserve">[51:23] </w:t>
      </w:r>
      <w:r>
        <w:t>liye useful hai</w:t>
      </w:r>
    </w:p>
    <w:p>
      <w:pPr>
        <w:jc w:val="right"/>
      </w:pPr>
      <w:r>
        <w:t>لیے یوزفل ہے</w:t>
      </w:r>
    </w:p>
    <w:p>
      <w:r>
        <w:rPr>
          <w:b/>
        </w:rPr>
        <w:t xml:space="preserve">[51:26] </w:t>
      </w:r>
      <w:r>
        <w:t>jo hamari</w:t>
      </w:r>
    </w:p>
    <w:p>
      <w:pPr>
        <w:jc w:val="right"/>
      </w:pPr>
      <w:r>
        <w:t>جو ہماری</w:t>
      </w:r>
    </w:p>
    <w:p>
      <w:r>
        <w:rPr>
          <w:b/>
        </w:rPr>
        <w:t xml:space="preserve">[51:27] </w:t>
      </w:r>
      <w:r>
        <w:t>zindagi ka aim hai hamari zindagi ka jo maqsad hai us mein direct tor par jo helpful hai bas usi se matlab rakhein kisi aur cheez se matlab na rakhein jis tarah shehad ki makhi karti hai</w:t>
      </w:r>
    </w:p>
    <w:p>
      <w:pPr>
        <w:jc w:val="right"/>
      </w:pPr>
      <w:r>
        <w:t>زندگی کا ایم ہے ہماری زندگی کا جو مقصد ہے اس میں ڈائریکٹ طور پر جو ہیلپ فل ہے بس اسی سے مطلب رکھیں کسی اور چیز سے مطلب نہ رکھیں جس طرح شہد کی مکھی کرتی ہے</w:t>
      </w:r>
    </w:p>
    <w:p>
      <w:r>
        <w:rPr>
          <w:b/>
        </w:rPr>
        <w:t xml:space="preserve">[51:44] </w:t>
      </w:r>
      <w:r>
        <w:t>yeh hai yeh spiritual way of life</w:t>
      </w:r>
    </w:p>
    <w:p>
      <w:pPr>
        <w:jc w:val="right"/>
      </w:pPr>
      <w:r>
        <w:t>یہ ہے یہ سپریچول وے اف لائف</w:t>
      </w:r>
    </w:p>
    <w:p>
      <w:r>
        <w:rPr>
          <w:b/>
        </w:rPr>
        <w:t xml:space="preserve">[51:49] </w:t>
      </w:r>
      <w:r>
        <w:t>isi ko kaha gaya hai applied spirituality</w:t>
      </w:r>
    </w:p>
    <w:p>
      <w:pPr>
        <w:jc w:val="right"/>
      </w:pPr>
      <w:r>
        <w:t>اسی کو کہا گیا ہے اپلائیڈ سپریچولیٹی</w:t>
      </w:r>
    </w:p>
    <w:p>
      <w:r>
        <w:rPr>
          <w:b/>
        </w:rPr>
        <w:t xml:space="preserve">[51:55] </w:t>
      </w:r>
      <w:r>
        <w:t>mere nazdeek spirituality koi mysterious cheez nahi hai</w:t>
      </w:r>
    </w:p>
    <w:p>
      <w:pPr>
        <w:jc w:val="right"/>
      </w:pPr>
      <w:r>
        <w:t>میرے نزدیک سپریچولیٹی کوئی مسٹیریس چیز نہیں ہے</w:t>
      </w:r>
    </w:p>
    <w:p>
      <w:r>
        <w:rPr>
          <w:b/>
        </w:rPr>
        <w:t xml:space="preserve">[52:00] </w:t>
      </w:r>
      <w:r>
        <w:t>jo ankh band kar ke milti ho ankh band kar ke milnay wali spirituality</w:t>
      </w:r>
    </w:p>
    <w:p>
      <w:pPr>
        <w:jc w:val="right"/>
      </w:pPr>
      <w:r>
        <w:t>جو انکھ بند کر کے ملتی ہو انکھ بند کر کے ملنے والی سپریچولیٹی</w:t>
      </w:r>
    </w:p>
    <w:p>
      <w:r>
        <w:rPr>
          <w:b/>
        </w:rPr>
        <w:t xml:space="preserve">[52:06] </w:t>
      </w:r>
      <w:r>
        <w:t>se mujhe koi dilchaspi nahi hai woh hai tab bhi nahi hai nahi hai tab bhi nahi hai</w:t>
      </w:r>
    </w:p>
    <w:p>
      <w:pPr>
        <w:jc w:val="right"/>
      </w:pPr>
      <w:r>
        <w:t>سے مجھے کوئی دلچسپی نہیں ہے وہ ہے تب بھی نہیں ہے نہیں ہے تب بھی نہیں ہے</w:t>
      </w:r>
    </w:p>
    <w:p>
      <w:r>
        <w:rPr>
          <w:b/>
        </w:rPr>
        <w:t xml:space="preserve">[52:11] </w:t>
      </w:r>
      <w:r>
        <w:t>mein is spirituality mein believe karta hoon jo meri zindagi ka part ho</w:t>
      </w:r>
    </w:p>
    <w:p>
      <w:pPr>
        <w:jc w:val="right"/>
      </w:pPr>
      <w:r>
        <w:t>میں اس سپریچولیٹی میں بیلیو کرتا ہوں جو میری زندگی کا پارٹ ہو</w:t>
      </w:r>
    </w:p>
    <w:p>
      <w:r>
        <w:rPr>
          <w:b/>
        </w:rPr>
        <w:t xml:space="preserve">[52:16] </w:t>
      </w:r>
      <w:r>
        <w:t>jis se mujhe koi</w:t>
      </w:r>
    </w:p>
    <w:p>
      <w:pPr>
        <w:jc w:val="right"/>
      </w:pPr>
      <w:r>
        <w:t>جس سے مجھے کوئی</w:t>
      </w:r>
    </w:p>
    <w:p>
      <w:r>
        <w:rPr>
          <w:b/>
        </w:rPr>
        <w:t xml:space="preserve">[52:18] </w:t>
      </w:r>
      <w:r>
        <w:t>yani better life ke liye helpful ho</w:t>
      </w:r>
    </w:p>
    <w:p>
      <w:pPr>
        <w:jc w:val="right"/>
      </w:pPr>
      <w:r>
        <w:t>یعنی بیٹر لائف کے لیے ہیلپ فل ہو</w:t>
      </w:r>
    </w:p>
    <w:p>
      <w:r>
        <w:rPr>
          <w:b/>
        </w:rPr>
        <w:t xml:space="preserve">[52:23] </w:t>
      </w:r>
      <w:r>
        <w:t>aur sirf mujhe aik ecstasy de ecstasy wali spirituality se mujhe koi dilchaspi</w:t>
      </w:r>
    </w:p>
    <w:p>
      <w:pPr>
        <w:jc w:val="right"/>
      </w:pPr>
      <w:r>
        <w:t>اور صرف مجھے ایک ایکسٹسی دے ایکسٹسی والی سپریچولیٹی سے مجھے کوئی دلچسپی</w:t>
      </w:r>
    </w:p>
    <w:p>
      <w:r>
        <w:rPr>
          <w:b/>
        </w:rPr>
        <w:t xml:space="preserve">[52:29] </w:t>
      </w:r>
      <w:r>
        <w:t>nahi hai to yeh hai mere nazdeek sachi spirituality</w:t>
      </w:r>
    </w:p>
    <w:p>
      <w:pPr>
        <w:jc w:val="right"/>
      </w:pPr>
      <w:r>
        <w:t>نہیں ہے تو یہ ہے میرے نزدیک سچی سپریچولیٹی</w:t>
      </w:r>
    </w:p>
    <w:p>
      <w:r>
        <w:rPr>
          <w:b/>
        </w:rPr>
        <w:t xml:space="preserve">[52:36] </w:t>
      </w:r>
      <w:r>
        <w:t>aise hi mein nay aik article mein parha</w:t>
      </w:r>
    </w:p>
    <w:p>
      <w:pPr>
        <w:jc w:val="right"/>
      </w:pPr>
      <w:r>
        <w:t>ایسے ہی میں نے ایک ارٹیکل میں پڑھا</w:t>
      </w:r>
    </w:p>
    <w:p>
      <w:r>
        <w:rPr>
          <w:b/>
        </w:rPr>
        <w:t xml:space="preserve">[52:40] </w:t>
      </w:r>
      <w:r>
        <w:t>ke aik martaba ya bohat pehlay ki baat hai ke aik</w:t>
      </w:r>
    </w:p>
    <w:p>
      <w:pPr>
        <w:jc w:val="right"/>
      </w:pPr>
      <w:r>
        <w:t>کہ ایک مرتبہ یا بہت پہلے کی بات ہے کہ ایک</w:t>
      </w:r>
    </w:p>
    <w:p>
      <w:r>
        <w:rPr>
          <w:b/>
        </w:rPr>
        <w:t xml:space="preserve">[52:44] </w:t>
      </w:r>
      <w:r>
        <w:t>aik behas hui</w:t>
      </w:r>
    </w:p>
    <w:p>
      <w:pPr>
        <w:jc w:val="right"/>
      </w:pPr>
      <w:r>
        <w:t>ایک بحث ہوئی</w:t>
      </w:r>
    </w:p>
    <w:p>
      <w:r>
        <w:rPr>
          <w:b/>
        </w:rPr>
        <w:t xml:space="preserve">[52:47] </w:t>
      </w:r>
      <w:r>
        <w:t>ke loha pehlay zamanay mein aap jantay hain ke lakri ke boot bantay thay lakri ke boot</w:t>
      </w:r>
    </w:p>
    <w:p>
      <w:pPr>
        <w:jc w:val="right"/>
      </w:pPr>
      <w:r>
        <w:t>کہ لوہا پہلے زمانے میں اپ جانتے ہیں کہ لکڑی کے بوٹ بنتے تھے لکڑی کے بوٹ</w:t>
      </w:r>
    </w:p>
    <w:p>
      <w:r>
        <w:rPr>
          <w:b/>
        </w:rPr>
        <w:t xml:space="preserve">[52:56] </w:t>
      </w:r>
      <w:r>
        <w:t>to kahin yeh behas hui ke kya lohay ki boot banai ja sakti hai</w:t>
      </w:r>
    </w:p>
    <w:p>
      <w:pPr>
        <w:jc w:val="right"/>
      </w:pPr>
      <w:r>
        <w:t>تو کہیں یہ بحث ہوئی کہ کیا لوہے کی بوٹ بنائی جا سکتی ہے</w:t>
      </w:r>
    </w:p>
    <w:p>
      <w:r>
        <w:rPr>
          <w:b/>
        </w:rPr>
        <w:t xml:space="preserve">[53:02] </w:t>
      </w:r>
      <w:r>
        <w:t>hazrat nooh nay jo aata hai bible mein aur quran mein jo boot banai thi woh boot lakri</w:t>
      </w:r>
    </w:p>
    <w:p>
      <w:pPr>
        <w:jc w:val="right"/>
      </w:pPr>
      <w:r>
        <w:t>حضرت نوح نے جو اتا ہے بائبل میں اور قران میں جو بوٹ بنائی تھی وہ بوٹ لکڑی</w:t>
      </w:r>
    </w:p>
    <w:p>
      <w:r>
        <w:rPr>
          <w:b/>
        </w:rPr>
        <w:t xml:space="preserve">[53:08] </w:t>
      </w:r>
      <w:r>
        <w:t>ki banai thi unhonay</w:t>
      </w:r>
    </w:p>
    <w:p>
      <w:pPr>
        <w:jc w:val="right"/>
      </w:pPr>
      <w:r>
        <w:t>کی بنائی تھی انہوں نے</w:t>
      </w:r>
    </w:p>
    <w:p>
      <w:r>
        <w:rPr>
          <w:b/>
        </w:rPr>
        <w:t xml:space="preserve">[53:10] </w:t>
      </w:r>
      <w:r>
        <w:t>to aik bar yeh behas hui ke kya lohay ki boot ban sakti hai</w:t>
      </w:r>
    </w:p>
    <w:p>
      <w:pPr>
        <w:jc w:val="right"/>
      </w:pPr>
      <w:r>
        <w:t>تو ایک بار یہ بحث ہوئی کہ کیا لوہے کی بوٹ بن سکتی ہے</w:t>
      </w:r>
    </w:p>
    <w:p>
      <w:r>
        <w:rPr>
          <w:b/>
        </w:rPr>
        <w:t xml:space="preserve">[53:16] </w:t>
      </w:r>
      <w:r>
        <w:t>to aik shakhs nay kaha ke nahi nahi ban sakti kuch aur logon nay kaha ke ban sakti</w:t>
      </w:r>
    </w:p>
    <w:p>
      <w:pPr>
        <w:jc w:val="right"/>
      </w:pPr>
      <w:r>
        <w:t>تو ایک شخص نے کہا کہ نہیں نہیں بن سکتی کچھ اور لوگوں نے کہا کہ بن سکتی</w:t>
      </w:r>
    </w:p>
    <w:p>
      <w:r>
        <w:rPr>
          <w:b/>
        </w:rPr>
        <w:t xml:space="preserve">[53:22] </w:t>
      </w:r>
      <w:r>
        <w:t>hai jo jis ne kaha tha ke nahi ban sakti wo lohe ka ek tukra laye ek tukra</w:t>
      </w:r>
    </w:p>
    <w:p>
      <w:pPr>
        <w:jc w:val="right"/>
      </w:pPr>
      <w:r>
        <w:t>ہے جو جس نے کہا تھا کہ نہیں بن سکتی وہ لوہے کا ایک ٹکڑا لائے ایک ٹکڑا</w:t>
      </w:r>
    </w:p>
    <w:p>
      <w:r>
        <w:rPr>
          <w:b/>
        </w:rPr>
        <w:t xml:space="preserve">[53:28] </w:t>
      </w:r>
      <w:r>
        <w:t>la ke pani mein dala wo zahir hai ke doob gaya</w:t>
      </w:r>
    </w:p>
    <w:p>
      <w:pPr>
        <w:jc w:val="right"/>
      </w:pPr>
      <w:r>
        <w:t>لا کے پانی میں ڈالا وہ ظاہر ہے کہ ڈوب گیا</w:t>
      </w:r>
    </w:p>
    <w:p>
      <w:r>
        <w:rPr>
          <w:b/>
        </w:rPr>
        <w:t xml:space="preserve">[53:32] </w:t>
      </w:r>
      <w:r>
        <w:t>lohe ka ek tukra wo le aya</w:t>
      </w:r>
    </w:p>
    <w:p>
      <w:pPr>
        <w:jc w:val="right"/>
      </w:pPr>
      <w:r>
        <w:t>لوہے کا ایک ٹکڑا وہ لے ایا</w:t>
      </w:r>
    </w:p>
    <w:p>
      <w:r>
        <w:rPr>
          <w:b/>
        </w:rPr>
        <w:t xml:space="preserve">[53:36] </w:t>
      </w:r>
      <w:r>
        <w:t>ek chhar type ka pani mein dala to pani mein doob gaya to keh dekho kaise boot banao</w:t>
      </w:r>
    </w:p>
    <w:p>
      <w:pPr>
        <w:jc w:val="right"/>
      </w:pPr>
      <w:r>
        <w:t>ایک چھڑ ٹائپ کا پانی میں ڈالا تو پانی میں ڈوب گیا تو کہ دیکھو کیسے بوٹ بناؤ</w:t>
      </w:r>
    </w:p>
    <w:p>
      <w:r>
        <w:rPr>
          <w:b/>
        </w:rPr>
        <w:t xml:space="preserve">[53:42] </w:t>
      </w:r>
      <w:r>
        <w:t>ge tum lohe se</w:t>
      </w:r>
    </w:p>
    <w:p>
      <w:pPr>
        <w:jc w:val="right"/>
      </w:pPr>
      <w:r>
        <w:t>گے تم لوہے سے</w:t>
      </w:r>
    </w:p>
    <w:p>
      <w:r>
        <w:rPr>
          <w:b/>
        </w:rPr>
        <w:t xml:space="preserve">[53:46] </w:t>
      </w:r>
      <w:r>
        <w:t>to yeh behs chalti rahi yahan tak ke ek aadmi ne kaha ke maine discovery mujhe discovery</w:t>
      </w:r>
    </w:p>
    <w:p>
      <w:pPr>
        <w:jc w:val="right"/>
      </w:pPr>
      <w:r>
        <w:t>تو یہ بحث چلتی رہی یہاں تک کہ ایک ادمی نے کہا کہ میں نے ڈسکوری مجھے ڈسکوری</w:t>
      </w:r>
    </w:p>
    <w:p>
      <w:r>
        <w:rPr>
          <w:b/>
        </w:rPr>
        <w:t xml:space="preserve">[53:52] </w:t>
      </w:r>
      <w:r>
        <w:t>ho ho gayi hai main janta hoon ke lohe se kaise boot ban sakti hai to us ne</w:t>
      </w:r>
    </w:p>
    <w:p>
      <w:pPr>
        <w:jc w:val="right"/>
      </w:pPr>
      <w:r>
        <w:t>ہو ہو گئی ہے میں جانتا ہوں کہ لوہے سے کیسے بوٹ بن سکتی ہے تو اس نے</w:t>
      </w:r>
    </w:p>
    <w:p>
      <w:r>
        <w:rPr>
          <w:b/>
        </w:rPr>
        <w:t xml:space="preserve">[53:57] </w:t>
      </w:r>
      <w:r>
        <w:t>ek ek tray type ka ek lohe ka banaya tray jaisa</w:t>
      </w:r>
    </w:p>
    <w:p>
      <w:pPr>
        <w:jc w:val="right"/>
      </w:pPr>
      <w:r>
        <w:t>ایک ایک ٹرے ٹائپ کا ایک لوہے کا بنایا ٹرے جیسا</w:t>
      </w:r>
    </w:p>
    <w:p>
      <w:r>
        <w:rPr>
          <w:b/>
        </w:rPr>
        <w:t xml:space="preserve">[54:03] </w:t>
      </w:r>
      <w:r>
        <w:t>ek cheez yani lohe ki jo sheet hai us se us ne ek tray type ka ek cheez</w:t>
      </w:r>
    </w:p>
    <w:p>
      <w:pPr>
        <w:jc w:val="right"/>
      </w:pPr>
      <w:r>
        <w:t>ایک چیز یعنی لوہے کی جو شیٹ ہے اس سے اس نے ایک ٹرے ٹائپ کا ایک چیز</w:t>
      </w:r>
    </w:p>
    <w:p>
      <w:r>
        <w:rPr>
          <w:b/>
        </w:rPr>
        <w:t xml:space="preserve">[54:09] </w:t>
      </w:r>
      <w:r>
        <w:t>banai logon ko bulaya ke aao apne pani par use dala to pani mein tairne laga wo</w:t>
      </w:r>
    </w:p>
    <w:p>
      <w:pPr>
        <w:jc w:val="right"/>
      </w:pPr>
      <w:r>
        <w:t>بنائی لوگوں کو بلایا کہ اؤ اپنے پانی پر اسے ڈالا تو پانی میں تیرنے لگا وہ</w:t>
      </w:r>
    </w:p>
    <w:p>
      <w:r>
        <w:rPr>
          <w:b/>
        </w:rPr>
        <w:t xml:space="preserve">[54:16] </w:t>
      </w:r>
      <w:r>
        <w:t>to yeh is mein kya wahi loha ek bar doob gaya tha wahi loha doosri bar tairne laga</w:t>
      </w:r>
    </w:p>
    <w:p>
      <w:pPr>
        <w:jc w:val="right"/>
      </w:pPr>
      <w:r>
        <w:t>تو یہ اس میں کیا وہی لوہا ایک بار ڈوب گیا تھا وہی لوہا دوسری بار تیرنے لگا</w:t>
      </w:r>
    </w:p>
    <w:p>
      <w:r>
        <w:rPr>
          <w:b/>
        </w:rPr>
        <w:t xml:space="preserve">[54:24] </w:t>
      </w:r>
      <w:r>
        <w:t>is tarah nature dikha rahi hai aap ko</w:t>
      </w:r>
    </w:p>
    <w:p>
      <w:pPr>
        <w:jc w:val="right"/>
      </w:pPr>
      <w:r>
        <w:t>اس طرح نیچر دکھا رہی ہے اپ کو</w:t>
      </w:r>
    </w:p>
    <w:p>
      <w:r>
        <w:rPr>
          <w:b/>
        </w:rPr>
        <w:t xml:space="preserve">[54:27] </w:t>
      </w:r>
      <w:r>
        <w:t>ke aap agar ek mushkil</w:t>
      </w:r>
    </w:p>
    <w:p>
      <w:pPr>
        <w:jc w:val="right"/>
      </w:pPr>
      <w:r>
        <w:t>کہ اپ اگر ایک مشکل</w:t>
      </w:r>
    </w:p>
    <w:p>
      <w:r>
        <w:rPr>
          <w:b/>
        </w:rPr>
        <w:t xml:space="preserve">[54:32] </w:t>
      </w:r>
      <w:r>
        <w:t>se dochar hain apni strategy ko badal dijiye apni method ko badal dijiye</w:t>
      </w:r>
    </w:p>
    <w:p>
      <w:pPr>
        <w:jc w:val="right"/>
      </w:pPr>
      <w:r>
        <w:t>سے دوچار ہیں اپنی اسٹریٹجی کو بدل دیجئے اپنی میتھڈ کو بدل دیجئے</w:t>
      </w:r>
    </w:p>
    <w:p>
      <w:r>
        <w:rPr>
          <w:b/>
        </w:rPr>
        <w:t xml:space="preserve">[54:39] </w:t>
      </w:r>
      <w:r>
        <w:t>yani us waqt ek problem bana bana hua tha lohe ka lohe ka boot jab us ko hum lohe ke tukre ko daal rahe the pani mein lekin jab us ko hum ne waisa bana diya tray ki qism ka ek tasla jaisa jo kehte hain to wohi tairne laga pani par is tarah nature dikha rahi hai ke koi problem problem nahi koi difficulty difficulty nahi</w:t>
      </w:r>
    </w:p>
    <w:p>
      <w:pPr>
        <w:jc w:val="right"/>
      </w:pPr>
      <w:r>
        <w:t>یعنی اس وقت ایک پرابلم بنا بنا ہوا تھا لوہے کا لوہے کا بوٹ جب اس کو ہم لوہے کے ٹکڑے کو ڈال رہے تھے پانی میں لیکن جب اس کو ہم نے ویسا بنا دیا ٹرے کی قسم کا ایک تصلہ جیسا جو کہتے ہیں تو وہی تیرنے لگا پانی پر اس طرح نیچر دکھا رہی ہے کہ کوئی پرابلم پرابلم نہیں کوئی ڈیفیکلٹی ڈیفیکلٹی نہیں</w:t>
      </w:r>
    </w:p>
    <w:p>
      <w:r>
        <w:rPr>
          <w:b/>
        </w:rPr>
        <w:t xml:space="preserve">[55:09] </w:t>
      </w:r>
      <w:r>
        <w:t>tum ko yeh karna hai ke har difficulty ke baad ek tadbeer dhoondo ek naya method dhoondo nayi strategy talash karo yeh karna hai tum ko</w:t>
      </w:r>
    </w:p>
    <w:p>
      <w:pPr>
        <w:jc w:val="right"/>
      </w:pPr>
      <w:r>
        <w:t>تم کو یہ کرنا ہے کہ ہر ڈیفیکلٹی کے بعد ایک تدبیر ڈھونڈو ایک نیا میتھڈ ڈھونڈو نئی سٹریٹجی تلاش کرو یہ کرنا ہے تم کو</w:t>
      </w:r>
    </w:p>
    <w:p>
      <w:r>
        <w:rPr>
          <w:b/>
        </w:rPr>
        <w:t xml:space="preserve">[55:26] </w:t>
      </w:r>
      <w:r>
        <w:t>ek persian ki ek line hai</w:t>
      </w:r>
    </w:p>
    <w:p>
      <w:pPr>
        <w:jc w:val="right"/>
      </w:pPr>
      <w:r>
        <w:t>ایک پرشین کی ایک لائن ہے</w:t>
      </w:r>
    </w:p>
    <w:p>
      <w:r>
        <w:rPr>
          <w:b/>
        </w:rPr>
        <w:t xml:space="preserve">[55:31] </w:t>
      </w:r>
      <w:r>
        <w:t>gandum az gandum barooyad jo jo az makafaat e amal ghafil masho</w:t>
      </w:r>
    </w:p>
    <w:p>
      <w:pPr>
        <w:jc w:val="right"/>
      </w:pPr>
      <w:r>
        <w:t>گندمز گندم برویت جو بجو از مکافات عمل غافل مشو</w:t>
      </w:r>
    </w:p>
    <w:p>
      <w:r>
        <w:rPr>
          <w:b/>
        </w:rPr>
        <w:t xml:space="preserve">[55:42] </w:t>
      </w:r>
      <w:r>
        <w:t>iska matlab yeh hai ke wheat se wheat ugta hai aur jo se jo ugta hai</w:t>
      </w:r>
    </w:p>
    <w:p>
      <w:pPr>
        <w:jc w:val="right"/>
      </w:pPr>
      <w:r>
        <w:t>اس کا مطلب یہ ہے کہ ویٹ سے ویٹ اگتا ہے اور جو سے جو اگتا ہے</w:t>
      </w:r>
    </w:p>
    <w:p>
      <w:r>
        <w:rPr>
          <w:b/>
        </w:rPr>
        <w:t xml:space="preserve">[55:50] </w:t>
      </w:r>
      <w:r>
        <w:t>wheat se wheat ugta hai barley se barley ugti hai</w:t>
      </w:r>
    </w:p>
    <w:p>
      <w:pPr>
        <w:jc w:val="right"/>
      </w:pPr>
      <w:r>
        <w:t>ویٹ سے ویٹ اگتا ہے بارلی سے بارلی اگتی ہے</w:t>
      </w:r>
    </w:p>
    <w:p>
      <w:r>
        <w:rPr>
          <w:b/>
        </w:rPr>
        <w:t xml:space="preserve">[55:54] </w:t>
      </w:r>
      <w:r>
        <w:t>is se kya maloom hua</w:t>
      </w:r>
    </w:p>
    <w:p>
      <w:pPr>
        <w:jc w:val="right"/>
      </w:pPr>
      <w:r>
        <w:t>اس سے کیا معلوم ہوا</w:t>
      </w:r>
    </w:p>
    <w:p>
      <w:r>
        <w:rPr>
          <w:b/>
        </w:rPr>
        <w:t xml:space="preserve">[55:57] </w:t>
      </w:r>
      <w:r>
        <w:t>ke jaisa aadmi karega waisa wo payega</w:t>
      </w:r>
    </w:p>
    <w:p>
      <w:pPr>
        <w:jc w:val="right"/>
      </w:pPr>
      <w:r>
        <w:t>کہ جیسا ادمی کرے گا ویسا وہ پائے گا</w:t>
      </w:r>
    </w:p>
    <w:p>
      <w:r>
        <w:rPr>
          <w:b/>
        </w:rPr>
        <w:t xml:space="preserve">[56:02] </w:t>
      </w:r>
      <w:r>
        <w:t>amal ka wahi result samne aayega jo us amal ka result hona chahiye wishful thinking se</w:t>
      </w:r>
    </w:p>
    <w:p>
      <w:pPr>
        <w:jc w:val="right"/>
      </w:pPr>
      <w:r>
        <w:t>عمل کا وہی رزلٹ سامنے ائے گا جو اس عمل کا رزلٹ ہونا چاہیے وش فل تھنکنگ سے</w:t>
      </w:r>
    </w:p>
    <w:p>
      <w:r>
        <w:rPr>
          <w:b/>
        </w:rPr>
        <w:t xml:space="preserve">[56:12] </w:t>
      </w:r>
      <w:r>
        <w:t>result nahi badal jayega</w:t>
      </w:r>
    </w:p>
    <w:p>
      <w:pPr>
        <w:jc w:val="right"/>
      </w:pPr>
      <w:r>
        <w:t>رزلٹ نہیں بدل جائے گا</w:t>
      </w:r>
    </w:p>
    <w:p>
      <w:r>
        <w:rPr>
          <w:b/>
        </w:rPr>
        <w:t xml:space="preserve">[56:15] </w:t>
      </w:r>
      <w:r>
        <w:t>mein kisi ko goli maroon aur wishful thinking se samhoon ke wo goli phool ban jayegi</w:t>
      </w:r>
    </w:p>
    <w:p>
      <w:pPr>
        <w:jc w:val="right"/>
      </w:pPr>
      <w:r>
        <w:t>میں کسی کو گولی ماروں اور وش فل تھنکنگ سے سمجھوں کہ وہ گولی پھول بن جائے گی</w:t>
      </w:r>
    </w:p>
    <w:p>
      <w:r>
        <w:rPr>
          <w:b/>
        </w:rPr>
        <w:t xml:space="preserve">[56:19] </w:t>
      </w:r>
      <w:r>
        <w:t>wahan pahunch kar ke to goli phool banne wali nahi hai</w:t>
      </w:r>
    </w:p>
    <w:p>
      <w:pPr>
        <w:jc w:val="right"/>
      </w:pPr>
      <w:r>
        <w:t>وہاں پہنچ کر کے تو گولی پھول بننے والی نہیں ہے</w:t>
      </w:r>
    </w:p>
    <w:p>
      <w:r>
        <w:rPr>
          <w:b/>
        </w:rPr>
        <w:t xml:space="preserve">[56:24] </w:t>
      </w:r>
      <w:r>
        <w:t>to kaha ke gandum az gandum baroet jo jo az</w:t>
      </w:r>
    </w:p>
    <w:p>
      <w:pPr>
        <w:jc w:val="right"/>
      </w:pPr>
      <w:r>
        <w:t>تو کہا کہ گندم از گندم برویت جو جو از</w:t>
      </w:r>
    </w:p>
    <w:p>
      <w:r>
        <w:rPr>
          <w:b/>
        </w:rPr>
        <w:t xml:space="preserve">[56:28] </w:t>
      </w:r>
      <w:r>
        <w:t>makafaat e amal ghafil masho wheat se wheat paida hota hai barley se barley paida hoti hai is se kya maloom hua ke har amal ka jo result hai woh ho kar rehta hai amal karne ke baad aap us ke result ko badal nahi sakte</w:t>
      </w:r>
    </w:p>
    <w:p>
      <w:pPr>
        <w:jc w:val="right"/>
      </w:pPr>
      <w:r>
        <w:t>مکافات عمل غافل مشو ویٹ سے ویٹ پیدا ہوتا ہے بارلی سے بارلی پیدا ہوتی ہے اس سے کیا معلوم ہوا کہ ہر عمل کا جو رزلٹ ہے وہ ہو کر رہتا ہے عمل کرنے کے بعد اپ اس کے رزلٹ کو بدل نہیں سکتے</w:t>
      </w:r>
    </w:p>
    <w:p>
      <w:r>
        <w:rPr>
          <w:b/>
        </w:rPr>
        <w:t xml:space="preserve">[56:50] </w:t>
      </w:r>
      <w:r>
        <w:t>aaj kal ek naya word use ho raha hai</w:t>
      </w:r>
    </w:p>
    <w:p>
      <w:pPr>
        <w:jc w:val="right"/>
      </w:pPr>
      <w:r>
        <w:t>اج کل ایک نیا ورڈ یوز ہو رہا ہے</w:t>
      </w:r>
    </w:p>
    <w:p>
      <w:r>
        <w:rPr>
          <w:b/>
        </w:rPr>
        <w:t xml:space="preserve">[56:56] </w:t>
      </w:r>
      <w:r>
        <w:t>us ko kehte hain</w:t>
      </w:r>
    </w:p>
    <w:p>
      <w:pPr>
        <w:jc w:val="right"/>
      </w:pPr>
      <w:r>
        <w:t>اس کو کہتے ہیں</w:t>
      </w:r>
    </w:p>
    <w:p>
      <w:r>
        <w:rPr>
          <w:b/>
        </w:rPr>
        <w:t xml:space="preserve">[57:03] </w:t>
      </w:r>
      <w:r>
        <w:t>future trading yeh word pehle use nahi hota tha aaj kal use ho raha hai future trading future</w:t>
      </w:r>
    </w:p>
    <w:p>
      <w:pPr>
        <w:jc w:val="right"/>
      </w:pPr>
      <w:r>
        <w:t>فیوچر ٹریڈنگ یہ ورڈ پہلے یوز نہیں ہوتا تھا اج کل یوز ہو رہا ہے فیوچر ٹریڈنگ فیوچر</w:t>
      </w:r>
    </w:p>
    <w:p>
      <w:r>
        <w:rPr>
          <w:b/>
        </w:rPr>
        <w:t xml:space="preserve">[57:10] </w:t>
      </w:r>
      <w:r>
        <w:t>trading ka matlab kya hai ke aap ke paas ek land hai</w:t>
      </w:r>
    </w:p>
    <w:p>
      <w:pPr>
        <w:jc w:val="right"/>
      </w:pPr>
      <w:r>
        <w:t>ٹریڈنگ کا مطلب کیا ہے کہ اپ کے پاس ایک لینڈ ہے</w:t>
      </w:r>
    </w:p>
    <w:p>
      <w:r>
        <w:rPr>
          <w:b/>
        </w:rPr>
        <w:t xml:space="preserve">[57:16] </w:t>
      </w:r>
      <w:r>
        <w:t>is mein aap gana boote the</w:t>
      </w:r>
    </w:p>
    <w:p>
      <w:pPr>
        <w:jc w:val="right"/>
      </w:pPr>
      <w:r>
        <w:t>اس میں اپ گنا بوتے تھے</w:t>
      </w:r>
    </w:p>
    <w:p>
      <w:r>
        <w:rPr>
          <w:b/>
        </w:rPr>
        <w:t xml:space="preserve">[57:20] </w:t>
      </w:r>
      <w:r>
        <w:t>to ab aap ne socha hai gane mein jo mujhe income ho rahi hai woh kam hai agar</w:t>
      </w:r>
    </w:p>
    <w:p>
      <w:pPr>
        <w:jc w:val="right"/>
      </w:pPr>
      <w:r>
        <w:t>تو اب اپ نے سوچا ہے گنے میں جو مجھے انکم ہو رہی ہے وہ کم ہے اگر</w:t>
      </w:r>
    </w:p>
    <w:p>
      <w:r>
        <w:rPr>
          <w:b/>
        </w:rPr>
        <w:t xml:space="preserve">[57:24] </w:t>
      </w:r>
      <w:r>
        <w:t>mein usay mushroom booun to zyada income hogi to is yeh soch kar ke mushroom ki ap</w:t>
      </w:r>
    </w:p>
    <w:p>
      <w:pPr>
        <w:jc w:val="right"/>
      </w:pPr>
      <w:r>
        <w:t>میں اسے مشروم بوؤں تو زیادہ انکم ہوگی تو اس یہ سوچ کر کے مشروم کی اپ</w:t>
      </w:r>
    </w:p>
    <w:p>
      <w:r>
        <w:rPr>
          <w:b/>
        </w:rPr>
        <w:t xml:space="preserve">[57:33] </w:t>
      </w:r>
      <w:r>
        <w:t>kasht karein ke is mein zyada income mein ho mujhe hogi is ko kehte hain future trading</w:t>
      </w:r>
    </w:p>
    <w:p>
      <w:pPr>
        <w:jc w:val="right"/>
      </w:pPr>
      <w:r>
        <w:t>کاشت کریں کہ اس میں زیادہ انکم میں ہو مجھے ہوگی اس کو کہتے ہیں فیوچر ٹریڈنگ</w:t>
      </w:r>
    </w:p>
    <w:p>
      <w:r>
        <w:rPr>
          <w:b/>
        </w:rPr>
        <w:t xml:space="preserve">[57:38] </w:t>
      </w:r>
      <w:r>
        <w:t>mein samajhta hoon ke future trading ka jo principle hai woh bohat zabardast hai dunya aur akhirat ke</w:t>
      </w:r>
    </w:p>
    <w:p>
      <w:pPr>
        <w:jc w:val="right"/>
      </w:pPr>
      <w:r>
        <w:t>میں سمجھتا ہوں کہ فیوچر ٹریڈنگ کا جو پرنسپل ہے وہ بہت زبردست ہے دنیا اور اخرت کے</w:t>
      </w:r>
    </w:p>
    <w:p>
      <w:r>
        <w:rPr>
          <w:b/>
        </w:rPr>
        <w:t xml:space="preserve">[57:45] </w:t>
      </w:r>
      <w:r>
        <w:t>maamle mein khuda yeh bata raha hai future</w:t>
      </w:r>
    </w:p>
    <w:p>
      <w:pPr>
        <w:jc w:val="right"/>
      </w:pPr>
      <w:r>
        <w:t>معاملے میں خدا یہ بتا رہا ہے فیوچر</w:t>
      </w:r>
    </w:p>
    <w:p>
      <w:r>
        <w:rPr>
          <w:b/>
        </w:rPr>
        <w:t xml:space="preserve">[57:48] </w:t>
      </w:r>
      <w:r>
        <w:t>trading yani hamari poori zindagi future trading hai</w:t>
      </w:r>
    </w:p>
    <w:p>
      <w:pPr>
        <w:jc w:val="right"/>
      </w:pPr>
      <w:r>
        <w:t>ٹریڈنگ یعنی ہماری پوری زندگی فیوچر ٹریڈنگ ہے</w:t>
      </w:r>
    </w:p>
    <w:p>
      <w:r>
        <w:rPr>
          <w:b/>
        </w:rPr>
        <w:t xml:space="preserve">[57:53] </w:t>
      </w:r>
      <w:r>
        <w:t>ke pre death period mein karo aur post death period mein pao yeh hai future trading</w:t>
      </w:r>
    </w:p>
    <w:p>
      <w:pPr>
        <w:jc w:val="right"/>
      </w:pPr>
      <w:r>
        <w:t>کہ پری ڈیتھ پیریڈ میں کرو اور پوسٹ ڈیتھ پیریڈ میں پاؤ یہ ہے فیوچر ٹریڈنگ</w:t>
      </w:r>
    </w:p>
    <w:p>
      <w:r>
        <w:rPr>
          <w:b/>
        </w:rPr>
        <w:t xml:space="preserve">[58:02] </w:t>
      </w:r>
      <w:r>
        <w:t>pre death period mein hum</w:t>
      </w:r>
    </w:p>
    <w:p>
      <w:pPr>
        <w:jc w:val="right"/>
      </w:pPr>
      <w:r>
        <w:t>پری ڈیتھ پیریڈ میں ہم</w:t>
      </w:r>
    </w:p>
    <w:p>
      <w:r>
        <w:rPr>
          <w:b/>
        </w:rPr>
        <w:t xml:space="preserve">[58:05] </w:t>
      </w:r>
      <w:r>
        <w:t>jo cheez boenge wohi hamein post death period mein milegi</w:t>
      </w:r>
    </w:p>
    <w:p>
      <w:pPr>
        <w:jc w:val="right"/>
      </w:pPr>
      <w:r>
        <w:t>جو چیز بوئیں گے وہی ہمیں پوسٹ ڈیتھ پیریڈ میں ملے گی</w:t>
      </w:r>
    </w:p>
    <w:p>
      <w:r>
        <w:rPr>
          <w:b/>
        </w:rPr>
        <w:t xml:space="preserve">[58:11] </w:t>
      </w:r>
      <w:r>
        <w:t>to poori poori zindagi har aadmi ki future trading par base karti hai</w:t>
      </w:r>
    </w:p>
    <w:p>
      <w:pPr>
        <w:jc w:val="right"/>
      </w:pPr>
      <w:r>
        <w:t>تو پوری پوری زندگی ہر ادمی کی فیوچر ٹریڈنگ پر بیس کرتی ہے</w:t>
      </w:r>
    </w:p>
    <w:p>
      <w:r>
        <w:rPr>
          <w:b/>
        </w:rPr>
        <w:t xml:space="preserve">[58:18] </w:t>
      </w:r>
      <w:r>
        <w:t>mein samajhta hoon ke yeh yeh lafz mujhe bohat pasand hai future trading ka</w:t>
      </w:r>
    </w:p>
    <w:p>
      <w:pPr>
        <w:jc w:val="right"/>
      </w:pPr>
      <w:r>
        <w:t>میں سمجھتا ہوں کہ یہ یہ لفظ مجھے بہت پسند ہے فیوچر ٹریڈنگ کا</w:t>
      </w:r>
    </w:p>
    <w:p>
      <w:r>
        <w:rPr>
          <w:b/>
        </w:rPr>
        <w:t xml:space="preserve">[58:23] </w:t>
      </w:r>
      <w:r>
        <w:t>aur aap ko bhi zaroor pasand aayega ke hum mein se har shakhs future trader hai</w:t>
      </w:r>
    </w:p>
    <w:p>
      <w:pPr>
        <w:jc w:val="right"/>
      </w:pPr>
      <w:r>
        <w:t>اور اپ کو بھی ضرور پسند ائے گا کہ ہم میں سے ہر شخص فیوچر ٹریڈر ہے</w:t>
      </w:r>
    </w:p>
    <w:p>
      <w:r>
        <w:rPr>
          <w:b/>
        </w:rPr>
        <w:t xml:space="preserve">[58:29] </w:t>
      </w:r>
      <w:r>
        <w:t>agar aap present ko dekh kar ke apni kheti kar rahe hain to aap ko</w:t>
      </w:r>
    </w:p>
    <w:p>
      <w:pPr>
        <w:jc w:val="right"/>
      </w:pPr>
      <w:r>
        <w:t>اگر اپ پریزنٹ کو دیکھ کر کے اپنی کھیتی کر رہے ہیں تو اپ کو</w:t>
      </w:r>
    </w:p>
    <w:p>
      <w:r>
        <w:rPr>
          <w:b/>
        </w:rPr>
        <w:t xml:space="preserve">[58:33] </w:t>
      </w:r>
      <w:r>
        <w:t>present ka faida hi milega future ka nahi milega</w:t>
      </w:r>
    </w:p>
    <w:p>
      <w:pPr>
        <w:jc w:val="right"/>
      </w:pPr>
      <w:r>
        <w:t>پریزنٹ کا فائدہ ہی ملے گا فیوچر کا نہیں ملے گا</w:t>
      </w:r>
    </w:p>
    <w:p>
      <w:r>
        <w:rPr>
          <w:b/>
        </w:rPr>
        <w:t xml:space="preserve">[58:38] </w:t>
      </w:r>
      <w:r>
        <w:t>jaise koi apni khet mein ghaas boye to us ko ghaas hi milegi</w:t>
      </w:r>
    </w:p>
    <w:p>
      <w:pPr>
        <w:jc w:val="right"/>
      </w:pPr>
      <w:r>
        <w:t>جیسے کوئی اپنی کھیت میں گھاس بوئے تو اس کو گھاس ہی ملے گی</w:t>
      </w:r>
    </w:p>
    <w:p>
      <w:r>
        <w:rPr>
          <w:b/>
        </w:rPr>
        <w:t xml:space="preserve">[58:43] </w:t>
      </w:r>
      <w:r>
        <w:t>to aap ke paas jo zindagi hai woh zindagi goya aik aik land hai</w:t>
      </w:r>
    </w:p>
    <w:p>
      <w:pPr>
        <w:jc w:val="right"/>
      </w:pPr>
      <w:r>
        <w:t>تو اپ کے پاس جو زندگی ہے وہ زندگی گویا ایک ایک لینڈ ہے</w:t>
      </w:r>
    </w:p>
    <w:p>
      <w:r>
        <w:rPr>
          <w:b/>
        </w:rPr>
        <w:t xml:space="preserve">[58:48] </w:t>
      </w:r>
      <w:r>
        <w:t>hadees mein aata bhi hai ke yeh qayan hai to aap ki zindagi aik land hai is mein</w:t>
      </w:r>
    </w:p>
    <w:p>
      <w:pPr>
        <w:jc w:val="right"/>
      </w:pPr>
      <w:r>
        <w:t>حدیث میں اتا بھی ہے کہ یہ قیان ہے تو اپ کی زندگی ایک لینڈ ہے اس میں</w:t>
      </w:r>
    </w:p>
    <w:p>
      <w:r>
        <w:rPr>
          <w:b/>
        </w:rPr>
        <w:t xml:space="preserve">[58:54] </w:t>
      </w:r>
      <w:r>
        <w:t>chahe present wali kheti kijiye ya future wali kheti kijiye yani aisi kheti jis ka faida aaj mile</w:t>
      </w:r>
    </w:p>
    <w:p>
      <w:pPr>
        <w:jc w:val="right"/>
      </w:pPr>
      <w:r>
        <w:t>چاہے پریزنٹ والی کھیتی کیجئے یا فیوچر والی کھیتی کیجئے یعنی ایسی کھیتی جس کا فائدہ اج ملے</w:t>
      </w:r>
    </w:p>
    <w:p>
      <w:r>
        <w:rPr>
          <w:b/>
        </w:rPr>
        <w:t xml:space="preserve">[59:01] </w:t>
      </w:r>
      <w:r>
        <w:t>kal na mile aur aisi agriculture jis ka faida kal bohat zyada barh charh kar mile yeh hai</w:t>
      </w:r>
    </w:p>
    <w:p>
      <w:pPr>
        <w:jc w:val="right"/>
      </w:pPr>
      <w:r>
        <w:t>کل نہ ملے اور ایسی ایگریکلچر جس کا فائدہ کل بہت زیادہ بڑھ چڑھ کر ملے یہ ہے</w:t>
      </w:r>
    </w:p>
    <w:p>
      <w:r>
        <w:rPr>
          <w:b/>
        </w:rPr>
        <w:t xml:space="preserve">[59:08] </w:t>
      </w:r>
      <w:r>
        <w:t>future trading to mein samajhta hoon ke hum mein se har shakhs future trader hai</w:t>
      </w:r>
    </w:p>
    <w:p>
      <w:pPr>
        <w:jc w:val="right"/>
      </w:pPr>
      <w:r>
        <w:t>فیوچر ٹریڈنگ تو میں سمجھتا ہوں کہ ہم میں سے ہر شخص فیوچر ٹریڈر ہے</w:t>
      </w:r>
    </w:p>
    <w:p>
      <w:r>
        <w:rPr>
          <w:b/>
        </w:rPr>
        <w:t xml:space="preserve">[59:18] </w:t>
      </w:r>
      <w:r>
        <w:t>potentially yani agar hum is pe ghafil rahe</w:t>
      </w:r>
    </w:p>
    <w:p>
      <w:pPr>
        <w:jc w:val="right"/>
      </w:pPr>
      <w:r>
        <w:t>پوٹینشلی یعنی اگر ہم اس پہ غافل رہے</w:t>
      </w:r>
    </w:p>
    <w:p>
      <w:r>
        <w:rPr>
          <w:b/>
        </w:rPr>
        <w:t xml:space="preserve">[59:23] </w:t>
      </w:r>
      <w:r>
        <w:t>to kal ka din is tarah aayega yani post death period is tarah aayega ke hamare</w:t>
      </w:r>
    </w:p>
    <w:p>
      <w:pPr>
        <w:jc w:val="right"/>
      </w:pPr>
      <w:r>
        <w:t>تو کل کا دن اس طرح ائے گا یعنی پوسٹ ڈیتھ پیریڈ اس طرح ائے گا کہ ہمارے</w:t>
      </w:r>
    </w:p>
    <w:p>
      <w:r>
        <w:rPr>
          <w:b/>
        </w:rPr>
        <w:t xml:space="preserve">[59:29] </w:t>
      </w:r>
      <w:r>
        <w:t>khet mein kuch bhi nahi hoga kaante honge aur ghaas hogi kyunke hum ne kal wali kheti</w:t>
      </w:r>
    </w:p>
    <w:p>
      <w:pPr>
        <w:jc w:val="right"/>
      </w:pPr>
      <w:r>
        <w:t>کھیت میں کچھ بھی نہیں ہوگا کانٹے ہوں گے اور گھاس ہوگی کیونکہ ہم نے کل والی کھیتی</w:t>
      </w:r>
    </w:p>
    <w:p>
      <w:r>
        <w:rPr>
          <w:b/>
        </w:rPr>
        <w:t xml:space="preserve">[59:37] </w:t>
      </w:r>
      <w:r>
        <w:t>nahi ki thi</w:t>
      </w:r>
    </w:p>
    <w:p>
      <w:pPr>
        <w:jc w:val="right"/>
      </w:pPr>
      <w:r>
        <w:t>نہیں کی تھی</w:t>
      </w:r>
    </w:p>
    <w:p>
      <w:r>
        <w:rPr>
          <w:b/>
        </w:rPr>
        <w:t xml:space="preserve">[59:39] </w:t>
      </w:r>
      <w:r>
        <w:t>jo kheti kal kaam aaye woh hum ne apni land mein nahi boya tha</w:t>
      </w:r>
    </w:p>
    <w:p>
      <w:pPr>
        <w:jc w:val="right"/>
      </w:pPr>
      <w:r>
        <w:t>جو کھیتی کل کام ائے وہ ہم نے اپنی لینڈ میں نہیں بویا تھا</w:t>
      </w:r>
    </w:p>
    <w:p>
      <w:r>
        <w:rPr>
          <w:b/>
        </w:rPr>
        <w:t xml:space="preserve">[59:45] </w:t>
      </w:r>
      <w:r>
        <w:t>to mein samajhta hoon ke yeh future trading ka principle jo hai hum mein se har shakhs ke</w:t>
      </w:r>
    </w:p>
    <w:p>
      <w:pPr>
        <w:jc w:val="right"/>
      </w:pPr>
      <w:r>
        <w:t>تو میں سمجھتا ہوں کہ یہ فیوچر ٹریڈنگ کا پرنسپل جو ہے ہم میں سے ہر شخص کے</w:t>
      </w:r>
    </w:p>
    <w:p>
      <w:r>
        <w:rPr>
          <w:b/>
        </w:rPr>
        <w:t xml:space="preserve">[59:50] </w:t>
      </w:r>
      <w:r>
        <w:t>liye bohat acha principle hai</w:t>
      </w:r>
    </w:p>
    <w:p>
      <w:pPr>
        <w:jc w:val="right"/>
      </w:pPr>
      <w:r>
        <w:t>لیے بہت اچھا پرنسپل ہے</w:t>
      </w:r>
    </w:p>
    <w:p>
      <w:r>
        <w:rPr>
          <w:b/>
        </w:rPr>
        <w:t xml:space="preserve">[59:54] </w:t>
      </w:r>
      <w:r>
        <w:t>aur hum ko usay ikhtiyar karna chahiye</w:t>
      </w:r>
    </w:p>
    <w:p>
      <w:pPr>
        <w:jc w:val="right"/>
      </w:pPr>
      <w:r>
        <w:t>اور ہم کو اسے اختیار کرنا چاہیے</w:t>
      </w:r>
    </w:p>
    <w:p>
      <w:r>
        <w:rPr>
          <w:b/>
        </w:rPr>
        <w:t xml:space="preserve">[59:57] </w:t>
      </w:r>
      <w:r>
        <w:t>aqool qawli haza wastaghfirullaha li walakum ajmaeen</w:t>
      </w:r>
    </w:p>
    <w:p>
      <w:pPr>
        <w:jc w:val="right"/>
      </w:pPr>
      <w:r>
        <w:t>اقول قولیھذا واستغفراللہ لی ولكم اجمعین</w:t>
      </w:r>
    </w:p>
    <w:p>
      <w:r>
        <w:rPr>
          <w:b/>
        </w:rPr>
        <w:t xml:space="preserve">[1:00:13] </w:t>
      </w:r>
      <w:r>
        <w:t>das question is from anamika of every deed we do is for post death then why are we judged during a life time by society</w:t>
      </w:r>
    </w:p>
    <w:p>
      <w:pPr>
        <w:jc w:val="right"/>
      </w:pPr>
      <w:r>
        <w:t>دس کوئسچن از فرام انامیکا اف ایوری ڈیڈ وی ڈو از فار پوسٹ ڈیتھ دین وائی ار وی ججڈ ڈیورنگ ا لائف ٹائم بائے سوسائٹی</w:t>
      </w:r>
    </w:p>
    <w:p>
      <w:r>
        <w:rPr>
          <w:b/>
        </w:rPr>
        <w:t xml:space="preserve">[1:00:26] </w:t>
      </w:r>
      <w:r>
        <w:t>کیا پھر سے پوچھیں if every deed we do is for post-death period then why are we</w:t>
      </w:r>
    </w:p>
    <w:p>
      <w:pPr>
        <w:jc w:val="right"/>
      </w:pPr>
      <w:r>
        <w:t>کیا پھر سے پوچھیں اف ایوری ڈیڈ وی ڈو از فار پوسٹ ڈیتھ پیریڈ دین وائی ار وی</w:t>
      </w:r>
    </w:p>
    <w:p>
      <w:r>
        <w:rPr>
          <w:b/>
        </w:rPr>
        <w:t xml:space="preserve">[1:00:32] </w:t>
      </w:r>
      <w:r>
        <w:t>judged during a life time by society</w:t>
      </w:r>
    </w:p>
    <w:p>
      <w:pPr>
        <w:jc w:val="right"/>
      </w:pPr>
      <w:r>
        <w:t>ججڈ ڈیورنگ ا لائف ٹائم بائے سوسائٹی</w:t>
      </w:r>
    </w:p>
    <w:p>
      <w:r>
        <w:rPr>
          <w:b/>
        </w:rPr>
        <w:t xml:space="preserve">[1:00:36] </w:t>
      </w:r>
      <w:r>
        <w:t>nana what she is asking is that whatever actions that one has to do as you have</w:t>
      </w:r>
    </w:p>
    <w:p>
      <w:pPr>
        <w:jc w:val="right"/>
      </w:pPr>
      <w:r>
        <w:t>نانا واٹ شی از اسکنگ از دیٹ واٹ ایور ایکشنز دیٹ ون ہیز ٹو ڈو ایز یو ہیو</w:t>
      </w:r>
    </w:p>
    <w:p>
      <w:r>
        <w:rPr>
          <w:b/>
        </w:rPr>
        <w:t xml:space="preserve">[1:00:42] </w:t>
      </w:r>
      <w:r>
        <w:t>emphasized it should be keeping in mind paradise but why is it so that society always judges your</w:t>
      </w:r>
    </w:p>
    <w:p>
      <w:pPr>
        <w:jc w:val="right"/>
      </w:pPr>
      <w:r>
        <w:t>ایمفسائزڈ اٹ شوڈ بی کیپنگ ان مائنڈ پیراڈائز بٹ وائی از اٹ سو دیٹ سوسائٹی الویز ججز یور</w:t>
      </w:r>
    </w:p>
    <w:p>
      <w:r>
        <w:rPr>
          <w:b/>
        </w:rPr>
        <w:t xml:space="preserve">[1:00:49] </w:t>
      </w:r>
      <w:r>
        <w:t>action for this world and not for you know here after</w:t>
      </w:r>
    </w:p>
    <w:p>
      <w:pPr>
        <w:jc w:val="right"/>
      </w:pPr>
      <w:r>
        <w:t>ایکشن فار دس ورلڈ اینڈ ناٹ فار یو نو ہیر افٹر</w:t>
      </w:r>
    </w:p>
    <w:p>
      <w:r>
        <w:rPr>
          <w:b/>
        </w:rPr>
        <w:t xml:space="preserve">[1:00:56] </w:t>
      </w:r>
      <w:r>
        <w:t>dekhen yeh society ki baat nahi hai</w:t>
      </w:r>
    </w:p>
    <w:p>
      <w:pPr>
        <w:jc w:val="right"/>
      </w:pPr>
      <w:r>
        <w:t>دیکھیں یہ سوسائٹی کی بات نہیں ہے</w:t>
      </w:r>
    </w:p>
    <w:p>
      <w:r>
        <w:rPr>
          <w:b/>
        </w:rPr>
        <w:t xml:space="preserve">[1:01:04] </w:t>
      </w:r>
      <w:r>
        <w:t>balkay creation plan of god ki baat hai</w:t>
      </w:r>
    </w:p>
    <w:p>
      <w:pPr>
        <w:jc w:val="right"/>
      </w:pPr>
      <w:r>
        <w:t>بلکہ کریشن پلان اف گاڈ کی بات ہے</w:t>
      </w:r>
    </w:p>
    <w:p>
      <w:r>
        <w:rPr>
          <w:b/>
        </w:rPr>
        <w:t xml:space="preserve">[1:01:08] </w:t>
      </w:r>
      <w:r>
        <w:t>society kya chahti hai ap se ya ap ki family</w:t>
      </w:r>
    </w:p>
    <w:p>
      <w:pPr>
        <w:jc w:val="right"/>
      </w:pPr>
      <w:r>
        <w:t>سوسائٹی کیا چاہتی ہے اپ سے یا اپ کی فیملی</w:t>
      </w:r>
    </w:p>
    <w:p>
      <w:r>
        <w:rPr>
          <w:b/>
        </w:rPr>
        <w:t xml:space="preserve">[1:01:12] </w:t>
      </w:r>
      <w:r>
        <w:t>kya chahti hai aap se ya aisi cheezein jo jis se jo deciding factor ho aap ke liye aap ko dekhna chahiye ke jis god ne duniya ko create kiya hai uska apna creation plan kya hai dekhein aap jaise hi aap hum marte hain ek second mein hum society se cut jaate hain family se cut jaate hain</w:t>
      </w:r>
    </w:p>
    <w:p>
      <w:pPr>
        <w:jc w:val="right"/>
      </w:pPr>
      <w:r>
        <w:t>کیا چاہتی ہے اپ سے یا ایسی چیزیں جو جس سے جو ڈیسائیڈنگ فیکٹر ہو اپ کے لیے اپ کو دیکھنا چاہیے کہ جس گاڈ نے دنیا کو کریٹ کیا ہے اس کا اپنا کریشن پلان کیا ہے دیکھیں اپ جیسے ہی اپ ہم مرتے ہیں ایک سیکنڈ میں ہم سوسائٹی سے کٹ جاتے ہیں فیملی سے کٹ جاتے ہیں</w:t>
      </w:r>
    </w:p>
    <w:p>
      <w:r>
        <w:rPr>
          <w:b/>
        </w:rPr>
        <w:t xml:space="preserve">[1:01:39] </w:t>
      </w:r>
      <w:r>
        <w:t>to jahan jurtay hain woh woh dunya hai jo khuda ne post death period mein banai hai to</w:t>
      </w:r>
    </w:p>
    <w:p>
      <w:pPr>
        <w:jc w:val="right"/>
      </w:pPr>
      <w:r>
        <w:t>تو جہاں جڑتے ہیں وہ وہ دنیا ہے جو خدا نے پوسٹ ڈیتھ پیریڈ میں بنائی ہے تو</w:t>
      </w:r>
    </w:p>
    <w:p>
      <w:r>
        <w:rPr>
          <w:b/>
        </w:rPr>
        <w:t xml:space="preserve">[1:01:45] </w:t>
      </w:r>
      <w:r>
        <w:t>beh-haal hum ne jo baat kahi hai woh woh yeh hai ke society</w:t>
      </w:r>
    </w:p>
    <w:p>
      <w:pPr>
        <w:jc w:val="right"/>
      </w:pPr>
      <w:r>
        <w:t>بہرحال ہم نے جو بات کہی ہے وہ وہ یہ ہے کہ سوسائٹی</w:t>
      </w:r>
    </w:p>
    <w:p>
      <w:r>
        <w:rPr>
          <w:b/>
        </w:rPr>
        <w:t xml:space="preserve">[1:01:53] </w:t>
      </w:r>
      <w:r>
        <w:t>criteria nahi hai criterion hai</w:t>
      </w:r>
    </w:p>
    <w:p>
      <w:pPr>
        <w:jc w:val="right"/>
      </w:pPr>
      <w:r>
        <w:t>کرائٹیریا نہیں ہے کرائٹیرین ہے</w:t>
      </w:r>
    </w:p>
    <w:p>
      <w:r>
        <w:rPr>
          <w:b/>
        </w:rPr>
        <w:t xml:space="preserve">[1:01:57] </w:t>
      </w:r>
      <w:r>
        <w:t>yeh ke khuda ne</w:t>
      </w:r>
    </w:p>
    <w:p>
      <w:pPr>
        <w:jc w:val="right"/>
      </w:pPr>
      <w:r>
        <w:t>یہ کہ خدا نے</w:t>
      </w:r>
    </w:p>
    <w:p>
      <w:r>
        <w:rPr>
          <w:b/>
        </w:rPr>
        <w:t xml:space="preserve">[1:02:00] </w:t>
      </w:r>
      <w:r>
        <w:t>kis plan ke</w:t>
      </w:r>
    </w:p>
    <w:p>
      <w:pPr>
        <w:jc w:val="right"/>
      </w:pPr>
      <w:r>
        <w:t>کس پلان کے</w:t>
      </w:r>
    </w:p>
    <w:p>
      <w:r>
        <w:rPr>
          <w:b/>
        </w:rPr>
        <w:t xml:space="preserve">[1:02:03] </w:t>
      </w:r>
      <w:r>
        <w:t>yani khud khuda ka creation plan kya hai is mein hum pooray utrain</w:t>
      </w:r>
    </w:p>
    <w:p>
      <w:pPr>
        <w:jc w:val="right"/>
      </w:pPr>
      <w:r>
        <w:t>یعنی خود خدا کا کریشن پلان کیا ہے اس میں ہم پورے اتریں</w:t>
      </w:r>
    </w:p>
    <w:p>
      <w:r>
        <w:rPr>
          <w:b/>
        </w:rPr>
        <w:t xml:space="preserve">[1:02:09] </w:t>
      </w:r>
      <w:r>
        <w:t>is ki baat hai to jahan tak mein samajhta hoon ke insaan ko yani khuda ke nazdeek yeh</w:t>
      </w:r>
    </w:p>
    <w:p>
      <w:pPr>
        <w:jc w:val="right"/>
      </w:pPr>
      <w:r>
        <w:t>اس کی بات ہے تو جہاں تک میں سمجھتا ہوں کہ انسان کو یعنی خدا کے نزدیک یہ</w:t>
      </w:r>
    </w:p>
    <w:p>
      <w:r>
        <w:rPr>
          <w:b/>
        </w:rPr>
        <w:t xml:space="preserve">[1:02:16] </w:t>
      </w:r>
      <w:r>
        <w:t>dunya jo hai testing ground hai aur post death period jo hai woh reward ke liye hai to</w:t>
      </w:r>
    </w:p>
    <w:p>
      <w:pPr>
        <w:jc w:val="right"/>
      </w:pPr>
      <w:r>
        <w:t>دنیا جو ہے ٹیسٹنگ گراؤنڈ ہے اور پوسٹ ڈیتھ پیریڈ جو ہے وہ ریوارڈ کے لیے ہے تو</w:t>
      </w:r>
    </w:p>
    <w:p>
      <w:r>
        <w:rPr>
          <w:b/>
        </w:rPr>
        <w:t xml:space="preserve">[1:02:24] </w:t>
      </w:r>
      <w:r>
        <w:t>is testing</w:t>
      </w:r>
    </w:p>
    <w:p>
      <w:pPr>
        <w:jc w:val="right"/>
      </w:pPr>
      <w:r>
        <w:t>اس ٹیسٹنگ</w:t>
      </w:r>
    </w:p>
    <w:p>
      <w:r>
        <w:rPr>
          <w:b/>
        </w:rPr>
        <w:t xml:space="preserve">[1:02:24] </w:t>
      </w:r>
      <w:r>
        <w:t>ground jo hai wahan par hum agar test mein stand karenge to aage hum kamyab ho gaye hain nahi to nahi</w:t>
      </w:r>
    </w:p>
    <w:p>
      <w:pPr>
        <w:jc w:val="right"/>
      </w:pPr>
      <w:r>
        <w:t>گراؤنڈ جو ہے وہاں پر ہم اگر ٹیسٹ میں سٹینڈ کریں گے تو اگے ہم کامیاب ہو گئے ہیں نہیں تو نہیں</w:t>
      </w:r>
    </w:p>
    <w:p>
      <w:r>
        <w:rPr>
          <w:b/>
        </w:rPr>
        <w:t xml:space="preserve">[1:02:36] </w:t>
      </w:r>
      <w:r>
        <w:t>das question is from aditi arora please elaborate on the concept of future trading</w:t>
      </w:r>
    </w:p>
    <w:p>
      <w:pPr>
        <w:jc w:val="right"/>
      </w:pPr>
      <w:r>
        <w:t>دس کوئسچن از فرام ادیتی اروڑا پلیز الیبوریٹ ان دی کانسیپٹ اف فیوچر ٹریڈنگ</w:t>
      </w:r>
    </w:p>
    <w:p>
      <w:r>
        <w:rPr>
          <w:b/>
        </w:rPr>
        <w:t xml:space="preserve">[1:02:47] </w:t>
      </w:r>
      <w:r>
        <w:t>future trading aik naya term hai jo aaj kal use hota hai</w:t>
      </w:r>
    </w:p>
    <w:p>
      <w:pPr>
        <w:jc w:val="right"/>
      </w:pPr>
      <w:r>
        <w:t>فیوچر ٹریڈنگ ایک نیا ٹرم ہے جو اج کل یوز ہوتا ہے</w:t>
      </w:r>
    </w:p>
    <w:p>
      <w:r>
        <w:rPr>
          <w:b/>
        </w:rPr>
        <w:t xml:space="preserve">[1:02:54] </w:t>
      </w:r>
      <w:r>
        <w:t>ke ap jo product nikal rahe hain industry mein mislan to ap future ko dekh kar nikalein aik</w:t>
      </w:r>
    </w:p>
    <w:p>
      <w:pPr>
        <w:jc w:val="right"/>
      </w:pPr>
      <w:r>
        <w:t>کہ اپ جو پروڈکٹ نکال رہے ہیں انڈسٹری میں مثلا تو اپ فیوچر کو دیکھ کر نکالیں ایک</w:t>
      </w:r>
    </w:p>
    <w:p>
      <w:r>
        <w:rPr>
          <w:b/>
        </w:rPr>
        <w:t xml:space="preserve">[1:03:00] </w:t>
      </w:r>
      <w:r>
        <w:t>hai present demand ke log dunya mein bohat se joota khareedna chahte hain ap bhi joota banana bechna</w:t>
      </w:r>
    </w:p>
    <w:p>
      <w:pPr>
        <w:jc w:val="right"/>
      </w:pPr>
      <w:r>
        <w:t>ہے پریزنٹ ڈیمانڈ کہ لوگ دنیا میں بہت سے جوتا خریدنا چاہتے ہیں اپ بھی جوتا بنانا بیچنے</w:t>
      </w:r>
    </w:p>
    <w:p>
      <w:r>
        <w:rPr>
          <w:b/>
        </w:rPr>
        <w:t xml:space="preserve">[1:03:06] </w:t>
      </w:r>
      <w:r>
        <w:t>lagay to present mein jo demand hai us ko le kar ke ap ne apna kaam kiya aur</w:t>
      </w:r>
    </w:p>
    <w:p>
      <w:pPr>
        <w:jc w:val="right"/>
      </w:pPr>
      <w:r>
        <w:t>لگے تو پریزنٹ میں جو ڈیمانڈ ہے اس کو لے کر کے اپ نے اپنا کام کیا اور</w:t>
      </w:r>
    </w:p>
    <w:p>
      <w:r>
        <w:rPr>
          <w:b/>
        </w:rPr>
        <w:t xml:space="preserve">[1:03:14] </w:t>
      </w:r>
      <w:r>
        <w:t>aik hai ke ap ne assess kiya ke future mein</w:t>
      </w:r>
    </w:p>
    <w:p>
      <w:pPr>
        <w:jc w:val="right"/>
      </w:pPr>
      <w:r>
        <w:t>ایک ہے کہ اپ نے اسس کیا کہ فیوچر میں</w:t>
      </w:r>
    </w:p>
    <w:p>
      <w:r>
        <w:rPr>
          <w:b/>
        </w:rPr>
        <w:t xml:space="preserve">[1:03:19] </w:t>
      </w:r>
      <w:r>
        <w:t>kya demand samne aa sakti hai aur kis cheez ki zyada mang ho sakti hai kis cheez mein</w:t>
      </w:r>
    </w:p>
    <w:p>
      <w:pPr>
        <w:jc w:val="right"/>
      </w:pPr>
      <w:r>
        <w:t>کیا ڈیمانڈ سامنے ا سکتی ہے اور کس چیز کی زیادہ مانگ ہو سکتی ہے کس چیز میں</w:t>
      </w:r>
    </w:p>
    <w:p>
      <w:r>
        <w:rPr>
          <w:b/>
        </w:rPr>
        <w:t xml:space="preserve">[1:03:24] </w:t>
      </w:r>
      <w:r>
        <w:t>zyada faida mujhe mil sakta hai to future ke assessment par aap jab apni business karein apni</w:t>
      </w:r>
    </w:p>
    <w:p>
      <w:pPr>
        <w:jc w:val="right"/>
      </w:pPr>
      <w:r>
        <w:t>زیادہ فائدہ مجھے مل سکتا ہے تو فیوچر کے اسیسمنٹ پر اپ جب اپنی بزنس کریں اپنی</w:t>
      </w:r>
    </w:p>
    <w:p>
      <w:r>
        <w:rPr>
          <w:b/>
        </w:rPr>
        <w:t xml:space="preserve">[1:03:32] </w:t>
      </w:r>
      <w:r>
        <w:t>industry karein ya apna agriculture karein horticulture karein to woh hai future trading</w:t>
      </w:r>
    </w:p>
    <w:p>
      <w:pPr>
        <w:jc w:val="right"/>
      </w:pPr>
      <w:r>
        <w:t>انڈسٹری کریں یا اپنا ایگریکلچر کریں ہارٹیکلچر کریں تو وہ ہے فیوچر ٹریڈنگ</w:t>
      </w:r>
    </w:p>
    <w:p>
      <w:r>
        <w:rPr>
          <w:b/>
        </w:rPr>
        <w:t xml:space="preserve">[1:03:39] </w:t>
      </w:r>
      <w:r>
        <w:t>to yaani asal mein to yeh ek yaani commercial activities mein ek ek term hai jo bola jata</w:t>
      </w:r>
    </w:p>
    <w:p>
      <w:pPr>
        <w:jc w:val="right"/>
      </w:pPr>
      <w:r>
        <w:t>تو یعنی اصل میں تو یہ ایک یعنی کمرشل ایکٹیویٹیز میں ایک ایک ٹرم ہے جو بولا جاتا</w:t>
      </w:r>
    </w:p>
    <w:p>
      <w:r>
        <w:rPr>
          <w:b/>
        </w:rPr>
        <w:t xml:space="preserve">[1:03:46] </w:t>
      </w:r>
      <w:r>
        <w:t>hai usko maine apply kiya spiritual field mein ke isi tarah se hum</w:t>
      </w:r>
    </w:p>
    <w:p>
      <w:pPr>
        <w:jc w:val="right"/>
      </w:pPr>
      <w:r>
        <w:t>ہے اس کو میں نے اپلائی کیا سپریچول فیلڈ میں کہ اسی طرح سے ہم</w:t>
      </w:r>
    </w:p>
    <w:p>
      <w:r>
        <w:rPr>
          <w:b/>
        </w:rPr>
        <w:t xml:space="preserve">[1:03:54] </w:t>
      </w:r>
      <w:r>
        <w:t>hamare yaani jo jo hum jante hain woh yeh hai ke ek hai hamari present world ek hai</w:t>
      </w:r>
    </w:p>
    <w:p>
      <w:pPr>
        <w:jc w:val="right"/>
      </w:pPr>
      <w:r>
        <w:t>ہمارے یعنی جو جو ہم جانتے ہیں وہ یہ ہے کہ ایک ہے ہماری پریزنٹ ورلڈ ایک ہے</w:t>
      </w:r>
    </w:p>
    <w:p>
      <w:r>
        <w:rPr>
          <w:b/>
        </w:rPr>
        <w:t xml:space="preserve">[1:04:00] </w:t>
      </w:r>
      <w:r>
        <w:t>woh world jo post death period mein aati hai hamare samne jo hum future usko kehte hain</w:t>
      </w:r>
    </w:p>
    <w:p>
      <w:pPr>
        <w:jc w:val="right"/>
      </w:pPr>
      <w:r>
        <w:t>وہ ورلڈ جو پوسٹ ڈیتھ پیریڈ میں اتی ہے ہمارے سامنے جو ہم فیوچر اس کو کہتے ہیں</w:t>
      </w:r>
    </w:p>
    <w:p>
      <w:r>
        <w:rPr>
          <w:b/>
        </w:rPr>
        <w:t xml:space="preserve">[1:04:04] </w:t>
      </w:r>
      <w:r>
        <w:t>aap to aaj ki zindagi mein hum woh kaam karein jo post death period mein hamein kaam aane</w:t>
      </w:r>
    </w:p>
    <w:p>
      <w:pPr>
        <w:jc w:val="right"/>
      </w:pPr>
      <w:r>
        <w:t>اپ تو اج کی زندگی میں ہم وہ کام کریں جو پوسٹ ڈیتھ پیریڈ میں ہمیں کام انے</w:t>
      </w:r>
    </w:p>
    <w:p>
      <w:r>
        <w:rPr>
          <w:b/>
        </w:rPr>
        <w:t xml:space="preserve">[1:04:14] </w:t>
      </w:r>
      <w:r>
        <w:t>wala ho isi ko maine kaha future trading to</w:t>
      </w:r>
    </w:p>
    <w:p>
      <w:pPr>
        <w:jc w:val="right"/>
      </w:pPr>
      <w:r>
        <w:t>والا ہو اسی کو میں نے کہا فیوچر ٹریڈنگ تو</w:t>
      </w:r>
    </w:p>
    <w:p>
      <w:r>
        <w:rPr>
          <w:b/>
        </w:rPr>
        <w:t xml:space="preserve">[1:04:18] </w:t>
      </w:r>
      <w:r>
        <w:t>is is term ko jo basically ek commercial term hai us ko mein ne use kiya spiritual world mein</w:t>
      </w:r>
    </w:p>
    <w:p>
      <w:pPr>
        <w:jc w:val="right"/>
      </w:pPr>
      <w:r>
        <w:t>اس اس ٹرم کو جو بیسیکلی ایک کمرشل ٹرم ہے اس کو میں نے یوز کیا اسپیریچول ورلڈ میں</w:t>
      </w:r>
    </w:p>
    <w:p>
      <w:r>
        <w:rPr>
          <w:b/>
        </w:rPr>
        <w:t xml:space="preserve">[1:04:30] </w:t>
      </w:r>
      <w:r>
        <w:t>this question is from Iqbal Siddiqui</w:t>
      </w:r>
    </w:p>
    <w:p>
      <w:pPr>
        <w:jc w:val="right"/>
      </w:pPr>
      <w:r>
        <w:t>دس کوئسچن از فرام اقبال صدیقی</w:t>
      </w:r>
    </w:p>
    <w:p>
      <w:r>
        <w:rPr>
          <w:b/>
        </w:rPr>
        <w:t xml:space="preserve">[1:04:35] </w:t>
      </w:r>
      <w:r>
        <w:t>Does nature age? And secondly, can an individual's nature be changed, modified or manipulated?</w:t>
      </w:r>
    </w:p>
    <w:p>
      <w:pPr>
        <w:jc w:val="right"/>
      </w:pPr>
      <w:r>
        <w:t>ڈز نیچر ایج اینڈ سیکنڈلی کین اینڈ انڈیویجولز نیچر بی چینجڈ موڈیفائیڈ اور مینیپولیٹڈ کیا پھر سے پڑھیے</w:t>
      </w:r>
    </w:p>
    <w:p>
      <w:r>
        <w:rPr>
          <w:b/>
        </w:rPr>
        <w:t xml:space="preserve">[1:04:44] </w:t>
      </w:r>
      <w:r>
        <w:t>The first part of his question is does nature age? Khuda ne jo nature banaya hai kya matlab</w:t>
      </w:r>
    </w:p>
    <w:p>
      <w:pPr>
        <w:jc w:val="right"/>
      </w:pPr>
      <w:r>
        <w:t>دی فرسٹ پارٹ اف ہز کوئسچن از ڈز نیچر ایج خدا نے جو نیچر بنایا ہے کیا مطلب</w:t>
      </w:r>
    </w:p>
    <w:p>
      <w:r>
        <w:rPr>
          <w:b/>
        </w:rPr>
        <w:t xml:space="preserve">[1:04:49] </w:t>
      </w:r>
      <w:r>
        <w:t>جیسے انسان اولڈ نیچر ایج ایج AGE جسٹ لائک مولانا وی ایج وی بیکم اولڈ</w:t>
      </w:r>
    </w:p>
    <w:p>
      <w:pPr>
        <w:jc w:val="right"/>
      </w:pPr>
      <w:r>
        <w:t>جیسے انسان اولڈ نیچر ایج ایج اے جی ای جسٹ لائک مولانا وی ایج وی بیکم اولڈ</w:t>
      </w:r>
    </w:p>
    <w:p>
      <w:r>
        <w:rPr>
          <w:b/>
        </w:rPr>
        <w:t xml:space="preserve">[1:04:58] </w:t>
      </w:r>
      <w:r>
        <w:t>jo peed hote hain jo matlab samay ke baad matlab old ho jate hain aur phir gir jate</w:t>
      </w:r>
    </w:p>
    <w:p>
      <w:pPr>
        <w:jc w:val="right"/>
      </w:pPr>
      <w:r>
        <w:t>جو پیڑ ہوتے ہیں جو مطلب سمے کے بعد مطلب اولڈ ہو جاتے ہیں اور پھر گر جاتے</w:t>
      </w:r>
    </w:p>
    <w:p>
      <w:r>
        <w:rPr>
          <w:b/>
        </w:rPr>
        <w:t xml:space="preserve">[1:05:02] </w:t>
      </w:r>
      <w:r>
        <w:t>hain neeche boodhi hoti hai haan to kya nature mein bhi aisi quality hai ke woh boodha ho</w:t>
      </w:r>
    </w:p>
    <w:p>
      <w:pPr>
        <w:jc w:val="right"/>
      </w:pPr>
      <w:r>
        <w:t>ہیں نیچے بوڑھی ہوتی ہے ہاں تو کیا نیچر میں بھی ایسی کوالٹی ہے کہ وہ بوڑھا ہو</w:t>
      </w:r>
    </w:p>
    <w:p>
      <w:r>
        <w:rPr>
          <w:b/>
        </w:rPr>
        <w:t xml:space="preserve">[1:05:06] </w:t>
      </w:r>
      <w:r>
        <w:t>jaye boodhi ho jaye hmm and second part of his question is can and individual's nature be changed</w:t>
      </w:r>
    </w:p>
    <w:p>
      <w:pPr>
        <w:jc w:val="right"/>
      </w:pPr>
      <w:r>
        <w:t>جائے بوڑھی ہو جائے ہمم اینڈ سیکنڈ پارٹ اف ہز کوئسچن از کین اینڈ انڈیویجولز نیچر بی چینجڈ</w:t>
      </w:r>
    </w:p>
    <w:p>
      <w:r>
        <w:rPr>
          <w:b/>
        </w:rPr>
        <w:t xml:space="preserve">[1:05:13] </w:t>
      </w:r>
      <w:r>
        <w:t>modified or manipulated</w:t>
      </w:r>
    </w:p>
    <w:p>
      <w:pPr>
        <w:jc w:val="right"/>
      </w:pPr>
      <w:r>
        <w:t>موڈیفائیڈ اور مینیپولیٹڈ</w:t>
      </w:r>
    </w:p>
    <w:p>
      <w:r>
        <w:rPr>
          <w:b/>
        </w:rPr>
        <w:t xml:space="preserve">[1:05:19] </w:t>
      </w:r>
      <w:r>
        <w:t>dekhein yeh age ka word yahan par koi zyada appropriate nahi hai mere khayal se kyunke nature mein</w:t>
      </w:r>
    </w:p>
    <w:p>
      <w:pPr>
        <w:jc w:val="right"/>
      </w:pPr>
      <w:r>
        <w:t>دیکھیں یہ ایج کا ورڈ یہاں پر کوئی زیادہ ایپروپریٹ نہیں ہے میرے خیال سے کیونکہ نیچر میں</w:t>
      </w:r>
    </w:p>
    <w:p>
      <w:r>
        <w:rPr>
          <w:b/>
        </w:rPr>
        <w:t xml:space="preserve">[1:05:27] </w:t>
      </w:r>
      <w:r>
        <w:t>aging ka process nahi hai balkeh woh toh ek</w:t>
      </w:r>
    </w:p>
    <w:p>
      <w:pPr>
        <w:jc w:val="right"/>
      </w:pPr>
      <w:r>
        <w:t>ایجنگ کا پروسیس نہیں ہے بلکہ وہ تو ایک</w:t>
      </w:r>
    </w:p>
    <w:p>
      <w:r>
        <w:rPr>
          <w:b/>
        </w:rPr>
        <w:t xml:space="preserve">[1:05:32] </w:t>
      </w:r>
      <w:r>
        <w:t>ek peed ugta hai khatam hota hai phir doosra ugta hai woh khatam hota hai toh woh ek</w:t>
      </w:r>
    </w:p>
    <w:p>
      <w:pPr>
        <w:jc w:val="right"/>
      </w:pPr>
      <w:r>
        <w:t>ایک پیڑ اگتا ہے ختم ہوتا ہے پھر دوسرا اگتا ہے وہ ختم ہوتا ہے تو وہ ایک</w:t>
      </w:r>
    </w:p>
    <w:p>
      <w:r>
        <w:rPr>
          <w:b/>
        </w:rPr>
        <w:t xml:space="preserve">[1:05:38] </w:t>
      </w:r>
      <w:r>
        <w:t>alag process hai usko aap yeh aging process nahi keh sakte</w:t>
      </w:r>
    </w:p>
    <w:p>
      <w:pPr>
        <w:jc w:val="right"/>
      </w:pPr>
      <w:r>
        <w:t>الگ پروسیس ہے اس کو اپ یہ ایجنگ پروسیس نہیں کہہ سکتے</w:t>
      </w:r>
    </w:p>
    <w:p>
      <w:r>
        <w:rPr>
          <w:b/>
        </w:rPr>
        <w:t xml:space="preserve">[1:05:43] </w:t>
      </w:r>
      <w:r>
        <w:t>toh jahan tak insaan ki baat hai toh main samajhta hoon ke insaan ke nature ko badla nahi</w:t>
      </w:r>
    </w:p>
    <w:p>
      <w:pPr>
        <w:jc w:val="right"/>
      </w:pPr>
      <w:r>
        <w:t>تو جہاں تک انسان کی بات ہے تو میں سمجھتا ہوں کہ انسان کے نیچر کو بدلا نہیں</w:t>
      </w:r>
    </w:p>
    <w:p>
      <w:r>
        <w:rPr>
          <w:b/>
        </w:rPr>
        <w:t xml:space="preserve">[1:05:49] </w:t>
      </w:r>
      <w:r>
        <w:t>ja sakta kisi bhi tarah se genetic code se bhi aap insaan ke nature ko badal nahi sakte</w:t>
      </w:r>
    </w:p>
    <w:p>
      <w:pPr>
        <w:jc w:val="right"/>
      </w:pPr>
      <w:r>
        <w:t>جا سکتا کسی بھی طریقے سے جینیٹک کوڈ سے بھی اپ انسان کے نیچر کو بدل نہیں سکتے</w:t>
      </w:r>
    </w:p>
    <w:p>
      <w:r>
        <w:rPr>
          <w:b/>
        </w:rPr>
        <w:t xml:space="preserve">[1:05:55] </w:t>
      </w:r>
      <w:r>
        <w:t>sirf jo hota hai woh hai conditioning</w:t>
      </w:r>
    </w:p>
    <w:p>
      <w:pPr>
        <w:jc w:val="right"/>
      </w:pPr>
      <w:r>
        <w:t>صرف جو ہوتا ہے وہ ہے کنڈیشننگ</w:t>
      </w:r>
    </w:p>
    <w:p>
      <w:r>
        <w:rPr>
          <w:b/>
        </w:rPr>
        <w:t xml:space="preserve">[1:05:58] </w:t>
      </w:r>
      <w:r>
        <w:t>conditioning ka matlab nahi nature ko badalna nahi hai</w:t>
      </w:r>
    </w:p>
    <w:p>
      <w:pPr>
        <w:jc w:val="right"/>
      </w:pPr>
      <w:r>
        <w:t>کنڈیشننگ کا مطلب نہیں نیچر کو بدلنا نہیں ہے</w:t>
      </w:r>
    </w:p>
    <w:p>
      <w:r>
        <w:rPr>
          <w:b/>
        </w:rPr>
        <w:t xml:space="preserve">[1:06:02] </w:t>
      </w:r>
      <w:r>
        <w:t>yaani aap jante hain ke psychology</w:t>
      </w:r>
    </w:p>
    <w:p>
      <w:pPr>
        <w:jc w:val="right"/>
      </w:pPr>
      <w:r>
        <w:t>یعنی اپ جانتے ہیں کہ سائیکالوجی</w:t>
      </w:r>
    </w:p>
    <w:p>
      <w:r>
        <w:rPr>
          <w:b/>
        </w:rPr>
        <w:t xml:space="preserve">[1:06:05] </w:t>
      </w:r>
      <w:r>
        <w:t>mein ek galat nazariya bana</w:t>
      </w:r>
    </w:p>
    <w:p>
      <w:pPr>
        <w:jc w:val="right"/>
      </w:pPr>
      <w:r>
        <w:t>میں ایک غلط نظریہ بنا</w:t>
      </w:r>
    </w:p>
    <w:p>
      <w:r>
        <w:rPr>
          <w:b/>
        </w:rPr>
        <w:t xml:space="preserve">[1:06:07] </w:t>
      </w:r>
      <w:r>
        <w:t>koi 80 saal pehle ke</w:t>
      </w:r>
    </w:p>
    <w:p>
      <w:pPr>
        <w:jc w:val="right"/>
      </w:pPr>
      <w:r>
        <w:t>کوئی 80 سال پہلے کہ</w:t>
      </w:r>
    </w:p>
    <w:p>
      <w:r>
        <w:rPr>
          <w:b/>
        </w:rPr>
        <w:t xml:space="preserve">[1:06:11] </w:t>
      </w:r>
      <w:r>
        <w:t>nechar se nahi balkeh narchar se insan banta hai yeh ab bilkul baseless proof ho chuka hai to</w:t>
      </w:r>
    </w:p>
    <w:p>
      <w:pPr>
        <w:jc w:val="right"/>
      </w:pPr>
      <w:r>
        <w:t>نیچر سے نہیں بلکہ نرچر سے انسان بنتا ہے یہ اب بالکل بیسلیس پروف ہو چکا ہے تو</w:t>
      </w:r>
    </w:p>
    <w:p>
      <w:r>
        <w:rPr>
          <w:b/>
        </w:rPr>
        <w:t xml:space="preserve">[1:06:18] </w:t>
      </w:r>
      <w:r>
        <w:t>insan ka nechar jo hai hamesha intact rehta hai sirf jo hota hai woh yeh hai ke conditioning</w:t>
      </w:r>
    </w:p>
    <w:p>
      <w:pPr>
        <w:jc w:val="right"/>
      </w:pPr>
      <w:r>
        <w:t>انسان کا نیچر جو ہے ہمیشہ انٹیکٹ رہتا ہے صرف جو ہوتا ہے وہ یہ ہے کہ کنڈیشننگ</w:t>
      </w:r>
    </w:p>
    <w:p>
      <w:r>
        <w:rPr>
          <w:b/>
        </w:rPr>
        <w:t xml:space="preserve">[1:06:23] </w:t>
      </w:r>
      <w:r>
        <w:t>ki wajah se iske nechar par ek cover pad jata hai to agar aap</w:t>
      </w:r>
    </w:p>
    <w:p>
      <w:pPr>
        <w:jc w:val="right"/>
      </w:pPr>
      <w:r>
        <w:t>کی وجہ سے اس کے نیچر پر ایک کور پڑ جاتا ہے تو اگر اپ</w:t>
      </w:r>
    </w:p>
    <w:p>
      <w:r>
        <w:rPr>
          <w:b/>
        </w:rPr>
        <w:t xml:space="preserve">[1:06:29] </w:t>
      </w:r>
      <w:r>
        <w:t>us cover ko hata saken</w:t>
      </w:r>
    </w:p>
    <w:p>
      <w:pPr>
        <w:jc w:val="right"/>
      </w:pPr>
      <w:r>
        <w:t>اس کور کو ہٹا سکیں</w:t>
      </w:r>
    </w:p>
    <w:p>
      <w:r>
        <w:rPr>
          <w:b/>
        </w:rPr>
        <w:t xml:space="preserve">[1:06:32] </w:t>
      </w:r>
      <w:r>
        <w:t>apna aap ko decondition kar saken to nechar samne aa jayega aur main samajhta hoon ke</w:t>
      </w:r>
    </w:p>
    <w:p>
      <w:pPr>
        <w:jc w:val="right"/>
      </w:pPr>
      <w:r>
        <w:t>اپنا اپ کو ڈی کنڈیشن کر سکیں تو نیچر سامنے ا جائے گا اور میں سمجھتا ہوں کہ</w:t>
      </w:r>
    </w:p>
    <w:p>
      <w:r>
        <w:rPr>
          <w:b/>
        </w:rPr>
        <w:t xml:space="preserve">[1:06:39] </w:t>
      </w:r>
      <w:r>
        <w:t>nechar har ek ka wahi ek hai har mard aurat ka african ka indian ka american ka sab</w:t>
      </w:r>
    </w:p>
    <w:p>
      <w:pPr>
        <w:jc w:val="right"/>
      </w:pPr>
      <w:r>
        <w:t>نیچر ہر ایک کا وہی ایک ہے ہر مرد عورت کا افریکن کا انڈین کا امریکن کا سب</w:t>
      </w:r>
    </w:p>
    <w:p>
      <w:r>
        <w:rPr>
          <w:b/>
        </w:rPr>
        <w:t xml:space="preserve">[1:06:45] </w:t>
      </w:r>
      <w:r>
        <w:t>ka nechar ek hai jo difference hota hai woh conditioning ki wajah se difference hota hai khud</w:t>
      </w:r>
    </w:p>
    <w:p>
      <w:pPr>
        <w:jc w:val="right"/>
      </w:pPr>
      <w:r>
        <w:t>کا نیچر ایک ہے جو ڈیفرنس ہوتا ہے وہ کنڈیشننگ کی وجہ سے ڈیفرنس ہوتا ہے خود</w:t>
      </w:r>
    </w:p>
    <w:p>
      <w:r>
        <w:rPr>
          <w:b/>
        </w:rPr>
        <w:t xml:space="preserve">[1:06:50] </w:t>
      </w:r>
      <w:r>
        <w:t>nature mein difference nahi hota hai</w:t>
      </w:r>
    </w:p>
    <w:p>
      <w:pPr>
        <w:jc w:val="right"/>
      </w:pPr>
      <w:r>
        <w:t>نیچر میں ڈیفرنس نہیں ہوتا ہے</w:t>
      </w:r>
    </w:p>
    <w:p>
      <w:r>
        <w:rPr>
          <w:b/>
        </w:rPr>
        <w:t xml:space="preserve">[1:06:56] </w:t>
      </w:r>
      <w:r>
        <w:t>das question is from ayesha hadith says the best deed in the sight of god is remembrance of god what is the nature of this remembrance of god kindly explain kya phir se padhiye maulana ayesha has quoted a hadith which says the best deed in the sight of god is remembrance of god so her question is what is the nature of this remembrance of god</w:t>
      </w:r>
    </w:p>
    <w:p>
      <w:pPr>
        <w:jc w:val="right"/>
      </w:pPr>
      <w:r>
        <w:t>دس کوئسچن از فرام عائشہ حدیث سیز دا بیسٹ ڈیڈ ان دی سائیٹ اف گاڈ از ریممبرنس اف گاڈ واٹ از دا نیچر اف دس ریممبرنس اف گاڈ کائنڈلی ایکسپلین کیا پھر سے پڑھیے مولانا عائشہ ہیز کوٹڈ ا حدیث وچ سیز دا بیسٹ ڈیڈ ان دی سائیٹ اف گاڈ از ریممبرنس اف گاڈ سو ہر کوئسچن از واٹ از دی نیچر اف دس ریممبرنس اف گاڈ</w:t>
      </w:r>
    </w:p>
    <w:p>
      <w:r>
        <w:rPr>
          <w:b/>
        </w:rPr>
        <w:t xml:space="preserve">[1:07:25] </w:t>
      </w:r>
      <w:r>
        <w:t>generally isko le lete hain log tasbeeh parhne ke sense mein yani jaise ke Allah Allah Allah</w:t>
      </w:r>
    </w:p>
    <w:p>
      <w:pPr>
        <w:jc w:val="right"/>
      </w:pPr>
      <w:r>
        <w:t>جنرلی اس کو لے لیتے ہیں لوگ تسبیح پڑھنے کے سینس میں یعنی جیسے کہ اللہ اللہ اللہ</w:t>
      </w:r>
    </w:p>
    <w:p>
      <w:r>
        <w:rPr>
          <w:b/>
        </w:rPr>
        <w:t xml:space="preserve">[1:07:32] </w:t>
      </w:r>
      <w:r>
        <w:t>Allah karna Allah Akbar Allah Akbar Allah Akbar karna yeh matlab nahi hai iska</w:t>
      </w:r>
    </w:p>
    <w:p>
      <w:pPr>
        <w:jc w:val="right"/>
      </w:pPr>
      <w:r>
        <w:t>اللہ کرنا اللہ اکبر اللہ اکبر اللہ اکبر کرنا یہ مطلب نہیں ہے اس کا</w:t>
      </w:r>
    </w:p>
    <w:p>
      <w:r>
        <w:rPr>
          <w:b/>
        </w:rPr>
        <w:t xml:space="preserve">[1:07:40] </w:t>
      </w:r>
      <w:r>
        <w:t>isko arabic mein kahein ke wird ya recitation to remembrance jo hai woh recitation nahi hai recitation</w:t>
      </w:r>
    </w:p>
    <w:p>
      <w:pPr>
        <w:jc w:val="right"/>
      </w:pPr>
      <w:r>
        <w:t>اس کو عربک میں کہیں کہ ورد یا ریزٹیشن تو ریممبرنس جو ہے وہ ریزٹیشن نہیں ہے ریزٹیشن</w:t>
      </w:r>
    </w:p>
    <w:p>
      <w:r>
        <w:rPr>
          <w:b/>
        </w:rPr>
        <w:t xml:space="preserve">[1:07:47] </w:t>
      </w:r>
      <w:r>
        <w:t>jo hota hai woh kuch word kuch shabd ko aap dohrate hain bar bar woh alag cheez hai</w:t>
      </w:r>
    </w:p>
    <w:p>
      <w:pPr>
        <w:jc w:val="right"/>
      </w:pPr>
      <w:r>
        <w:t>جو ہوتا ہے وہ کچھ ورڈ کچھ शब्द کو اپ دہراتے ہیں بار بار وہ الگ چیز ہے</w:t>
      </w:r>
    </w:p>
    <w:p>
      <w:r>
        <w:rPr>
          <w:b/>
        </w:rPr>
        <w:t xml:space="preserve">[1:07:55] </w:t>
      </w:r>
      <w:r>
        <w:t>aur main isko ek fruitful exercise samajhta hoon remembrance jo hai jo quran o hadith mein woh</w:t>
      </w:r>
    </w:p>
    <w:p>
      <w:pPr>
        <w:jc w:val="right"/>
      </w:pPr>
      <w:r>
        <w:t>اور میں اس کو ایک فروٹائل ایکسرسائز سمجھتا ہوں ریممبرنس جو ہے جو قران و حدیث میں وہ</w:t>
      </w:r>
    </w:p>
    <w:p>
      <w:r>
        <w:rPr>
          <w:b/>
        </w:rPr>
        <w:t xml:space="preserve">[1:08:00] </w:t>
      </w:r>
      <w:r>
        <w:t>hai yani sochna is sochne par base karti hai that is a thinking process jaise main aap ko</w:t>
      </w:r>
    </w:p>
    <w:p>
      <w:pPr>
        <w:jc w:val="right"/>
      </w:pPr>
      <w:r>
        <w:t>ہے یعنی سوچنا اس سوچنے پر بیس کرتی ہے دیٹ از ا تھنکنگ پروسیس جیسے میں اپ کو</w:t>
      </w:r>
    </w:p>
    <w:p>
      <w:r>
        <w:rPr>
          <w:b/>
        </w:rPr>
        <w:t xml:space="preserve">[1:08:08] </w:t>
      </w:r>
      <w:r>
        <w:t>abhi kai baatein bataein jo soch</w:t>
      </w:r>
    </w:p>
    <w:p>
      <w:pPr>
        <w:jc w:val="right"/>
      </w:pPr>
      <w:r>
        <w:t>ابھی کئی باتیں بتائیں جو سوچ</w:t>
      </w:r>
    </w:p>
    <w:p>
      <w:r>
        <w:rPr>
          <w:b/>
        </w:rPr>
        <w:t xml:space="preserve">[1:08:10] </w:t>
      </w:r>
      <w:r>
        <w:t>kar mein ne jaani woh tha khuda ko remember karna</w:t>
      </w:r>
    </w:p>
    <w:p>
      <w:pPr>
        <w:jc w:val="right"/>
      </w:pPr>
      <w:r>
        <w:t>کر میں نے جانی وہ تھا خدا کو ریممبر کرنا</w:t>
      </w:r>
    </w:p>
    <w:p>
      <w:r>
        <w:rPr>
          <w:b/>
        </w:rPr>
        <w:t xml:space="preserve">[1:08:16] </w:t>
      </w:r>
      <w:r>
        <w:t>jaise main ne dekha ke gulab mein phool alag hain kaante alag hain dono mein ek distance hai</w:t>
      </w:r>
    </w:p>
    <w:p>
      <w:pPr>
        <w:jc w:val="right"/>
      </w:pPr>
      <w:r>
        <w:t>جیسے میں نے دکھا کہ گلاب میں پھول الگ ہیں کانٹے الگ ہیں دونوں میں ایک ڈسٹنس ہے</w:t>
      </w:r>
    </w:p>
    <w:p>
      <w:r>
        <w:rPr>
          <w:b/>
        </w:rPr>
        <w:t xml:space="preserve">[1:08:22] </w:t>
      </w:r>
      <w:r>
        <w:t>to gulab jo ek distance ko maintain kar raha hai us se main ne nikala ke agar kisi</w:t>
      </w:r>
    </w:p>
    <w:p>
      <w:pPr>
        <w:jc w:val="right"/>
      </w:pPr>
      <w:r>
        <w:t>تو گلاب جو ایک ڈسٹنس کو مینٹین کر رہا ہے اس سے میں نے نکالا کہ اگر کسی</w:t>
      </w:r>
    </w:p>
    <w:p>
      <w:r>
        <w:rPr>
          <w:b/>
        </w:rPr>
        <w:t xml:space="preserve">[1:08:28] </w:t>
      </w:r>
      <w:r>
        <w:t>aadmi ko aap paayein ke woh us ke andar evil personality hai to aap distance maintain kijiye na</w:t>
      </w:r>
    </w:p>
    <w:p>
      <w:pPr>
        <w:jc w:val="right"/>
      </w:pPr>
      <w:r>
        <w:t>ادمی کو اپ پائیں کہ وہ اس کے اندر ایول پرسنیلٹی ہے تو اپ ڈسٹنس مینٹین کیجئے نہ</w:t>
      </w:r>
    </w:p>
    <w:p>
      <w:r>
        <w:rPr>
          <w:b/>
        </w:rPr>
        <w:t xml:space="preserve">[1:08:34] </w:t>
      </w:r>
      <w:r>
        <w:t>hi kisi se ulajh jayein lad jayein is se to remembrance ka jo hai talluq intellectual process se</w:t>
      </w:r>
    </w:p>
    <w:p>
      <w:pPr>
        <w:jc w:val="right"/>
      </w:pPr>
      <w:r>
        <w:t>ہی کسی سے الجھ جائیں لڑ جائیں اس سے تو ریممبرنس کا جو ہے تعلق انٹلیکچول پروسیس سے</w:t>
      </w:r>
    </w:p>
    <w:p>
      <w:r>
        <w:rPr>
          <w:b/>
        </w:rPr>
        <w:t xml:space="preserve">[1:08:42] </w:t>
      </w:r>
      <w:r>
        <w:t>hai kisi qism ke shabdon ka is ko dohrane se nahi hai</w:t>
      </w:r>
    </w:p>
    <w:p>
      <w:pPr>
        <w:jc w:val="right"/>
      </w:pPr>
      <w:r>
        <w:t>ہے کسی قسم کے शब्दوں کا اس کو دہرانے سے نہیں ہے</w:t>
      </w:r>
    </w:p>
    <w:p>
      <w:r>
        <w:rPr>
          <w:b/>
        </w:rPr>
        <w:t xml:space="preserve">[1:08:52] </w:t>
      </w:r>
      <w:r>
        <w:t>das question is from anamika tolerance is the right path but what happens when an individuals existence is threatened if they don't stand up for their rights</w:t>
      </w:r>
    </w:p>
    <w:p>
      <w:pPr>
        <w:jc w:val="right"/>
      </w:pPr>
      <w:r>
        <w:t>دس کوئسچن از فرام انامیکا ٹولرنس از دی رائٹ پاتھ بٹ واٹ ہیپنز وین این انڈیویجولز ایگزسٹنس از تھریٹنڈ اف دے ڈونٹ سٹینڈ اپ فار دیر رائٹس</w:t>
      </w:r>
    </w:p>
    <w:p>
      <w:r>
        <w:rPr>
          <w:b/>
        </w:rPr>
        <w:t xml:space="preserve">[1:09:07] </w:t>
      </w:r>
      <w:r>
        <w:t>dekhein yeh ek</w:t>
      </w:r>
    </w:p>
    <w:p>
      <w:pPr>
        <w:jc w:val="right"/>
      </w:pPr>
      <w:r>
        <w:t>دیکھیں یہ ایک</w:t>
      </w:r>
    </w:p>
    <w:p>
      <w:r>
        <w:rPr>
          <w:b/>
        </w:rPr>
        <w:t xml:space="preserve">[1:09:10] </w:t>
      </w:r>
      <w:r>
        <w:t>bahut se log aisa question karte hain magar main samajhta hoon ke yeh ek woh hai supposition hai</w:t>
      </w:r>
    </w:p>
    <w:p>
      <w:pPr>
        <w:jc w:val="right"/>
      </w:pPr>
      <w:r>
        <w:t>بہت سے لوگ ایسا کوئسچن کرتے ہیں مگر میں سمجھتا ہوں کہ یہ ایک وہ ہے سپوزیشن ہے</w:t>
      </w:r>
    </w:p>
    <w:p>
      <w:r>
        <w:rPr>
          <w:b/>
        </w:rPr>
        <w:t xml:space="preserve">[1:09:18] </w:t>
      </w:r>
      <w:r>
        <w:t>ek fardi question aisa kabhi nahi hota main bhi meri umar itni lambi ho chuki hai aaj tak</w:t>
      </w:r>
    </w:p>
    <w:p>
      <w:pPr>
        <w:jc w:val="right"/>
      </w:pPr>
      <w:r>
        <w:t>ایک فردی کوئسچن ایسا کبھی نہیں ہوتا میں بھی میری عمر اتنی لمبی ہو چکی ہے اج تک</w:t>
      </w:r>
    </w:p>
    <w:p>
      <w:r>
        <w:rPr>
          <w:b/>
        </w:rPr>
        <w:t xml:space="preserve">[1:09:23] </w:t>
      </w:r>
      <w:r>
        <w:t>aisa nahi hua ke khwamkhwahi koi mujhe challenge kare aisa kabhi hota nahi yeh ek fardi sawal hai</w:t>
      </w:r>
    </w:p>
    <w:p>
      <w:pPr>
        <w:jc w:val="right"/>
      </w:pPr>
      <w:r>
        <w:t>ایسا نہیں ہوا کہ خوامخواہی کوئی مجھے چیلنج کرے ایسا کبھی ہوتا نہیں یہ ایک فردی سوال ہے</w:t>
      </w:r>
    </w:p>
    <w:p>
      <w:r>
        <w:rPr>
          <w:b/>
        </w:rPr>
        <w:t xml:space="preserve">[1:09:31] </w:t>
      </w:r>
      <w:r>
        <w:t>kahin na kahin hum kisi ko chhedte hain kisi ko provoke karte hain</w:t>
      </w:r>
    </w:p>
    <w:p>
      <w:pPr>
        <w:jc w:val="right"/>
      </w:pPr>
      <w:r>
        <w:t>کہیں نہ کہیں ہم کسی کو چھیڑتے ہیں کسی کو پرووک کرتے ہیں</w:t>
      </w:r>
    </w:p>
    <w:p>
      <w:r>
        <w:rPr>
          <w:b/>
        </w:rPr>
        <w:t xml:space="preserve">[1:09:36] </w:t>
      </w:r>
      <w:r>
        <w:t>jaise aap jangl mein jaen to jab tak aap kisi janwar ko provoke nahin karenge woh aap</w:t>
      </w:r>
    </w:p>
    <w:p>
      <w:pPr>
        <w:jc w:val="right"/>
      </w:pPr>
      <w:r>
        <w:t>جیسے اپ جنگل میں جائیں تو جب تک اپ کسی جانور کو پرووک نہیں کریں گے وہ اپ</w:t>
      </w:r>
    </w:p>
    <w:p>
      <w:r>
        <w:rPr>
          <w:b/>
        </w:rPr>
        <w:t xml:space="preserve">[1:09:43] </w:t>
      </w:r>
      <w:r>
        <w:t>ko kuch nahin karega</w:t>
      </w:r>
    </w:p>
    <w:p>
      <w:pPr>
        <w:jc w:val="right"/>
      </w:pPr>
      <w:r>
        <w:t>کو کچھ نہیں کرے گا</w:t>
      </w:r>
    </w:p>
    <w:p>
      <w:r>
        <w:rPr>
          <w:b/>
        </w:rPr>
        <w:t xml:space="preserve">[1:09:45] </w:t>
      </w:r>
      <w:r>
        <w:t>misla sher khara hua hai chup chap chale jaiey woh aap par attack nahin karega yeh insan</w:t>
      </w:r>
    </w:p>
    <w:p>
      <w:pPr>
        <w:jc w:val="right"/>
      </w:pPr>
      <w:r>
        <w:t>مثلا شیر کھڑا ہوا ہے چپ چاپ چلے جائیے وہ اپ پر اٹیک نہیں کرے گا یہ انسان</w:t>
      </w:r>
    </w:p>
    <w:p>
      <w:r>
        <w:rPr>
          <w:b/>
        </w:rPr>
        <w:t xml:space="preserve">[1:09:51] </w:t>
      </w:r>
      <w:r>
        <w:t>ka mamla hai yeh</w:t>
      </w:r>
    </w:p>
    <w:p>
      <w:pPr>
        <w:jc w:val="right"/>
      </w:pPr>
      <w:r>
        <w:t>کا معاملہ ہے یہ</w:t>
      </w:r>
    </w:p>
    <w:p>
      <w:r>
        <w:rPr>
          <w:b/>
        </w:rPr>
        <w:t xml:space="preserve">[1:09:53] </w:t>
      </w:r>
      <w:r>
        <w:t>aik ghalat concept hai ke koi khwamkhwahi aap ko aap se aap ka ikhtiyar chheenta hai kahin na</w:t>
      </w:r>
    </w:p>
    <w:p>
      <w:pPr>
        <w:jc w:val="right"/>
      </w:pPr>
      <w:r>
        <w:t>ایک غلط کانسیپٹ ہے کہ کوئی خوامخواہی اپ کو اپ سے اپ کا اختیار چھینتا ہے کہیں نہ</w:t>
      </w:r>
    </w:p>
    <w:p>
      <w:r>
        <w:rPr>
          <w:b/>
        </w:rPr>
        <w:t xml:space="preserve">[1:10:00] </w:t>
      </w:r>
      <w:r>
        <w:t>kahin hamari shortcoming hoti hai kahin na kahin hum ne kuch kar rakha hota hai mein samajhta</w:t>
      </w:r>
    </w:p>
    <w:p>
      <w:pPr>
        <w:jc w:val="right"/>
      </w:pPr>
      <w:r>
        <w:t>کہیں ہماری شارٹ کمنگ ہوتی ہے کہیں نہ کہیں ہم نے کچھ کر رکھا ہوتا ہے میں سمجھتا</w:t>
      </w:r>
    </w:p>
    <w:p>
      <w:r>
        <w:rPr>
          <w:b/>
        </w:rPr>
        <w:t xml:space="preserve">[1:10:05] </w:t>
      </w:r>
      <w:r>
        <w:t>hoon ke aise mauqe par jo cheez chahiye woh yeh hai ke aap introspection karen apni ghalti ko</w:t>
      </w:r>
    </w:p>
    <w:p>
      <w:pPr>
        <w:jc w:val="right"/>
      </w:pPr>
      <w:r>
        <w:t>ہوں کہ ایسے موقع پر جو چیز چاہیے وہ یہ ہے کہ اپ انٹراسپیکشن کریں اپنی غلطی کو</w:t>
      </w:r>
    </w:p>
    <w:p>
      <w:r>
        <w:rPr>
          <w:b/>
        </w:rPr>
        <w:t xml:space="preserve">[1:10:11] </w:t>
      </w:r>
      <w:r>
        <w:t>dhoondhen mein to yahi manta hoon apni zindagi ke experience se logon se mein poochta hoon koi aik</w:t>
      </w:r>
    </w:p>
    <w:p>
      <w:pPr>
        <w:jc w:val="right"/>
      </w:pPr>
      <w:r>
        <w:t>ڈھونڈیں میں تو یہی مانتا ہوں اپنی زندگی کے ایکسپیرینس سے لوگوں سے میں پوچھتا ہوں کوئی ایک</w:t>
      </w:r>
    </w:p>
    <w:p>
      <w:r>
        <w:rPr>
          <w:b/>
        </w:rPr>
        <w:t xml:space="preserve">[1:10:18] </w:t>
      </w:r>
      <w:r>
        <w:t>yani koi koi batao koi yani example do koi aaj tak koi mujhe example nahin de saka kehte</w:t>
      </w:r>
    </w:p>
    <w:p>
      <w:pPr>
        <w:jc w:val="right"/>
      </w:pPr>
      <w:r>
        <w:t>یعنی کوئی کوئی بتاؤ کوئی یعنی ایگزیمپل دو کوئی اج تک کوئی مجھے ایگزیمپل نہیں دے سکا کہتے</w:t>
      </w:r>
    </w:p>
    <w:p>
      <w:r>
        <w:rPr>
          <w:b/>
        </w:rPr>
        <w:t xml:space="preserve">[1:10:25] </w:t>
      </w:r>
      <w:r>
        <w:t>hain sab log yahi boli bolte hain</w:t>
      </w:r>
    </w:p>
    <w:p>
      <w:pPr>
        <w:jc w:val="right"/>
      </w:pPr>
      <w:r>
        <w:t>ہیں سب لوگ یہی بولی بولتے ہیں</w:t>
      </w:r>
    </w:p>
    <w:p>
      <w:r>
        <w:rPr>
          <w:b/>
        </w:rPr>
        <w:t xml:space="preserve">[1:10:29] </w:t>
      </w:r>
      <w:r>
        <w:t>yani woh jab tak aik real example na ho aur us ko verify kar ke jana jaye ke</w:t>
      </w:r>
    </w:p>
    <w:p>
      <w:pPr>
        <w:jc w:val="right"/>
      </w:pPr>
      <w:r>
        <w:t>یعنی وہ جب تک ایک ریئل ایگزیمپل نہ ہو اور اس کو اسکرٹری کر کے جانا جائے کہ</w:t>
      </w:r>
    </w:p>
    <w:p>
      <w:r>
        <w:rPr>
          <w:b/>
        </w:rPr>
        <w:t xml:space="preserve">[1:10:37] </w:t>
      </w:r>
      <w:r>
        <w:t>sach mein yeh aik example hai tab</w:t>
      </w:r>
    </w:p>
    <w:p>
      <w:pPr>
        <w:jc w:val="right"/>
      </w:pPr>
      <w:r>
        <w:t>سچ میں یہ ایک ایگزیمپل ہے تب</w:t>
      </w:r>
    </w:p>
    <w:p>
      <w:r>
        <w:rPr>
          <w:b/>
        </w:rPr>
        <w:t xml:space="preserve">[1:10:39] </w:t>
      </w:r>
      <w:r>
        <w:t>tak meri baat stand karegi</w:t>
      </w:r>
    </w:p>
    <w:p>
      <w:pPr>
        <w:jc w:val="right"/>
      </w:pPr>
      <w:r>
        <w:t>تک میری بات سٹینڈ کرے گی</w:t>
      </w:r>
    </w:p>
    <w:p>
      <w:r>
        <w:rPr>
          <w:b/>
        </w:rPr>
        <w:t xml:space="preserve">[1:10:46] </w:t>
      </w:r>
      <w:r>
        <w:t>ah this question is asked by the youngest spiritual member who present here he is at eight year old izhar his question is what is allah kiska hai maulana izhar ka aaiye idhar aaiye</w:t>
      </w:r>
    </w:p>
    <w:p>
      <w:pPr>
        <w:jc w:val="right"/>
      </w:pPr>
      <w:r>
        <w:t>اہ دس کوئسچن از اسکڈ بائی دیینگسٹ سپریچول ممبر ہو پریزنٹ ہیر ہی از ایٹ ایئر اولڈ اظہار ہز کوئسچن از واٹ از اللہ کس کا ہے مولانا اظہار کا ائیے ادھر ائیے</w:t>
      </w:r>
    </w:p>
    <w:p>
      <w:r>
        <w:rPr>
          <w:b/>
        </w:rPr>
        <w:t xml:space="preserve">[1:11:05] </w:t>
      </w:r>
      <w:r>
        <w:t>yahi Allah hai aap samjhe hain jaise aap hain waise hi Allah hai</w:t>
      </w:r>
    </w:p>
    <w:p>
      <w:pPr>
        <w:jc w:val="right"/>
      </w:pPr>
      <w:r>
        <w:t>یہی اللہ ہے اپ سمجھے ہیں جیسے اپ ہیں ویسے ہی اللہ ہے</w:t>
      </w:r>
    </w:p>
    <w:p>
      <w:r>
        <w:rPr>
          <w:b/>
        </w:rPr>
        <w:t xml:space="preserve">[1:11:14] </w:t>
      </w:r>
      <w:r>
        <w:t>Allah bhi isi tareeqe se hai dekhta hai sunta hai chalta hai pakadta hai jaise aap hain waise</w:t>
      </w:r>
    </w:p>
    <w:p>
      <w:pPr>
        <w:jc w:val="right"/>
      </w:pPr>
      <w:r>
        <w:t>اللہ بھی اسی طریقے سے ہے دیکھتا ہے سنتا ہے چلتا ہے پکڑتا ہے جیسے اپ ہیں ویسے</w:t>
      </w:r>
    </w:p>
    <w:p>
      <w:r>
        <w:rPr>
          <w:b/>
        </w:rPr>
        <w:t xml:space="preserve">[1:11:19] </w:t>
      </w:r>
      <w:r>
        <w:t>hi Allah bhi hai hain</w:t>
      </w:r>
    </w:p>
    <w:p>
      <w:pPr>
        <w:jc w:val="right"/>
      </w:pPr>
      <w:r>
        <w:t>ہی اللہ بھی ہے ہیں</w:t>
      </w:r>
    </w:p>
    <w:p>
      <w:r>
        <w:rPr>
          <w:b/>
        </w:rPr>
        <w:t xml:space="preserve">[1:11:23] </w:t>
      </w:r>
      <w:r>
        <w:t>baithiye aise ho jao in ka koi question waqai bohat hi innocent question hai aur bohat dilchasp hai</w:t>
      </w:r>
    </w:p>
    <w:p>
      <w:pPr>
        <w:jc w:val="right"/>
      </w:pPr>
      <w:r>
        <w:t>بیٹھیے ایسے ہو جاؤ ان کا کوئی کوئسچن واقعی بہت ہی انوسنٹ کوئسچن ہے اور بہت دلچسپ ہے</w:t>
      </w:r>
    </w:p>
    <w:p>
      <w:r>
        <w:rPr>
          <w:b/>
        </w:rPr>
        <w:t xml:space="preserve">[1:11:32] </w:t>
      </w:r>
      <w:r>
        <w:t>dekhiye aik decart tha aik german philosophy philosopher</w:t>
      </w:r>
    </w:p>
    <w:p>
      <w:pPr>
        <w:jc w:val="right"/>
      </w:pPr>
      <w:r>
        <w:t>دیکھیے ایک ڈیکارڈ تھا ایک جرمن فلاسفی فلاسفر</w:t>
      </w:r>
    </w:p>
    <w:p>
      <w:r>
        <w:rPr>
          <w:b/>
        </w:rPr>
        <w:t xml:space="preserve">[1:11:37] </w:t>
      </w:r>
      <w:r>
        <w:t>to aik zamaney mein philosophers ke beech mein yeh behas thi ke mein hoon is ka kya proof</w:t>
      </w:r>
    </w:p>
    <w:p>
      <w:pPr>
        <w:jc w:val="right"/>
      </w:pPr>
      <w:r>
        <w:t>تو ایک زمانے میں فلاسفرز کے بیچ میں یہ بحث تھی کہ میں ہوں اس کا کیا پروف</w:t>
      </w:r>
    </w:p>
    <w:p>
      <w:r>
        <w:rPr>
          <w:b/>
        </w:rPr>
        <w:t xml:space="preserve">[1:11:44] </w:t>
      </w:r>
      <w:r>
        <w:t>hai yani mein exist kar raha hoon aik insan exist kar raha hai is ka kya proof hai</w:t>
      </w:r>
    </w:p>
    <w:p>
      <w:pPr>
        <w:jc w:val="right"/>
      </w:pPr>
      <w:r>
        <w:t>ہے یعنی میں ایگزسٹ کر رہا ہوں ایک انسان ایگزسٹ کر رہا ہے اس کا کیا پروف ہے</w:t>
      </w:r>
    </w:p>
    <w:p>
      <w:r>
        <w:rPr>
          <w:b/>
        </w:rPr>
        <w:t xml:space="preserve">[1:11:50] </w:t>
      </w:r>
      <w:r>
        <w:t>to us ne kaha</w:t>
      </w:r>
    </w:p>
    <w:p>
      <w:pPr>
        <w:jc w:val="right"/>
      </w:pPr>
      <w:r>
        <w:t>تو اس نے کہا</w:t>
      </w:r>
    </w:p>
    <w:p>
      <w:r>
        <w:rPr>
          <w:b/>
        </w:rPr>
        <w:t xml:space="preserve">[1:11:50] </w:t>
      </w:r>
      <w:r>
        <w:t>ke i think therefore i exist</w:t>
      </w:r>
    </w:p>
    <w:p>
      <w:pPr>
        <w:jc w:val="right"/>
      </w:pPr>
      <w:r>
        <w:t>کہ ائی تھنک دیر فور ائی ایگزسٹ</w:t>
      </w:r>
    </w:p>
    <w:p>
      <w:r>
        <w:rPr>
          <w:b/>
        </w:rPr>
        <w:t xml:space="preserve">[1:11:54] </w:t>
      </w:r>
      <w:r>
        <w:t>mein sochta hoon is liye mein hoon</w:t>
      </w:r>
    </w:p>
    <w:p>
      <w:pPr>
        <w:jc w:val="right"/>
      </w:pPr>
      <w:r>
        <w:t>میں سوچتا ہوں اس لیے میں ہوں</w:t>
      </w:r>
    </w:p>
    <w:p>
      <w:r>
        <w:rPr>
          <w:b/>
        </w:rPr>
        <w:t xml:space="preserve">[1:11:58] </w:t>
      </w:r>
      <w:r>
        <w:t>kyun ke philosophy mein isi qism ke question aate hain to us ne kaha ke i think therefore</w:t>
      </w:r>
    </w:p>
    <w:p>
      <w:pPr>
        <w:jc w:val="right"/>
      </w:pPr>
      <w:r>
        <w:t>کیونکہ فلاسفی میں اسی قسم کے کوئسچن اتے ہیں تو اس نے کہا کہ ائی تھنک دیر فور</w:t>
      </w:r>
    </w:p>
    <w:p>
      <w:r>
        <w:rPr>
          <w:b/>
        </w:rPr>
        <w:t xml:space="preserve">[1:12:05] </w:t>
      </w:r>
      <w:r>
        <w:t>i exist is ko le kar mein yeh kahun ga</w:t>
      </w:r>
    </w:p>
    <w:p>
      <w:pPr>
        <w:jc w:val="right"/>
      </w:pPr>
      <w:r>
        <w:t>ائی ایگزسٹ اس کو لے کر میں یہ کہوں گا</w:t>
      </w:r>
    </w:p>
    <w:p>
      <w:r>
        <w:rPr>
          <w:b/>
        </w:rPr>
        <w:t xml:space="preserve">[1:12:10] </w:t>
      </w:r>
      <w:r>
        <w:t>mein ne jo formula banaya hai woh yeh hai ke i exist therefore god exist</w:t>
      </w:r>
    </w:p>
    <w:p>
      <w:pPr>
        <w:jc w:val="right"/>
      </w:pPr>
      <w:r>
        <w:t>میں نے جو فارمولا بنایا ہے وہ یہ ہے کہ ائی ایگزسٹ دیر فور گاڈ ایگزسٹ</w:t>
      </w:r>
    </w:p>
    <w:p>
      <w:r>
        <w:rPr>
          <w:b/>
        </w:rPr>
        <w:t xml:space="preserve">[1:12:17] </w:t>
      </w:r>
      <w:r>
        <w:t>jab mein exist kar raha hoon to khuda bhi exist kar raha hai yani is itni bari universe</w:t>
      </w:r>
    </w:p>
    <w:p>
      <w:pPr>
        <w:jc w:val="right"/>
      </w:pPr>
      <w:r>
        <w:t>جب میں ایگزسٹ کر رہا ہوں تو خدا بھی ایگزسٹ کر رہا ہے یعنی اس اتنی بڑی یونیورس</w:t>
      </w:r>
    </w:p>
    <w:p>
      <w:r>
        <w:rPr>
          <w:b/>
        </w:rPr>
        <w:t xml:space="preserve">[1:12:21] </w:t>
      </w:r>
      <w:r>
        <w:t>mein agar ek aisa insan exist kar raha hai jo dekhe jo soche ya bole jo chale to</w:t>
      </w:r>
    </w:p>
    <w:p>
      <w:pPr>
        <w:jc w:val="right"/>
      </w:pPr>
      <w:r>
        <w:t>میں اگر ایک ایسا انسان ایگزسٹ کر رہا ہے جو دیکھے جو سوچے یا بولے جو چلے تو</w:t>
      </w:r>
    </w:p>
    <w:p>
      <w:r>
        <w:rPr>
          <w:b/>
        </w:rPr>
        <w:t xml:space="preserve">[1:12:27] </w:t>
      </w:r>
      <w:r>
        <w:t>khuda bhi exist kar raha hai</w:t>
      </w:r>
    </w:p>
    <w:p>
      <w:pPr>
        <w:jc w:val="right"/>
      </w:pPr>
      <w:r>
        <w:t>خدا بھی ایگزسٹ کر رہا ہے</w:t>
      </w:r>
    </w:p>
    <w:p>
      <w:r>
        <w:rPr>
          <w:b/>
        </w:rPr>
        <w:t xml:space="preserve">[1:12:30] </w:t>
      </w:r>
      <w:r>
        <w:t>mera mera existence khuda ke existence ka proof hai to is ne kaha</w:t>
      </w:r>
    </w:p>
    <w:p>
      <w:pPr>
        <w:jc w:val="right"/>
      </w:pPr>
      <w:r>
        <w:t>میرا میرا ایگزسٹنس خدا کے ایگزسٹنس کا پروف ہے تو اس نے کہا</w:t>
      </w:r>
    </w:p>
    <w:p>
      <w:r>
        <w:rPr>
          <w:b/>
        </w:rPr>
        <w:t xml:space="preserve">[1:12:35] </w:t>
      </w:r>
      <w:r>
        <w:t>tha ke i exist therefore i think therefore i exist to mein ne is formula se</w:t>
      </w:r>
    </w:p>
    <w:p>
      <w:pPr>
        <w:jc w:val="right"/>
      </w:pPr>
      <w:r>
        <w:t>تھا کہ ائی ایگزسٹ دیر فور ائی تھنک دیر فور ائی ایگزسٹ تو میں نے اس فارمولے سے</w:t>
      </w:r>
    </w:p>
    <w:p>
      <w:r>
        <w:rPr>
          <w:b/>
        </w:rPr>
        <w:t xml:space="preserve">[1:12:40] </w:t>
      </w:r>
      <w:r>
        <w:t>yeh formula banaya ke i exist therefore god exist</w:t>
      </w:r>
    </w:p>
    <w:p>
      <w:pPr>
        <w:jc w:val="right"/>
      </w:pPr>
      <w:r>
        <w:t>یہ فارمولا بنایا کہ ائی ایگزسٹ دیر فور گاڈ ایگزسٹ</w:t>
      </w:r>
    </w:p>
    <w:p>
      <w:r>
        <w:rPr>
          <w:b/>
        </w:rPr>
        <w:t xml:space="preserve">[1:12:47] </w:t>
      </w:r>
      <w:r>
        <w:t>yeh mein yani mein dua karta hoon ke yeh bachcha jo hai bohat honhaar bachcha maloom hota hai</w:t>
      </w:r>
    </w:p>
    <w:p>
      <w:pPr>
        <w:jc w:val="right"/>
      </w:pPr>
      <w:r>
        <w:t>یہ میں یعنی میں دعا کرتا ہوں کہ یہ بچہ جو ہے بہت ہونہار بچہ معلوم ہوتا ہے</w:t>
      </w:r>
    </w:p>
    <w:p>
      <w:r>
        <w:rPr>
          <w:b/>
        </w:rPr>
        <w:t xml:space="preserve">[1:12:52] </w:t>
      </w:r>
      <w:r>
        <w:t>mujhe aur yeh taraqqi kare aur agarche meri language shayad in ke samajh mein na aai ho to</w:t>
      </w:r>
    </w:p>
    <w:p>
      <w:pPr>
        <w:jc w:val="right"/>
      </w:pPr>
      <w:r>
        <w:t>مجھے اور یہ ترقی کرے اور اگرچہ میری لینگویج شاید ان کے سمجھ میں نہ ائی ہو تو</w:t>
      </w:r>
    </w:p>
    <w:p>
      <w:r>
        <w:rPr>
          <w:b/>
        </w:rPr>
        <w:t xml:space="preserve">[1:12:58] </w:t>
      </w:r>
      <w:r>
        <w:t>in ke parent ko samjhayein in ko aur zaroor yeh bachcha taraqqi karega</w:t>
      </w:r>
    </w:p>
    <w:p>
      <w:pPr>
        <w:jc w:val="right"/>
      </w:pPr>
      <w:r>
        <w:t>ان کے پیرنٹ کو سمجھائیں ان کو اور ضرور یہ بچہ ترقی کرے گا</w:t>
      </w:r>
    </w:p>
    <w:p>
      <w:r>
        <w:rPr>
          <w:b/>
        </w:rPr>
        <w:t xml:space="preserve">[1:13:06] </w:t>
      </w:r>
      <w:r>
        <w:t>this question is from raziya how do we learn the art of conversion</w:t>
      </w:r>
    </w:p>
    <w:p>
      <w:pPr>
        <w:jc w:val="right"/>
      </w:pPr>
      <w:r>
        <w:t>دس کوئسچن از فرام راضیہ ہاؤ ڈو وی لرن دی ارٹ اف کنورژن</w:t>
      </w:r>
    </w:p>
    <w:p>
      <w:r>
        <w:rPr>
          <w:b/>
        </w:rPr>
        <w:t xml:space="preserve">[1:13:17] </w:t>
      </w:r>
      <w:r>
        <w:t>mein samajhta hoon ke is ka koi doosra tareeqa nahi hai siway yeh ke hum apne yani thinking</w:t>
      </w:r>
    </w:p>
    <w:p>
      <w:pPr>
        <w:jc w:val="right"/>
      </w:pPr>
      <w:r>
        <w:t>میں سمجھتا ہوں کہ اس کا کوئی دوسرا طریقہ نہیں ہے سوائے یہ کہ ہم اپنے یعنی تھنکنگ</w:t>
      </w:r>
    </w:p>
    <w:p>
      <w:r>
        <w:rPr>
          <w:b/>
        </w:rPr>
        <w:t xml:space="preserve">[1:13:24] </w:t>
      </w:r>
      <w:r>
        <w:t>process ko active karein</w:t>
      </w:r>
    </w:p>
    <w:p>
      <w:pPr>
        <w:jc w:val="right"/>
      </w:pPr>
      <w:r>
        <w:t>پروسیس کو ایکٹیو کریں</w:t>
      </w:r>
    </w:p>
    <w:p>
      <w:r>
        <w:rPr>
          <w:b/>
        </w:rPr>
        <w:t xml:space="preserve">[1:13:28] </w:t>
      </w:r>
      <w:r>
        <w:t>sochne ko active karein</w:t>
      </w:r>
    </w:p>
    <w:p>
      <w:pPr>
        <w:jc w:val="right"/>
      </w:pPr>
      <w:r>
        <w:t>سوچنے کو ایکٹیو کریں</w:t>
      </w:r>
    </w:p>
    <w:p>
      <w:r>
        <w:rPr>
          <w:b/>
        </w:rPr>
        <w:t xml:space="preserve">[1:13:31] </w:t>
      </w:r>
      <w:r>
        <w:t>aur koi doosra process nahi hai jaise mein ne apne andar yeh adat dali shayad bachpan se adat</w:t>
      </w:r>
    </w:p>
    <w:p>
      <w:pPr>
        <w:jc w:val="right"/>
      </w:pPr>
      <w:r>
        <w:t>اور کوئی دوسرا پروسیس نہیں ہے جیسے میں نے اپنے اندر یہ عادت ڈالی شاید بچپن سے عادت</w:t>
      </w:r>
    </w:p>
    <w:p>
      <w:r>
        <w:rPr>
          <w:b/>
        </w:rPr>
        <w:t xml:space="preserve">[1:13:37] </w:t>
      </w:r>
      <w:r>
        <w:t>thi mere andar ke jis cheez ko dekhun us par sochun</w:t>
      </w:r>
    </w:p>
    <w:p>
      <w:pPr>
        <w:jc w:val="right"/>
      </w:pPr>
      <w:r>
        <w:t>تھی میرے اندر کہ جس چیز کو دیکھوں اس پر سوچوں</w:t>
      </w:r>
    </w:p>
    <w:p>
      <w:r>
        <w:rPr>
          <w:b/>
        </w:rPr>
        <w:t xml:space="preserve">[1:13:42] </w:t>
      </w:r>
      <w:r>
        <w:t>jo cheez dekhun us par sochun</w:t>
      </w:r>
    </w:p>
    <w:p>
      <w:pPr>
        <w:jc w:val="right"/>
      </w:pPr>
      <w:r>
        <w:t>جو چیز دیکھوں اس پر سوچوں</w:t>
      </w:r>
    </w:p>
    <w:p>
      <w:r>
        <w:rPr>
          <w:b/>
        </w:rPr>
        <w:t xml:space="preserve">[1:13:45] </w:t>
      </w:r>
      <w:r>
        <w:t>jaise hazaron log dekhte hain cheezon ko guzar jaate hain</w:t>
      </w:r>
    </w:p>
    <w:p>
      <w:pPr>
        <w:jc w:val="right"/>
      </w:pPr>
      <w:r>
        <w:t>جیسے ہزاروں لوگ دیکھتے ہیں چیزوں کو گزر جاتے ہیں</w:t>
      </w:r>
    </w:p>
    <w:p>
      <w:r>
        <w:rPr>
          <w:b/>
        </w:rPr>
        <w:t xml:space="preserve">[1:13:51] </w:t>
      </w:r>
      <w:r>
        <w:t>jaise ke mein ne aap ko gulab ki misaal di ke gulab hai aur aur wahan par thorn</w:t>
      </w:r>
    </w:p>
    <w:p>
      <w:pPr>
        <w:jc w:val="right"/>
      </w:pPr>
      <w:r>
        <w:t>جیسے کہ میں نے اپ کو گلاب کی مثال دی کہ گلاب ہے اور اور وہاں پر تھارن</w:t>
      </w:r>
    </w:p>
    <w:p>
      <w:r>
        <w:rPr>
          <w:b/>
        </w:rPr>
        <w:t xml:space="preserve">[1:13:57] </w:t>
      </w:r>
      <w:r>
        <w:t>hai kanta hai to mein samajhta hoon ke kisi ne bhi shayad</w:t>
      </w:r>
    </w:p>
    <w:p>
      <w:pPr>
        <w:jc w:val="right"/>
      </w:pPr>
      <w:r>
        <w:t>ہے کانٹا ہے تو میں سمجھتا ہوں کہ کسی نے بھی شاید</w:t>
      </w:r>
    </w:p>
    <w:p>
      <w:r>
        <w:rPr>
          <w:b/>
        </w:rPr>
        <w:t xml:space="preserve">[1:14:02] </w:t>
      </w:r>
      <w:r>
        <w:t>is tarah socha nahi ke yeh example</w:t>
      </w:r>
    </w:p>
    <w:p>
      <w:pPr>
        <w:jc w:val="right"/>
      </w:pPr>
      <w:r>
        <w:t>اس طرح سوچا نہیں کہ یہ ایگزیمپل</w:t>
      </w:r>
    </w:p>
    <w:p>
      <w:r>
        <w:rPr>
          <w:b/>
        </w:rPr>
        <w:t xml:space="preserve">[1:14:07] </w:t>
      </w:r>
      <w:r>
        <w:t>yahan par hamein ek mil raha hai is se ke you have to keep distance</w:t>
      </w:r>
    </w:p>
    <w:p>
      <w:pPr>
        <w:jc w:val="right"/>
      </w:pPr>
      <w:r>
        <w:t>یہاں پر ہمیں ایک مل رہا ہے اس سے کہ یو ہیو ٹو کیپ ڈسٹنس</w:t>
      </w:r>
    </w:p>
    <w:p>
      <w:r>
        <w:rPr>
          <w:b/>
        </w:rPr>
        <w:t xml:space="preserve">[1:14:15] </w:t>
      </w:r>
      <w:r>
        <w:t>tum agar koi tumhein kanta dikhai par raha hai to us se distance ko maintain karo aur is</w:t>
      </w:r>
    </w:p>
    <w:p>
      <w:pPr>
        <w:jc w:val="right"/>
      </w:pPr>
      <w:r>
        <w:t>تم اگر کوئی تمہیں کانٹا دکھائی پڑ رہا ہے تو اس سے ڈسٹنس کو مینٹین کرو اور اس</w:t>
      </w:r>
    </w:p>
    <w:p>
      <w:r>
        <w:rPr>
          <w:b/>
        </w:rPr>
        <w:t xml:space="preserve">[1:14:20] </w:t>
      </w:r>
      <w:r>
        <w:t>ke baad apne aap sab problem solve ho jayega socha nahi kisi ne to sochne ki adat</w:t>
      </w:r>
    </w:p>
    <w:p>
      <w:pPr>
        <w:jc w:val="right"/>
      </w:pPr>
      <w:r>
        <w:t>کے بعد اپنے اپ سب پرابلم سالو ہو جائے گا سوچا نہیں کسی نے تو سوچنے کی عادت</w:t>
      </w:r>
    </w:p>
    <w:p>
      <w:r>
        <w:rPr>
          <w:b/>
        </w:rPr>
        <w:t xml:space="preserve">[1:14:26] </w:t>
      </w:r>
      <w:r>
        <w:t>daliye aur koi doosra tareeqa is ka nahi hai</w:t>
      </w:r>
    </w:p>
    <w:p>
      <w:pPr>
        <w:jc w:val="right"/>
      </w:pPr>
      <w:r>
        <w:t>ڈالیے اور کوئی دوسرا طریقہ اس کا نہیں ہے</w:t>
      </w:r>
    </w:p>
    <w:p>
      <w:r>
        <w:rPr>
          <w:b/>
        </w:rPr>
        <w:t xml:space="preserve">[1:14:31] </w:t>
      </w:r>
      <w:r>
        <w:t>aur doosri baat yeh hai ke aap agar chahte hain aap ke sochna aaye aap ko to</w:t>
      </w:r>
    </w:p>
    <w:p>
      <w:pPr>
        <w:jc w:val="right"/>
      </w:pPr>
      <w:r>
        <w:t>اور دوسری بات یہ ہے کہ اپ اگر چاہتے ہیں اپ کے سوچنا ائے اپ کو تو</w:t>
      </w:r>
    </w:p>
    <w:p>
      <w:r>
        <w:rPr>
          <w:b/>
        </w:rPr>
        <w:t xml:space="preserve">[1:14:39] </w:t>
      </w:r>
      <w:r>
        <w:t>yani mein ne paya hai ke log yani time waste karte hain apne mind ko jhooti sochun mein</w:t>
      </w:r>
    </w:p>
    <w:p>
      <w:pPr>
        <w:jc w:val="right"/>
      </w:pPr>
      <w:r>
        <w:t>یعنی میں نے پایا ہے کہ لوگ یعنی ٹائم ویسٹ کرتے ہیں اپنے مائنڈ کو جھوٹی سوچوں میں</w:t>
      </w:r>
    </w:p>
    <w:p>
      <w:r>
        <w:rPr>
          <w:b/>
        </w:rPr>
        <w:t xml:space="preserve">[1:14:46] </w:t>
      </w:r>
      <w:r>
        <w:t>lagaye rehte hain</w:t>
      </w:r>
    </w:p>
    <w:p>
      <w:pPr>
        <w:jc w:val="right"/>
      </w:pPr>
      <w:r>
        <w:t>لگائے رہتے ہیں</w:t>
      </w:r>
    </w:p>
    <w:p>
      <w:r>
        <w:rPr>
          <w:b/>
        </w:rPr>
        <w:t xml:space="preserve">[1:14:48] </w:t>
      </w:r>
      <w:r>
        <w:t>to</w:t>
      </w:r>
    </w:p>
    <w:p>
      <w:pPr>
        <w:jc w:val="right"/>
      </w:pPr>
      <w:r>
        <w:t>تو</w:t>
      </w:r>
    </w:p>
    <w:p>
      <w:r>
        <w:rPr>
          <w:b/>
        </w:rPr>
        <w:t xml:space="preserve">[1:14:48] </w:t>
      </w:r>
      <w:r>
        <w:t>mein aksar kehta hoon ke ek kaam karne ke liye aadmi ko doosra kaam chhodna padta hai to</w:t>
      </w:r>
    </w:p>
    <w:p>
      <w:pPr>
        <w:jc w:val="right"/>
      </w:pPr>
      <w:r>
        <w:t>میں اکثر کہتا ہوں کہ ایک کام کرنے کے لیے ادمی کو دوسرا کام چھوڑنا پڑتا ہے تو</w:t>
      </w:r>
    </w:p>
    <w:p>
      <w:r>
        <w:rPr>
          <w:b/>
        </w:rPr>
        <w:t xml:space="preserve">[1:14:54] </w:t>
      </w:r>
      <w:r>
        <w:t>agar aap chahte hain ke aap ka mind soch kar baaton ko gehrai mein nikale to aap apne</w:t>
      </w:r>
    </w:p>
    <w:p>
      <w:pPr>
        <w:jc w:val="right"/>
      </w:pPr>
      <w:r>
        <w:t>اگر اپ چاہتے ہیں کہ اپ کا مائنڈ سوچ کر باتوں کو گہرائی میں نکالے تو اپ اپنے</w:t>
      </w:r>
    </w:p>
    <w:p>
      <w:r>
        <w:rPr>
          <w:b/>
        </w:rPr>
        <w:t xml:space="preserve">[1:15:03] </w:t>
      </w:r>
      <w:r>
        <w:t>mind ko kahin aur engage karne se rokna padega</w:t>
      </w:r>
    </w:p>
    <w:p>
      <w:pPr>
        <w:jc w:val="right"/>
      </w:pPr>
      <w:r>
        <w:t>مائنڈ کو کہیں اور انگیج کرنے سے روکنا پڑے گا</w:t>
      </w:r>
    </w:p>
    <w:p>
      <w:r>
        <w:rPr>
          <w:b/>
        </w:rPr>
        <w:t xml:space="preserve">[1:15:07] </w:t>
      </w:r>
      <w:r>
        <w:t>agar aap apne mind ko futile cheezon mein bekar cheezon mein engage kiye hue hon to impossible hai</w:t>
      </w:r>
    </w:p>
    <w:p>
      <w:pPr>
        <w:jc w:val="right"/>
      </w:pPr>
      <w:r>
        <w:t>اگر اپ اپنے مائنڈ کو فروٹائل چیزوں میں بیکار چیزوں میں انگیج کیے ہوئے ہوں تو امپاسیبل ہے</w:t>
      </w:r>
    </w:p>
    <w:p>
      <w:r>
        <w:rPr>
          <w:b/>
        </w:rPr>
        <w:t xml:space="preserve">[1:15:14] </w:t>
      </w:r>
      <w:r>
        <w:t>ke woh cheez aap ko ho jis ko hum tasub kehte hain ke cheezon ko soch kar ke</w:t>
      </w:r>
    </w:p>
    <w:p>
      <w:pPr>
        <w:jc w:val="right"/>
      </w:pPr>
      <w:r>
        <w:t>کہ وہ چیز اپ کو ہو جس کو ہم توصب کہتے ہیں کہ چیزوں کو سوچ کر کے</w:t>
      </w:r>
    </w:p>
    <w:p>
      <w:r>
        <w:rPr>
          <w:b/>
        </w:rPr>
        <w:t xml:space="preserve">[1:15:20] </w:t>
      </w:r>
      <w:r>
        <w:t>is se koi gehri meaning nikalna to simple formula yeh hai ke yani</w:t>
      </w:r>
    </w:p>
    <w:p>
      <w:pPr>
        <w:jc w:val="right"/>
      </w:pPr>
      <w:r>
        <w:t>اس سے کوئی گہری میننگ نکالنا تو سمپل فارمولا یہ ہے کہ یعنی</w:t>
      </w:r>
    </w:p>
    <w:p>
      <w:r>
        <w:rPr>
          <w:b/>
        </w:rPr>
        <w:t xml:space="preserve">[1:15:28] </w:t>
      </w:r>
      <w:r>
        <w:t>bekar cheezon mein sochna chhodiye apne mind ko engage rakhna chhodiye aur</w:t>
      </w:r>
    </w:p>
    <w:p>
      <w:pPr>
        <w:jc w:val="right"/>
      </w:pPr>
      <w:r>
        <w:t>بیکار چیزوں میں سوچنا چھوڑیے اپنے مائنڈ کو انگیج رکھنا چھوڑیے اور</w:t>
      </w:r>
    </w:p>
    <w:p>
      <w:r>
        <w:rPr>
          <w:b/>
        </w:rPr>
        <w:t xml:space="preserve">[1:15:35] </w:t>
      </w:r>
      <w:r>
        <w:t>yani apne mind ko wahan lagayein jahan sochne se aap ko koi cheez milti hai yani ek cheez chhodiye taake doosri cheez aap ko mile yeh simple formula</w:t>
      </w:r>
    </w:p>
    <w:p>
      <w:pPr>
        <w:jc w:val="right"/>
      </w:pPr>
      <w:r>
        <w:t>یعنی اپنے مائنڈ کو وہاں لگائیں جہاں سوچنے سے اپ کو کوئی چیز ملتی ہے یعنی ایک چیز چھوڑیے تاکہ دوسری چیز اپ کو ملے یہ سمپل فارمولا</w:t>
      </w:r>
    </w:p>
    <w:p>
      <w:r>
        <w:rPr>
          <w:b/>
        </w:rPr>
        <w:t xml:space="preserve">[1:15:49] </w:t>
      </w:r>
      <w:r>
        <w:t>this question is from priya you said that people were duty conscious in the pre independence period then isnt independence the result of right consciousness please explain</w:t>
      </w:r>
    </w:p>
    <w:p>
      <w:pPr>
        <w:jc w:val="right"/>
      </w:pPr>
      <w:r>
        <w:t>دس کوئسچن از فرام پریا یو سیڈ دیٹ پیپل وار ڈیوٹی کانشیس ان دا پری انڈیپینڈنس پیریڈ دین ازنٹ انڈیپینڈنس دا رزلٹ اف رائٹ کانشیسنس پلیز ایکسپلین</w:t>
      </w:r>
    </w:p>
    <w:p>
      <w:r>
        <w:rPr>
          <w:b/>
        </w:rPr>
        <w:t xml:space="preserve">[1:16:05] </w:t>
      </w:r>
      <w:r>
        <w:t>Maulana, you, you had said in your lecture, phir se padhiye, you said that people were duty-conscious.</w:t>
      </w:r>
    </w:p>
    <w:p>
      <w:pPr>
        <w:jc w:val="right"/>
      </w:pPr>
      <w:r>
        <w:t>مولانا یو یو ہیڈ سیڈ ان یور لیکچر پھر سے پڑھیے یو سیڈ دیٹ پیپل وار ڈیوٹی کانشیس</w:t>
      </w:r>
    </w:p>
    <w:p>
      <w:r>
        <w:rPr>
          <w:b/>
        </w:rPr>
        <w:t xml:space="preserve">[1:16:12] </w:t>
      </w:r>
      <w:r>
        <w:t>in the pre-independence period then isn't independence the result of right consciousness</w:t>
      </w:r>
    </w:p>
    <w:p>
      <w:pPr>
        <w:jc w:val="right"/>
      </w:pPr>
      <w:r>
        <w:t>ان دی پری انڈیپینڈنس پیریڈ دین ازنٹ انڈیپینڈنس دا رزلٹ اف رائٹ کانشیسنس</w:t>
      </w:r>
    </w:p>
    <w:p>
      <w:r>
        <w:rPr>
          <w:b/>
        </w:rPr>
        <w:t xml:space="preserve">[1:16:20] </w:t>
      </w:r>
      <w:r>
        <w:t>پلیز ایکسپلین کیا مطلب ہوا مولانا ان کا مطلب یہ ہے کہ اپ نے جیسے بتایا کہ pre</w:t>
      </w:r>
    </w:p>
    <w:p>
      <w:pPr>
        <w:jc w:val="right"/>
      </w:pPr>
      <w:r>
        <w:t>پلیز ایکسپلین کیا مطلب ہوا مولانا ان کا مطلب یہ ہے کہ اپ نے جیسے بتایا کہ پری</w:t>
      </w:r>
    </w:p>
    <w:p>
      <w:r>
        <w:rPr>
          <w:b/>
        </w:rPr>
        <w:t xml:space="preserve">[1:16:28] </w:t>
      </w:r>
      <w:r>
        <w:t>انڈیپینڈنس پیریڈ میں people were more duty-conscious rather than right-conscious but independence itself was a</w:t>
      </w:r>
    </w:p>
    <w:p>
      <w:pPr>
        <w:jc w:val="right"/>
      </w:pPr>
      <w:r>
        <w:t>انڈیپینڈنس پیریڈ میں پیپل وار مور ڈیوٹی کانشیس ریدر دین رائٹ کانشیس بٹ انڈیپینڈنس اٹ سیلف واز ا</w:t>
      </w:r>
    </w:p>
    <w:p>
      <w:r>
        <w:rPr>
          <w:b/>
        </w:rPr>
        <w:t xml:space="preserve">[1:16:36] </w:t>
      </w:r>
      <w:r>
        <w:t>result of people demanding the country as their right to be free so isn't that a result of</w:t>
      </w:r>
    </w:p>
    <w:p>
      <w:pPr>
        <w:jc w:val="right"/>
      </w:pPr>
      <w:r>
        <w:t>رزلٹ اف پیپل ڈیمانڈنگ دی کنٹری ایز دیر رائٹ ٹو بی فری سو ازنٹ دیٹ ا رزلٹ اف</w:t>
      </w:r>
    </w:p>
    <w:p>
      <w:r>
        <w:rPr>
          <w:b/>
        </w:rPr>
        <w:t xml:space="preserve">[1:16:44] </w:t>
      </w:r>
      <w:r>
        <w:t>right consciousness jo pre-independence period mein right conscious ho gaye the azadi</w:t>
      </w:r>
    </w:p>
    <w:p>
      <w:pPr>
        <w:jc w:val="right"/>
      </w:pPr>
      <w:r>
        <w:t>رائٹ کانشیسنس جو پری انڈیپینڈنس پیریڈ میں رائٹ کانشیس ہو گئے تھے ازادی</w:t>
      </w:r>
    </w:p>
    <w:p>
      <w:r>
        <w:rPr>
          <w:b/>
        </w:rPr>
        <w:t xml:space="preserve">[1:16:50] </w:t>
      </w:r>
      <w:r>
        <w:t>ko le ke to is ke bare mein janna chahti hain dekhiye mein to</w:t>
      </w:r>
    </w:p>
    <w:p>
      <w:pPr>
        <w:jc w:val="right"/>
      </w:pPr>
      <w:r>
        <w:t>کو لے کے تو اس کے بارے میں جاننا چاہتی ہیں دیکھیے میں تو</w:t>
      </w:r>
    </w:p>
    <w:p>
      <w:r>
        <w:rPr>
          <w:b/>
        </w:rPr>
        <w:t xml:space="preserve">[1:16:56] </w:t>
      </w:r>
      <w:r>
        <w:t>meri soch to ek dam is mein alag hai mein is poori movement ko bilkul bekar sochta hoon</w:t>
      </w:r>
    </w:p>
    <w:p>
      <w:pPr>
        <w:jc w:val="right"/>
      </w:pPr>
      <w:r>
        <w:t>میری سوچ تو ایک دم اس میں الگ ہے میں اس پوری موومنٹ کو بالکل بیکار سوچتا ہوں</w:t>
      </w:r>
    </w:p>
    <w:p>
      <w:r>
        <w:rPr>
          <w:b/>
        </w:rPr>
        <w:t xml:space="preserve">[1:17:01] </w:t>
      </w:r>
      <w:r>
        <w:t>jis ko aap kehte hain freedom struggle mein isi ko bekar samajhta hoon asal mein India mein jo</w:t>
      </w:r>
    </w:p>
    <w:p>
      <w:pPr>
        <w:jc w:val="right"/>
      </w:pPr>
      <w:r>
        <w:t>جس کو اپ کہتے ہیں فریڈم اسٹرگل میں اسی کو بیکار سمجھتا ہوں اصل میں انڈیا میں جو</w:t>
      </w:r>
    </w:p>
    <w:p>
      <w:r>
        <w:rPr>
          <w:b/>
        </w:rPr>
        <w:t xml:space="preserve">[1:17:08] </w:t>
      </w:r>
      <w:r>
        <w:t>kaam karna tha woh education</w:t>
      </w:r>
    </w:p>
    <w:p>
      <w:pPr>
        <w:jc w:val="right"/>
      </w:pPr>
      <w:r>
        <w:t>کام کرنا تھا وہ ایجوکیشن</w:t>
      </w:r>
    </w:p>
    <w:p>
      <w:r>
        <w:rPr>
          <w:b/>
        </w:rPr>
        <w:t xml:space="preserve">[1:17:11] </w:t>
      </w:r>
      <w:r>
        <w:t>jo society thi pehle</w:t>
      </w:r>
    </w:p>
    <w:p>
      <w:pPr>
        <w:jc w:val="right"/>
      </w:pPr>
      <w:r>
        <w:t>جو سوسائٹی تھی پہلے</w:t>
      </w:r>
    </w:p>
    <w:p>
      <w:r>
        <w:rPr>
          <w:b/>
        </w:rPr>
        <w:t xml:space="preserve">[1:17:13] </w:t>
      </w:r>
      <w:r>
        <w:t>is mein tradition jo chalti thi woh duty based thi woh is ke baad hamare logon ne yeh</w:t>
      </w:r>
    </w:p>
    <w:p>
      <w:pPr>
        <w:jc w:val="right"/>
      </w:pPr>
      <w:r>
        <w:t>اس میں ٹریڈیشن جو چلتی تھی وہ ڈیوٹی بیسڈ تھی وہ اس کے بعد ہمارے لوگوں نے یہ</w:t>
      </w:r>
    </w:p>
    <w:p>
      <w:r>
        <w:rPr>
          <w:b/>
        </w:rPr>
        <w:t xml:space="preserve">[1:17:20] </w:t>
      </w:r>
      <w:r>
        <w:t>kiya ke sara tod phod dala tradition ko tod phod dala society ke set up ko tod phod</w:t>
      </w:r>
    </w:p>
    <w:p>
      <w:pPr>
        <w:jc w:val="right"/>
      </w:pPr>
      <w:r>
        <w:t>کیا کہ سارا توڑ پھوڑ ڈالا ٹریڈیشن کو توڑ پھوڑ ڈالا سوسائٹی کے سیٹ اپ کو توڑ پھوڑ</w:t>
      </w:r>
    </w:p>
    <w:p>
      <w:r>
        <w:rPr>
          <w:b/>
        </w:rPr>
        <w:t xml:space="preserve">[1:17:26] </w:t>
      </w:r>
      <w:r>
        <w:t>dala sirf is liye independence kya hai independence ka matlab sirf yeh hai na ke Indian kuch aadmi</w:t>
      </w:r>
    </w:p>
    <w:p>
      <w:pPr>
        <w:jc w:val="right"/>
      </w:pPr>
      <w:r>
        <w:t>ڈالا صرف اس لیے انڈیپینڈنس کیا ہے انڈیپینڈنس کا مطلب صرف یہ ہے نا کہ انڈین کچھ ادمی</w:t>
      </w:r>
    </w:p>
    <w:p>
      <w:r>
        <w:rPr>
          <w:b/>
        </w:rPr>
        <w:t xml:space="preserve">[1:17:33] </w:t>
      </w:r>
      <w:r>
        <w:t>do char aadmi Indian rule karein sara India to rule nahi kar raha hai</w:t>
      </w:r>
    </w:p>
    <w:p>
      <w:pPr>
        <w:jc w:val="right"/>
      </w:pPr>
      <w:r>
        <w:t>دو چار ادمی انڈین رول کریں سارا انڈیا تو رول نہیں کر رہا ہے</w:t>
      </w:r>
    </w:p>
    <w:p>
      <w:r>
        <w:rPr>
          <w:b/>
        </w:rPr>
        <w:t xml:space="preserve">[1:17:37] </w:t>
      </w:r>
      <w:r>
        <w:t>more</w:t>
      </w:r>
    </w:p>
    <w:p>
      <w:pPr>
        <w:jc w:val="right"/>
      </w:pPr>
      <w:r>
        <w:t>مور</w:t>
      </w:r>
    </w:p>
    <w:p>
      <w:r>
        <w:rPr>
          <w:b/>
        </w:rPr>
        <w:t xml:space="preserve">[1:17:37] </w:t>
      </w:r>
      <w:r>
        <w:t>than 50 percent Indian jo hai woh bhooke rehte hain kapda nahi un ko milta to independence kya</w:t>
      </w:r>
    </w:p>
    <w:p>
      <w:pPr>
        <w:jc w:val="right"/>
      </w:pPr>
      <w:r>
        <w:t>دین 50 پرسنٹ انڈین جو ہے وہ بھوکے رہتے ہیں کپڑا نہیں ان کو ملتا تو انڈیپینڈنس کیا</w:t>
      </w:r>
    </w:p>
    <w:p>
      <w:r>
        <w:rPr>
          <w:b/>
        </w:rPr>
        <w:t xml:space="preserve">[1:17:42] </w:t>
      </w:r>
      <w:r>
        <w:t>cheez hai sirf kuch families ko mauka mil gaya ke Britishs ki bajaye woh ja ke baithe hue</w:t>
      </w:r>
    </w:p>
    <w:p>
      <w:pPr>
        <w:jc w:val="right"/>
      </w:pPr>
      <w:r>
        <w:t>چیز ہے صرف کچھ فیملیز کو موقع مل گیا کہ برٹشز کی بجائے وہ جا کے بیٹھے ہوئے</w:t>
      </w:r>
    </w:p>
    <w:p>
      <w:r>
        <w:rPr>
          <w:b/>
        </w:rPr>
        <w:t xml:space="preserve">[1:17:48] </w:t>
      </w:r>
      <w:r>
        <w:t>woh rool kar rahe hain</w:t>
      </w:r>
    </w:p>
    <w:p>
      <w:pPr>
        <w:jc w:val="right"/>
      </w:pPr>
      <w:r>
        <w:t>وہاں رول کر رہے ہیں</w:t>
      </w:r>
    </w:p>
    <w:p>
      <w:r>
        <w:rPr>
          <w:b/>
        </w:rPr>
        <w:t xml:space="preserve">[1:17:51] </w:t>
      </w:r>
      <w:r>
        <w:t>independence kahan hai yeh yeh ruling janta ka ruling</w:t>
      </w:r>
    </w:p>
    <w:p>
      <w:pPr>
        <w:jc w:val="right"/>
      </w:pPr>
      <w:r>
        <w:t>انڈیپینڈنس کہاں ہے یہ یہ رولنگ جنتا کا رولنگ</w:t>
      </w:r>
    </w:p>
    <w:p>
      <w:r>
        <w:rPr>
          <w:b/>
        </w:rPr>
        <w:t xml:space="preserve">[1:17:57] </w:t>
      </w:r>
      <w:r>
        <w:t>ruling kuch rulers ka badalna hai woh ruler na rahe hain yeh ruler rahe hain mein samajhta hoon</w:t>
      </w:r>
    </w:p>
    <w:p>
      <w:pPr>
        <w:jc w:val="right"/>
      </w:pPr>
      <w:r>
        <w:t>رولنگ کچھ رولرز کا بدلنا ہے وہ رولر نہ رہے ہیں یہ رولر رہے ہیں میں سمجھتا ہوں</w:t>
      </w:r>
    </w:p>
    <w:p>
      <w:r>
        <w:rPr>
          <w:b/>
        </w:rPr>
        <w:t xml:space="preserve">[1:18:04] </w:t>
      </w:r>
      <w:r>
        <w:t>ke yeh kuch bhi nahi hai mein is ko koi is ke bare mein meri achhi rai nahi</w:t>
      </w:r>
    </w:p>
    <w:p>
      <w:pPr>
        <w:jc w:val="right"/>
      </w:pPr>
      <w:r>
        <w:t>کہ یہ کچھ بھی نہیں ہے میں اس کو کوئی اس کے بارے میں میری اچھی رائے نہیں</w:t>
      </w:r>
    </w:p>
    <w:p>
      <w:r>
        <w:rPr>
          <w:b/>
        </w:rPr>
        <w:t xml:space="preserve">[1:18:08] </w:t>
      </w:r>
      <w:r>
        <w:t>hai agarchay mein khud bhi aik freedom fighter tha uss waqt jab kay mein samajh nahi mein samajh</w:t>
      </w:r>
    </w:p>
    <w:p>
      <w:pPr>
        <w:jc w:val="right"/>
      </w:pPr>
      <w:r>
        <w:t>ہے اگرچہ میں خود بھی ایک فریڈم فائٹر تھا اس وقت جب کہ میں سمجھ نہیں میں سمجھ</w:t>
      </w:r>
    </w:p>
    <w:p>
      <w:r>
        <w:rPr>
          <w:b/>
        </w:rPr>
        <w:t xml:space="preserve">[1:18:14] </w:t>
      </w:r>
      <w:r>
        <w:t>nahi thi aaj mein sochta hoon kay hamaray leaders ko sirf aik kaam karna chahiye tha woh tha</w:t>
      </w:r>
    </w:p>
    <w:p>
      <w:pPr>
        <w:jc w:val="right"/>
      </w:pPr>
      <w:r>
        <w:t>نہیں تھی اج میں سوچتا ہوں کہ ہمارے لیڈرز کو صرف ایک کام کرنا چاہیے تھا وہ تھا</w:t>
      </w:r>
    </w:p>
    <w:p>
      <w:r>
        <w:rPr>
          <w:b/>
        </w:rPr>
        <w:t xml:space="preserve">[1:18:19] </w:t>
      </w:r>
      <w:r>
        <w:t>education education</w:t>
      </w:r>
    </w:p>
    <w:p>
      <w:pPr>
        <w:jc w:val="right"/>
      </w:pPr>
      <w:r>
        <w:t>ایجوکیشن ایجوکیشن</w:t>
      </w:r>
    </w:p>
    <w:p>
      <w:r>
        <w:rPr>
          <w:b/>
        </w:rPr>
        <w:t xml:space="preserve">[1:18:23] </w:t>
      </w:r>
      <w:r>
        <w:t>dekhiye jis jis cheez ko aap slavery kehte hain japan aaj bhi isi mein hai america ka slave hai woh agar aap ko pata ho to america isi sense mein jis mein aap kehte hain america ka slave hai japan yani america okinawa jo island hai woh america ke qabze mein hai wahan america ne apni apni army ko wahan station kar rakha hai aur us ka poora defence defence ka jo system hai woh america ke haath mein aaj bhi</w:t>
      </w:r>
    </w:p>
    <w:p>
      <w:pPr>
        <w:jc w:val="right"/>
      </w:pPr>
      <w:r>
        <w:t>دیکھیں جس جس چیز کو اپ سلیوری کہتے ہیں جاپان اج بھی اسی میں ہے امریکہ کا سلیو ہے وہ اگر اپ کو پتہ ہو تو امریکہ اسی سینس میں جس میں اپ کہتے ہیں امریکہ کا سلیو ہے جاپان یعنی امریکہ اوکیناوا جو ائی لینڈ ہے وہ امریکہ کے قبضے میں ہے وہاں امریکہ نے اپنی اپنی ارمی کو وہاں اسٹینڈ اسٹیشن کر رکھا ہے اور اس کا پورا ڈیفنس ڈیفنس کا جو سسٹم ہے وہ امریکہ کے ہاتھ میں اج بھی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